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FD9A" w14:textId="77777777" w:rsidR="00614FAE" w:rsidRDefault="00614FAE">
      <w:pPr>
        <w:jc w:val="center"/>
      </w:pPr>
    </w:p>
    <w:p w14:paraId="07E5F85B" w14:textId="77777777" w:rsidR="00614FAE" w:rsidRDefault="00614FAE">
      <w:pPr>
        <w:jc w:val="center"/>
        <w:rPr>
          <w:b/>
          <w:sz w:val="56"/>
        </w:rPr>
      </w:pPr>
    </w:p>
    <w:p w14:paraId="5E4404C7" w14:textId="77777777" w:rsidR="00614FAE" w:rsidRDefault="00614FAE">
      <w:pPr>
        <w:jc w:val="center"/>
        <w:rPr>
          <w:b/>
          <w:sz w:val="56"/>
        </w:rPr>
      </w:pPr>
    </w:p>
    <w:p w14:paraId="098EBAD3" w14:textId="77777777" w:rsidR="00614FAE" w:rsidRDefault="00614FAE">
      <w:pPr>
        <w:jc w:val="center"/>
        <w:rPr>
          <w:b/>
          <w:sz w:val="56"/>
        </w:rPr>
      </w:pPr>
      <w:r w:rsidRPr="00614FAE">
        <w:rPr>
          <w:b/>
          <w:sz w:val="56"/>
        </w:rPr>
        <w:t>PROJECT NAME</w:t>
      </w:r>
    </w:p>
    <w:p w14:paraId="04E5260F" w14:textId="77777777" w:rsidR="00614FAE" w:rsidRDefault="00000000" w:rsidP="00614FAE">
      <w:pPr>
        <w:jc w:val="center"/>
        <w:rPr>
          <w:b/>
          <w:sz w:val="56"/>
        </w:rPr>
      </w:pPr>
      <w:r>
        <w:rPr>
          <w:b/>
          <w:sz w:val="56"/>
        </w:rPr>
        <w:br/>
      </w:r>
      <w:r>
        <w:rPr>
          <w:b/>
          <w:sz w:val="56"/>
        </w:rPr>
        <w:br/>
        <w:t>CONSTRUCTION SITE</w:t>
      </w:r>
      <w:r>
        <w:rPr>
          <w:b/>
          <w:sz w:val="56"/>
        </w:rPr>
        <w:br/>
        <w:t>RISK ASSESSMENT</w:t>
      </w:r>
    </w:p>
    <w:p w14:paraId="042D30AC" w14:textId="77777777" w:rsidR="00614FAE" w:rsidRDefault="00614FAE" w:rsidP="00614FAE">
      <w:pPr>
        <w:jc w:val="center"/>
      </w:pPr>
    </w:p>
    <w:p w14:paraId="0BE780AE" w14:textId="65F1B156" w:rsidR="00650896" w:rsidRDefault="00000000" w:rsidP="00614FAE">
      <w:pPr>
        <w:jc w:val="center"/>
      </w:pPr>
      <w:r>
        <w:br/>
      </w:r>
      <w:r>
        <w:br/>
        <w:t>Comprehensive General Risk Assessment for Construction Site Activities</w:t>
      </w:r>
      <w:r>
        <w:br/>
      </w:r>
      <w:r>
        <w:br/>
      </w:r>
      <w:r>
        <w:br/>
      </w:r>
    </w:p>
    <w:tbl>
      <w:tblPr>
        <w:tblStyle w:val="TableGrid"/>
        <w:tblW w:w="0" w:type="auto"/>
        <w:jc w:val="center"/>
        <w:tblLook w:val="04A0" w:firstRow="1" w:lastRow="0" w:firstColumn="1" w:lastColumn="0" w:noHBand="0" w:noVBand="1"/>
      </w:tblPr>
      <w:tblGrid>
        <w:gridCol w:w="5112"/>
        <w:gridCol w:w="5112"/>
      </w:tblGrid>
      <w:tr w:rsidR="00650896" w14:paraId="2A6B5FFC" w14:textId="77777777">
        <w:trPr>
          <w:tblHeader/>
          <w:jc w:val="center"/>
        </w:trPr>
        <w:tc>
          <w:tcPr>
            <w:tcW w:w="5112" w:type="dxa"/>
            <w:shd w:val="clear" w:color="auto" w:fill="0F3D5E"/>
          </w:tcPr>
          <w:p w14:paraId="4B404351" w14:textId="77777777" w:rsidR="00650896" w:rsidRDefault="00000000">
            <w:r>
              <w:rPr>
                <w:b/>
                <w:color w:val="FFFFFF"/>
              </w:rPr>
              <w:t>Document Information</w:t>
            </w:r>
          </w:p>
        </w:tc>
        <w:tc>
          <w:tcPr>
            <w:tcW w:w="5112" w:type="dxa"/>
            <w:shd w:val="clear" w:color="auto" w:fill="0F3D5E"/>
          </w:tcPr>
          <w:p w14:paraId="7B63456D" w14:textId="77777777" w:rsidR="00650896" w:rsidRDefault="00000000">
            <w:r>
              <w:rPr>
                <w:b/>
                <w:color w:val="FFFFFF"/>
              </w:rPr>
              <w:t>Details</w:t>
            </w:r>
          </w:p>
        </w:tc>
      </w:tr>
      <w:tr w:rsidR="00650896" w14:paraId="3D6CE34D" w14:textId="77777777">
        <w:trPr>
          <w:jc w:val="center"/>
        </w:trPr>
        <w:tc>
          <w:tcPr>
            <w:tcW w:w="5112" w:type="dxa"/>
          </w:tcPr>
          <w:p w14:paraId="744E03E9" w14:textId="77777777" w:rsidR="00650896" w:rsidRDefault="00000000">
            <w:r>
              <w:rPr>
                <w:sz w:val="18"/>
              </w:rPr>
              <w:t>Resource Category</w:t>
            </w:r>
          </w:p>
        </w:tc>
        <w:tc>
          <w:tcPr>
            <w:tcW w:w="5112" w:type="dxa"/>
          </w:tcPr>
          <w:p w14:paraId="6FF8F8C7" w14:textId="77777777" w:rsidR="00650896" w:rsidRDefault="00000000">
            <w:r>
              <w:rPr>
                <w:sz w:val="18"/>
              </w:rPr>
              <w:t>Risk Assessments</w:t>
            </w:r>
          </w:p>
        </w:tc>
      </w:tr>
      <w:tr w:rsidR="00650896" w14:paraId="0CD65E82" w14:textId="77777777">
        <w:trPr>
          <w:jc w:val="center"/>
        </w:trPr>
        <w:tc>
          <w:tcPr>
            <w:tcW w:w="5112" w:type="dxa"/>
          </w:tcPr>
          <w:p w14:paraId="1558E84D" w14:textId="77777777" w:rsidR="00650896" w:rsidRDefault="00000000">
            <w:r>
              <w:rPr>
                <w:sz w:val="18"/>
              </w:rPr>
              <w:t>Document Type</w:t>
            </w:r>
          </w:p>
        </w:tc>
        <w:tc>
          <w:tcPr>
            <w:tcW w:w="5112" w:type="dxa"/>
          </w:tcPr>
          <w:p w14:paraId="0ED497F6" w14:textId="77777777" w:rsidR="00650896" w:rsidRDefault="00000000">
            <w:r>
              <w:rPr>
                <w:sz w:val="18"/>
              </w:rPr>
              <w:t>Completed Practical Risk Assessment</w:t>
            </w:r>
          </w:p>
        </w:tc>
      </w:tr>
      <w:tr w:rsidR="00650896" w14:paraId="529652BA" w14:textId="77777777">
        <w:trPr>
          <w:jc w:val="center"/>
        </w:trPr>
        <w:tc>
          <w:tcPr>
            <w:tcW w:w="5112" w:type="dxa"/>
          </w:tcPr>
          <w:p w14:paraId="16F4662A" w14:textId="77777777" w:rsidR="00650896" w:rsidRDefault="00000000">
            <w:r>
              <w:rPr>
                <w:sz w:val="18"/>
              </w:rPr>
              <w:t>Revision</w:t>
            </w:r>
          </w:p>
        </w:tc>
        <w:tc>
          <w:tcPr>
            <w:tcW w:w="5112" w:type="dxa"/>
          </w:tcPr>
          <w:p w14:paraId="390010EE" w14:textId="77777777" w:rsidR="00650896" w:rsidRDefault="00000000">
            <w:r>
              <w:rPr>
                <w:sz w:val="18"/>
              </w:rPr>
              <w:t>Rev. 00</w:t>
            </w:r>
          </w:p>
        </w:tc>
      </w:tr>
      <w:tr w:rsidR="00650896" w14:paraId="372D74D9" w14:textId="77777777">
        <w:trPr>
          <w:jc w:val="center"/>
        </w:trPr>
        <w:tc>
          <w:tcPr>
            <w:tcW w:w="5112" w:type="dxa"/>
          </w:tcPr>
          <w:p w14:paraId="6BF0825C" w14:textId="77777777" w:rsidR="00650896" w:rsidRDefault="00000000">
            <w:r>
              <w:rPr>
                <w:sz w:val="18"/>
              </w:rPr>
              <w:t>Status</w:t>
            </w:r>
          </w:p>
        </w:tc>
        <w:tc>
          <w:tcPr>
            <w:tcW w:w="5112" w:type="dxa"/>
          </w:tcPr>
          <w:p w14:paraId="04C5E6A2" w14:textId="77777777" w:rsidR="00650896" w:rsidRDefault="00000000">
            <w:r>
              <w:rPr>
                <w:sz w:val="18"/>
              </w:rPr>
              <w:t>Reference Document</w:t>
            </w:r>
          </w:p>
        </w:tc>
      </w:tr>
    </w:tbl>
    <w:p w14:paraId="65E871CF" w14:textId="77777777" w:rsidR="00650896" w:rsidRDefault="00650896"/>
    <w:p w14:paraId="21630F42" w14:textId="77777777" w:rsidR="00650896" w:rsidRDefault="00000000">
      <w:pPr>
        <w:jc w:val="center"/>
      </w:pPr>
      <w:r>
        <w:br/>
        <w:t>Prepared as a practical HSE reference resource.</w:t>
      </w:r>
    </w:p>
    <w:p w14:paraId="704D1085" w14:textId="77777777" w:rsidR="00650896" w:rsidRDefault="00000000">
      <w:r>
        <w:br w:type="page"/>
      </w:r>
    </w:p>
    <w:p w14:paraId="577FAB56" w14:textId="77777777" w:rsidR="00650896" w:rsidRDefault="00000000">
      <w:pPr>
        <w:pStyle w:val="Heading1"/>
      </w:pPr>
      <w:r>
        <w:lastRenderedPageBreak/>
        <w:t>1. Document / Assessment Information</w:t>
      </w:r>
    </w:p>
    <w:tbl>
      <w:tblPr>
        <w:tblStyle w:val="TableGrid"/>
        <w:tblW w:w="0" w:type="auto"/>
        <w:jc w:val="center"/>
        <w:tblLook w:val="04A0" w:firstRow="1" w:lastRow="0" w:firstColumn="1" w:lastColumn="0" w:noHBand="0" w:noVBand="1"/>
      </w:tblPr>
      <w:tblGrid>
        <w:gridCol w:w="5112"/>
        <w:gridCol w:w="5112"/>
      </w:tblGrid>
      <w:tr w:rsidR="00650896" w14:paraId="3E19122E" w14:textId="77777777">
        <w:trPr>
          <w:tblHeader/>
          <w:jc w:val="center"/>
        </w:trPr>
        <w:tc>
          <w:tcPr>
            <w:tcW w:w="5112" w:type="dxa"/>
            <w:shd w:val="clear" w:color="auto" w:fill="0F3D5E"/>
          </w:tcPr>
          <w:p w14:paraId="57DCE72B" w14:textId="77777777" w:rsidR="00650896" w:rsidRDefault="00000000">
            <w:r>
              <w:rPr>
                <w:b/>
                <w:color w:val="FFFFFF"/>
              </w:rPr>
              <w:t>Field</w:t>
            </w:r>
          </w:p>
        </w:tc>
        <w:tc>
          <w:tcPr>
            <w:tcW w:w="5112" w:type="dxa"/>
            <w:shd w:val="clear" w:color="auto" w:fill="0F3D5E"/>
          </w:tcPr>
          <w:p w14:paraId="509D5029" w14:textId="77777777" w:rsidR="00650896" w:rsidRDefault="00000000">
            <w:r>
              <w:rPr>
                <w:b/>
                <w:color w:val="FFFFFF"/>
              </w:rPr>
              <w:t>Details</w:t>
            </w:r>
          </w:p>
        </w:tc>
      </w:tr>
      <w:tr w:rsidR="00650896" w14:paraId="2CD7CE9A" w14:textId="77777777">
        <w:trPr>
          <w:jc w:val="center"/>
        </w:trPr>
        <w:tc>
          <w:tcPr>
            <w:tcW w:w="5112" w:type="dxa"/>
          </w:tcPr>
          <w:p w14:paraId="62DB4E05" w14:textId="77777777" w:rsidR="00650896" w:rsidRDefault="00000000">
            <w:r>
              <w:rPr>
                <w:sz w:val="18"/>
              </w:rPr>
              <w:t>Project / Site Name</w:t>
            </w:r>
          </w:p>
        </w:tc>
        <w:tc>
          <w:tcPr>
            <w:tcW w:w="5112" w:type="dxa"/>
          </w:tcPr>
          <w:p w14:paraId="124CF175" w14:textId="102DB408" w:rsidR="00650896" w:rsidRDefault="00650896"/>
        </w:tc>
      </w:tr>
      <w:tr w:rsidR="00650896" w14:paraId="2DA4BFB6" w14:textId="77777777">
        <w:trPr>
          <w:jc w:val="center"/>
        </w:trPr>
        <w:tc>
          <w:tcPr>
            <w:tcW w:w="5112" w:type="dxa"/>
          </w:tcPr>
          <w:p w14:paraId="6E1DAD27" w14:textId="77777777" w:rsidR="00650896" w:rsidRDefault="00000000">
            <w:r>
              <w:rPr>
                <w:sz w:val="18"/>
              </w:rPr>
              <w:t>Location</w:t>
            </w:r>
          </w:p>
        </w:tc>
        <w:tc>
          <w:tcPr>
            <w:tcW w:w="5112" w:type="dxa"/>
          </w:tcPr>
          <w:p w14:paraId="0388AEC0" w14:textId="44606189" w:rsidR="00650896" w:rsidRDefault="00650896"/>
        </w:tc>
      </w:tr>
      <w:tr w:rsidR="00650896" w14:paraId="5DACE457" w14:textId="77777777">
        <w:trPr>
          <w:jc w:val="center"/>
        </w:trPr>
        <w:tc>
          <w:tcPr>
            <w:tcW w:w="5112" w:type="dxa"/>
          </w:tcPr>
          <w:p w14:paraId="245B794B" w14:textId="77777777" w:rsidR="00650896" w:rsidRDefault="00000000">
            <w:r>
              <w:rPr>
                <w:sz w:val="18"/>
              </w:rPr>
              <w:t>Client</w:t>
            </w:r>
          </w:p>
        </w:tc>
        <w:tc>
          <w:tcPr>
            <w:tcW w:w="5112" w:type="dxa"/>
          </w:tcPr>
          <w:p w14:paraId="6448F35B" w14:textId="408A9B50" w:rsidR="00650896" w:rsidRDefault="00650896"/>
        </w:tc>
      </w:tr>
      <w:tr w:rsidR="00650896" w14:paraId="763E66E3" w14:textId="77777777">
        <w:trPr>
          <w:jc w:val="center"/>
        </w:trPr>
        <w:tc>
          <w:tcPr>
            <w:tcW w:w="5112" w:type="dxa"/>
          </w:tcPr>
          <w:p w14:paraId="4CC0C83A" w14:textId="77777777" w:rsidR="00650896" w:rsidRDefault="00000000">
            <w:r>
              <w:rPr>
                <w:sz w:val="18"/>
              </w:rPr>
              <w:t>Main Contractor</w:t>
            </w:r>
          </w:p>
        </w:tc>
        <w:tc>
          <w:tcPr>
            <w:tcW w:w="5112" w:type="dxa"/>
          </w:tcPr>
          <w:p w14:paraId="1ACE451F" w14:textId="20751E09" w:rsidR="00650896" w:rsidRDefault="00650896"/>
        </w:tc>
      </w:tr>
      <w:tr w:rsidR="00650896" w14:paraId="6D740C96" w14:textId="77777777">
        <w:trPr>
          <w:jc w:val="center"/>
        </w:trPr>
        <w:tc>
          <w:tcPr>
            <w:tcW w:w="5112" w:type="dxa"/>
          </w:tcPr>
          <w:p w14:paraId="52FE0E3F" w14:textId="77777777" w:rsidR="00650896" w:rsidRDefault="00000000">
            <w:r>
              <w:rPr>
                <w:sz w:val="18"/>
              </w:rPr>
              <w:t>Subcontractor</w:t>
            </w:r>
          </w:p>
        </w:tc>
        <w:tc>
          <w:tcPr>
            <w:tcW w:w="5112" w:type="dxa"/>
          </w:tcPr>
          <w:p w14:paraId="7775636C" w14:textId="480E0E2B" w:rsidR="00650896" w:rsidRDefault="00650896"/>
        </w:tc>
      </w:tr>
      <w:tr w:rsidR="00650896" w14:paraId="1081197D" w14:textId="77777777">
        <w:trPr>
          <w:jc w:val="center"/>
        </w:trPr>
        <w:tc>
          <w:tcPr>
            <w:tcW w:w="5112" w:type="dxa"/>
          </w:tcPr>
          <w:p w14:paraId="1813B521" w14:textId="77777777" w:rsidR="00650896" w:rsidRDefault="00000000">
            <w:r>
              <w:rPr>
                <w:sz w:val="18"/>
              </w:rPr>
              <w:t>Assessment Reference</w:t>
            </w:r>
          </w:p>
        </w:tc>
        <w:tc>
          <w:tcPr>
            <w:tcW w:w="5112" w:type="dxa"/>
          </w:tcPr>
          <w:p w14:paraId="47187659" w14:textId="5E426BB9" w:rsidR="00650896" w:rsidRDefault="00650896"/>
        </w:tc>
      </w:tr>
      <w:tr w:rsidR="00650896" w14:paraId="2C0C3114" w14:textId="77777777">
        <w:trPr>
          <w:jc w:val="center"/>
        </w:trPr>
        <w:tc>
          <w:tcPr>
            <w:tcW w:w="5112" w:type="dxa"/>
          </w:tcPr>
          <w:p w14:paraId="43BB8C21" w14:textId="77777777" w:rsidR="00650896" w:rsidRDefault="00000000">
            <w:r>
              <w:rPr>
                <w:sz w:val="18"/>
              </w:rPr>
              <w:t>Assessment Date</w:t>
            </w:r>
          </w:p>
        </w:tc>
        <w:tc>
          <w:tcPr>
            <w:tcW w:w="5112" w:type="dxa"/>
          </w:tcPr>
          <w:p w14:paraId="0CFB9EEA" w14:textId="352B8BD3" w:rsidR="00650896" w:rsidRDefault="00650896"/>
        </w:tc>
      </w:tr>
      <w:tr w:rsidR="00650896" w14:paraId="2A0A81DE" w14:textId="77777777">
        <w:trPr>
          <w:jc w:val="center"/>
        </w:trPr>
        <w:tc>
          <w:tcPr>
            <w:tcW w:w="5112" w:type="dxa"/>
          </w:tcPr>
          <w:p w14:paraId="6AC39D56" w14:textId="77777777" w:rsidR="00650896" w:rsidRDefault="00000000">
            <w:r>
              <w:rPr>
                <w:sz w:val="18"/>
              </w:rPr>
              <w:t>Review Date</w:t>
            </w:r>
          </w:p>
        </w:tc>
        <w:tc>
          <w:tcPr>
            <w:tcW w:w="5112" w:type="dxa"/>
          </w:tcPr>
          <w:p w14:paraId="6D77DA9C" w14:textId="629FDB8B" w:rsidR="00650896" w:rsidRDefault="00650896"/>
        </w:tc>
      </w:tr>
      <w:tr w:rsidR="00650896" w14:paraId="0D15FC1A" w14:textId="77777777">
        <w:trPr>
          <w:jc w:val="center"/>
        </w:trPr>
        <w:tc>
          <w:tcPr>
            <w:tcW w:w="5112" w:type="dxa"/>
          </w:tcPr>
          <w:p w14:paraId="7024EA67" w14:textId="77777777" w:rsidR="00650896" w:rsidRDefault="00000000">
            <w:r>
              <w:rPr>
                <w:sz w:val="18"/>
              </w:rPr>
              <w:t>Activity</w:t>
            </w:r>
          </w:p>
        </w:tc>
        <w:tc>
          <w:tcPr>
            <w:tcW w:w="5112" w:type="dxa"/>
          </w:tcPr>
          <w:p w14:paraId="53415991" w14:textId="77777777" w:rsidR="00650896" w:rsidRDefault="00000000">
            <w:r>
              <w:rPr>
                <w:sz w:val="18"/>
              </w:rPr>
              <w:t>General Construction Site Activities</w:t>
            </w:r>
          </w:p>
        </w:tc>
      </w:tr>
      <w:tr w:rsidR="00650896" w14:paraId="0FC39D78" w14:textId="77777777">
        <w:trPr>
          <w:jc w:val="center"/>
        </w:trPr>
        <w:tc>
          <w:tcPr>
            <w:tcW w:w="5112" w:type="dxa"/>
          </w:tcPr>
          <w:p w14:paraId="1F751E8E" w14:textId="77777777" w:rsidR="00650896" w:rsidRDefault="00000000">
            <w:r>
              <w:rPr>
                <w:sz w:val="18"/>
              </w:rPr>
              <w:t>Assessed By</w:t>
            </w:r>
          </w:p>
        </w:tc>
        <w:tc>
          <w:tcPr>
            <w:tcW w:w="5112" w:type="dxa"/>
          </w:tcPr>
          <w:p w14:paraId="6B21EE66" w14:textId="29B63EAF" w:rsidR="00650896" w:rsidRDefault="00650896"/>
        </w:tc>
      </w:tr>
      <w:tr w:rsidR="00650896" w14:paraId="7E603C70" w14:textId="77777777">
        <w:trPr>
          <w:jc w:val="center"/>
        </w:trPr>
        <w:tc>
          <w:tcPr>
            <w:tcW w:w="5112" w:type="dxa"/>
          </w:tcPr>
          <w:p w14:paraId="5E7CB2F9" w14:textId="77777777" w:rsidR="00650896" w:rsidRDefault="00000000">
            <w:r>
              <w:rPr>
                <w:sz w:val="18"/>
              </w:rPr>
              <w:t>Position</w:t>
            </w:r>
          </w:p>
        </w:tc>
        <w:tc>
          <w:tcPr>
            <w:tcW w:w="5112" w:type="dxa"/>
          </w:tcPr>
          <w:p w14:paraId="70EAE501" w14:textId="4F8F9B96" w:rsidR="00650896" w:rsidRDefault="00650896"/>
        </w:tc>
      </w:tr>
      <w:tr w:rsidR="00650896" w14:paraId="4F5B19CB" w14:textId="77777777">
        <w:trPr>
          <w:jc w:val="center"/>
        </w:trPr>
        <w:tc>
          <w:tcPr>
            <w:tcW w:w="5112" w:type="dxa"/>
          </w:tcPr>
          <w:p w14:paraId="4CFB963D" w14:textId="77777777" w:rsidR="00650896" w:rsidRDefault="00000000">
            <w:r>
              <w:rPr>
                <w:sz w:val="18"/>
              </w:rPr>
              <w:t>Reviewed By</w:t>
            </w:r>
          </w:p>
        </w:tc>
        <w:tc>
          <w:tcPr>
            <w:tcW w:w="5112" w:type="dxa"/>
          </w:tcPr>
          <w:p w14:paraId="6ABF7E3F" w14:textId="5350A56E" w:rsidR="00650896" w:rsidRDefault="00650896"/>
        </w:tc>
      </w:tr>
      <w:tr w:rsidR="00650896" w14:paraId="1865C7EC" w14:textId="77777777">
        <w:trPr>
          <w:jc w:val="center"/>
        </w:trPr>
        <w:tc>
          <w:tcPr>
            <w:tcW w:w="5112" w:type="dxa"/>
          </w:tcPr>
          <w:p w14:paraId="74F95197" w14:textId="77777777" w:rsidR="00650896" w:rsidRDefault="00000000">
            <w:r>
              <w:rPr>
                <w:sz w:val="18"/>
              </w:rPr>
              <w:t>Approved By</w:t>
            </w:r>
          </w:p>
        </w:tc>
        <w:tc>
          <w:tcPr>
            <w:tcW w:w="5112" w:type="dxa"/>
          </w:tcPr>
          <w:p w14:paraId="1BBC0DB0" w14:textId="57E741EE" w:rsidR="00650896" w:rsidRDefault="00650896"/>
        </w:tc>
      </w:tr>
      <w:tr w:rsidR="00650896" w14:paraId="05583D82" w14:textId="77777777">
        <w:trPr>
          <w:jc w:val="center"/>
        </w:trPr>
        <w:tc>
          <w:tcPr>
            <w:tcW w:w="5112" w:type="dxa"/>
          </w:tcPr>
          <w:p w14:paraId="13B357F1" w14:textId="77777777" w:rsidR="00650896" w:rsidRDefault="00000000">
            <w:r>
              <w:rPr>
                <w:sz w:val="18"/>
              </w:rPr>
              <w:t>Persons at Risk</w:t>
            </w:r>
          </w:p>
        </w:tc>
        <w:tc>
          <w:tcPr>
            <w:tcW w:w="5112" w:type="dxa"/>
          </w:tcPr>
          <w:p w14:paraId="62417CA9" w14:textId="77777777" w:rsidR="00650896" w:rsidRDefault="00000000">
            <w:r>
              <w:rPr>
                <w:sz w:val="18"/>
              </w:rPr>
              <w:t>Construction workers, supervisors, engineers, operators, drivers, contractors, visitors and members of the public who may be exposed.</w:t>
            </w:r>
          </w:p>
        </w:tc>
      </w:tr>
      <w:tr w:rsidR="00650896" w14:paraId="160F1555" w14:textId="77777777">
        <w:trPr>
          <w:jc w:val="center"/>
        </w:trPr>
        <w:tc>
          <w:tcPr>
            <w:tcW w:w="5112" w:type="dxa"/>
          </w:tcPr>
          <w:p w14:paraId="253C5D19" w14:textId="77777777" w:rsidR="00650896" w:rsidRDefault="00000000">
            <w:r>
              <w:rPr>
                <w:sz w:val="18"/>
              </w:rPr>
              <w:t>Revision</w:t>
            </w:r>
          </w:p>
        </w:tc>
        <w:tc>
          <w:tcPr>
            <w:tcW w:w="5112" w:type="dxa"/>
          </w:tcPr>
          <w:p w14:paraId="17CC5CC1" w14:textId="77777777" w:rsidR="00650896" w:rsidRDefault="00000000">
            <w:r>
              <w:rPr>
                <w:sz w:val="18"/>
              </w:rPr>
              <w:t>00</w:t>
            </w:r>
          </w:p>
        </w:tc>
      </w:tr>
      <w:tr w:rsidR="00650896" w14:paraId="53BC27E8" w14:textId="77777777">
        <w:trPr>
          <w:jc w:val="center"/>
        </w:trPr>
        <w:tc>
          <w:tcPr>
            <w:tcW w:w="5112" w:type="dxa"/>
          </w:tcPr>
          <w:p w14:paraId="5BB220B7" w14:textId="77777777" w:rsidR="00650896" w:rsidRDefault="00000000">
            <w:r>
              <w:rPr>
                <w:sz w:val="18"/>
              </w:rPr>
              <w:t>Document Status</w:t>
            </w:r>
          </w:p>
        </w:tc>
        <w:tc>
          <w:tcPr>
            <w:tcW w:w="5112" w:type="dxa"/>
          </w:tcPr>
          <w:p w14:paraId="5B9DE738" w14:textId="77777777" w:rsidR="00650896" w:rsidRDefault="00000000">
            <w:r>
              <w:rPr>
                <w:sz w:val="18"/>
              </w:rPr>
              <w:t>Completed Reference Assessment</w:t>
            </w:r>
          </w:p>
        </w:tc>
      </w:tr>
    </w:tbl>
    <w:p w14:paraId="515C8DA2" w14:textId="77777777" w:rsidR="00650896" w:rsidRDefault="00000000">
      <w:pPr>
        <w:pStyle w:val="Heading1"/>
      </w:pPr>
      <w:r>
        <w:t>2. Purpose</w:t>
      </w:r>
    </w:p>
    <w:p w14:paraId="66B26E12" w14:textId="77777777" w:rsidR="00650896" w:rsidRDefault="00000000">
      <w:r>
        <w:t xml:space="preserve">This assessment identifies common foreseeable hazards associated with general construction site activities, evaluates potential consequences and establishes practical controls to reduce risks to workers, contractors, visitors and other affected persons. It is a </w:t>
      </w:r>
      <w:proofErr w:type="gramStart"/>
      <w:r>
        <w:t>completed</w:t>
      </w:r>
      <w:proofErr w:type="gramEnd"/>
      <w:r>
        <w:t xml:space="preserve"> practical reference assessment and must be adapted to the actual project, work sequence, site conditions, equipment, workforce and applicable requirements.</w:t>
      </w:r>
    </w:p>
    <w:p w14:paraId="663589CB" w14:textId="77777777" w:rsidR="00650896" w:rsidRDefault="00000000">
      <w:pPr>
        <w:pStyle w:val="Heading1"/>
      </w:pPr>
      <w:r>
        <w:t>3. Scope</w:t>
      </w:r>
    </w:p>
    <w:p w14:paraId="2EF4281C" w14:textId="77777777" w:rsidR="00650896" w:rsidRDefault="00000000">
      <w:r>
        <w:t>The assessment covers general construction activities including site access, traffic and mobile plant, excavation, work at height, scaffolds and ladders, lifting and material handling, electrical work, temporary power, tools and machinery, hot work, confined spaces, concrete and formwork, rebar, housekeeping, dust and noise, chemicals, environmental conditions, welfare, emergency arrangements and simultaneous operations.</w:t>
      </w:r>
    </w:p>
    <w:p w14:paraId="67B37B35" w14:textId="77777777" w:rsidR="00650896" w:rsidRDefault="00000000">
      <w:pPr>
        <w:pStyle w:val="Heading1"/>
      </w:pPr>
      <w:r>
        <w:t>4. Persons at Risk</w:t>
      </w:r>
    </w:p>
    <w:tbl>
      <w:tblPr>
        <w:tblStyle w:val="TableGrid"/>
        <w:tblW w:w="0" w:type="auto"/>
        <w:jc w:val="center"/>
        <w:tblLook w:val="04A0" w:firstRow="1" w:lastRow="0" w:firstColumn="1" w:lastColumn="0" w:noHBand="0" w:noVBand="1"/>
      </w:tblPr>
      <w:tblGrid>
        <w:gridCol w:w="1620"/>
        <w:gridCol w:w="4320"/>
        <w:gridCol w:w="4284"/>
      </w:tblGrid>
      <w:tr w:rsidR="00650896" w14:paraId="426CA2C0" w14:textId="77777777" w:rsidTr="00833FED">
        <w:trPr>
          <w:tblHeader/>
          <w:jc w:val="center"/>
        </w:trPr>
        <w:tc>
          <w:tcPr>
            <w:tcW w:w="1620" w:type="dxa"/>
            <w:shd w:val="clear" w:color="auto" w:fill="0F3D5E"/>
          </w:tcPr>
          <w:p w14:paraId="6B8A9391" w14:textId="77777777" w:rsidR="00650896" w:rsidRDefault="00000000">
            <w:r>
              <w:rPr>
                <w:b/>
                <w:color w:val="FFFFFF"/>
              </w:rPr>
              <w:t>No.</w:t>
            </w:r>
          </w:p>
        </w:tc>
        <w:tc>
          <w:tcPr>
            <w:tcW w:w="4320" w:type="dxa"/>
            <w:shd w:val="clear" w:color="auto" w:fill="0F3D5E"/>
          </w:tcPr>
          <w:p w14:paraId="3E4C106C" w14:textId="77777777" w:rsidR="00650896" w:rsidRDefault="00000000">
            <w:r>
              <w:rPr>
                <w:b/>
                <w:color w:val="FFFFFF"/>
              </w:rPr>
              <w:t>Person / Group</w:t>
            </w:r>
          </w:p>
        </w:tc>
        <w:tc>
          <w:tcPr>
            <w:tcW w:w="4284" w:type="dxa"/>
            <w:shd w:val="clear" w:color="auto" w:fill="0F3D5E"/>
          </w:tcPr>
          <w:p w14:paraId="071EC4B2" w14:textId="77777777" w:rsidR="00650896" w:rsidRDefault="00000000">
            <w:r>
              <w:rPr>
                <w:b/>
                <w:color w:val="FFFFFF"/>
              </w:rPr>
              <w:t>Potential Exposure</w:t>
            </w:r>
          </w:p>
        </w:tc>
      </w:tr>
      <w:tr w:rsidR="00650896" w14:paraId="0D97C90C" w14:textId="77777777" w:rsidTr="00833FED">
        <w:trPr>
          <w:jc w:val="center"/>
        </w:trPr>
        <w:tc>
          <w:tcPr>
            <w:tcW w:w="1620" w:type="dxa"/>
          </w:tcPr>
          <w:p w14:paraId="5CAC8188" w14:textId="77777777" w:rsidR="00650896" w:rsidRDefault="00000000">
            <w:r>
              <w:rPr>
                <w:sz w:val="17"/>
              </w:rPr>
              <w:t>1</w:t>
            </w:r>
          </w:p>
        </w:tc>
        <w:tc>
          <w:tcPr>
            <w:tcW w:w="4320" w:type="dxa"/>
          </w:tcPr>
          <w:p w14:paraId="60F219D1" w14:textId="77777777" w:rsidR="00650896" w:rsidRDefault="00000000">
            <w:r>
              <w:rPr>
                <w:sz w:val="17"/>
              </w:rPr>
              <w:t>Construction workers</w:t>
            </w:r>
          </w:p>
        </w:tc>
        <w:tc>
          <w:tcPr>
            <w:tcW w:w="4284" w:type="dxa"/>
          </w:tcPr>
          <w:p w14:paraId="42D557D8" w14:textId="77777777" w:rsidR="00650896" w:rsidRDefault="00000000">
            <w:r>
              <w:rPr>
                <w:sz w:val="17"/>
              </w:rPr>
              <w:t>Workplace hazards arising from construction activities and interfaces</w:t>
            </w:r>
          </w:p>
        </w:tc>
      </w:tr>
      <w:tr w:rsidR="00650896" w14:paraId="3C9959A4" w14:textId="77777777" w:rsidTr="00833FED">
        <w:trPr>
          <w:jc w:val="center"/>
        </w:trPr>
        <w:tc>
          <w:tcPr>
            <w:tcW w:w="1620" w:type="dxa"/>
          </w:tcPr>
          <w:p w14:paraId="13088117" w14:textId="77777777" w:rsidR="00650896" w:rsidRDefault="00000000">
            <w:r>
              <w:rPr>
                <w:sz w:val="17"/>
              </w:rPr>
              <w:t>2</w:t>
            </w:r>
          </w:p>
        </w:tc>
        <w:tc>
          <w:tcPr>
            <w:tcW w:w="4320" w:type="dxa"/>
          </w:tcPr>
          <w:p w14:paraId="484D1DE1" w14:textId="414EACDD" w:rsidR="00650896" w:rsidRDefault="00833FED">
            <w:r>
              <w:rPr>
                <w:sz w:val="17"/>
              </w:rPr>
              <w:t>Supervisors/engineers</w:t>
            </w:r>
          </w:p>
        </w:tc>
        <w:tc>
          <w:tcPr>
            <w:tcW w:w="4284" w:type="dxa"/>
          </w:tcPr>
          <w:p w14:paraId="5180285D" w14:textId="77777777" w:rsidR="00650896" w:rsidRDefault="00000000">
            <w:r>
              <w:rPr>
                <w:sz w:val="17"/>
              </w:rPr>
              <w:t>Exposure during supervision, inspection and coordination</w:t>
            </w:r>
          </w:p>
        </w:tc>
      </w:tr>
      <w:tr w:rsidR="00650896" w14:paraId="129156CF" w14:textId="77777777" w:rsidTr="00833FED">
        <w:trPr>
          <w:jc w:val="center"/>
        </w:trPr>
        <w:tc>
          <w:tcPr>
            <w:tcW w:w="1620" w:type="dxa"/>
          </w:tcPr>
          <w:p w14:paraId="6210CAF5" w14:textId="77777777" w:rsidR="00650896" w:rsidRDefault="00000000">
            <w:r>
              <w:rPr>
                <w:sz w:val="17"/>
              </w:rPr>
              <w:t>3</w:t>
            </w:r>
          </w:p>
        </w:tc>
        <w:tc>
          <w:tcPr>
            <w:tcW w:w="4320" w:type="dxa"/>
          </w:tcPr>
          <w:p w14:paraId="394705CD" w14:textId="77777777" w:rsidR="00650896" w:rsidRDefault="00000000">
            <w:r>
              <w:rPr>
                <w:sz w:val="17"/>
              </w:rPr>
              <w:t>Plant and equipment operators</w:t>
            </w:r>
          </w:p>
        </w:tc>
        <w:tc>
          <w:tcPr>
            <w:tcW w:w="4284" w:type="dxa"/>
          </w:tcPr>
          <w:p w14:paraId="74B6596B" w14:textId="77777777" w:rsidR="00650896" w:rsidRDefault="00000000">
            <w:r>
              <w:rPr>
                <w:sz w:val="17"/>
              </w:rPr>
              <w:t>Collision, overturning, struck-by and equipment hazards</w:t>
            </w:r>
          </w:p>
        </w:tc>
      </w:tr>
      <w:tr w:rsidR="00650896" w14:paraId="5D688691" w14:textId="77777777" w:rsidTr="00833FED">
        <w:trPr>
          <w:jc w:val="center"/>
        </w:trPr>
        <w:tc>
          <w:tcPr>
            <w:tcW w:w="1620" w:type="dxa"/>
          </w:tcPr>
          <w:p w14:paraId="6CBBFD44" w14:textId="77777777" w:rsidR="00650896" w:rsidRDefault="00000000">
            <w:r>
              <w:rPr>
                <w:sz w:val="17"/>
              </w:rPr>
              <w:t>4</w:t>
            </w:r>
          </w:p>
        </w:tc>
        <w:tc>
          <w:tcPr>
            <w:tcW w:w="4320" w:type="dxa"/>
          </w:tcPr>
          <w:p w14:paraId="02F01125" w14:textId="58033C05" w:rsidR="00650896" w:rsidRDefault="00833FED">
            <w:r>
              <w:rPr>
                <w:sz w:val="17"/>
              </w:rPr>
              <w:t>Drivers/delivery personnel</w:t>
            </w:r>
          </w:p>
        </w:tc>
        <w:tc>
          <w:tcPr>
            <w:tcW w:w="4284" w:type="dxa"/>
          </w:tcPr>
          <w:p w14:paraId="4ECE5A3C" w14:textId="77777777" w:rsidR="00650896" w:rsidRDefault="00000000">
            <w:r>
              <w:rPr>
                <w:sz w:val="17"/>
              </w:rPr>
              <w:t>Traffic movement, loading/unloading and site interfaces</w:t>
            </w:r>
          </w:p>
        </w:tc>
      </w:tr>
      <w:tr w:rsidR="00650896" w14:paraId="24AEF1E5" w14:textId="77777777" w:rsidTr="00833FED">
        <w:trPr>
          <w:jc w:val="center"/>
        </w:trPr>
        <w:tc>
          <w:tcPr>
            <w:tcW w:w="1620" w:type="dxa"/>
          </w:tcPr>
          <w:p w14:paraId="0DFF4032" w14:textId="77777777" w:rsidR="00650896" w:rsidRDefault="00000000">
            <w:r>
              <w:rPr>
                <w:sz w:val="17"/>
              </w:rPr>
              <w:t>5</w:t>
            </w:r>
          </w:p>
        </w:tc>
        <w:tc>
          <w:tcPr>
            <w:tcW w:w="4320" w:type="dxa"/>
          </w:tcPr>
          <w:p w14:paraId="144E77A3" w14:textId="77777777" w:rsidR="00650896" w:rsidRDefault="00000000">
            <w:r>
              <w:rPr>
                <w:sz w:val="17"/>
              </w:rPr>
              <w:t>Subcontractors</w:t>
            </w:r>
          </w:p>
        </w:tc>
        <w:tc>
          <w:tcPr>
            <w:tcW w:w="4284" w:type="dxa"/>
          </w:tcPr>
          <w:p w14:paraId="215067E8" w14:textId="77777777" w:rsidR="00650896" w:rsidRDefault="00000000">
            <w:r>
              <w:rPr>
                <w:sz w:val="17"/>
              </w:rPr>
              <w:t>Exposure to construction activities and simultaneous operations</w:t>
            </w:r>
          </w:p>
        </w:tc>
      </w:tr>
      <w:tr w:rsidR="00650896" w14:paraId="14816D9F" w14:textId="77777777" w:rsidTr="00833FED">
        <w:trPr>
          <w:jc w:val="center"/>
        </w:trPr>
        <w:tc>
          <w:tcPr>
            <w:tcW w:w="1620" w:type="dxa"/>
          </w:tcPr>
          <w:p w14:paraId="6682A406" w14:textId="77777777" w:rsidR="00650896" w:rsidRDefault="00000000">
            <w:r>
              <w:rPr>
                <w:sz w:val="17"/>
              </w:rPr>
              <w:t>6</w:t>
            </w:r>
          </w:p>
        </w:tc>
        <w:tc>
          <w:tcPr>
            <w:tcW w:w="4320" w:type="dxa"/>
          </w:tcPr>
          <w:p w14:paraId="3CDB5F1C" w14:textId="77777777" w:rsidR="00650896" w:rsidRDefault="00000000">
            <w:r>
              <w:rPr>
                <w:sz w:val="17"/>
              </w:rPr>
              <w:t>Maintenance personnel</w:t>
            </w:r>
          </w:p>
        </w:tc>
        <w:tc>
          <w:tcPr>
            <w:tcW w:w="4284" w:type="dxa"/>
          </w:tcPr>
          <w:p w14:paraId="46DC8259" w14:textId="77777777" w:rsidR="00650896" w:rsidRDefault="00000000">
            <w:r>
              <w:rPr>
                <w:sz w:val="17"/>
              </w:rPr>
              <w:t>Mechanical, electrical and stored-energy hazards</w:t>
            </w:r>
          </w:p>
        </w:tc>
      </w:tr>
      <w:tr w:rsidR="00650896" w14:paraId="1C1A6399" w14:textId="77777777" w:rsidTr="00833FED">
        <w:trPr>
          <w:jc w:val="center"/>
        </w:trPr>
        <w:tc>
          <w:tcPr>
            <w:tcW w:w="1620" w:type="dxa"/>
          </w:tcPr>
          <w:p w14:paraId="445725B5" w14:textId="77777777" w:rsidR="00650896" w:rsidRDefault="00000000">
            <w:r>
              <w:rPr>
                <w:sz w:val="17"/>
              </w:rPr>
              <w:t>7</w:t>
            </w:r>
          </w:p>
        </w:tc>
        <w:tc>
          <w:tcPr>
            <w:tcW w:w="4320" w:type="dxa"/>
          </w:tcPr>
          <w:p w14:paraId="5E4E6C64" w14:textId="77777777" w:rsidR="00650896" w:rsidRDefault="00000000">
            <w:r>
              <w:rPr>
                <w:sz w:val="17"/>
              </w:rPr>
              <w:t>Visitors</w:t>
            </w:r>
          </w:p>
        </w:tc>
        <w:tc>
          <w:tcPr>
            <w:tcW w:w="4284" w:type="dxa"/>
          </w:tcPr>
          <w:p w14:paraId="01A117CA" w14:textId="77777777" w:rsidR="00650896" w:rsidRDefault="00000000">
            <w:r>
              <w:rPr>
                <w:sz w:val="17"/>
              </w:rPr>
              <w:t>Unfamiliarity with site hazards and controlled areas</w:t>
            </w:r>
          </w:p>
        </w:tc>
      </w:tr>
      <w:tr w:rsidR="00650896" w14:paraId="423AE2F3" w14:textId="77777777" w:rsidTr="00833FED">
        <w:trPr>
          <w:jc w:val="center"/>
        </w:trPr>
        <w:tc>
          <w:tcPr>
            <w:tcW w:w="1620" w:type="dxa"/>
          </w:tcPr>
          <w:p w14:paraId="3B6B9570" w14:textId="77777777" w:rsidR="00650896" w:rsidRDefault="00000000">
            <w:r>
              <w:rPr>
                <w:sz w:val="17"/>
              </w:rPr>
              <w:t>8</w:t>
            </w:r>
          </w:p>
        </w:tc>
        <w:tc>
          <w:tcPr>
            <w:tcW w:w="4320" w:type="dxa"/>
          </w:tcPr>
          <w:p w14:paraId="2950B927" w14:textId="051593FE" w:rsidR="00650896" w:rsidRDefault="00833FED">
            <w:r>
              <w:rPr>
                <w:sz w:val="17"/>
              </w:rPr>
              <w:t>HSE/emergency personnel</w:t>
            </w:r>
          </w:p>
        </w:tc>
        <w:tc>
          <w:tcPr>
            <w:tcW w:w="4284" w:type="dxa"/>
          </w:tcPr>
          <w:p w14:paraId="18DBC5AB" w14:textId="77777777" w:rsidR="00650896" w:rsidRDefault="00000000">
            <w:r>
              <w:rPr>
                <w:sz w:val="17"/>
              </w:rPr>
              <w:t>Exposure while inspecting or responding to incidents</w:t>
            </w:r>
          </w:p>
        </w:tc>
      </w:tr>
      <w:tr w:rsidR="00650896" w14:paraId="0A2FFC7E" w14:textId="77777777" w:rsidTr="00833FED">
        <w:trPr>
          <w:jc w:val="center"/>
        </w:trPr>
        <w:tc>
          <w:tcPr>
            <w:tcW w:w="1620" w:type="dxa"/>
          </w:tcPr>
          <w:p w14:paraId="68215619" w14:textId="77777777" w:rsidR="00650896" w:rsidRDefault="00000000">
            <w:r>
              <w:rPr>
                <w:sz w:val="17"/>
              </w:rPr>
              <w:t>9</w:t>
            </w:r>
          </w:p>
        </w:tc>
        <w:tc>
          <w:tcPr>
            <w:tcW w:w="4320" w:type="dxa"/>
          </w:tcPr>
          <w:p w14:paraId="61F0E468" w14:textId="3EC0C2AB" w:rsidR="00650896" w:rsidRDefault="00833FED">
            <w:r>
              <w:rPr>
                <w:sz w:val="17"/>
              </w:rPr>
              <w:t>Public/third parties</w:t>
            </w:r>
          </w:p>
        </w:tc>
        <w:tc>
          <w:tcPr>
            <w:tcW w:w="4284" w:type="dxa"/>
          </w:tcPr>
          <w:p w14:paraId="71775620" w14:textId="77777777" w:rsidR="00650896" w:rsidRDefault="00000000">
            <w:r>
              <w:rPr>
                <w:sz w:val="17"/>
              </w:rPr>
              <w:t>Exposure at site boundaries, roads and access interfaces</w:t>
            </w:r>
          </w:p>
        </w:tc>
      </w:tr>
      <w:tr w:rsidR="00650896" w14:paraId="3177314C" w14:textId="77777777" w:rsidTr="00833FED">
        <w:trPr>
          <w:jc w:val="center"/>
        </w:trPr>
        <w:tc>
          <w:tcPr>
            <w:tcW w:w="1620" w:type="dxa"/>
          </w:tcPr>
          <w:p w14:paraId="6DF632C8" w14:textId="77777777" w:rsidR="00650896" w:rsidRDefault="00000000">
            <w:r>
              <w:rPr>
                <w:sz w:val="17"/>
              </w:rPr>
              <w:t>10</w:t>
            </w:r>
          </w:p>
        </w:tc>
        <w:tc>
          <w:tcPr>
            <w:tcW w:w="4320" w:type="dxa"/>
          </w:tcPr>
          <w:p w14:paraId="190707AA" w14:textId="77777777" w:rsidR="00650896" w:rsidRDefault="00000000">
            <w:r>
              <w:rPr>
                <w:sz w:val="17"/>
              </w:rPr>
              <w:t>Workers in adjacent activities</w:t>
            </w:r>
          </w:p>
        </w:tc>
        <w:tc>
          <w:tcPr>
            <w:tcW w:w="4284" w:type="dxa"/>
          </w:tcPr>
          <w:p w14:paraId="3DBDB28A" w14:textId="77777777" w:rsidR="00650896" w:rsidRDefault="00000000">
            <w:r>
              <w:rPr>
                <w:sz w:val="17"/>
              </w:rPr>
              <w:t>Interaction with nearby simultaneous work</w:t>
            </w:r>
          </w:p>
        </w:tc>
      </w:tr>
    </w:tbl>
    <w:p w14:paraId="719CE55C" w14:textId="77777777" w:rsidR="00650896" w:rsidRDefault="00000000">
      <w:pPr>
        <w:pStyle w:val="Heading1"/>
      </w:pPr>
      <w:r>
        <w:lastRenderedPageBreak/>
        <w:t>5. Construction Risk Control Principles</w:t>
      </w:r>
    </w:p>
    <w:p w14:paraId="2B17EBA4" w14:textId="77777777" w:rsidR="00650896" w:rsidRDefault="00000000">
      <w:r>
        <w:t>Construction activities should be planned so that hazards are eliminated or reduced before work starts. Controls should follow the hierarchy of controls, with priority given to elimination, substitution and engineering controls before administrative controls and PPE. Work must be supervised, communicated and reviewed whenever conditions change.</w:t>
      </w:r>
    </w:p>
    <w:tbl>
      <w:tblPr>
        <w:tblStyle w:val="TableGrid"/>
        <w:tblW w:w="0" w:type="auto"/>
        <w:jc w:val="center"/>
        <w:tblLook w:val="04A0" w:firstRow="1" w:lastRow="0" w:firstColumn="1" w:lastColumn="0" w:noHBand="0" w:noVBand="1"/>
      </w:tblPr>
      <w:tblGrid>
        <w:gridCol w:w="1620"/>
        <w:gridCol w:w="2880"/>
        <w:gridCol w:w="5724"/>
      </w:tblGrid>
      <w:tr w:rsidR="00650896" w14:paraId="6E6259B9" w14:textId="77777777" w:rsidTr="00833FED">
        <w:trPr>
          <w:tblHeader/>
          <w:jc w:val="center"/>
        </w:trPr>
        <w:tc>
          <w:tcPr>
            <w:tcW w:w="1620" w:type="dxa"/>
            <w:shd w:val="clear" w:color="auto" w:fill="0F3D5E"/>
          </w:tcPr>
          <w:p w14:paraId="4FB7B7BC" w14:textId="77777777" w:rsidR="00650896" w:rsidRDefault="00000000">
            <w:r>
              <w:rPr>
                <w:b/>
                <w:color w:val="FFFFFF"/>
              </w:rPr>
              <w:t>Priority</w:t>
            </w:r>
          </w:p>
        </w:tc>
        <w:tc>
          <w:tcPr>
            <w:tcW w:w="2880" w:type="dxa"/>
            <w:shd w:val="clear" w:color="auto" w:fill="0F3D5E"/>
          </w:tcPr>
          <w:p w14:paraId="56109A3C" w14:textId="77777777" w:rsidR="00650896" w:rsidRDefault="00000000">
            <w:r>
              <w:rPr>
                <w:b/>
                <w:color w:val="FFFFFF"/>
              </w:rPr>
              <w:t>Principle</w:t>
            </w:r>
          </w:p>
        </w:tc>
        <w:tc>
          <w:tcPr>
            <w:tcW w:w="5724" w:type="dxa"/>
            <w:shd w:val="clear" w:color="auto" w:fill="0F3D5E"/>
          </w:tcPr>
          <w:p w14:paraId="55F9E210" w14:textId="77777777" w:rsidR="00650896" w:rsidRDefault="00000000">
            <w:r>
              <w:rPr>
                <w:b/>
                <w:color w:val="FFFFFF"/>
              </w:rPr>
              <w:t>Examples</w:t>
            </w:r>
          </w:p>
        </w:tc>
      </w:tr>
      <w:tr w:rsidR="00650896" w14:paraId="75F8F24B" w14:textId="77777777" w:rsidTr="00833FED">
        <w:trPr>
          <w:jc w:val="center"/>
        </w:trPr>
        <w:tc>
          <w:tcPr>
            <w:tcW w:w="1620" w:type="dxa"/>
          </w:tcPr>
          <w:p w14:paraId="4E190D36" w14:textId="77777777" w:rsidR="00650896" w:rsidRDefault="00000000">
            <w:r>
              <w:rPr>
                <w:sz w:val="17"/>
              </w:rPr>
              <w:t>1</w:t>
            </w:r>
          </w:p>
        </w:tc>
        <w:tc>
          <w:tcPr>
            <w:tcW w:w="2880" w:type="dxa"/>
          </w:tcPr>
          <w:p w14:paraId="321CA5F6" w14:textId="77777777" w:rsidR="00650896" w:rsidRDefault="00000000">
            <w:r>
              <w:rPr>
                <w:sz w:val="17"/>
              </w:rPr>
              <w:t>Eliminate</w:t>
            </w:r>
          </w:p>
        </w:tc>
        <w:tc>
          <w:tcPr>
            <w:tcW w:w="5724" w:type="dxa"/>
          </w:tcPr>
          <w:p w14:paraId="1017A3F0" w14:textId="77777777" w:rsidR="00650896" w:rsidRDefault="00000000">
            <w:r>
              <w:rPr>
                <w:sz w:val="17"/>
              </w:rPr>
              <w:t>Remove unnecessary work at height, manual handling or hazardous exposure where practicable.</w:t>
            </w:r>
          </w:p>
        </w:tc>
      </w:tr>
      <w:tr w:rsidR="00650896" w14:paraId="4D0AB467" w14:textId="77777777" w:rsidTr="00833FED">
        <w:trPr>
          <w:jc w:val="center"/>
        </w:trPr>
        <w:tc>
          <w:tcPr>
            <w:tcW w:w="1620" w:type="dxa"/>
          </w:tcPr>
          <w:p w14:paraId="6A742BB8" w14:textId="77777777" w:rsidR="00650896" w:rsidRDefault="00000000">
            <w:r>
              <w:rPr>
                <w:sz w:val="17"/>
              </w:rPr>
              <w:t>2</w:t>
            </w:r>
          </w:p>
        </w:tc>
        <w:tc>
          <w:tcPr>
            <w:tcW w:w="2880" w:type="dxa"/>
          </w:tcPr>
          <w:p w14:paraId="05BE1115" w14:textId="77777777" w:rsidR="00650896" w:rsidRDefault="00000000">
            <w:r>
              <w:rPr>
                <w:sz w:val="17"/>
              </w:rPr>
              <w:t>Substitute</w:t>
            </w:r>
          </w:p>
        </w:tc>
        <w:tc>
          <w:tcPr>
            <w:tcW w:w="5724" w:type="dxa"/>
          </w:tcPr>
          <w:p w14:paraId="67A200EF" w14:textId="77777777" w:rsidR="00650896" w:rsidRDefault="00000000">
            <w:r>
              <w:rPr>
                <w:sz w:val="17"/>
              </w:rPr>
              <w:t>Use safer materials, equipment or work methods where reasonably practicable.</w:t>
            </w:r>
          </w:p>
        </w:tc>
      </w:tr>
      <w:tr w:rsidR="00650896" w14:paraId="48A16775" w14:textId="77777777" w:rsidTr="00833FED">
        <w:trPr>
          <w:jc w:val="center"/>
        </w:trPr>
        <w:tc>
          <w:tcPr>
            <w:tcW w:w="1620" w:type="dxa"/>
          </w:tcPr>
          <w:p w14:paraId="2EB7BC9E" w14:textId="77777777" w:rsidR="00650896" w:rsidRDefault="00000000">
            <w:r>
              <w:rPr>
                <w:sz w:val="17"/>
              </w:rPr>
              <w:t>3</w:t>
            </w:r>
          </w:p>
        </w:tc>
        <w:tc>
          <w:tcPr>
            <w:tcW w:w="2880" w:type="dxa"/>
          </w:tcPr>
          <w:p w14:paraId="59CBD423" w14:textId="77777777" w:rsidR="00650896" w:rsidRDefault="00000000">
            <w:r>
              <w:rPr>
                <w:sz w:val="17"/>
              </w:rPr>
              <w:t>Engineering Controls</w:t>
            </w:r>
          </w:p>
        </w:tc>
        <w:tc>
          <w:tcPr>
            <w:tcW w:w="5724" w:type="dxa"/>
          </w:tcPr>
          <w:p w14:paraId="7B961B47" w14:textId="77777777" w:rsidR="00650896" w:rsidRDefault="00000000">
            <w:r>
              <w:rPr>
                <w:sz w:val="17"/>
              </w:rPr>
              <w:t>Guarding, barriers, edge protection, segregation, ventilation and mechanical aids.</w:t>
            </w:r>
          </w:p>
        </w:tc>
      </w:tr>
      <w:tr w:rsidR="00650896" w14:paraId="2F528B56" w14:textId="77777777" w:rsidTr="00833FED">
        <w:trPr>
          <w:jc w:val="center"/>
        </w:trPr>
        <w:tc>
          <w:tcPr>
            <w:tcW w:w="1620" w:type="dxa"/>
          </w:tcPr>
          <w:p w14:paraId="730AC64C" w14:textId="77777777" w:rsidR="00650896" w:rsidRDefault="00000000">
            <w:r>
              <w:rPr>
                <w:sz w:val="17"/>
              </w:rPr>
              <w:t>4</w:t>
            </w:r>
          </w:p>
        </w:tc>
        <w:tc>
          <w:tcPr>
            <w:tcW w:w="2880" w:type="dxa"/>
          </w:tcPr>
          <w:p w14:paraId="7F6646CB" w14:textId="77777777" w:rsidR="00650896" w:rsidRDefault="00000000">
            <w:r>
              <w:rPr>
                <w:sz w:val="17"/>
              </w:rPr>
              <w:t>Administrative Controls</w:t>
            </w:r>
          </w:p>
        </w:tc>
        <w:tc>
          <w:tcPr>
            <w:tcW w:w="5724" w:type="dxa"/>
          </w:tcPr>
          <w:p w14:paraId="11B6DD40" w14:textId="77777777" w:rsidR="00650896" w:rsidRDefault="00000000">
            <w:r>
              <w:rPr>
                <w:sz w:val="17"/>
              </w:rPr>
              <w:t>Permits, procedures, training, supervision, inspections, signage and scheduling.</w:t>
            </w:r>
          </w:p>
        </w:tc>
      </w:tr>
      <w:tr w:rsidR="00650896" w14:paraId="5A108638" w14:textId="77777777" w:rsidTr="00833FED">
        <w:trPr>
          <w:jc w:val="center"/>
        </w:trPr>
        <w:tc>
          <w:tcPr>
            <w:tcW w:w="1620" w:type="dxa"/>
          </w:tcPr>
          <w:p w14:paraId="0CB826BB" w14:textId="77777777" w:rsidR="00650896" w:rsidRDefault="00000000">
            <w:r>
              <w:rPr>
                <w:sz w:val="17"/>
              </w:rPr>
              <w:t>5</w:t>
            </w:r>
          </w:p>
        </w:tc>
        <w:tc>
          <w:tcPr>
            <w:tcW w:w="2880" w:type="dxa"/>
          </w:tcPr>
          <w:p w14:paraId="0FB28829" w14:textId="77777777" w:rsidR="00650896" w:rsidRDefault="00000000">
            <w:r>
              <w:rPr>
                <w:sz w:val="17"/>
              </w:rPr>
              <w:t>PPE</w:t>
            </w:r>
          </w:p>
        </w:tc>
        <w:tc>
          <w:tcPr>
            <w:tcW w:w="5724" w:type="dxa"/>
          </w:tcPr>
          <w:p w14:paraId="4F1E5786" w14:textId="77777777" w:rsidR="00650896" w:rsidRDefault="00000000">
            <w:r>
              <w:rPr>
                <w:sz w:val="17"/>
              </w:rPr>
              <w:t>Use task-appropriate PPE as the final layer of protection.</w:t>
            </w:r>
          </w:p>
        </w:tc>
      </w:tr>
    </w:tbl>
    <w:p w14:paraId="46FA0AAE" w14:textId="77777777" w:rsidR="00650896" w:rsidRDefault="00650896"/>
    <w:p w14:paraId="0178841D" w14:textId="77777777" w:rsidR="00650896" w:rsidRDefault="00000000">
      <w:pPr>
        <w:pStyle w:val="Heading1"/>
      </w:pPr>
      <w:r>
        <w:t>6. General Site Control Requirements</w:t>
      </w:r>
    </w:p>
    <w:tbl>
      <w:tblPr>
        <w:tblStyle w:val="TableGrid"/>
        <w:tblW w:w="0" w:type="auto"/>
        <w:jc w:val="center"/>
        <w:tblLook w:val="04A0" w:firstRow="1" w:lastRow="0" w:firstColumn="1" w:lastColumn="0" w:noHBand="0" w:noVBand="1"/>
      </w:tblPr>
      <w:tblGrid>
        <w:gridCol w:w="1620"/>
        <w:gridCol w:w="2880"/>
        <w:gridCol w:w="5724"/>
      </w:tblGrid>
      <w:tr w:rsidR="00650896" w14:paraId="2F6DBB96" w14:textId="77777777" w:rsidTr="00833FED">
        <w:trPr>
          <w:tblHeader/>
          <w:jc w:val="center"/>
        </w:trPr>
        <w:tc>
          <w:tcPr>
            <w:tcW w:w="1620" w:type="dxa"/>
            <w:shd w:val="clear" w:color="auto" w:fill="0F3D5E"/>
          </w:tcPr>
          <w:p w14:paraId="07710A48" w14:textId="77777777" w:rsidR="00650896" w:rsidRDefault="00000000">
            <w:r>
              <w:rPr>
                <w:b/>
                <w:color w:val="FFFFFF"/>
              </w:rPr>
              <w:t>No.</w:t>
            </w:r>
          </w:p>
        </w:tc>
        <w:tc>
          <w:tcPr>
            <w:tcW w:w="2880" w:type="dxa"/>
            <w:shd w:val="clear" w:color="auto" w:fill="0F3D5E"/>
          </w:tcPr>
          <w:p w14:paraId="16A4130C" w14:textId="77777777" w:rsidR="00650896" w:rsidRDefault="00000000">
            <w:r>
              <w:rPr>
                <w:b/>
                <w:color w:val="FFFFFF"/>
              </w:rPr>
              <w:t>Control Area</w:t>
            </w:r>
          </w:p>
        </w:tc>
        <w:tc>
          <w:tcPr>
            <w:tcW w:w="5724" w:type="dxa"/>
            <w:shd w:val="clear" w:color="auto" w:fill="0F3D5E"/>
          </w:tcPr>
          <w:p w14:paraId="2F7B7CC1" w14:textId="77777777" w:rsidR="00650896" w:rsidRDefault="00000000">
            <w:r>
              <w:rPr>
                <w:b/>
                <w:color w:val="FFFFFF"/>
              </w:rPr>
              <w:t>General Requirement</w:t>
            </w:r>
          </w:p>
        </w:tc>
      </w:tr>
      <w:tr w:rsidR="00650896" w14:paraId="666AC34B" w14:textId="77777777" w:rsidTr="00833FED">
        <w:trPr>
          <w:jc w:val="center"/>
        </w:trPr>
        <w:tc>
          <w:tcPr>
            <w:tcW w:w="1620" w:type="dxa"/>
          </w:tcPr>
          <w:p w14:paraId="1FC245EB" w14:textId="77777777" w:rsidR="00650896" w:rsidRDefault="00000000">
            <w:r>
              <w:rPr>
                <w:sz w:val="16"/>
              </w:rPr>
              <w:t>1</w:t>
            </w:r>
          </w:p>
        </w:tc>
        <w:tc>
          <w:tcPr>
            <w:tcW w:w="2880" w:type="dxa"/>
          </w:tcPr>
          <w:p w14:paraId="7B011116" w14:textId="77777777" w:rsidR="00650896" w:rsidRDefault="00000000">
            <w:r>
              <w:rPr>
                <w:sz w:val="16"/>
              </w:rPr>
              <w:t>Site Planning</w:t>
            </w:r>
          </w:p>
        </w:tc>
        <w:tc>
          <w:tcPr>
            <w:tcW w:w="5724" w:type="dxa"/>
          </w:tcPr>
          <w:p w14:paraId="72F970D6" w14:textId="77777777" w:rsidR="00650896" w:rsidRDefault="00000000">
            <w:r>
              <w:rPr>
                <w:sz w:val="16"/>
              </w:rPr>
              <w:t>Identify hazards and interfaces before work begins and coordinate activities.</w:t>
            </w:r>
          </w:p>
        </w:tc>
      </w:tr>
      <w:tr w:rsidR="00650896" w14:paraId="1360781E" w14:textId="77777777" w:rsidTr="00833FED">
        <w:trPr>
          <w:jc w:val="center"/>
        </w:trPr>
        <w:tc>
          <w:tcPr>
            <w:tcW w:w="1620" w:type="dxa"/>
          </w:tcPr>
          <w:p w14:paraId="28D2F056" w14:textId="77777777" w:rsidR="00650896" w:rsidRDefault="00000000">
            <w:r>
              <w:rPr>
                <w:sz w:val="16"/>
              </w:rPr>
              <w:t>2</w:t>
            </w:r>
          </w:p>
        </w:tc>
        <w:tc>
          <w:tcPr>
            <w:tcW w:w="2880" w:type="dxa"/>
          </w:tcPr>
          <w:p w14:paraId="3F5ACFC9" w14:textId="77777777" w:rsidR="00650896" w:rsidRDefault="00000000">
            <w:r>
              <w:rPr>
                <w:sz w:val="16"/>
              </w:rPr>
              <w:t>Competency</w:t>
            </w:r>
          </w:p>
        </w:tc>
        <w:tc>
          <w:tcPr>
            <w:tcW w:w="5724" w:type="dxa"/>
          </w:tcPr>
          <w:p w14:paraId="19E222DF" w14:textId="77777777" w:rsidR="00650896" w:rsidRDefault="00000000">
            <w:r>
              <w:rPr>
                <w:sz w:val="16"/>
              </w:rPr>
              <w:t>Use competent workers, operators, supervisors and specialist personnel.</w:t>
            </w:r>
          </w:p>
        </w:tc>
      </w:tr>
      <w:tr w:rsidR="00650896" w14:paraId="278CC2FB" w14:textId="77777777" w:rsidTr="00833FED">
        <w:trPr>
          <w:jc w:val="center"/>
        </w:trPr>
        <w:tc>
          <w:tcPr>
            <w:tcW w:w="1620" w:type="dxa"/>
          </w:tcPr>
          <w:p w14:paraId="76ECC5BA" w14:textId="77777777" w:rsidR="00650896" w:rsidRDefault="00000000">
            <w:r>
              <w:rPr>
                <w:sz w:val="16"/>
              </w:rPr>
              <w:t>3</w:t>
            </w:r>
          </w:p>
        </w:tc>
        <w:tc>
          <w:tcPr>
            <w:tcW w:w="2880" w:type="dxa"/>
          </w:tcPr>
          <w:p w14:paraId="746A5E90" w14:textId="77777777" w:rsidR="00650896" w:rsidRDefault="00000000">
            <w:r>
              <w:rPr>
                <w:sz w:val="16"/>
              </w:rPr>
              <w:t>Access / Egress</w:t>
            </w:r>
          </w:p>
        </w:tc>
        <w:tc>
          <w:tcPr>
            <w:tcW w:w="5724" w:type="dxa"/>
          </w:tcPr>
          <w:p w14:paraId="2FBAAD07" w14:textId="77777777" w:rsidR="00650896" w:rsidRDefault="00000000">
            <w:r>
              <w:rPr>
                <w:sz w:val="16"/>
              </w:rPr>
              <w:t>Maintain safe, unobstructed and adequately controlled access and emergency routes.</w:t>
            </w:r>
          </w:p>
        </w:tc>
      </w:tr>
      <w:tr w:rsidR="00650896" w14:paraId="16A55D6C" w14:textId="77777777" w:rsidTr="00833FED">
        <w:trPr>
          <w:jc w:val="center"/>
        </w:trPr>
        <w:tc>
          <w:tcPr>
            <w:tcW w:w="1620" w:type="dxa"/>
          </w:tcPr>
          <w:p w14:paraId="5E20DE10" w14:textId="77777777" w:rsidR="00650896" w:rsidRDefault="00000000">
            <w:r>
              <w:rPr>
                <w:sz w:val="16"/>
              </w:rPr>
              <w:t>4</w:t>
            </w:r>
          </w:p>
        </w:tc>
        <w:tc>
          <w:tcPr>
            <w:tcW w:w="2880" w:type="dxa"/>
          </w:tcPr>
          <w:p w14:paraId="2DF40593" w14:textId="77777777" w:rsidR="00650896" w:rsidRDefault="00000000">
            <w:r>
              <w:rPr>
                <w:sz w:val="16"/>
              </w:rPr>
              <w:t>Traffic Management</w:t>
            </w:r>
          </w:p>
        </w:tc>
        <w:tc>
          <w:tcPr>
            <w:tcW w:w="5724" w:type="dxa"/>
          </w:tcPr>
          <w:p w14:paraId="05869240" w14:textId="77777777" w:rsidR="00650896" w:rsidRDefault="00000000">
            <w:r>
              <w:rPr>
                <w:sz w:val="16"/>
              </w:rPr>
              <w:t>Separate pedestrians and vehicles and control reversing and delivery movements.</w:t>
            </w:r>
          </w:p>
        </w:tc>
      </w:tr>
      <w:tr w:rsidR="00650896" w14:paraId="0786E75B" w14:textId="77777777" w:rsidTr="00833FED">
        <w:trPr>
          <w:jc w:val="center"/>
        </w:trPr>
        <w:tc>
          <w:tcPr>
            <w:tcW w:w="1620" w:type="dxa"/>
          </w:tcPr>
          <w:p w14:paraId="60FDA63D" w14:textId="77777777" w:rsidR="00650896" w:rsidRDefault="00000000">
            <w:r>
              <w:rPr>
                <w:sz w:val="16"/>
              </w:rPr>
              <w:t>5</w:t>
            </w:r>
          </w:p>
        </w:tc>
        <w:tc>
          <w:tcPr>
            <w:tcW w:w="2880" w:type="dxa"/>
          </w:tcPr>
          <w:p w14:paraId="7DDF603A" w14:textId="77777777" w:rsidR="00650896" w:rsidRDefault="00000000">
            <w:r>
              <w:rPr>
                <w:sz w:val="16"/>
              </w:rPr>
              <w:t>Work at Height</w:t>
            </w:r>
          </w:p>
        </w:tc>
        <w:tc>
          <w:tcPr>
            <w:tcW w:w="5724" w:type="dxa"/>
          </w:tcPr>
          <w:p w14:paraId="7D7B8AC0" w14:textId="77777777" w:rsidR="00650896" w:rsidRDefault="00000000">
            <w:r>
              <w:rPr>
                <w:sz w:val="16"/>
              </w:rPr>
              <w:t>Provide suitable platforms, edge protection, access systems and fall prevention.</w:t>
            </w:r>
          </w:p>
        </w:tc>
      </w:tr>
      <w:tr w:rsidR="00650896" w14:paraId="33906E27" w14:textId="77777777" w:rsidTr="00833FED">
        <w:trPr>
          <w:jc w:val="center"/>
        </w:trPr>
        <w:tc>
          <w:tcPr>
            <w:tcW w:w="1620" w:type="dxa"/>
          </w:tcPr>
          <w:p w14:paraId="5D664E6C" w14:textId="77777777" w:rsidR="00650896" w:rsidRDefault="00000000">
            <w:r>
              <w:rPr>
                <w:sz w:val="16"/>
              </w:rPr>
              <w:t>6</w:t>
            </w:r>
          </w:p>
        </w:tc>
        <w:tc>
          <w:tcPr>
            <w:tcW w:w="2880" w:type="dxa"/>
          </w:tcPr>
          <w:p w14:paraId="38DB6033" w14:textId="77777777" w:rsidR="00650896" w:rsidRDefault="00000000">
            <w:r>
              <w:rPr>
                <w:sz w:val="16"/>
              </w:rPr>
              <w:t>Excavation</w:t>
            </w:r>
          </w:p>
        </w:tc>
        <w:tc>
          <w:tcPr>
            <w:tcW w:w="5724" w:type="dxa"/>
          </w:tcPr>
          <w:p w14:paraId="53064BA2" w14:textId="77777777" w:rsidR="00650896" w:rsidRDefault="00000000">
            <w:r>
              <w:rPr>
                <w:sz w:val="16"/>
              </w:rPr>
              <w:t>Identify services, assess ground conditions, protect edges and prevent collapse.</w:t>
            </w:r>
          </w:p>
        </w:tc>
      </w:tr>
      <w:tr w:rsidR="00650896" w14:paraId="3595036B" w14:textId="77777777" w:rsidTr="00833FED">
        <w:trPr>
          <w:jc w:val="center"/>
        </w:trPr>
        <w:tc>
          <w:tcPr>
            <w:tcW w:w="1620" w:type="dxa"/>
          </w:tcPr>
          <w:p w14:paraId="46DEA203" w14:textId="77777777" w:rsidR="00650896" w:rsidRDefault="00000000">
            <w:r>
              <w:rPr>
                <w:sz w:val="16"/>
              </w:rPr>
              <w:t>7</w:t>
            </w:r>
          </w:p>
        </w:tc>
        <w:tc>
          <w:tcPr>
            <w:tcW w:w="2880" w:type="dxa"/>
          </w:tcPr>
          <w:p w14:paraId="65FA30BE" w14:textId="77777777" w:rsidR="00650896" w:rsidRDefault="00000000">
            <w:r>
              <w:rPr>
                <w:sz w:val="16"/>
              </w:rPr>
              <w:t>Lifting</w:t>
            </w:r>
          </w:p>
        </w:tc>
        <w:tc>
          <w:tcPr>
            <w:tcW w:w="5724" w:type="dxa"/>
          </w:tcPr>
          <w:p w14:paraId="4A2CD931" w14:textId="77777777" w:rsidR="00650896" w:rsidRDefault="00000000">
            <w:r>
              <w:rPr>
                <w:sz w:val="16"/>
              </w:rPr>
              <w:t>Use suitable equipment, competent personnel, planned lifts and exclusion zones.</w:t>
            </w:r>
          </w:p>
        </w:tc>
      </w:tr>
      <w:tr w:rsidR="00650896" w14:paraId="3E2689B9" w14:textId="77777777" w:rsidTr="00833FED">
        <w:trPr>
          <w:jc w:val="center"/>
        </w:trPr>
        <w:tc>
          <w:tcPr>
            <w:tcW w:w="1620" w:type="dxa"/>
          </w:tcPr>
          <w:p w14:paraId="30B0F8D0" w14:textId="77777777" w:rsidR="00650896" w:rsidRDefault="00000000">
            <w:r>
              <w:rPr>
                <w:sz w:val="16"/>
              </w:rPr>
              <w:t>8</w:t>
            </w:r>
          </w:p>
        </w:tc>
        <w:tc>
          <w:tcPr>
            <w:tcW w:w="2880" w:type="dxa"/>
          </w:tcPr>
          <w:p w14:paraId="10460E58" w14:textId="77777777" w:rsidR="00650896" w:rsidRDefault="00000000">
            <w:r>
              <w:rPr>
                <w:sz w:val="16"/>
              </w:rPr>
              <w:t>Electrical Safety</w:t>
            </w:r>
          </w:p>
        </w:tc>
        <w:tc>
          <w:tcPr>
            <w:tcW w:w="5724" w:type="dxa"/>
          </w:tcPr>
          <w:p w14:paraId="6AA10415" w14:textId="77777777" w:rsidR="00650896" w:rsidRDefault="00000000">
            <w:r>
              <w:rPr>
                <w:sz w:val="16"/>
              </w:rPr>
              <w:t>Control temporary power, isolation, damaged cables, panels and electrical access.</w:t>
            </w:r>
          </w:p>
        </w:tc>
      </w:tr>
      <w:tr w:rsidR="00650896" w14:paraId="71C7B855" w14:textId="77777777" w:rsidTr="00833FED">
        <w:trPr>
          <w:jc w:val="center"/>
        </w:trPr>
        <w:tc>
          <w:tcPr>
            <w:tcW w:w="1620" w:type="dxa"/>
          </w:tcPr>
          <w:p w14:paraId="677E4DDB" w14:textId="77777777" w:rsidR="00650896" w:rsidRDefault="00000000">
            <w:r>
              <w:rPr>
                <w:sz w:val="16"/>
              </w:rPr>
              <w:t>9</w:t>
            </w:r>
          </w:p>
        </w:tc>
        <w:tc>
          <w:tcPr>
            <w:tcW w:w="2880" w:type="dxa"/>
          </w:tcPr>
          <w:p w14:paraId="737DA79E" w14:textId="77777777" w:rsidR="00650896" w:rsidRDefault="00000000">
            <w:r>
              <w:rPr>
                <w:sz w:val="16"/>
              </w:rPr>
              <w:t>Plant / Tools</w:t>
            </w:r>
          </w:p>
        </w:tc>
        <w:tc>
          <w:tcPr>
            <w:tcW w:w="5724" w:type="dxa"/>
          </w:tcPr>
          <w:p w14:paraId="3694492B" w14:textId="77777777" w:rsidR="00650896" w:rsidRDefault="00000000">
            <w:r>
              <w:rPr>
                <w:sz w:val="16"/>
              </w:rPr>
              <w:t>Inspect equipment and prevent use of defective or unsuitable machinery.</w:t>
            </w:r>
          </w:p>
        </w:tc>
      </w:tr>
      <w:tr w:rsidR="00650896" w14:paraId="6CC61437" w14:textId="77777777" w:rsidTr="00833FED">
        <w:trPr>
          <w:jc w:val="center"/>
        </w:trPr>
        <w:tc>
          <w:tcPr>
            <w:tcW w:w="1620" w:type="dxa"/>
          </w:tcPr>
          <w:p w14:paraId="15F77A2F" w14:textId="77777777" w:rsidR="00650896" w:rsidRDefault="00000000">
            <w:r>
              <w:rPr>
                <w:sz w:val="16"/>
              </w:rPr>
              <w:t>10</w:t>
            </w:r>
          </w:p>
        </w:tc>
        <w:tc>
          <w:tcPr>
            <w:tcW w:w="2880" w:type="dxa"/>
          </w:tcPr>
          <w:p w14:paraId="521726BA" w14:textId="77777777" w:rsidR="00650896" w:rsidRDefault="00000000">
            <w:r>
              <w:rPr>
                <w:sz w:val="16"/>
              </w:rPr>
              <w:t>Housekeeping</w:t>
            </w:r>
          </w:p>
        </w:tc>
        <w:tc>
          <w:tcPr>
            <w:tcW w:w="5724" w:type="dxa"/>
          </w:tcPr>
          <w:p w14:paraId="5D359C9D" w14:textId="77777777" w:rsidR="00650896" w:rsidRDefault="00000000">
            <w:r>
              <w:rPr>
                <w:sz w:val="16"/>
              </w:rPr>
              <w:t>Keep work areas clean, organized and free from unnecessary obstructions.</w:t>
            </w:r>
          </w:p>
        </w:tc>
      </w:tr>
      <w:tr w:rsidR="00650896" w14:paraId="32C563BC" w14:textId="77777777" w:rsidTr="00833FED">
        <w:trPr>
          <w:jc w:val="center"/>
        </w:trPr>
        <w:tc>
          <w:tcPr>
            <w:tcW w:w="1620" w:type="dxa"/>
          </w:tcPr>
          <w:p w14:paraId="06027260" w14:textId="77777777" w:rsidR="00650896" w:rsidRDefault="00000000">
            <w:r>
              <w:rPr>
                <w:sz w:val="16"/>
              </w:rPr>
              <w:t>11</w:t>
            </w:r>
          </w:p>
        </w:tc>
        <w:tc>
          <w:tcPr>
            <w:tcW w:w="2880" w:type="dxa"/>
          </w:tcPr>
          <w:p w14:paraId="26EA9209" w14:textId="77777777" w:rsidR="00650896" w:rsidRDefault="00000000">
            <w:r>
              <w:rPr>
                <w:sz w:val="16"/>
              </w:rPr>
              <w:t>Fire / Hot Work</w:t>
            </w:r>
          </w:p>
        </w:tc>
        <w:tc>
          <w:tcPr>
            <w:tcW w:w="5724" w:type="dxa"/>
          </w:tcPr>
          <w:p w14:paraId="0FF12FD9" w14:textId="77777777" w:rsidR="00650896" w:rsidRDefault="00000000">
            <w:r>
              <w:rPr>
                <w:sz w:val="16"/>
              </w:rPr>
              <w:t>Control ignition sources, combustible materials, gas cylinders and fire protection.</w:t>
            </w:r>
          </w:p>
        </w:tc>
      </w:tr>
      <w:tr w:rsidR="00650896" w14:paraId="5EE5D57C" w14:textId="77777777" w:rsidTr="00833FED">
        <w:trPr>
          <w:jc w:val="center"/>
        </w:trPr>
        <w:tc>
          <w:tcPr>
            <w:tcW w:w="1620" w:type="dxa"/>
          </w:tcPr>
          <w:p w14:paraId="598FFD36" w14:textId="77777777" w:rsidR="00650896" w:rsidRDefault="00000000">
            <w:r>
              <w:rPr>
                <w:sz w:val="16"/>
              </w:rPr>
              <w:t>12</w:t>
            </w:r>
          </w:p>
        </w:tc>
        <w:tc>
          <w:tcPr>
            <w:tcW w:w="2880" w:type="dxa"/>
          </w:tcPr>
          <w:p w14:paraId="03F1D943" w14:textId="77777777" w:rsidR="00650896" w:rsidRDefault="00000000">
            <w:r>
              <w:rPr>
                <w:sz w:val="16"/>
              </w:rPr>
              <w:t>Chemical Safety</w:t>
            </w:r>
          </w:p>
        </w:tc>
        <w:tc>
          <w:tcPr>
            <w:tcW w:w="5724" w:type="dxa"/>
          </w:tcPr>
          <w:p w14:paraId="70288E3E" w14:textId="77777777" w:rsidR="00650896" w:rsidRDefault="00000000">
            <w:r>
              <w:rPr>
                <w:sz w:val="16"/>
              </w:rPr>
              <w:t>Identify hazardous substances, provide SDS information, storage and suitable PPE.</w:t>
            </w:r>
          </w:p>
        </w:tc>
      </w:tr>
      <w:tr w:rsidR="00650896" w14:paraId="1CB9BB68" w14:textId="77777777" w:rsidTr="00833FED">
        <w:trPr>
          <w:jc w:val="center"/>
        </w:trPr>
        <w:tc>
          <w:tcPr>
            <w:tcW w:w="1620" w:type="dxa"/>
          </w:tcPr>
          <w:p w14:paraId="323BE4B8" w14:textId="77777777" w:rsidR="00650896" w:rsidRDefault="00000000">
            <w:r>
              <w:rPr>
                <w:sz w:val="16"/>
              </w:rPr>
              <w:t>13</w:t>
            </w:r>
          </w:p>
        </w:tc>
        <w:tc>
          <w:tcPr>
            <w:tcW w:w="2880" w:type="dxa"/>
          </w:tcPr>
          <w:p w14:paraId="3EC2252F" w14:textId="77777777" w:rsidR="00650896" w:rsidRDefault="00000000">
            <w:r>
              <w:rPr>
                <w:sz w:val="16"/>
              </w:rPr>
              <w:t>Dust / Noise</w:t>
            </w:r>
          </w:p>
        </w:tc>
        <w:tc>
          <w:tcPr>
            <w:tcW w:w="5724" w:type="dxa"/>
          </w:tcPr>
          <w:p w14:paraId="39195AB6" w14:textId="77777777" w:rsidR="00650896" w:rsidRDefault="00000000">
            <w:r>
              <w:rPr>
                <w:sz w:val="16"/>
              </w:rPr>
              <w:t>Assess exposure and implement engineering, administrative and PPE controls.</w:t>
            </w:r>
          </w:p>
        </w:tc>
      </w:tr>
      <w:tr w:rsidR="00650896" w14:paraId="3D8510A6" w14:textId="77777777" w:rsidTr="00833FED">
        <w:trPr>
          <w:jc w:val="center"/>
        </w:trPr>
        <w:tc>
          <w:tcPr>
            <w:tcW w:w="1620" w:type="dxa"/>
          </w:tcPr>
          <w:p w14:paraId="1C573C9B" w14:textId="77777777" w:rsidR="00650896" w:rsidRDefault="00000000">
            <w:r>
              <w:rPr>
                <w:sz w:val="16"/>
              </w:rPr>
              <w:t>14</w:t>
            </w:r>
          </w:p>
        </w:tc>
        <w:tc>
          <w:tcPr>
            <w:tcW w:w="2880" w:type="dxa"/>
          </w:tcPr>
          <w:p w14:paraId="59BCC625" w14:textId="77777777" w:rsidR="00650896" w:rsidRDefault="00000000">
            <w:r>
              <w:rPr>
                <w:sz w:val="16"/>
              </w:rPr>
              <w:t>Weather</w:t>
            </w:r>
          </w:p>
        </w:tc>
        <w:tc>
          <w:tcPr>
            <w:tcW w:w="5724" w:type="dxa"/>
          </w:tcPr>
          <w:p w14:paraId="3A0A705A" w14:textId="77777777" w:rsidR="00650896" w:rsidRDefault="00000000">
            <w:r>
              <w:rPr>
                <w:sz w:val="16"/>
              </w:rPr>
              <w:t>Monitor heat, wind, rain, dust storms and visibility and adjust work accordingly.</w:t>
            </w:r>
          </w:p>
        </w:tc>
      </w:tr>
      <w:tr w:rsidR="00650896" w14:paraId="4C01565C" w14:textId="77777777" w:rsidTr="00833FED">
        <w:trPr>
          <w:jc w:val="center"/>
        </w:trPr>
        <w:tc>
          <w:tcPr>
            <w:tcW w:w="1620" w:type="dxa"/>
          </w:tcPr>
          <w:p w14:paraId="34DC95FC" w14:textId="77777777" w:rsidR="00650896" w:rsidRDefault="00000000">
            <w:r>
              <w:rPr>
                <w:sz w:val="16"/>
              </w:rPr>
              <w:t>15</w:t>
            </w:r>
          </w:p>
        </w:tc>
        <w:tc>
          <w:tcPr>
            <w:tcW w:w="2880" w:type="dxa"/>
          </w:tcPr>
          <w:p w14:paraId="0D72AAAF" w14:textId="77777777" w:rsidR="00650896" w:rsidRDefault="00000000">
            <w:r>
              <w:rPr>
                <w:sz w:val="16"/>
              </w:rPr>
              <w:t>Emergency</w:t>
            </w:r>
          </w:p>
        </w:tc>
        <w:tc>
          <w:tcPr>
            <w:tcW w:w="5724" w:type="dxa"/>
          </w:tcPr>
          <w:p w14:paraId="030AAFA7" w14:textId="77777777" w:rsidR="00650896" w:rsidRDefault="00000000">
            <w:r>
              <w:rPr>
                <w:sz w:val="16"/>
              </w:rPr>
              <w:t>Maintain emergency response, first aid, rescue, fire and communication arrangements.</w:t>
            </w:r>
          </w:p>
        </w:tc>
      </w:tr>
    </w:tbl>
    <w:p w14:paraId="6A5AE635" w14:textId="77777777" w:rsidR="00650896" w:rsidRDefault="00650896"/>
    <w:p w14:paraId="3C3E677B" w14:textId="77777777" w:rsidR="00650896" w:rsidRDefault="00000000">
      <w:pPr>
        <w:pStyle w:val="Heading1"/>
      </w:pPr>
      <w:r>
        <w:t>7. Activities and Areas Covered</w:t>
      </w:r>
    </w:p>
    <w:p w14:paraId="4114A68F" w14:textId="77777777" w:rsidR="00650896" w:rsidRDefault="00000000">
      <w:r>
        <w:t>This assessment is intended as a broad construction-site reference and may be applied to building, civil, infrastructure, fit-out and associated construction activities. It should be supplemented by task-specific risk assessments, method statements, permits, lifting plans, JSA/JHA documents and specialist assessments where required.</w:t>
      </w:r>
    </w:p>
    <w:p w14:paraId="5046A3B9" w14:textId="77777777" w:rsidR="00650896" w:rsidRDefault="00000000">
      <w:pPr>
        <w:pStyle w:val="Heading1"/>
      </w:pPr>
      <w:r>
        <w:t>8. Risk Assessment Methodology</w:t>
      </w:r>
    </w:p>
    <w:p w14:paraId="4103E000" w14:textId="77777777" w:rsidR="00650896" w:rsidRDefault="00000000">
      <w:r>
        <w:t>Risk is assessed using a 5 × 5 matrix. Risk score = Likelihood × Severity. Initial risk represents the risk before additional controls are implemented. Residual risk represents the expected risk after the listed further controls are implemented and verified.</w:t>
      </w:r>
    </w:p>
    <w:tbl>
      <w:tblPr>
        <w:tblStyle w:val="TableGrid"/>
        <w:tblW w:w="0" w:type="auto"/>
        <w:jc w:val="center"/>
        <w:tblLook w:val="04A0" w:firstRow="1" w:lastRow="0" w:firstColumn="1" w:lastColumn="0" w:noHBand="0" w:noVBand="1"/>
      </w:tblPr>
      <w:tblGrid>
        <w:gridCol w:w="5112"/>
        <w:gridCol w:w="5112"/>
      </w:tblGrid>
      <w:tr w:rsidR="00650896" w14:paraId="6F55593E" w14:textId="77777777">
        <w:trPr>
          <w:tblHeader/>
          <w:jc w:val="center"/>
        </w:trPr>
        <w:tc>
          <w:tcPr>
            <w:tcW w:w="5112" w:type="dxa"/>
            <w:shd w:val="clear" w:color="auto" w:fill="0F3D5E"/>
          </w:tcPr>
          <w:p w14:paraId="4CB53A23" w14:textId="77777777" w:rsidR="00650896" w:rsidRDefault="00000000">
            <w:r>
              <w:rPr>
                <w:b/>
                <w:color w:val="FFFFFF"/>
              </w:rPr>
              <w:lastRenderedPageBreak/>
              <w:t>Likelihood</w:t>
            </w:r>
          </w:p>
        </w:tc>
        <w:tc>
          <w:tcPr>
            <w:tcW w:w="5112" w:type="dxa"/>
            <w:shd w:val="clear" w:color="auto" w:fill="0F3D5E"/>
          </w:tcPr>
          <w:p w14:paraId="5F843E42" w14:textId="77777777" w:rsidR="00650896" w:rsidRDefault="00000000">
            <w:r>
              <w:rPr>
                <w:b/>
                <w:color w:val="FFFFFF"/>
              </w:rPr>
              <w:t>Description</w:t>
            </w:r>
          </w:p>
        </w:tc>
      </w:tr>
      <w:tr w:rsidR="00650896" w14:paraId="005770AD" w14:textId="77777777">
        <w:trPr>
          <w:jc w:val="center"/>
        </w:trPr>
        <w:tc>
          <w:tcPr>
            <w:tcW w:w="5112" w:type="dxa"/>
          </w:tcPr>
          <w:p w14:paraId="384D959C" w14:textId="77777777" w:rsidR="00650896" w:rsidRDefault="00000000">
            <w:r>
              <w:rPr>
                <w:sz w:val="17"/>
              </w:rPr>
              <w:t>1</w:t>
            </w:r>
          </w:p>
        </w:tc>
        <w:tc>
          <w:tcPr>
            <w:tcW w:w="5112" w:type="dxa"/>
          </w:tcPr>
          <w:p w14:paraId="137165B4" w14:textId="77777777" w:rsidR="00650896" w:rsidRDefault="00000000">
            <w:r>
              <w:rPr>
                <w:sz w:val="17"/>
              </w:rPr>
              <w:t>Rare</w:t>
            </w:r>
          </w:p>
        </w:tc>
      </w:tr>
      <w:tr w:rsidR="00650896" w14:paraId="1B043238" w14:textId="77777777">
        <w:trPr>
          <w:jc w:val="center"/>
        </w:trPr>
        <w:tc>
          <w:tcPr>
            <w:tcW w:w="5112" w:type="dxa"/>
          </w:tcPr>
          <w:p w14:paraId="358A5EDC" w14:textId="77777777" w:rsidR="00650896" w:rsidRDefault="00000000">
            <w:r>
              <w:rPr>
                <w:sz w:val="17"/>
              </w:rPr>
              <w:t>2</w:t>
            </w:r>
          </w:p>
        </w:tc>
        <w:tc>
          <w:tcPr>
            <w:tcW w:w="5112" w:type="dxa"/>
          </w:tcPr>
          <w:p w14:paraId="1865F8BD" w14:textId="77777777" w:rsidR="00650896" w:rsidRDefault="00000000">
            <w:r>
              <w:rPr>
                <w:sz w:val="17"/>
              </w:rPr>
              <w:t>Unlikely</w:t>
            </w:r>
          </w:p>
        </w:tc>
      </w:tr>
      <w:tr w:rsidR="00650896" w14:paraId="038A20A1" w14:textId="77777777">
        <w:trPr>
          <w:jc w:val="center"/>
        </w:trPr>
        <w:tc>
          <w:tcPr>
            <w:tcW w:w="5112" w:type="dxa"/>
          </w:tcPr>
          <w:p w14:paraId="0B0753BB" w14:textId="77777777" w:rsidR="00650896" w:rsidRDefault="00000000">
            <w:r>
              <w:rPr>
                <w:sz w:val="17"/>
              </w:rPr>
              <w:t>3</w:t>
            </w:r>
          </w:p>
        </w:tc>
        <w:tc>
          <w:tcPr>
            <w:tcW w:w="5112" w:type="dxa"/>
          </w:tcPr>
          <w:p w14:paraId="3323E80E" w14:textId="77777777" w:rsidR="00650896" w:rsidRDefault="00000000">
            <w:r>
              <w:rPr>
                <w:sz w:val="17"/>
              </w:rPr>
              <w:t>Possible</w:t>
            </w:r>
          </w:p>
        </w:tc>
      </w:tr>
      <w:tr w:rsidR="00650896" w14:paraId="0D9E9310" w14:textId="77777777">
        <w:trPr>
          <w:jc w:val="center"/>
        </w:trPr>
        <w:tc>
          <w:tcPr>
            <w:tcW w:w="5112" w:type="dxa"/>
          </w:tcPr>
          <w:p w14:paraId="65127529" w14:textId="77777777" w:rsidR="00650896" w:rsidRDefault="00000000">
            <w:r>
              <w:rPr>
                <w:sz w:val="17"/>
              </w:rPr>
              <w:t>4</w:t>
            </w:r>
          </w:p>
        </w:tc>
        <w:tc>
          <w:tcPr>
            <w:tcW w:w="5112" w:type="dxa"/>
          </w:tcPr>
          <w:p w14:paraId="10259A56" w14:textId="77777777" w:rsidR="00650896" w:rsidRDefault="00000000">
            <w:r>
              <w:rPr>
                <w:sz w:val="17"/>
              </w:rPr>
              <w:t>Likely</w:t>
            </w:r>
          </w:p>
        </w:tc>
      </w:tr>
      <w:tr w:rsidR="00650896" w14:paraId="0BE0E32E" w14:textId="77777777">
        <w:trPr>
          <w:jc w:val="center"/>
        </w:trPr>
        <w:tc>
          <w:tcPr>
            <w:tcW w:w="5112" w:type="dxa"/>
          </w:tcPr>
          <w:p w14:paraId="177C7AAC" w14:textId="77777777" w:rsidR="00650896" w:rsidRDefault="00000000">
            <w:r>
              <w:rPr>
                <w:sz w:val="17"/>
              </w:rPr>
              <w:t>5</w:t>
            </w:r>
          </w:p>
        </w:tc>
        <w:tc>
          <w:tcPr>
            <w:tcW w:w="5112" w:type="dxa"/>
          </w:tcPr>
          <w:p w14:paraId="1D7AD242" w14:textId="77777777" w:rsidR="00650896" w:rsidRDefault="00000000">
            <w:r>
              <w:rPr>
                <w:sz w:val="17"/>
              </w:rPr>
              <w:t>Almost Certain</w:t>
            </w:r>
          </w:p>
        </w:tc>
      </w:tr>
    </w:tbl>
    <w:p w14:paraId="4D780DD6" w14:textId="77777777" w:rsidR="00650896" w:rsidRDefault="00650896"/>
    <w:tbl>
      <w:tblPr>
        <w:tblStyle w:val="TableGrid"/>
        <w:tblW w:w="0" w:type="auto"/>
        <w:jc w:val="center"/>
        <w:tblLook w:val="04A0" w:firstRow="1" w:lastRow="0" w:firstColumn="1" w:lastColumn="0" w:noHBand="0" w:noVBand="1"/>
      </w:tblPr>
      <w:tblGrid>
        <w:gridCol w:w="5112"/>
        <w:gridCol w:w="5112"/>
      </w:tblGrid>
      <w:tr w:rsidR="00650896" w14:paraId="2E9563E4" w14:textId="77777777">
        <w:trPr>
          <w:tblHeader/>
          <w:jc w:val="center"/>
        </w:trPr>
        <w:tc>
          <w:tcPr>
            <w:tcW w:w="5112" w:type="dxa"/>
            <w:shd w:val="clear" w:color="auto" w:fill="0F3D5E"/>
          </w:tcPr>
          <w:p w14:paraId="11B7B871" w14:textId="77777777" w:rsidR="00650896" w:rsidRDefault="00000000">
            <w:r>
              <w:rPr>
                <w:b/>
                <w:color w:val="FFFFFF"/>
              </w:rPr>
              <w:t>Severity</w:t>
            </w:r>
          </w:p>
        </w:tc>
        <w:tc>
          <w:tcPr>
            <w:tcW w:w="5112" w:type="dxa"/>
            <w:shd w:val="clear" w:color="auto" w:fill="0F3D5E"/>
          </w:tcPr>
          <w:p w14:paraId="502B7787" w14:textId="77777777" w:rsidR="00650896" w:rsidRDefault="00000000">
            <w:r>
              <w:rPr>
                <w:b/>
                <w:color w:val="FFFFFF"/>
              </w:rPr>
              <w:t>Description</w:t>
            </w:r>
          </w:p>
        </w:tc>
      </w:tr>
      <w:tr w:rsidR="00650896" w14:paraId="455E0127" w14:textId="77777777">
        <w:trPr>
          <w:jc w:val="center"/>
        </w:trPr>
        <w:tc>
          <w:tcPr>
            <w:tcW w:w="5112" w:type="dxa"/>
          </w:tcPr>
          <w:p w14:paraId="3425E03F" w14:textId="77777777" w:rsidR="00650896" w:rsidRDefault="00000000">
            <w:r>
              <w:rPr>
                <w:sz w:val="17"/>
              </w:rPr>
              <w:t>1</w:t>
            </w:r>
          </w:p>
        </w:tc>
        <w:tc>
          <w:tcPr>
            <w:tcW w:w="5112" w:type="dxa"/>
          </w:tcPr>
          <w:p w14:paraId="2C189021" w14:textId="77777777" w:rsidR="00650896" w:rsidRDefault="00000000">
            <w:r>
              <w:rPr>
                <w:sz w:val="17"/>
              </w:rPr>
              <w:t>Minor injury</w:t>
            </w:r>
          </w:p>
        </w:tc>
      </w:tr>
      <w:tr w:rsidR="00650896" w14:paraId="005DDE8F" w14:textId="77777777">
        <w:trPr>
          <w:jc w:val="center"/>
        </w:trPr>
        <w:tc>
          <w:tcPr>
            <w:tcW w:w="5112" w:type="dxa"/>
          </w:tcPr>
          <w:p w14:paraId="425F13BA" w14:textId="77777777" w:rsidR="00650896" w:rsidRDefault="00000000">
            <w:r>
              <w:rPr>
                <w:sz w:val="17"/>
              </w:rPr>
              <w:t>2</w:t>
            </w:r>
          </w:p>
        </w:tc>
        <w:tc>
          <w:tcPr>
            <w:tcW w:w="5112" w:type="dxa"/>
          </w:tcPr>
          <w:p w14:paraId="5484A940" w14:textId="77777777" w:rsidR="00650896" w:rsidRDefault="00000000">
            <w:r>
              <w:rPr>
                <w:sz w:val="17"/>
              </w:rPr>
              <w:t>First-aid injury</w:t>
            </w:r>
          </w:p>
        </w:tc>
      </w:tr>
      <w:tr w:rsidR="00650896" w14:paraId="24E8D75A" w14:textId="77777777">
        <w:trPr>
          <w:jc w:val="center"/>
        </w:trPr>
        <w:tc>
          <w:tcPr>
            <w:tcW w:w="5112" w:type="dxa"/>
          </w:tcPr>
          <w:p w14:paraId="2C2FD36A" w14:textId="77777777" w:rsidR="00650896" w:rsidRDefault="00000000">
            <w:r>
              <w:rPr>
                <w:sz w:val="17"/>
              </w:rPr>
              <w:t>3</w:t>
            </w:r>
          </w:p>
        </w:tc>
        <w:tc>
          <w:tcPr>
            <w:tcW w:w="5112" w:type="dxa"/>
          </w:tcPr>
          <w:p w14:paraId="41CE5D94" w14:textId="77777777" w:rsidR="00650896" w:rsidRDefault="00000000">
            <w:r>
              <w:rPr>
                <w:sz w:val="17"/>
              </w:rPr>
              <w:t>Medical treatment injury</w:t>
            </w:r>
          </w:p>
        </w:tc>
      </w:tr>
      <w:tr w:rsidR="00650896" w14:paraId="4E4798E0" w14:textId="77777777">
        <w:trPr>
          <w:jc w:val="center"/>
        </w:trPr>
        <w:tc>
          <w:tcPr>
            <w:tcW w:w="5112" w:type="dxa"/>
          </w:tcPr>
          <w:p w14:paraId="139A5058" w14:textId="77777777" w:rsidR="00650896" w:rsidRDefault="00000000">
            <w:r>
              <w:rPr>
                <w:sz w:val="17"/>
              </w:rPr>
              <w:t>4</w:t>
            </w:r>
          </w:p>
        </w:tc>
        <w:tc>
          <w:tcPr>
            <w:tcW w:w="5112" w:type="dxa"/>
          </w:tcPr>
          <w:p w14:paraId="2208FFBC" w14:textId="3E21D56B" w:rsidR="00650896" w:rsidRDefault="00833FED">
            <w:r>
              <w:rPr>
                <w:sz w:val="17"/>
              </w:rPr>
              <w:t>Serious/major injury</w:t>
            </w:r>
          </w:p>
        </w:tc>
      </w:tr>
      <w:tr w:rsidR="00650896" w14:paraId="19DFE549" w14:textId="77777777">
        <w:trPr>
          <w:jc w:val="center"/>
        </w:trPr>
        <w:tc>
          <w:tcPr>
            <w:tcW w:w="5112" w:type="dxa"/>
          </w:tcPr>
          <w:p w14:paraId="2BC0B174" w14:textId="77777777" w:rsidR="00650896" w:rsidRDefault="00000000">
            <w:r>
              <w:rPr>
                <w:sz w:val="17"/>
              </w:rPr>
              <w:t>5</w:t>
            </w:r>
          </w:p>
        </w:tc>
        <w:tc>
          <w:tcPr>
            <w:tcW w:w="5112" w:type="dxa"/>
          </w:tcPr>
          <w:p w14:paraId="1A646E15" w14:textId="77777777" w:rsidR="00650896" w:rsidRDefault="00000000">
            <w:r>
              <w:rPr>
                <w:sz w:val="17"/>
              </w:rPr>
              <w:t>Fatality / catastrophic consequence</w:t>
            </w:r>
          </w:p>
        </w:tc>
      </w:tr>
    </w:tbl>
    <w:p w14:paraId="3D6BEA33" w14:textId="77777777" w:rsidR="00650896" w:rsidRDefault="00650896"/>
    <w:p w14:paraId="700487B5" w14:textId="77777777" w:rsidR="00650896" w:rsidRDefault="00000000">
      <w:pPr>
        <w:pStyle w:val="Heading1"/>
      </w:pPr>
      <w:r>
        <w:t>9. Risk Classification</w:t>
      </w:r>
    </w:p>
    <w:tbl>
      <w:tblPr>
        <w:tblStyle w:val="TableGrid"/>
        <w:tblW w:w="0" w:type="auto"/>
        <w:jc w:val="center"/>
        <w:tblLook w:val="04A0" w:firstRow="1" w:lastRow="0" w:firstColumn="1" w:lastColumn="0" w:noHBand="0" w:noVBand="1"/>
      </w:tblPr>
      <w:tblGrid>
        <w:gridCol w:w="3408"/>
        <w:gridCol w:w="3408"/>
        <w:gridCol w:w="3408"/>
      </w:tblGrid>
      <w:tr w:rsidR="00650896" w14:paraId="77FC3F8B" w14:textId="77777777">
        <w:trPr>
          <w:tblHeader/>
          <w:jc w:val="center"/>
        </w:trPr>
        <w:tc>
          <w:tcPr>
            <w:tcW w:w="3408" w:type="dxa"/>
            <w:shd w:val="clear" w:color="auto" w:fill="0F3D5E"/>
          </w:tcPr>
          <w:p w14:paraId="78D71B25" w14:textId="77777777" w:rsidR="00650896" w:rsidRDefault="00000000">
            <w:r>
              <w:rPr>
                <w:b/>
                <w:color w:val="FFFFFF"/>
              </w:rPr>
              <w:t>Score</w:t>
            </w:r>
          </w:p>
        </w:tc>
        <w:tc>
          <w:tcPr>
            <w:tcW w:w="3408" w:type="dxa"/>
            <w:shd w:val="clear" w:color="auto" w:fill="0F3D5E"/>
          </w:tcPr>
          <w:p w14:paraId="6F3945F6" w14:textId="77777777" w:rsidR="00650896" w:rsidRDefault="00000000">
            <w:r>
              <w:rPr>
                <w:b/>
                <w:color w:val="FFFFFF"/>
              </w:rPr>
              <w:t>Risk Level</w:t>
            </w:r>
          </w:p>
        </w:tc>
        <w:tc>
          <w:tcPr>
            <w:tcW w:w="3408" w:type="dxa"/>
            <w:shd w:val="clear" w:color="auto" w:fill="0F3D5E"/>
          </w:tcPr>
          <w:p w14:paraId="033DE163" w14:textId="77777777" w:rsidR="00650896" w:rsidRDefault="00000000">
            <w:r>
              <w:rPr>
                <w:b/>
                <w:color w:val="FFFFFF"/>
              </w:rPr>
              <w:t>General Action</w:t>
            </w:r>
          </w:p>
        </w:tc>
      </w:tr>
      <w:tr w:rsidR="00650896" w14:paraId="7F2B4853" w14:textId="77777777">
        <w:trPr>
          <w:jc w:val="center"/>
        </w:trPr>
        <w:tc>
          <w:tcPr>
            <w:tcW w:w="3408" w:type="dxa"/>
          </w:tcPr>
          <w:p w14:paraId="231EBAA0" w14:textId="77777777" w:rsidR="00650896" w:rsidRDefault="00000000">
            <w:r>
              <w:rPr>
                <w:sz w:val="17"/>
              </w:rPr>
              <w:t>1–4</w:t>
            </w:r>
          </w:p>
        </w:tc>
        <w:tc>
          <w:tcPr>
            <w:tcW w:w="3408" w:type="dxa"/>
          </w:tcPr>
          <w:p w14:paraId="6CEA51BB" w14:textId="77777777" w:rsidR="00650896" w:rsidRDefault="00000000">
            <w:r>
              <w:rPr>
                <w:sz w:val="17"/>
              </w:rPr>
              <w:t>Low</w:t>
            </w:r>
          </w:p>
        </w:tc>
        <w:tc>
          <w:tcPr>
            <w:tcW w:w="3408" w:type="dxa"/>
          </w:tcPr>
          <w:p w14:paraId="744E6951" w14:textId="77777777" w:rsidR="00650896" w:rsidRDefault="00000000">
            <w:r>
              <w:rPr>
                <w:sz w:val="17"/>
              </w:rPr>
              <w:t>Maintain controls and monitor.</w:t>
            </w:r>
          </w:p>
        </w:tc>
      </w:tr>
      <w:tr w:rsidR="00650896" w14:paraId="3092BDC2" w14:textId="77777777">
        <w:trPr>
          <w:jc w:val="center"/>
        </w:trPr>
        <w:tc>
          <w:tcPr>
            <w:tcW w:w="3408" w:type="dxa"/>
          </w:tcPr>
          <w:p w14:paraId="3A829AC1" w14:textId="77777777" w:rsidR="00650896" w:rsidRDefault="00000000">
            <w:r>
              <w:rPr>
                <w:sz w:val="17"/>
              </w:rPr>
              <w:t>5–9</w:t>
            </w:r>
          </w:p>
        </w:tc>
        <w:tc>
          <w:tcPr>
            <w:tcW w:w="3408" w:type="dxa"/>
          </w:tcPr>
          <w:p w14:paraId="3F77A8AB" w14:textId="77777777" w:rsidR="00650896" w:rsidRDefault="00000000">
            <w:r>
              <w:rPr>
                <w:sz w:val="17"/>
              </w:rPr>
              <w:t>Medium</w:t>
            </w:r>
          </w:p>
        </w:tc>
        <w:tc>
          <w:tcPr>
            <w:tcW w:w="3408" w:type="dxa"/>
          </w:tcPr>
          <w:p w14:paraId="6C8E77B1" w14:textId="77777777" w:rsidR="00650896" w:rsidRDefault="00000000">
            <w:r>
              <w:rPr>
                <w:sz w:val="17"/>
              </w:rPr>
              <w:t>Improve controls where reasonably practicable.</w:t>
            </w:r>
          </w:p>
        </w:tc>
      </w:tr>
      <w:tr w:rsidR="00650896" w14:paraId="14816FC5" w14:textId="77777777">
        <w:trPr>
          <w:jc w:val="center"/>
        </w:trPr>
        <w:tc>
          <w:tcPr>
            <w:tcW w:w="3408" w:type="dxa"/>
          </w:tcPr>
          <w:p w14:paraId="08868A14" w14:textId="77777777" w:rsidR="00650896" w:rsidRDefault="00000000">
            <w:r>
              <w:rPr>
                <w:sz w:val="17"/>
              </w:rPr>
              <w:t>10–16</w:t>
            </w:r>
          </w:p>
        </w:tc>
        <w:tc>
          <w:tcPr>
            <w:tcW w:w="3408" w:type="dxa"/>
          </w:tcPr>
          <w:p w14:paraId="2C6BE97F" w14:textId="77777777" w:rsidR="00650896" w:rsidRDefault="00000000">
            <w:r>
              <w:rPr>
                <w:sz w:val="17"/>
              </w:rPr>
              <w:t>High</w:t>
            </w:r>
          </w:p>
        </w:tc>
        <w:tc>
          <w:tcPr>
            <w:tcW w:w="3408" w:type="dxa"/>
          </w:tcPr>
          <w:p w14:paraId="42E98ADF" w14:textId="77777777" w:rsidR="00650896" w:rsidRDefault="00000000">
            <w:r>
              <w:rPr>
                <w:sz w:val="17"/>
              </w:rPr>
              <w:t>Management attention and additional controls required before proceeding.</w:t>
            </w:r>
          </w:p>
        </w:tc>
      </w:tr>
      <w:tr w:rsidR="00650896" w14:paraId="3B5F1996" w14:textId="77777777">
        <w:trPr>
          <w:jc w:val="center"/>
        </w:trPr>
        <w:tc>
          <w:tcPr>
            <w:tcW w:w="3408" w:type="dxa"/>
          </w:tcPr>
          <w:p w14:paraId="44A99B7A" w14:textId="77777777" w:rsidR="00650896" w:rsidRDefault="00000000">
            <w:r>
              <w:rPr>
                <w:sz w:val="17"/>
              </w:rPr>
              <w:t>17–25</w:t>
            </w:r>
          </w:p>
        </w:tc>
        <w:tc>
          <w:tcPr>
            <w:tcW w:w="3408" w:type="dxa"/>
          </w:tcPr>
          <w:p w14:paraId="39BE7907" w14:textId="77777777" w:rsidR="00650896" w:rsidRDefault="00000000">
            <w:r>
              <w:rPr>
                <w:sz w:val="17"/>
              </w:rPr>
              <w:t>Very High</w:t>
            </w:r>
          </w:p>
        </w:tc>
        <w:tc>
          <w:tcPr>
            <w:tcW w:w="3408" w:type="dxa"/>
          </w:tcPr>
          <w:p w14:paraId="5B35D5FC" w14:textId="77777777" w:rsidR="00650896" w:rsidRDefault="00000000">
            <w:r>
              <w:rPr>
                <w:sz w:val="17"/>
              </w:rPr>
              <w:t>Do not proceed until adequate controls reduce the risk.</w:t>
            </w:r>
          </w:p>
        </w:tc>
      </w:tr>
    </w:tbl>
    <w:p w14:paraId="4A655EB1" w14:textId="77777777" w:rsidR="00650896" w:rsidRDefault="00650896"/>
    <w:p w14:paraId="2DEE85EB" w14:textId="77777777" w:rsidR="00650896" w:rsidRDefault="00000000">
      <w:pPr>
        <w:pStyle w:val="Heading1"/>
      </w:pPr>
      <w:r>
        <w:t>10. 5 × 5 Risk Matrix</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650896" w14:paraId="320393CB" w14:textId="77777777">
        <w:trPr>
          <w:tblHeader/>
          <w:jc w:val="center"/>
        </w:trPr>
        <w:tc>
          <w:tcPr>
            <w:tcW w:w="1704" w:type="dxa"/>
            <w:shd w:val="clear" w:color="auto" w:fill="0F3D5E"/>
          </w:tcPr>
          <w:p w14:paraId="32944524" w14:textId="77777777" w:rsidR="00650896" w:rsidRDefault="00000000">
            <w:r>
              <w:rPr>
                <w:b/>
                <w:color w:val="FFFFFF"/>
              </w:rPr>
              <w:t>Likelihood ↓ / Severity →</w:t>
            </w:r>
          </w:p>
        </w:tc>
        <w:tc>
          <w:tcPr>
            <w:tcW w:w="1704" w:type="dxa"/>
            <w:shd w:val="clear" w:color="auto" w:fill="0F3D5E"/>
          </w:tcPr>
          <w:p w14:paraId="7D2D3577" w14:textId="77777777" w:rsidR="00650896" w:rsidRDefault="00000000">
            <w:r>
              <w:rPr>
                <w:b/>
                <w:color w:val="FFFFFF"/>
              </w:rPr>
              <w:t>1</w:t>
            </w:r>
          </w:p>
        </w:tc>
        <w:tc>
          <w:tcPr>
            <w:tcW w:w="1704" w:type="dxa"/>
            <w:shd w:val="clear" w:color="auto" w:fill="0F3D5E"/>
          </w:tcPr>
          <w:p w14:paraId="4A6909B2" w14:textId="77777777" w:rsidR="00650896" w:rsidRDefault="00000000">
            <w:r>
              <w:rPr>
                <w:b/>
                <w:color w:val="FFFFFF"/>
              </w:rPr>
              <w:t>2</w:t>
            </w:r>
          </w:p>
        </w:tc>
        <w:tc>
          <w:tcPr>
            <w:tcW w:w="1704" w:type="dxa"/>
            <w:shd w:val="clear" w:color="auto" w:fill="0F3D5E"/>
          </w:tcPr>
          <w:p w14:paraId="3AA5C80F" w14:textId="77777777" w:rsidR="00650896" w:rsidRDefault="00000000">
            <w:r>
              <w:rPr>
                <w:b/>
                <w:color w:val="FFFFFF"/>
              </w:rPr>
              <w:t>3</w:t>
            </w:r>
          </w:p>
        </w:tc>
        <w:tc>
          <w:tcPr>
            <w:tcW w:w="1704" w:type="dxa"/>
            <w:shd w:val="clear" w:color="auto" w:fill="0F3D5E"/>
          </w:tcPr>
          <w:p w14:paraId="04F8AB7D" w14:textId="77777777" w:rsidR="00650896" w:rsidRDefault="00000000">
            <w:r>
              <w:rPr>
                <w:b/>
                <w:color w:val="FFFFFF"/>
              </w:rPr>
              <w:t>4</w:t>
            </w:r>
          </w:p>
        </w:tc>
        <w:tc>
          <w:tcPr>
            <w:tcW w:w="1704" w:type="dxa"/>
            <w:shd w:val="clear" w:color="auto" w:fill="0F3D5E"/>
          </w:tcPr>
          <w:p w14:paraId="52D78B30" w14:textId="77777777" w:rsidR="00650896" w:rsidRDefault="00000000">
            <w:r>
              <w:rPr>
                <w:b/>
                <w:color w:val="FFFFFF"/>
              </w:rPr>
              <w:t>5</w:t>
            </w:r>
          </w:p>
        </w:tc>
      </w:tr>
      <w:tr w:rsidR="00650896" w14:paraId="4E7987AB" w14:textId="77777777">
        <w:trPr>
          <w:jc w:val="center"/>
        </w:trPr>
        <w:tc>
          <w:tcPr>
            <w:tcW w:w="1704" w:type="dxa"/>
          </w:tcPr>
          <w:p w14:paraId="4E49A70A" w14:textId="77777777" w:rsidR="00650896" w:rsidRDefault="00000000">
            <w:r>
              <w:rPr>
                <w:sz w:val="17"/>
              </w:rPr>
              <w:t>5 Almost Certain</w:t>
            </w:r>
          </w:p>
        </w:tc>
        <w:tc>
          <w:tcPr>
            <w:tcW w:w="1704" w:type="dxa"/>
          </w:tcPr>
          <w:p w14:paraId="7A9A11BB" w14:textId="77777777" w:rsidR="00650896" w:rsidRDefault="00000000">
            <w:r>
              <w:rPr>
                <w:sz w:val="17"/>
              </w:rPr>
              <w:t>5</w:t>
            </w:r>
          </w:p>
        </w:tc>
        <w:tc>
          <w:tcPr>
            <w:tcW w:w="1704" w:type="dxa"/>
          </w:tcPr>
          <w:p w14:paraId="03A730BE" w14:textId="77777777" w:rsidR="00650896" w:rsidRDefault="00000000">
            <w:r>
              <w:rPr>
                <w:sz w:val="17"/>
              </w:rPr>
              <w:t>10</w:t>
            </w:r>
          </w:p>
        </w:tc>
        <w:tc>
          <w:tcPr>
            <w:tcW w:w="1704" w:type="dxa"/>
          </w:tcPr>
          <w:p w14:paraId="40059B9A" w14:textId="77777777" w:rsidR="00650896" w:rsidRDefault="00000000">
            <w:r>
              <w:rPr>
                <w:sz w:val="17"/>
              </w:rPr>
              <w:t>15</w:t>
            </w:r>
          </w:p>
        </w:tc>
        <w:tc>
          <w:tcPr>
            <w:tcW w:w="1704" w:type="dxa"/>
          </w:tcPr>
          <w:p w14:paraId="322F2DBA" w14:textId="77777777" w:rsidR="00650896" w:rsidRDefault="00000000">
            <w:r>
              <w:rPr>
                <w:sz w:val="17"/>
              </w:rPr>
              <w:t>20</w:t>
            </w:r>
          </w:p>
        </w:tc>
        <w:tc>
          <w:tcPr>
            <w:tcW w:w="1704" w:type="dxa"/>
          </w:tcPr>
          <w:p w14:paraId="56F9F6AF" w14:textId="77777777" w:rsidR="00650896" w:rsidRDefault="00000000">
            <w:r>
              <w:rPr>
                <w:sz w:val="17"/>
              </w:rPr>
              <w:t>25</w:t>
            </w:r>
          </w:p>
        </w:tc>
      </w:tr>
      <w:tr w:rsidR="00650896" w14:paraId="0815CF44" w14:textId="77777777">
        <w:trPr>
          <w:jc w:val="center"/>
        </w:trPr>
        <w:tc>
          <w:tcPr>
            <w:tcW w:w="1704" w:type="dxa"/>
          </w:tcPr>
          <w:p w14:paraId="27567AC6" w14:textId="77777777" w:rsidR="00650896" w:rsidRDefault="00000000">
            <w:r>
              <w:rPr>
                <w:sz w:val="17"/>
              </w:rPr>
              <w:t>4 Likely</w:t>
            </w:r>
          </w:p>
        </w:tc>
        <w:tc>
          <w:tcPr>
            <w:tcW w:w="1704" w:type="dxa"/>
          </w:tcPr>
          <w:p w14:paraId="3BB0B4A1" w14:textId="77777777" w:rsidR="00650896" w:rsidRDefault="00000000">
            <w:r>
              <w:rPr>
                <w:sz w:val="17"/>
              </w:rPr>
              <w:t>4</w:t>
            </w:r>
          </w:p>
        </w:tc>
        <w:tc>
          <w:tcPr>
            <w:tcW w:w="1704" w:type="dxa"/>
          </w:tcPr>
          <w:p w14:paraId="050E4EE5" w14:textId="77777777" w:rsidR="00650896" w:rsidRDefault="00000000">
            <w:r>
              <w:rPr>
                <w:sz w:val="17"/>
              </w:rPr>
              <w:t>8</w:t>
            </w:r>
          </w:p>
        </w:tc>
        <w:tc>
          <w:tcPr>
            <w:tcW w:w="1704" w:type="dxa"/>
          </w:tcPr>
          <w:p w14:paraId="10F568D5" w14:textId="77777777" w:rsidR="00650896" w:rsidRDefault="00000000">
            <w:r>
              <w:rPr>
                <w:sz w:val="17"/>
              </w:rPr>
              <w:t>12</w:t>
            </w:r>
          </w:p>
        </w:tc>
        <w:tc>
          <w:tcPr>
            <w:tcW w:w="1704" w:type="dxa"/>
          </w:tcPr>
          <w:p w14:paraId="31C36B5A" w14:textId="77777777" w:rsidR="00650896" w:rsidRDefault="00000000">
            <w:r>
              <w:rPr>
                <w:sz w:val="17"/>
              </w:rPr>
              <w:t>16</w:t>
            </w:r>
          </w:p>
        </w:tc>
        <w:tc>
          <w:tcPr>
            <w:tcW w:w="1704" w:type="dxa"/>
          </w:tcPr>
          <w:p w14:paraId="30FA2979" w14:textId="77777777" w:rsidR="00650896" w:rsidRDefault="00000000">
            <w:r>
              <w:rPr>
                <w:sz w:val="17"/>
              </w:rPr>
              <w:t>20</w:t>
            </w:r>
          </w:p>
        </w:tc>
      </w:tr>
      <w:tr w:rsidR="00650896" w14:paraId="39C68222" w14:textId="77777777">
        <w:trPr>
          <w:jc w:val="center"/>
        </w:trPr>
        <w:tc>
          <w:tcPr>
            <w:tcW w:w="1704" w:type="dxa"/>
          </w:tcPr>
          <w:p w14:paraId="47BD220B" w14:textId="77777777" w:rsidR="00650896" w:rsidRDefault="00000000">
            <w:r>
              <w:rPr>
                <w:sz w:val="17"/>
              </w:rPr>
              <w:t>3 Possible</w:t>
            </w:r>
          </w:p>
        </w:tc>
        <w:tc>
          <w:tcPr>
            <w:tcW w:w="1704" w:type="dxa"/>
          </w:tcPr>
          <w:p w14:paraId="3DCFDEA2" w14:textId="77777777" w:rsidR="00650896" w:rsidRDefault="00000000">
            <w:r>
              <w:rPr>
                <w:sz w:val="17"/>
              </w:rPr>
              <w:t>3</w:t>
            </w:r>
          </w:p>
        </w:tc>
        <w:tc>
          <w:tcPr>
            <w:tcW w:w="1704" w:type="dxa"/>
          </w:tcPr>
          <w:p w14:paraId="6A9CB023" w14:textId="77777777" w:rsidR="00650896" w:rsidRDefault="00000000">
            <w:r>
              <w:rPr>
                <w:sz w:val="17"/>
              </w:rPr>
              <w:t>6</w:t>
            </w:r>
          </w:p>
        </w:tc>
        <w:tc>
          <w:tcPr>
            <w:tcW w:w="1704" w:type="dxa"/>
          </w:tcPr>
          <w:p w14:paraId="181E0CE7" w14:textId="77777777" w:rsidR="00650896" w:rsidRDefault="00000000">
            <w:r>
              <w:rPr>
                <w:sz w:val="17"/>
              </w:rPr>
              <w:t>9</w:t>
            </w:r>
          </w:p>
        </w:tc>
        <w:tc>
          <w:tcPr>
            <w:tcW w:w="1704" w:type="dxa"/>
          </w:tcPr>
          <w:p w14:paraId="53E1B9C2" w14:textId="77777777" w:rsidR="00650896" w:rsidRDefault="00000000">
            <w:r>
              <w:rPr>
                <w:sz w:val="17"/>
              </w:rPr>
              <w:t>12</w:t>
            </w:r>
          </w:p>
        </w:tc>
        <w:tc>
          <w:tcPr>
            <w:tcW w:w="1704" w:type="dxa"/>
          </w:tcPr>
          <w:p w14:paraId="15A01807" w14:textId="77777777" w:rsidR="00650896" w:rsidRDefault="00000000">
            <w:r>
              <w:rPr>
                <w:sz w:val="17"/>
              </w:rPr>
              <w:t>15</w:t>
            </w:r>
          </w:p>
        </w:tc>
      </w:tr>
      <w:tr w:rsidR="00650896" w14:paraId="3B05C170" w14:textId="77777777">
        <w:trPr>
          <w:jc w:val="center"/>
        </w:trPr>
        <w:tc>
          <w:tcPr>
            <w:tcW w:w="1704" w:type="dxa"/>
          </w:tcPr>
          <w:p w14:paraId="0F7B3808" w14:textId="77777777" w:rsidR="00650896" w:rsidRDefault="00000000">
            <w:r>
              <w:rPr>
                <w:sz w:val="17"/>
              </w:rPr>
              <w:t>2 Unlikely</w:t>
            </w:r>
          </w:p>
        </w:tc>
        <w:tc>
          <w:tcPr>
            <w:tcW w:w="1704" w:type="dxa"/>
          </w:tcPr>
          <w:p w14:paraId="0521510B" w14:textId="77777777" w:rsidR="00650896" w:rsidRDefault="00000000">
            <w:r>
              <w:rPr>
                <w:sz w:val="17"/>
              </w:rPr>
              <w:t>2</w:t>
            </w:r>
          </w:p>
        </w:tc>
        <w:tc>
          <w:tcPr>
            <w:tcW w:w="1704" w:type="dxa"/>
          </w:tcPr>
          <w:p w14:paraId="6A2EC712" w14:textId="77777777" w:rsidR="00650896" w:rsidRDefault="00000000">
            <w:r>
              <w:rPr>
                <w:sz w:val="17"/>
              </w:rPr>
              <w:t>4</w:t>
            </w:r>
          </w:p>
        </w:tc>
        <w:tc>
          <w:tcPr>
            <w:tcW w:w="1704" w:type="dxa"/>
          </w:tcPr>
          <w:p w14:paraId="1F97E099" w14:textId="77777777" w:rsidR="00650896" w:rsidRDefault="00000000">
            <w:r>
              <w:rPr>
                <w:sz w:val="17"/>
              </w:rPr>
              <w:t>6</w:t>
            </w:r>
          </w:p>
        </w:tc>
        <w:tc>
          <w:tcPr>
            <w:tcW w:w="1704" w:type="dxa"/>
          </w:tcPr>
          <w:p w14:paraId="20900601" w14:textId="77777777" w:rsidR="00650896" w:rsidRDefault="00000000">
            <w:r>
              <w:rPr>
                <w:sz w:val="17"/>
              </w:rPr>
              <w:t>8</w:t>
            </w:r>
          </w:p>
        </w:tc>
        <w:tc>
          <w:tcPr>
            <w:tcW w:w="1704" w:type="dxa"/>
          </w:tcPr>
          <w:p w14:paraId="50432596" w14:textId="77777777" w:rsidR="00650896" w:rsidRDefault="00000000">
            <w:r>
              <w:rPr>
                <w:sz w:val="17"/>
              </w:rPr>
              <w:t>10</w:t>
            </w:r>
          </w:p>
        </w:tc>
      </w:tr>
      <w:tr w:rsidR="00650896" w14:paraId="6FE5E244" w14:textId="77777777">
        <w:trPr>
          <w:jc w:val="center"/>
        </w:trPr>
        <w:tc>
          <w:tcPr>
            <w:tcW w:w="1704" w:type="dxa"/>
          </w:tcPr>
          <w:p w14:paraId="66DAA646" w14:textId="77777777" w:rsidR="00650896" w:rsidRDefault="00000000">
            <w:r>
              <w:rPr>
                <w:sz w:val="17"/>
              </w:rPr>
              <w:t>1 Rare</w:t>
            </w:r>
          </w:p>
        </w:tc>
        <w:tc>
          <w:tcPr>
            <w:tcW w:w="1704" w:type="dxa"/>
          </w:tcPr>
          <w:p w14:paraId="6D29BB4C" w14:textId="77777777" w:rsidR="00650896" w:rsidRDefault="00000000">
            <w:r>
              <w:rPr>
                <w:sz w:val="17"/>
              </w:rPr>
              <w:t>1</w:t>
            </w:r>
          </w:p>
        </w:tc>
        <w:tc>
          <w:tcPr>
            <w:tcW w:w="1704" w:type="dxa"/>
          </w:tcPr>
          <w:p w14:paraId="750333B7" w14:textId="77777777" w:rsidR="00650896" w:rsidRDefault="00000000">
            <w:r>
              <w:rPr>
                <w:sz w:val="17"/>
              </w:rPr>
              <w:t>2</w:t>
            </w:r>
          </w:p>
        </w:tc>
        <w:tc>
          <w:tcPr>
            <w:tcW w:w="1704" w:type="dxa"/>
          </w:tcPr>
          <w:p w14:paraId="16E3DCE8" w14:textId="77777777" w:rsidR="00650896" w:rsidRDefault="00000000">
            <w:r>
              <w:rPr>
                <w:sz w:val="17"/>
              </w:rPr>
              <w:t>3</w:t>
            </w:r>
          </w:p>
        </w:tc>
        <w:tc>
          <w:tcPr>
            <w:tcW w:w="1704" w:type="dxa"/>
          </w:tcPr>
          <w:p w14:paraId="3E9E79A3" w14:textId="77777777" w:rsidR="00650896" w:rsidRDefault="00000000">
            <w:r>
              <w:rPr>
                <w:sz w:val="17"/>
              </w:rPr>
              <w:t>4</w:t>
            </w:r>
          </w:p>
        </w:tc>
        <w:tc>
          <w:tcPr>
            <w:tcW w:w="1704" w:type="dxa"/>
          </w:tcPr>
          <w:p w14:paraId="60AD3562" w14:textId="77777777" w:rsidR="00650896" w:rsidRDefault="00000000">
            <w:r>
              <w:rPr>
                <w:sz w:val="17"/>
              </w:rPr>
              <w:t>5</w:t>
            </w:r>
          </w:p>
        </w:tc>
      </w:tr>
    </w:tbl>
    <w:p w14:paraId="127C75D5" w14:textId="5DD9208D" w:rsidR="00650896" w:rsidRDefault="00650896"/>
    <w:p w14:paraId="4BC11849" w14:textId="77777777" w:rsidR="00650896" w:rsidRDefault="00000000">
      <w:pPr>
        <w:pStyle w:val="Heading1"/>
      </w:pPr>
      <w:r>
        <w:t>11. Detailed Construction Site Risk Assessment</w:t>
      </w:r>
    </w:p>
    <w:p w14:paraId="49CD934B" w14:textId="77777777" w:rsidR="00650896" w:rsidRDefault="00000000">
      <w:r>
        <w:t xml:space="preserve">The following assessment addresses representative </w:t>
      </w:r>
      <w:proofErr w:type="gramStart"/>
      <w:r>
        <w:t>construction-site</w:t>
      </w:r>
      <w:proofErr w:type="gramEnd"/>
      <w:r>
        <w:t xml:space="preserve"> hazards. Risk ratings are reference values and must be verified against actual site conditions, work methods, workforce competency and project requirements.</w:t>
      </w:r>
    </w:p>
    <w:p w14:paraId="6E9877DD" w14:textId="77777777" w:rsidR="00650896" w:rsidRDefault="00650896">
      <w:pPr>
        <w:sectPr w:rsidR="00650896">
          <w:headerReference w:type="default" r:id="rId8"/>
          <w:footerReference w:type="default" r:id="rId9"/>
          <w:pgSz w:w="12240" w:h="15840"/>
          <w:pgMar w:top="936" w:right="1008" w:bottom="936" w:left="1008" w:header="720" w:footer="720" w:gutter="0"/>
          <w:cols w:space="720"/>
          <w:docGrid w:linePitch="360"/>
        </w:sectPr>
      </w:pPr>
    </w:p>
    <w:tbl>
      <w:tblPr>
        <w:tblStyle w:val="TableGrid"/>
        <w:tblW w:w="0" w:type="auto"/>
        <w:jc w:val="center"/>
        <w:tblLook w:val="04A0" w:firstRow="1" w:lastRow="0" w:firstColumn="1" w:lastColumn="0" w:noHBand="0" w:noVBand="1"/>
      </w:tblPr>
      <w:tblGrid>
        <w:gridCol w:w="505"/>
        <w:gridCol w:w="922"/>
        <w:gridCol w:w="1174"/>
        <w:gridCol w:w="884"/>
        <w:gridCol w:w="1449"/>
        <w:gridCol w:w="1019"/>
        <w:gridCol w:w="686"/>
        <w:gridCol w:w="686"/>
        <w:gridCol w:w="692"/>
        <w:gridCol w:w="686"/>
        <w:gridCol w:w="1234"/>
        <w:gridCol w:w="933"/>
        <w:gridCol w:w="933"/>
        <w:gridCol w:w="933"/>
        <w:gridCol w:w="933"/>
        <w:gridCol w:w="1235"/>
      </w:tblGrid>
      <w:tr w:rsidR="00650896" w14:paraId="4FE36C89" w14:textId="77777777">
        <w:trPr>
          <w:tblHeader/>
          <w:jc w:val="center"/>
        </w:trPr>
        <w:tc>
          <w:tcPr>
            <w:tcW w:w="918" w:type="dxa"/>
            <w:shd w:val="clear" w:color="auto" w:fill="0F3D5E"/>
          </w:tcPr>
          <w:p w14:paraId="6A3B4E65" w14:textId="77777777" w:rsidR="00650896" w:rsidRDefault="00000000">
            <w:r>
              <w:rPr>
                <w:b/>
                <w:color w:val="FFFFFF"/>
              </w:rPr>
              <w:lastRenderedPageBreak/>
              <w:t>No.</w:t>
            </w:r>
          </w:p>
        </w:tc>
        <w:tc>
          <w:tcPr>
            <w:tcW w:w="918" w:type="dxa"/>
            <w:shd w:val="clear" w:color="auto" w:fill="0F3D5E"/>
          </w:tcPr>
          <w:p w14:paraId="003B754D" w14:textId="77777777" w:rsidR="00650896" w:rsidRDefault="00000000">
            <w:r>
              <w:rPr>
                <w:b/>
                <w:color w:val="FFFFFF"/>
              </w:rPr>
              <w:t>Activity / Hazard</w:t>
            </w:r>
          </w:p>
        </w:tc>
        <w:tc>
          <w:tcPr>
            <w:tcW w:w="918" w:type="dxa"/>
            <w:shd w:val="clear" w:color="auto" w:fill="0F3D5E"/>
          </w:tcPr>
          <w:p w14:paraId="040FC113" w14:textId="77777777" w:rsidR="00650896" w:rsidRDefault="00000000">
            <w:r>
              <w:rPr>
                <w:b/>
                <w:color w:val="FFFFFF"/>
              </w:rPr>
              <w:t>Hazard Description</w:t>
            </w:r>
          </w:p>
        </w:tc>
        <w:tc>
          <w:tcPr>
            <w:tcW w:w="918" w:type="dxa"/>
            <w:shd w:val="clear" w:color="auto" w:fill="0F3D5E"/>
          </w:tcPr>
          <w:p w14:paraId="6B6EAEEC" w14:textId="77777777" w:rsidR="00650896" w:rsidRDefault="00000000">
            <w:r>
              <w:rPr>
                <w:b/>
                <w:color w:val="FFFFFF"/>
              </w:rPr>
              <w:t>Persons at Risk</w:t>
            </w:r>
          </w:p>
        </w:tc>
        <w:tc>
          <w:tcPr>
            <w:tcW w:w="918" w:type="dxa"/>
            <w:shd w:val="clear" w:color="auto" w:fill="0F3D5E"/>
          </w:tcPr>
          <w:p w14:paraId="103984B7" w14:textId="77777777" w:rsidR="00650896" w:rsidRDefault="00000000">
            <w:r>
              <w:rPr>
                <w:b/>
                <w:color w:val="FFFFFF"/>
              </w:rPr>
              <w:t>Potential Consequences</w:t>
            </w:r>
          </w:p>
        </w:tc>
        <w:tc>
          <w:tcPr>
            <w:tcW w:w="918" w:type="dxa"/>
            <w:shd w:val="clear" w:color="auto" w:fill="0F3D5E"/>
          </w:tcPr>
          <w:p w14:paraId="09A52040" w14:textId="77777777" w:rsidR="00650896" w:rsidRDefault="00000000">
            <w:r>
              <w:rPr>
                <w:b/>
                <w:color w:val="FFFFFF"/>
              </w:rPr>
              <w:t>Existing Control Measures</w:t>
            </w:r>
          </w:p>
        </w:tc>
        <w:tc>
          <w:tcPr>
            <w:tcW w:w="918" w:type="dxa"/>
            <w:shd w:val="clear" w:color="auto" w:fill="0F3D5E"/>
          </w:tcPr>
          <w:p w14:paraId="1ED2DA78" w14:textId="77777777" w:rsidR="00650896" w:rsidRDefault="00000000">
            <w:r>
              <w:rPr>
                <w:b/>
                <w:color w:val="FFFFFF"/>
              </w:rPr>
              <w:t>Initial L</w:t>
            </w:r>
          </w:p>
        </w:tc>
        <w:tc>
          <w:tcPr>
            <w:tcW w:w="918" w:type="dxa"/>
            <w:shd w:val="clear" w:color="auto" w:fill="0F3D5E"/>
          </w:tcPr>
          <w:p w14:paraId="1A13EF4F" w14:textId="77777777" w:rsidR="00650896" w:rsidRDefault="00000000">
            <w:r>
              <w:rPr>
                <w:b/>
                <w:color w:val="FFFFFF"/>
              </w:rPr>
              <w:t>Initial S</w:t>
            </w:r>
          </w:p>
        </w:tc>
        <w:tc>
          <w:tcPr>
            <w:tcW w:w="918" w:type="dxa"/>
            <w:shd w:val="clear" w:color="auto" w:fill="0F3D5E"/>
          </w:tcPr>
          <w:p w14:paraId="09D068A5" w14:textId="77777777" w:rsidR="00650896" w:rsidRDefault="00000000">
            <w:r>
              <w:rPr>
                <w:b/>
                <w:color w:val="FFFFFF"/>
              </w:rPr>
              <w:t>Initial Score</w:t>
            </w:r>
          </w:p>
        </w:tc>
        <w:tc>
          <w:tcPr>
            <w:tcW w:w="918" w:type="dxa"/>
            <w:shd w:val="clear" w:color="auto" w:fill="0F3D5E"/>
          </w:tcPr>
          <w:p w14:paraId="1B4B253C" w14:textId="77777777" w:rsidR="00650896" w:rsidRDefault="00000000">
            <w:r>
              <w:rPr>
                <w:b/>
                <w:color w:val="FFFFFF"/>
              </w:rPr>
              <w:t>Initial Level</w:t>
            </w:r>
          </w:p>
        </w:tc>
        <w:tc>
          <w:tcPr>
            <w:tcW w:w="918" w:type="dxa"/>
            <w:shd w:val="clear" w:color="auto" w:fill="0F3D5E"/>
          </w:tcPr>
          <w:p w14:paraId="2CE0377B" w14:textId="77777777" w:rsidR="00650896" w:rsidRDefault="00000000">
            <w:r>
              <w:rPr>
                <w:b/>
                <w:color w:val="FFFFFF"/>
              </w:rPr>
              <w:t>Further Controls</w:t>
            </w:r>
          </w:p>
        </w:tc>
        <w:tc>
          <w:tcPr>
            <w:tcW w:w="918" w:type="dxa"/>
            <w:shd w:val="clear" w:color="auto" w:fill="0F3D5E"/>
          </w:tcPr>
          <w:p w14:paraId="30BD2481" w14:textId="77777777" w:rsidR="00650896" w:rsidRDefault="00000000">
            <w:r>
              <w:rPr>
                <w:b/>
                <w:color w:val="FFFFFF"/>
              </w:rPr>
              <w:t>Residual L</w:t>
            </w:r>
          </w:p>
        </w:tc>
        <w:tc>
          <w:tcPr>
            <w:tcW w:w="918" w:type="dxa"/>
            <w:shd w:val="clear" w:color="auto" w:fill="0F3D5E"/>
          </w:tcPr>
          <w:p w14:paraId="632E32E4" w14:textId="77777777" w:rsidR="00650896" w:rsidRDefault="00000000">
            <w:r>
              <w:rPr>
                <w:b/>
                <w:color w:val="FFFFFF"/>
              </w:rPr>
              <w:t>Residual S</w:t>
            </w:r>
          </w:p>
        </w:tc>
        <w:tc>
          <w:tcPr>
            <w:tcW w:w="918" w:type="dxa"/>
            <w:shd w:val="clear" w:color="auto" w:fill="0F3D5E"/>
          </w:tcPr>
          <w:p w14:paraId="7E634059" w14:textId="77777777" w:rsidR="00650896" w:rsidRDefault="00000000">
            <w:r>
              <w:rPr>
                <w:b/>
                <w:color w:val="FFFFFF"/>
              </w:rPr>
              <w:t>Residual Score</w:t>
            </w:r>
          </w:p>
        </w:tc>
        <w:tc>
          <w:tcPr>
            <w:tcW w:w="918" w:type="dxa"/>
            <w:shd w:val="clear" w:color="auto" w:fill="0F3D5E"/>
          </w:tcPr>
          <w:p w14:paraId="40A88946" w14:textId="77777777" w:rsidR="00650896" w:rsidRDefault="00000000">
            <w:r>
              <w:rPr>
                <w:b/>
                <w:color w:val="FFFFFF"/>
              </w:rPr>
              <w:t>Residual Level</w:t>
            </w:r>
          </w:p>
        </w:tc>
        <w:tc>
          <w:tcPr>
            <w:tcW w:w="918" w:type="dxa"/>
            <w:shd w:val="clear" w:color="auto" w:fill="0F3D5E"/>
          </w:tcPr>
          <w:p w14:paraId="1CA70E7C" w14:textId="77777777" w:rsidR="00650896" w:rsidRDefault="00000000">
            <w:r>
              <w:rPr>
                <w:b/>
                <w:color w:val="FFFFFF"/>
              </w:rPr>
              <w:t>Responsible Person</w:t>
            </w:r>
          </w:p>
        </w:tc>
      </w:tr>
      <w:tr w:rsidR="00650896" w14:paraId="35FCCDF4" w14:textId="77777777">
        <w:trPr>
          <w:jc w:val="center"/>
        </w:trPr>
        <w:tc>
          <w:tcPr>
            <w:tcW w:w="918" w:type="dxa"/>
          </w:tcPr>
          <w:p w14:paraId="62C7942A" w14:textId="77777777" w:rsidR="00650896" w:rsidRDefault="00000000">
            <w:r>
              <w:rPr>
                <w:sz w:val="12"/>
              </w:rPr>
              <w:t>1</w:t>
            </w:r>
          </w:p>
        </w:tc>
        <w:tc>
          <w:tcPr>
            <w:tcW w:w="918" w:type="dxa"/>
          </w:tcPr>
          <w:p w14:paraId="1D8C0BA4" w14:textId="77777777" w:rsidR="00650896" w:rsidRDefault="00000000">
            <w:r>
              <w:rPr>
                <w:sz w:val="12"/>
              </w:rPr>
              <w:t>Site access and uncontrolled entry</w:t>
            </w:r>
          </w:p>
        </w:tc>
        <w:tc>
          <w:tcPr>
            <w:tcW w:w="918" w:type="dxa"/>
          </w:tcPr>
          <w:p w14:paraId="20A75A23" w14:textId="77777777" w:rsidR="00650896" w:rsidRDefault="00000000">
            <w:r>
              <w:rPr>
                <w:sz w:val="12"/>
              </w:rPr>
              <w:t>Unauthorized or uncontrolled access to active construction areas</w:t>
            </w:r>
          </w:p>
        </w:tc>
        <w:tc>
          <w:tcPr>
            <w:tcW w:w="918" w:type="dxa"/>
          </w:tcPr>
          <w:p w14:paraId="4F39B619" w14:textId="77777777" w:rsidR="00650896" w:rsidRDefault="00000000">
            <w:r>
              <w:rPr>
                <w:sz w:val="12"/>
              </w:rPr>
              <w:t>Workers, visitors, public</w:t>
            </w:r>
          </w:p>
        </w:tc>
        <w:tc>
          <w:tcPr>
            <w:tcW w:w="918" w:type="dxa"/>
          </w:tcPr>
          <w:p w14:paraId="740BBE90" w14:textId="77777777" w:rsidR="00650896" w:rsidRDefault="00000000">
            <w:r>
              <w:rPr>
                <w:sz w:val="12"/>
              </w:rPr>
              <w:t>Struck-by injury, falls, exposure to hazardous work</w:t>
            </w:r>
          </w:p>
        </w:tc>
        <w:tc>
          <w:tcPr>
            <w:tcW w:w="918" w:type="dxa"/>
          </w:tcPr>
          <w:p w14:paraId="019A8038" w14:textId="77777777" w:rsidR="00650896" w:rsidRDefault="00000000">
            <w:r>
              <w:rPr>
                <w:sz w:val="12"/>
              </w:rPr>
              <w:t>Site security and access control.</w:t>
            </w:r>
          </w:p>
        </w:tc>
        <w:tc>
          <w:tcPr>
            <w:tcW w:w="918" w:type="dxa"/>
          </w:tcPr>
          <w:p w14:paraId="1F359905" w14:textId="77777777" w:rsidR="00650896" w:rsidRDefault="00000000">
            <w:r>
              <w:rPr>
                <w:sz w:val="12"/>
              </w:rPr>
              <w:t>4</w:t>
            </w:r>
          </w:p>
        </w:tc>
        <w:tc>
          <w:tcPr>
            <w:tcW w:w="918" w:type="dxa"/>
          </w:tcPr>
          <w:p w14:paraId="663C22E4" w14:textId="77777777" w:rsidR="00650896" w:rsidRDefault="00000000">
            <w:r>
              <w:rPr>
                <w:sz w:val="12"/>
              </w:rPr>
              <w:t>4</w:t>
            </w:r>
          </w:p>
        </w:tc>
        <w:tc>
          <w:tcPr>
            <w:tcW w:w="918" w:type="dxa"/>
          </w:tcPr>
          <w:p w14:paraId="2C137483" w14:textId="77777777" w:rsidR="00650896" w:rsidRDefault="00000000">
            <w:r>
              <w:rPr>
                <w:sz w:val="12"/>
              </w:rPr>
              <w:t>16</w:t>
            </w:r>
          </w:p>
        </w:tc>
        <w:tc>
          <w:tcPr>
            <w:tcW w:w="918" w:type="dxa"/>
          </w:tcPr>
          <w:p w14:paraId="01698223" w14:textId="77777777" w:rsidR="00650896" w:rsidRDefault="00000000">
            <w:r>
              <w:rPr>
                <w:sz w:val="12"/>
              </w:rPr>
              <w:t>High</w:t>
            </w:r>
          </w:p>
        </w:tc>
        <w:tc>
          <w:tcPr>
            <w:tcW w:w="918" w:type="dxa"/>
          </w:tcPr>
          <w:p w14:paraId="47B22333" w14:textId="77777777" w:rsidR="00650896" w:rsidRDefault="00000000">
            <w:r>
              <w:rPr>
                <w:sz w:val="12"/>
              </w:rPr>
              <w:t>Provide controlled entry points, secure perimeter, visitor induction, access authorization and supervision; restrict hazardous areas.</w:t>
            </w:r>
          </w:p>
        </w:tc>
        <w:tc>
          <w:tcPr>
            <w:tcW w:w="918" w:type="dxa"/>
          </w:tcPr>
          <w:p w14:paraId="17FD34FF" w14:textId="77777777" w:rsidR="00650896" w:rsidRDefault="00000000">
            <w:r>
              <w:rPr>
                <w:sz w:val="12"/>
              </w:rPr>
              <w:t>1</w:t>
            </w:r>
          </w:p>
        </w:tc>
        <w:tc>
          <w:tcPr>
            <w:tcW w:w="918" w:type="dxa"/>
          </w:tcPr>
          <w:p w14:paraId="67E6D4EE" w14:textId="77777777" w:rsidR="00650896" w:rsidRDefault="00000000">
            <w:r>
              <w:rPr>
                <w:sz w:val="12"/>
              </w:rPr>
              <w:t>4</w:t>
            </w:r>
          </w:p>
        </w:tc>
        <w:tc>
          <w:tcPr>
            <w:tcW w:w="918" w:type="dxa"/>
          </w:tcPr>
          <w:p w14:paraId="1D839471" w14:textId="77777777" w:rsidR="00650896" w:rsidRDefault="00000000">
            <w:r>
              <w:rPr>
                <w:sz w:val="12"/>
              </w:rPr>
              <w:t>4</w:t>
            </w:r>
          </w:p>
        </w:tc>
        <w:tc>
          <w:tcPr>
            <w:tcW w:w="918" w:type="dxa"/>
          </w:tcPr>
          <w:p w14:paraId="5BE26EB1" w14:textId="77777777" w:rsidR="00650896" w:rsidRDefault="00000000">
            <w:r>
              <w:rPr>
                <w:sz w:val="12"/>
              </w:rPr>
              <w:t>Low</w:t>
            </w:r>
          </w:p>
        </w:tc>
        <w:tc>
          <w:tcPr>
            <w:tcW w:w="918" w:type="dxa"/>
          </w:tcPr>
          <w:p w14:paraId="18BD6C9F" w14:textId="77777777" w:rsidR="00650896" w:rsidRDefault="00000000">
            <w:r>
              <w:rPr>
                <w:sz w:val="12"/>
              </w:rPr>
              <w:t>Site Manager / Security</w:t>
            </w:r>
          </w:p>
        </w:tc>
      </w:tr>
      <w:tr w:rsidR="00650896" w14:paraId="342FC61F" w14:textId="77777777">
        <w:trPr>
          <w:jc w:val="center"/>
        </w:trPr>
        <w:tc>
          <w:tcPr>
            <w:tcW w:w="918" w:type="dxa"/>
          </w:tcPr>
          <w:p w14:paraId="3E75DA57" w14:textId="77777777" w:rsidR="00650896" w:rsidRDefault="00000000">
            <w:r>
              <w:rPr>
                <w:sz w:val="12"/>
              </w:rPr>
              <w:t>2</w:t>
            </w:r>
          </w:p>
        </w:tc>
        <w:tc>
          <w:tcPr>
            <w:tcW w:w="918" w:type="dxa"/>
          </w:tcPr>
          <w:p w14:paraId="4A460722" w14:textId="77777777" w:rsidR="00650896" w:rsidRDefault="00000000">
            <w:r>
              <w:rPr>
                <w:sz w:val="12"/>
              </w:rPr>
              <w:t>Vehicle and pedestrian interface</w:t>
            </w:r>
          </w:p>
        </w:tc>
        <w:tc>
          <w:tcPr>
            <w:tcW w:w="918" w:type="dxa"/>
          </w:tcPr>
          <w:p w14:paraId="7B8C80C9" w14:textId="77777777" w:rsidR="00650896" w:rsidRDefault="00000000">
            <w:r>
              <w:rPr>
                <w:sz w:val="12"/>
              </w:rPr>
              <w:t>People and vehicles share uncontrolled routes</w:t>
            </w:r>
          </w:p>
        </w:tc>
        <w:tc>
          <w:tcPr>
            <w:tcW w:w="918" w:type="dxa"/>
          </w:tcPr>
          <w:p w14:paraId="58358C44" w14:textId="77777777" w:rsidR="00650896" w:rsidRDefault="00000000">
            <w:r>
              <w:rPr>
                <w:sz w:val="12"/>
              </w:rPr>
              <w:t>Workers, drivers, public</w:t>
            </w:r>
          </w:p>
        </w:tc>
        <w:tc>
          <w:tcPr>
            <w:tcW w:w="918" w:type="dxa"/>
          </w:tcPr>
          <w:p w14:paraId="1952E040" w14:textId="77777777" w:rsidR="00650896" w:rsidRDefault="00000000">
            <w:r>
              <w:rPr>
                <w:sz w:val="12"/>
              </w:rPr>
              <w:t>Struck-by or crushing injury, fatality</w:t>
            </w:r>
          </w:p>
        </w:tc>
        <w:tc>
          <w:tcPr>
            <w:tcW w:w="918" w:type="dxa"/>
          </w:tcPr>
          <w:p w14:paraId="1B71BF09" w14:textId="77777777" w:rsidR="00650896" w:rsidRDefault="00000000">
            <w:r>
              <w:rPr>
                <w:sz w:val="12"/>
              </w:rPr>
              <w:t>Basic traffic arrangements.</w:t>
            </w:r>
          </w:p>
        </w:tc>
        <w:tc>
          <w:tcPr>
            <w:tcW w:w="918" w:type="dxa"/>
          </w:tcPr>
          <w:p w14:paraId="75BA7031" w14:textId="77777777" w:rsidR="00650896" w:rsidRDefault="00000000">
            <w:r>
              <w:rPr>
                <w:sz w:val="12"/>
              </w:rPr>
              <w:t>4</w:t>
            </w:r>
          </w:p>
        </w:tc>
        <w:tc>
          <w:tcPr>
            <w:tcW w:w="918" w:type="dxa"/>
          </w:tcPr>
          <w:p w14:paraId="0C6F0349" w14:textId="77777777" w:rsidR="00650896" w:rsidRDefault="00000000">
            <w:r>
              <w:rPr>
                <w:sz w:val="12"/>
              </w:rPr>
              <w:t>5</w:t>
            </w:r>
          </w:p>
        </w:tc>
        <w:tc>
          <w:tcPr>
            <w:tcW w:w="918" w:type="dxa"/>
          </w:tcPr>
          <w:p w14:paraId="19DDC82F" w14:textId="77777777" w:rsidR="00650896" w:rsidRDefault="00000000">
            <w:r>
              <w:rPr>
                <w:sz w:val="12"/>
              </w:rPr>
              <w:t>20</w:t>
            </w:r>
          </w:p>
        </w:tc>
        <w:tc>
          <w:tcPr>
            <w:tcW w:w="918" w:type="dxa"/>
          </w:tcPr>
          <w:p w14:paraId="6C55838B" w14:textId="77777777" w:rsidR="00650896" w:rsidRDefault="00000000">
            <w:r>
              <w:rPr>
                <w:sz w:val="12"/>
              </w:rPr>
              <w:t>Very High</w:t>
            </w:r>
          </w:p>
        </w:tc>
        <w:tc>
          <w:tcPr>
            <w:tcW w:w="918" w:type="dxa"/>
          </w:tcPr>
          <w:p w14:paraId="27A46ED9" w14:textId="77777777" w:rsidR="00650896" w:rsidRDefault="00000000">
            <w:r>
              <w:rPr>
                <w:sz w:val="12"/>
              </w:rPr>
              <w:t xml:space="preserve">Implement traffic management plan; segregate pedestrians and vehicles; provide barriers, crossings, speed control, lighting and </w:t>
            </w:r>
            <w:proofErr w:type="gramStart"/>
            <w:r>
              <w:rPr>
                <w:sz w:val="12"/>
              </w:rPr>
              <w:t>trained</w:t>
            </w:r>
            <w:proofErr w:type="gramEnd"/>
            <w:r>
              <w:rPr>
                <w:sz w:val="12"/>
              </w:rPr>
              <w:t xml:space="preserve"> banksmen.</w:t>
            </w:r>
          </w:p>
        </w:tc>
        <w:tc>
          <w:tcPr>
            <w:tcW w:w="918" w:type="dxa"/>
          </w:tcPr>
          <w:p w14:paraId="6A3D3E57" w14:textId="77777777" w:rsidR="00650896" w:rsidRDefault="00000000">
            <w:r>
              <w:rPr>
                <w:sz w:val="12"/>
              </w:rPr>
              <w:t>1</w:t>
            </w:r>
          </w:p>
        </w:tc>
        <w:tc>
          <w:tcPr>
            <w:tcW w:w="918" w:type="dxa"/>
          </w:tcPr>
          <w:p w14:paraId="4A8D82B2" w14:textId="77777777" w:rsidR="00650896" w:rsidRDefault="00000000">
            <w:r>
              <w:rPr>
                <w:sz w:val="12"/>
              </w:rPr>
              <w:t>5</w:t>
            </w:r>
          </w:p>
        </w:tc>
        <w:tc>
          <w:tcPr>
            <w:tcW w:w="918" w:type="dxa"/>
          </w:tcPr>
          <w:p w14:paraId="31DBC081" w14:textId="77777777" w:rsidR="00650896" w:rsidRDefault="00000000">
            <w:r>
              <w:rPr>
                <w:sz w:val="12"/>
              </w:rPr>
              <w:t>5</w:t>
            </w:r>
          </w:p>
        </w:tc>
        <w:tc>
          <w:tcPr>
            <w:tcW w:w="918" w:type="dxa"/>
          </w:tcPr>
          <w:p w14:paraId="5674E689" w14:textId="77777777" w:rsidR="00650896" w:rsidRDefault="00000000">
            <w:r>
              <w:rPr>
                <w:sz w:val="12"/>
              </w:rPr>
              <w:t>Medium</w:t>
            </w:r>
          </w:p>
        </w:tc>
        <w:tc>
          <w:tcPr>
            <w:tcW w:w="918" w:type="dxa"/>
          </w:tcPr>
          <w:p w14:paraId="5DBCEF28" w14:textId="77777777" w:rsidR="00650896" w:rsidRDefault="00000000">
            <w:r>
              <w:rPr>
                <w:sz w:val="12"/>
              </w:rPr>
              <w:t>Logistics Supervisor</w:t>
            </w:r>
          </w:p>
        </w:tc>
      </w:tr>
      <w:tr w:rsidR="00650896" w14:paraId="18721589" w14:textId="77777777">
        <w:trPr>
          <w:jc w:val="center"/>
        </w:trPr>
        <w:tc>
          <w:tcPr>
            <w:tcW w:w="918" w:type="dxa"/>
          </w:tcPr>
          <w:p w14:paraId="27D05F04" w14:textId="77777777" w:rsidR="00650896" w:rsidRDefault="00000000">
            <w:r>
              <w:rPr>
                <w:sz w:val="12"/>
              </w:rPr>
              <w:t>3</w:t>
            </w:r>
          </w:p>
        </w:tc>
        <w:tc>
          <w:tcPr>
            <w:tcW w:w="918" w:type="dxa"/>
          </w:tcPr>
          <w:p w14:paraId="7FD9E86D" w14:textId="77777777" w:rsidR="00650896" w:rsidRDefault="00000000">
            <w:r>
              <w:rPr>
                <w:sz w:val="12"/>
              </w:rPr>
              <w:t>Reversing vehicles / mobile plant</w:t>
            </w:r>
          </w:p>
        </w:tc>
        <w:tc>
          <w:tcPr>
            <w:tcW w:w="918" w:type="dxa"/>
          </w:tcPr>
          <w:p w14:paraId="65B6A4D7" w14:textId="77777777" w:rsidR="00650896" w:rsidRDefault="00000000">
            <w:r>
              <w:rPr>
                <w:sz w:val="12"/>
              </w:rPr>
              <w:t>Operator has limited rear visibility</w:t>
            </w:r>
          </w:p>
        </w:tc>
        <w:tc>
          <w:tcPr>
            <w:tcW w:w="918" w:type="dxa"/>
          </w:tcPr>
          <w:p w14:paraId="2ADEC710" w14:textId="77777777" w:rsidR="00650896" w:rsidRDefault="00000000">
            <w:r>
              <w:rPr>
                <w:sz w:val="12"/>
              </w:rPr>
              <w:t>Workers, banksmen, drivers</w:t>
            </w:r>
          </w:p>
        </w:tc>
        <w:tc>
          <w:tcPr>
            <w:tcW w:w="918" w:type="dxa"/>
          </w:tcPr>
          <w:p w14:paraId="3F878D6D" w14:textId="77777777" w:rsidR="00650896" w:rsidRDefault="00000000">
            <w:r>
              <w:rPr>
                <w:sz w:val="12"/>
              </w:rPr>
              <w:t>Crushing, collision, fatality</w:t>
            </w:r>
          </w:p>
        </w:tc>
        <w:tc>
          <w:tcPr>
            <w:tcW w:w="918" w:type="dxa"/>
          </w:tcPr>
          <w:p w14:paraId="4E49558E" w14:textId="77777777" w:rsidR="00650896" w:rsidRDefault="00000000">
            <w:r>
              <w:rPr>
                <w:sz w:val="12"/>
              </w:rPr>
              <w:t>Vehicle alarms and operator awareness.</w:t>
            </w:r>
          </w:p>
        </w:tc>
        <w:tc>
          <w:tcPr>
            <w:tcW w:w="918" w:type="dxa"/>
          </w:tcPr>
          <w:p w14:paraId="6E6402F2" w14:textId="77777777" w:rsidR="00650896" w:rsidRDefault="00000000">
            <w:r>
              <w:rPr>
                <w:sz w:val="12"/>
              </w:rPr>
              <w:t>4</w:t>
            </w:r>
          </w:p>
        </w:tc>
        <w:tc>
          <w:tcPr>
            <w:tcW w:w="918" w:type="dxa"/>
          </w:tcPr>
          <w:p w14:paraId="0DD2005E" w14:textId="77777777" w:rsidR="00650896" w:rsidRDefault="00000000">
            <w:r>
              <w:rPr>
                <w:sz w:val="12"/>
              </w:rPr>
              <w:t>5</w:t>
            </w:r>
          </w:p>
        </w:tc>
        <w:tc>
          <w:tcPr>
            <w:tcW w:w="918" w:type="dxa"/>
          </w:tcPr>
          <w:p w14:paraId="4C64D2C4" w14:textId="77777777" w:rsidR="00650896" w:rsidRDefault="00000000">
            <w:r>
              <w:rPr>
                <w:sz w:val="12"/>
              </w:rPr>
              <w:t>20</w:t>
            </w:r>
          </w:p>
        </w:tc>
        <w:tc>
          <w:tcPr>
            <w:tcW w:w="918" w:type="dxa"/>
          </w:tcPr>
          <w:p w14:paraId="52F68105" w14:textId="77777777" w:rsidR="00650896" w:rsidRDefault="00000000">
            <w:r>
              <w:rPr>
                <w:sz w:val="12"/>
              </w:rPr>
              <w:t>Very High</w:t>
            </w:r>
          </w:p>
        </w:tc>
        <w:tc>
          <w:tcPr>
            <w:tcW w:w="918" w:type="dxa"/>
          </w:tcPr>
          <w:p w14:paraId="55C07229" w14:textId="77777777" w:rsidR="00650896" w:rsidRDefault="00000000">
            <w:r>
              <w:rPr>
                <w:sz w:val="12"/>
              </w:rPr>
              <w:t>Minimize reversing; use one trained banksman where required; establish exclusion zones; use cameras/sensors and controlled routes.</w:t>
            </w:r>
          </w:p>
        </w:tc>
        <w:tc>
          <w:tcPr>
            <w:tcW w:w="918" w:type="dxa"/>
          </w:tcPr>
          <w:p w14:paraId="52E86476" w14:textId="77777777" w:rsidR="00650896" w:rsidRDefault="00000000">
            <w:r>
              <w:rPr>
                <w:sz w:val="12"/>
              </w:rPr>
              <w:t>1</w:t>
            </w:r>
          </w:p>
        </w:tc>
        <w:tc>
          <w:tcPr>
            <w:tcW w:w="918" w:type="dxa"/>
          </w:tcPr>
          <w:p w14:paraId="3862ED57" w14:textId="77777777" w:rsidR="00650896" w:rsidRDefault="00000000">
            <w:r>
              <w:rPr>
                <w:sz w:val="12"/>
              </w:rPr>
              <w:t>5</w:t>
            </w:r>
          </w:p>
        </w:tc>
        <w:tc>
          <w:tcPr>
            <w:tcW w:w="918" w:type="dxa"/>
          </w:tcPr>
          <w:p w14:paraId="463800B7" w14:textId="77777777" w:rsidR="00650896" w:rsidRDefault="00000000">
            <w:r>
              <w:rPr>
                <w:sz w:val="12"/>
              </w:rPr>
              <w:t>5</w:t>
            </w:r>
          </w:p>
        </w:tc>
        <w:tc>
          <w:tcPr>
            <w:tcW w:w="918" w:type="dxa"/>
          </w:tcPr>
          <w:p w14:paraId="6D804BB6" w14:textId="77777777" w:rsidR="00650896" w:rsidRDefault="00000000">
            <w:r>
              <w:rPr>
                <w:sz w:val="12"/>
              </w:rPr>
              <w:t>Medium</w:t>
            </w:r>
          </w:p>
        </w:tc>
        <w:tc>
          <w:tcPr>
            <w:tcW w:w="918" w:type="dxa"/>
          </w:tcPr>
          <w:p w14:paraId="6DE58026" w14:textId="77777777" w:rsidR="00650896" w:rsidRDefault="00000000">
            <w:r>
              <w:rPr>
                <w:sz w:val="12"/>
              </w:rPr>
              <w:t>Plant Supervisor</w:t>
            </w:r>
          </w:p>
        </w:tc>
      </w:tr>
      <w:tr w:rsidR="00650896" w14:paraId="2B9B0042" w14:textId="77777777">
        <w:trPr>
          <w:jc w:val="center"/>
        </w:trPr>
        <w:tc>
          <w:tcPr>
            <w:tcW w:w="918" w:type="dxa"/>
          </w:tcPr>
          <w:p w14:paraId="6BB0F99D" w14:textId="77777777" w:rsidR="00650896" w:rsidRDefault="00000000">
            <w:r>
              <w:rPr>
                <w:sz w:val="12"/>
              </w:rPr>
              <w:t>4</w:t>
            </w:r>
          </w:p>
        </w:tc>
        <w:tc>
          <w:tcPr>
            <w:tcW w:w="918" w:type="dxa"/>
          </w:tcPr>
          <w:p w14:paraId="7F64FBDC" w14:textId="77777777" w:rsidR="00650896" w:rsidRDefault="00000000">
            <w:r>
              <w:rPr>
                <w:sz w:val="12"/>
              </w:rPr>
              <w:t>Work at height</w:t>
            </w:r>
          </w:p>
        </w:tc>
        <w:tc>
          <w:tcPr>
            <w:tcW w:w="918" w:type="dxa"/>
          </w:tcPr>
          <w:p w14:paraId="601F22A0" w14:textId="77777777" w:rsidR="00650896" w:rsidRDefault="00000000">
            <w:r>
              <w:rPr>
                <w:sz w:val="12"/>
              </w:rPr>
              <w:t>Personnel work near open edges or elevated platforms</w:t>
            </w:r>
          </w:p>
        </w:tc>
        <w:tc>
          <w:tcPr>
            <w:tcW w:w="918" w:type="dxa"/>
          </w:tcPr>
          <w:p w14:paraId="25805022" w14:textId="77777777" w:rsidR="00650896" w:rsidRDefault="00000000">
            <w:r>
              <w:rPr>
                <w:sz w:val="12"/>
              </w:rPr>
              <w:t>Workers, supervisors</w:t>
            </w:r>
          </w:p>
        </w:tc>
        <w:tc>
          <w:tcPr>
            <w:tcW w:w="918" w:type="dxa"/>
          </w:tcPr>
          <w:p w14:paraId="468EF36E" w14:textId="77777777" w:rsidR="00650896" w:rsidRDefault="00000000">
            <w:r>
              <w:rPr>
                <w:sz w:val="12"/>
              </w:rPr>
              <w:t>Fall from height, serious injury, fatality</w:t>
            </w:r>
          </w:p>
        </w:tc>
        <w:tc>
          <w:tcPr>
            <w:tcW w:w="918" w:type="dxa"/>
          </w:tcPr>
          <w:p w14:paraId="751D9CF2" w14:textId="77777777" w:rsidR="00650896" w:rsidRDefault="00000000">
            <w:r>
              <w:rPr>
                <w:sz w:val="12"/>
              </w:rPr>
              <w:t>Basic guardrails/PPE.</w:t>
            </w:r>
          </w:p>
        </w:tc>
        <w:tc>
          <w:tcPr>
            <w:tcW w:w="918" w:type="dxa"/>
          </w:tcPr>
          <w:p w14:paraId="0C1AF5E4" w14:textId="77777777" w:rsidR="00650896" w:rsidRDefault="00000000">
            <w:r>
              <w:rPr>
                <w:sz w:val="12"/>
              </w:rPr>
              <w:t>4</w:t>
            </w:r>
          </w:p>
        </w:tc>
        <w:tc>
          <w:tcPr>
            <w:tcW w:w="918" w:type="dxa"/>
          </w:tcPr>
          <w:p w14:paraId="0157D69E" w14:textId="77777777" w:rsidR="00650896" w:rsidRDefault="00000000">
            <w:r>
              <w:rPr>
                <w:sz w:val="12"/>
              </w:rPr>
              <w:t>5</w:t>
            </w:r>
          </w:p>
        </w:tc>
        <w:tc>
          <w:tcPr>
            <w:tcW w:w="918" w:type="dxa"/>
          </w:tcPr>
          <w:p w14:paraId="21D11403" w14:textId="77777777" w:rsidR="00650896" w:rsidRDefault="00000000">
            <w:r>
              <w:rPr>
                <w:sz w:val="12"/>
              </w:rPr>
              <w:t>20</w:t>
            </w:r>
          </w:p>
        </w:tc>
        <w:tc>
          <w:tcPr>
            <w:tcW w:w="918" w:type="dxa"/>
          </w:tcPr>
          <w:p w14:paraId="6CF97BCC" w14:textId="77777777" w:rsidR="00650896" w:rsidRDefault="00000000">
            <w:r>
              <w:rPr>
                <w:sz w:val="12"/>
              </w:rPr>
              <w:t>Very High</w:t>
            </w:r>
          </w:p>
        </w:tc>
        <w:tc>
          <w:tcPr>
            <w:tcW w:w="918" w:type="dxa"/>
          </w:tcPr>
          <w:p w14:paraId="3A0F3C1B" w14:textId="77777777" w:rsidR="00650896" w:rsidRDefault="00000000">
            <w:r>
              <w:rPr>
                <w:sz w:val="12"/>
              </w:rPr>
              <w:t>Use collective fall prevention first; provide compliant platforms, edge protection and safe access; inspect systems; use fall restraint/arrest only where appropriate.</w:t>
            </w:r>
          </w:p>
        </w:tc>
        <w:tc>
          <w:tcPr>
            <w:tcW w:w="918" w:type="dxa"/>
          </w:tcPr>
          <w:p w14:paraId="7581A4C2" w14:textId="77777777" w:rsidR="00650896" w:rsidRDefault="00000000">
            <w:r>
              <w:rPr>
                <w:sz w:val="12"/>
              </w:rPr>
              <w:t>1</w:t>
            </w:r>
          </w:p>
        </w:tc>
        <w:tc>
          <w:tcPr>
            <w:tcW w:w="918" w:type="dxa"/>
          </w:tcPr>
          <w:p w14:paraId="099A9539" w14:textId="77777777" w:rsidR="00650896" w:rsidRDefault="00000000">
            <w:r>
              <w:rPr>
                <w:sz w:val="12"/>
              </w:rPr>
              <w:t>5</w:t>
            </w:r>
          </w:p>
        </w:tc>
        <w:tc>
          <w:tcPr>
            <w:tcW w:w="918" w:type="dxa"/>
          </w:tcPr>
          <w:p w14:paraId="0A5B712B" w14:textId="77777777" w:rsidR="00650896" w:rsidRDefault="00000000">
            <w:r>
              <w:rPr>
                <w:sz w:val="12"/>
              </w:rPr>
              <w:t>5</w:t>
            </w:r>
          </w:p>
        </w:tc>
        <w:tc>
          <w:tcPr>
            <w:tcW w:w="918" w:type="dxa"/>
          </w:tcPr>
          <w:p w14:paraId="711140B5" w14:textId="77777777" w:rsidR="00650896" w:rsidRDefault="00000000">
            <w:r>
              <w:rPr>
                <w:sz w:val="12"/>
              </w:rPr>
              <w:t>Medium</w:t>
            </w:r>
          </w:p>
        </w:tc>
        <w:tc>
          <w:tcPr>
            <w:tcW w:w="918" w:type="dxa"/>
          </w:tcPr>
          <w:p w14:paraId="3DEC4189" w14:textId="77777777" w:rsidR="00650896" w:rsidRDefault="00000000">
            <w:r>
              <w:rPr>
                <w:sz w:val="12"/>
              </w:rPr>
              <w:t>Construction Supervisor</w:t>
            </w:r>
          </w:p>
        </w:tc>
      </w:tr>
      <w:tr w:rsidR="00650896" w14:paraId="0C4FBFE2" w14:textId="77777777">
        <w:trPr>
          <w:jc w:val="center"/>
        </w:trPr>
        <w:tc>
          <w:tcPr>
            <w:tcW w:w="918" w:type="dxa"/>
          </w:tcPr>
          <w:p w14:paraId="7465B57F" w14:textId="77777777" w:rsidR="00650896" w:rsidRDefault="00000000">
            <w:r>
              <w:rPr>
                <w:sz w:val="12"/>
              </w:rPr>
              <w:t>5</w:t>
            </w:r>
          </w:p>
        </w:tc>
        <w:tc>
          <w:tcPr>
            <w:tcW w:w="918" w:type="dxa"/>
          </w:tcPr>
          <w:p w14:paraId="7CF0BAF3" w14:textId="77777777" w:rsidR="00650896" w:rsidRDefault="00000000">
            <w:r>
              <w:rPr>
                <w:sz w:val="12"/>
              </w:rPr>
              <w:t>Unsafe scaffold</w:t>
            </w:r>
          </w:p>
        </w:tc>
        <w:tc>
          <w:tcPr>
            <w:tcW w:w="918" w:type="dxa"/>
          </w:tcPr>
          <w:p w14:paraId="3A40F92F" w14:textId="77777777" w:rsidR="00650896" w:rsidRDefault="00000000">
            <w:r>
              <w:rPr>
                <w:sz w:val="12"/>
              </w:rPr>
              <w:t>Scaffold incomplete, altered or not inspected</w:t>
            </w:r>
          </w:p>
        </w:tc>
        <w:tc>
          <w:tcPr>
            <w:tcW w:w="918" w:type="dxa"/>
          </w:tcPr>
          <w:p w14:paraId="69A4521E" w14:textId="77777777" w:rsidR="00650896" w:rsidRDefault="00000000">
            <w:r>
              <w:rPr>
                <w:sz w:val="12"/>
              </w:rPr>
              <w:t>Workers, contractors</w:t>
            </w:r>
          </w:p>
        </w:tc>
        <w:tc>
          <w:tcPr>
            <w:tcW w:w="918" w:type="dxa"/>
          </w:tcPr>
          <w:p w14:paraId="5FEF4521" w14:textId="77777777" w:rsidR="00650896" w:rsidRDefault="00000000">
            <w:r>
              <w:rPr>
                <w:sz w:val="12"/>
              </w:rPr>
              <w:t>Fall, collapse, falling objects</w:t>
            </w:r>
          </w:p>
        </w:tc>
        <w:tc>
          <w:tcPr>
            <w:tcW w:w="918" w:type="dxa"/>
          </w:tcPr>
          <w:p w14:paraId="793BE2F8" w14:textId="77777777" w:rsidR="00650896" w:rsidRDefault="00000000">
            <w:r>
              <w:rPr>
                <w:sz w:val="12"/>
              </w:rPr>
              <w:t>Scaffold access provided.</w:t>
            </w:r>
          </w:p>
        </w:tc>
        <w:tc>
          <w:tcPr>
            <w:tcW w:w="918" w:type="dxa"/>
          </w:tcPr>
          <w:p w14:paraId="097F3816" w14:textId="77777777" w:rsidR="00650896" w:rsidRDefault="00000000">
            <w:r>
              <w:rPr>
                <w:sz w:val="12"/>
              </w:rPr>
              <w:t>4</w:t>
            </w:r>
          </w:p>
        </w:tc>
        <w:tc>
          <w:tcPr>
            <w:tcW w:w="918" w:type="dxa"/>
          </w:tcPr>
          <w:p w14:paraId="70975E5C" w14:textId="77777777" w:rsidR="00650896" w:rsidRDefault="00000000">
            <w:r>
              <w:rPr>
                <w:sz w:val="12"/>
              </w:rPr>
              <w:t>5</w:t>
            </w:r>
          </w:p>
        </w:tc>
        <w:tc>
          <w:tcPr>
            <w:tcW w:w="918" w:type="dxa"/>
          </w:tcPr>
          <w:p w14:paraId="7A0BDC5D" w14:textId="77777777" w:rsidR="00650896" w:rsidRDefault="00000000">
            <w:r>
              <w:rPr>
                <w:sz w:val="12"/>
              </w:rPr>
              <w:t>20</w:t>
            </w:r>
          </w:p>
        </w:tc>
        <w:tc>
          <w:tcPr>
            <w:tcW w:w="918" w:type="dxa"/>
          </w:tcPr>
          <w:p w14:paraId="3411E02F" w14:textId="77777777" w:rsidR="00650896" w:rsidRDefault="00000000">
            <w:r>
              <w:rPr>
                <w:sz w:val="12"/>
              </w:rPr>
              <w:t>Very High</w:t>
            </w:r>
          </w:p>
        </w:tc>
        <w:tc>
          <w:tcPr>
            <w:tcW w:w="918" w:type="dxa"/>
          </w:tcPr>
          <w:p w14:paraId="2CD2436B" w14:textId="77777777" w:rsidR="00650896" w:rsidRDefault="00000000">
            <w:r>
              <w:rPr>
                <w:sz w:val="12"/>
              </w:rPr>
              <w:t>Use competent scaffolders; provide compliant erection, tagging, inspection and handover; prevent unauthorized alteration; maintain safe access and edge protection.</w:t>
            </w:r>
          </w:p>
        </w:tc>
        <w:tc>
          <w:tcPr>
            <w:tcW w:w="918" w:type="dxa"/>
          </w:tcPr>
          <w:p w14:paraId="19711945" w14:textId="77777777" w:rsidR="00650896" w:rsidRDefault="00000000">
            <w:r>
              <w:rPr>
                <w:sz w:val="12"/>
              </w:rPr>
              <w:t>1</w:t>
            </w:r>
          </w:p>
        </w:tc>
        <w:tc>
          <w:tcPr>
            <w:tcW w:w="918" w:type="dxa"/>
          </w:tcPr>
          <w:p w14:paraId="22E324CA" w14:textId="77777777" w:rsidR="00650896" w:rsidRDefault="00000000">
            <w:r>
              <w:rPr>
                <w:sz w:val="12"/>
              </w:rPr>
              <w:t>5</w:t>
            </w:r>
          </w:p>
        </w:tc>
        <w:tc>
          <w:tcPr>
            <w:tcW w:w="918" w:type="dxa"/>
          </w:tcPr>
          <w:p w14:paraId="7F07201D" w14:textId="77777777" w:rsidR="00650896" w:rsidRDefault="00000000">
            <w:r>
              <w:rPr>
                <w:sz w:val="12"/>
              </w:rPr>
              <w:t>5</w:t>
            </w:r>
          </w:p>
        </w:tc>
        <w:tc>
          <w:tcPr>
            <w:tcW w:w="918" w:type="dxa"/>
          </w:tcPr>
          <w:p w14:paraId="4F67E45B" w14:textId="77777777" w:rsidR="00650896" w:rsidRDefault="00000000">
            <w:r>
              <w:rPr>
                <w:sz w:val="12"/>
              </w:rPr>
              <w:t>Medium</w:t>
            </w:r>
          </w:p>
        </w:tc>
        <w:tc>
          <w:tcPr>
            <w:tcW w:w="918" w:type="dxa"/>
          </w:tcPr>
          <w:p w14:paraId="5FB05F95" w14:textId="77777777" w:rsidR="00650896" w:rsidRDefault="00000000">
            <w:r>
              <w:rPr>
                <w:sz w:val="12"/>
              </w:rPr>
              <w:t>Scaffold Supervisor</w:t>
            </w:r>
          </w:p>
        </w:tc>
      </w:tr>
      <w:tr w:rsidR="00650896" w14:paraId="0CD2229D" w14:textId="77777777">
        <w:trPr>
          <w:jc w:val="center"/>
        </w:trPr>
        <w:tc>
          <w:tcPr>
            <w:tcW w:w="918" w:type="dxa"/>
          </w:tcPr>
          <w:p w14:paraId="6A80F207" w14:textId="77777777" w:rsidR="00650896" w:rsidRDefault="00000000">
            <w:r>
              <w:rPr>
                <w:sz w:val="12"/>
              </w:rPr>
              <w:t>6</w:t>
            </w:r>
          </w:p>
        </w:tc>
        <w:tc>
          <w:tcPr>
            <w:tcW w:w="918" w:type="dxa"/>
          </w:tcPr>
          <w:p w14:paraId="6FD1E7D5" w14:textId="77777777" w:rsidR="00650896" w:rsidRDefault="00000000">
            <w:r>
              <w:rPr>
                <w:sz w:val="12"/>
              </w:rPr>
              <w:t>Ladder misuse</w:t>
            </w:r>
          </w:p>
        </w:tc>
        <w:tc>
          <w:tcPr>
            <w:tcW w:w="918" w:type="dxa"/>
          </w:tcPr>
          <w:p w14:paraId="62B7C8CB" w14:textId="77777777" w:rsidR="00650896" w:rsidRDefault="00000000">
            <w:r>
              <w:rPr>
                <w:sz w:val="12"/>
              </w:rPr>
              <w:t>Unsafe ladder position, damaged ladder or overreaching</w:t>
            </w:r>
          </w:p>
        </w:tc>
        <w:tc>
          <w:tcPr>
            <w:tcW w:w="918" w:type="dxa"/>
          </w:tcPr>
          <w:p w14:paraId="3F9EFBAC" w14:textId="77777777" w:rsidR="00650896" w:rsidRDefault="00000000">
            <w:r>
              <w:rPr>
                <w:sz w:val="12"/>
              </w:rPr>
              <w:t>Workers</w:t>
            </w:r>
          </w:p>
        </w:tc>
        <w:tc>
          <w:tcPr>
            <w:tcW w:w="918" w:type="dxa"/>
          </w:tcPr>
          <w:p w14:paraId="5129CCDA" w14:textId="77777777" w:rsidR="00650896" w:rsidRDefault="00000000">
            <w:r>
              <w:rPr>
                <w:sz w:val="12"/>
              </w:rPr>
              <w:t>Fall, sprain, serious injury</w:t>
            </w:r>
          </w:p>
        </w:tc>
        <w:tc>
          <w:tcPr>
            <w:tcW w:w="918" w:type="dxa"/>
          </w:tcPr>
          <w:p w14:paraId="4BA49917" w14:textId="77777777" w:rsidR="00650896" w:rsidRDefault="00000000">
            <w:r>
              <w:rPr>
                <w:sz w:val="12"/>
              </w:rPr>
              <w:t>Portable ladders available.</w:t>
            </w:r>
          </w:p>
        </w:tc>
        <w:tc>
          <w:tcPr>
            <w:tcW w:w="918" w:type="dxa"/>
          </w:tcPr>
          <w:p w14:paraId="0491F5A7" w14:textId="77777777" w:rsidR="00650896" w:rsidRDefault="00000000">
            <w:r>
              <w:rPr>
                <w:sz w:val="12"/>
              </w:rPr>
              <w:t>4</w:t>
            </w:r>
          </w:p>
        </w:tc>
        <w:tc>
          <w:tcPr>
            <w:tcW w:w="918" w:type="dxa"/>
          </w:tcPr>
          <w:p w14:paraId="6E89C987" w14:textId="77777777" w:rsidR="00650896" w:rsidRDefault="00000000">
            <w:r>
              <w:rPr>
                <w:sz w:val="12"/>
              </w:rPr>
              <w:t>4</w:t>
            </w:r>
          </w:p>
        </w:tc>
        <w:tc>
          <w:tcPr>
            <w:tcW w:w="918" w:type="dxa"/>
          </w:tcPr>
          <w:p w14:paraId="37053349" w14:textId="77777777" w:rsidR="00650896" w:rsidRDefault="00000000">
            <w:r>
              <w:rPr>
                <w:sz w:val="12"/>
              </w:rPr>
              <w:t>16</w:t>
            </w:r>
          </w:p>
        </w:tc>
        <w:tc>
          <w:tcPr>
            <w:tcW w:w="918" w:type="dxa"/>
          </w:tcPr>
          <w:p w14:paraId="5D8D3915" w14:textId="77777777" w:rsidR="00650896" w:rsidRDefault="00000000">
            <w:r>
              <w:rPr>
                <w:sz w:val="12"/>
              </w:rPr>
              <w:t>High</w:t>
            </w:r>
          </w:p>
        </w:tc>
        <w:tc>
          <w:tcPr>
            <w:tcW w:w="918" w:type="dxa"/>
          </w:tcPr>
          <w:p w14:paraId="0DD3B200" w14:textId="77777777" w:rsidR="00650896" w:rsidRDefault="00000000">
            <w:r>
              <w:rPr>
                <w:sz w:val="12"/>
              </w:rPr>
              <w:t xml:space="preserve">Use ladders only for suitable short-duration work; inspect before use; </w:t>
            </w:r>
            <w:proofErr w:type="gramStart"/>
            <w:r>
              <w:rPr>
                <w:sz w:val="12"/>
              </w:rPr>
              <w:t>secure</w:t>
            </w:r>
            <w:proofErr w:type="gramEnd"/>
            <w:r>
              <w:rPr>
                <w:sz w:val="12"/>
              </w:rPr>
              <w:t xml:space="preserve"> correctly; maintain three-point contact and avoid overreach.</w:t>
            </w:r>
          </w:p>
        </w:tc>
        <w:tc>
          <w:tcPr>
            <w:tcW w:w="918" w:type="dxa"/>
          </w:tcPr>
          <w:p w14:paraId="0D605589" w14:textId="77777777" w:rsidR="00650896" w:rsidRDefault="00000000">
            <w:r>
              <w:rPr>
                <w:sz w:val="12"/>
              </w:rPr>
              <w:t>1</w:t>
            </w:r>
          </w:p>
        </w:tc>
        <w:tc>
          <w:tcPr>
            <w:tcW w:w="918" w:type="dxa"/>
          </w:tcPr>
          <w:p w14:paraId="43BE30B3" w14:textId="77777777" w:rsidR="00650896" w:rsidRDefault="00000000">
            <w:r>
              <w:rPr>
                <w:sz w:val="12"/>
              </w:rPr>
              <w:t>4</w:t>
            </w:r>
          </w:p>
        </w:tc>
        <w:tc>
          <w:tcPr>
            <w:tcW w:w="918" w:type="dxa"/>
          </w:tcPr>
          <w:p w14:paraId="725F2B40" w14:textId="77777777" w:rsidR="00650896" w:rsidRDefault="00000000">
            <w:r>
              <w:rPr>
                <w:sz w:val="12"/>
              </w:rPr>
              <w:t>4</w:t>
            </w:r>
          </w:p>
        </w:tc>
        <w:tc>
          <w:tcPr>
            <w:tcW w:w="918" w:type="dxa"/>
          </w:tcPr>
          <w:p w14:paraId="480B297D" w14:textId="77777777" w:rsidR="00650896" w:rsidRDefault="00000000">
            <w:r>
              <w:rPr>
                <w:sz w:val="12"/>
              </w:rPr>
              <w:t>Low</w:t>
            </w:r>
          </w:p>
        </w:tc>
        <w:tc>
          <w:tcPr>
            <w:tcW w:w="918" w:type="dxa"/>
          </w:tcPr>
          <w:p w14:paraId="6F438855" w14:textId="77777777" w:rsidR="00650896" w:rsidRDefault="00000000">
            <w:r>
              <w:rPr>
                <w:sz w:val="12"/>
              </w:rPr>
              <w:t>Supervisor</w:t>
            </w:r>
          </w:p>
        </w:tc>
      </w:tr>
      <w:tr w:rsidR="00650896" w14:paraId="338C5343" w14:textId="77777777">
        <w:trPr>
          <w:jc w:val="center"/>
        </w:trPr>
        <w:tc>
          <w:tcPr>
            <w:tcW w:w="918" w:type="dxa"/>
          </w:tcPr>
          <w:p w14:paraId="74868CB7" w14:textId="77777777" w:rsidR="00650896" w:rsidRDefault="00000000">
            <w:r>
              <w:rPr>
                <w:sz w:val="12"/>
              </w:rPr>
              <w:t>7</w:t>
            </w:r>
          </w:p>
        </w:tc>
        <w:tc>
          <w:tcPr>
            <w:tcW w:w="918" w:type="dxa"/>
          </w:tcPr>
          <w:p w14:paraId="68D144B6" w14:textId="77777777" w:rsidR="00650896" w:rsidRDefault="00000000">
            <w:r>
              <w:rPr>
                <w:sz w:val="12"/>
              </w:rPr>
              <w:t>Excavation collapse</w:t>
            </w:r>
          </w:p>
        </w:tc>
        <w:tc>
          <w:tcPr>
            <w:tcW w:w="918" w:type="dxa"/>
          </w:tcPr>
          <w:p w14:paraId="3F45DA40" w14:textId="77777777" w:rsidR="00650896" w:rsidRDefault="00000000">
            <w:r>
              <w:rPr>
                <w:sz w:val="12"/>
              </w:rPr>
              <w:t>Unsupported excavation or unstable soil</w:t>
            </w:r>
          </w:p>
        </w:tc>
        <w:tc>
          <w:tcPr>
            <w:tcW w:w="918" w:type="dxa"/>
          </w:tcPr>
          <w:p w14:paraId="75D2A4CF" w14:textId="77777777" w:rsidR="00650896" w:rsidRDefault="00000000">
            <w:r>
              <w:rPr>
                <w:sz w:val="12"/>
              </w:rPr>
              <w:t>Workers, plant operators</w:t>
            </w:r>
          </w:p>
        </w:tc>
        <w:tc>
          <w:tcPr>
            <w:tcW w:w="918" w:type="dxa"/>
          </w:tcPr>
          <w:p w14:paraId="2D09980E" w14:textId="77777777" w:rsidR="00650896" w:rsidRDefault="00000000">
            <w:r>
              <w:rPr>
                <w:sz w:val="12"/>
              </w:rPr>
              <w:t>Burial, crushing, fatality</w:t>
            </w:r>
          </w:p>
        </w:tc>
        <w:tc>
          <w:tcPr>
            <w:tcW w:w="918" w:type="dxa"/>
          </w:tcPr>
          <w:p w14:paraId="641B187E" w14:textId="77777777" w:rsidR="00650896" w:rsidRDefault="00000000">
            <w:r>
              <w:rPr>
                <w:sz w:val="12"/>
              </w:rPr>
              <w:t>Excavations visually checked.</w:t>
            </w:r>
          </w:p>
        </w:tc>
        <w:tc>
          <w:tcPr>
            <w:tcW w:w="918" w:type="dxa"/>
          </w:tcPr>
          <w:p w14:paraId="7E877795" w14:textId="77777777" w:rsidR="00650896" w:rsidRDefault="00000000">
            <w:r>
              <w:rPr>
                <w:sz w:val="12"/>
              </w:rPr>
              <w:t>4</w:t>
            </w:r>
          </w:p>
        </w:tc>
        <w:tc>
          <w:tcPr>
            <w:tcW w:w="918" w:type="dxa"/>
          </w:tcPr>
          <w:p w14:paraId="2E0378DB" w14:textId="77777777" w:rsidR="00650896" w:rsidRDefault="00000000">
            <w:r>
              <w:rPr>
                <w:sz w:val="12"/>
              </w:rPr>
              <w:t>5</w:t>
            </w:r>
          </w:p>
        </w:tc>
        <w:tc>
          <w:tcPr>
            <w:tcW w:w="918" w:type="dxa"/>
          </w:tcPr>
          <w:p w14:paraId="5640286C" w14:textId="77777777" w:rsidR="00650896" w:rsidRDefault="00000000">
            <w:r>
              <w:rPr>
                <w:sz w:val="12"/>
              </w:rPr>
              <w:t>20</w:t>
            </w:r>
          </w:p>
        </w:tc>
        <w:tc>
          <w:tcPr>
            <w:tcW w:w="918" w:type="dxa"/>
          </w:tcPr>
          <w:p w14:paraId="765BA048" w14:textId="77777777" w:rsidR="00650896" w:rsidRDefault="00000000">
            <w:r>
              <w:rPr>
                <w:sz w:val="12"/>
              </w:rPr>
              <w:t>Very High</w:t>
            </w:r>
          </w:p>
        </w:tc>
        <w:tc>
          <w:tcPr>
            <w:tcW w:w="918" w:type="dxa"/>
          </w:tcPr>
          <w:p w14:paraId="3420DD52" w14:textId="77777777" w:rsidR="00650896" w:rsidRDefault="00000000">
            <w:r>
              <w:rPr>
                <w:sz w:val="12"/>
              </w:rPr>
              <w:t xml:space="preserve">Assess ground conditions; use suitable shoring, benching or battering; provide safe access; inspect after </w:t>
            </w:r>
            <w:r>
              <w:rPr>
                <w:sz w:val="12"/>
              </w:rPr>
              <w:lastRenderedPageBreak/>
              <w:t>changes/weather; keep spoil and plant away from edges.</w:t>
            </w:r>
          </w:p>
        </w:tc>
        <w:tc>
          <w:tcPr>
            <w:tcW w:w="918" w:type="dxa"/>
          </w:tcPr>
          <w:p w14:paraId="6BD773AB" w14:textId="77777777" w:rsidR="00650896" w:rsidRDefault="00000000">
            <w:r>
              <w:rPr>
                <w:sz w:val="12"/>
              </w:rPr>
              <w:lastRenderedPageBreak/>
              <w:t>1</w:t>
            </w:r>
          </w:p>
        </w:tc>
        <w:tc>
          <w:tcPr>
            <w:tcW w:w="918" w:type="dxa"/>
          </w:tcPr>
          <w:p w14:paraId="437D6201" w14:textId="77777777" w:rsidR="00650896" w:rsidRDefault="00000000">
            <w:r>
              <w:rPr>
                <w:sz w:val="12"/>
              </w:rPr>
              <w:t>5</w:t>
            </w:r>
          </w:p>
        </w:tc>
        <w:tc>
          <w:tcPr>
            <w:tcW w:w="918" w:type="dxa"/>
          </w:tcPr>
          <w:p w14:paraId="3C259602" w14:textId="77777777" w:rsidR="00650896" w:rsidRDefault="00000000">
            <w:r>
              <w:rPr>
                <w:sz w:val="12"/>
              </w:rPr>
              <w:t>5</w:t>
            </w:r>
          </w:p>
        </w:tc>
        <w:tc>
          <w:tcPr>
            <w:tcW w:w="918" w:type="dxa"/>
          </w:tcPr>
          <w:p w14:paraId="08F895CF" w14:textId="77777777" w:rsidR="00650896" w:rsidRDefault="00000000">
            <w:r>
              <w:rPr>
                <w:sz w:val="12"/>
              </w:rPr>
              <w:t>Medium</w:t>
            </w:r>
          </w:p>
        </w:tc>
        <w:tc>
          <w:tcPr>
            <w:tcW w:w="918" w:type="dxa"/>
          </w:tcPr>
          <w:p w14:paraId="4397D9D3" w14:textId="77777777" w:rsidR="00650896" w:rsidRDefault="00000000">
            <w:r>
              <w:rPr>
                <w:sz w:val="12"/>
              </w:rPr>
              <w:t>Excavation Supervisor</w:t>
            </w:r>
          </w:p>
        </w:tc>
      </w:tr>
      <w:tr w:rsidR="00650896" w14:paraId="1C3D0998" w14:textId="77777777">
        <w:trPr>
          <w:jc w:val="center"/>
        </w:trPr>
        <w:tc>
          <w:tcPr>
            <w:tcW w:w="918" w:type="dxa"/>
          </w:tcPr>
          <w:p w14:paraId="2963027D" w14:textId="77777777" w:rsidR="00650896" w:rsidRDefault="00000000">
            <w:r>
              <w:rPr>
                <w:sz w:val="12"/>
              </w:rPr>
              <w:t>8</w:t>
            </w:r>
          </w:p>
        </w:tc>
        <w:tc>
          <w:tcPr>
            <w:tcW w:w="918" w:type="dxa"/>
          </w:tcPr>
          <w:p w14:paraId="56634462" w14:textId="77777777" w:rsidR="00650896" w:rsidRDefault="00000000">
            <w:r>
              <w:rPr>
                <w:sz w:val="12"/>
              </w:rPr>
              <w:t>Underground services</w:t>
            </w:r>
          </w:p>
        </w:tc>
        <w:tc>
          <w:tcPr>
            <w:tcW w:w="918" w:type="dxa"/>
          </w:tcPr>
          <w:p w14:paraId="39434EAD" w14:textId="77777777" w:rsidR="00650896" w:rsidRDefault="00000000">
            <w:r>
              <w:rPr>
                <w:sz w:val="12"/>
              </w:rPr>
              <w:t>Excavation damages buried utility service</w:t>
            </w:r>
          </w:p>
        </w:tc>
        <w:tc>
          <w:tcPr>
            <w:tcW w:w="918" w:type="dxa"/>
          </w:tcPr>
          <w:p w14:paraId="662E0BFA" w14:textId="77777777" w:rsidR="00650896" w:rsidRDefault="00000000">
            <w:r>
              <w:rPr>
                <w:sz w:val="12"/>
              </w:rPr>
              <w:t>Workers, operators, public</w:t>
            </w:r>
          </w:p>
        </w:tc>
        <w:tc>
          <w:tcPr>
            <w:tcW w:w="918" w:type="dxa"/>
          </w:tcPr>
          <w:p w14:paraId="0F8E5A74" w14:textId="77777777" w:rsidR="00650896" w:rsidRDefault="00000000">
            <w:r>
              <w:rPr>
                <w:sz w:val="12"/>
              </w:rPr>
              <w:t>Electrocution, gas release, flooding, fire, fatality</w:t>
            </w:r>
          </w:p>
        </w:tc>
        <w:tc>
          <w:tcPr>
            <w:tcW w:w="918" w:type="dxa"/>
          </w:tcPr>
          <w:p w14:paraId="6330C571" w14:textId="77777777" w:rsidR="00650896" w:rsidRDefault="00000000">
            <w:r>
              <w:rPr>
                <w:sz w:val="12"/>
              </w:rPr>
              <w:t>Service drawings available.</w:t>
            </w:r>
          </w:p>
        </w:tc>
        <w:tc>
          <w:tcPr>
            <w:tcW w:w="918" w:type="dxa"/>
          </w:tcPr>
          <w:p w14:paraId="61136DD2" w14:textId="77777777" w:rsidR="00650896" w:rsidRDefault="00000000">
            <w:r>
              <w:rPr>
                <w:sz w:val="12"/>
              </w:rPr>
              <w:t>4</w:t>
            </w:r>
          </w:p>
        </w:tc>
        <w:tc>
          <w:tcPr>
            <w:tcW w:w="918" w:type="dxa"/>
          </w:tcPr>
          <w:p w14:paraId="4168EF19" w14:textId="77777777" w:rsidR="00650896" w:rsidRDefault="00000000">
            <w:r>
              <w:rPr>
                <w:sz w:val="12"/>
              </w:rPr>
              <w:t>5</w:t>
            </w:r>
          </w:p>
        </w:tc>
        <w:tc>
          <w:tcPr>
            <w:tcW w:w="918" w:type="dxa"/>
          </w:tcPr>
          <w:p w14:paraId="71A97BCE" w14:textId="77777777" w:rsidR="00650896" w:rsidRDefault="00000000">
            <w:r>
              <w:rPr>
                <w:sz w:val="12"/>
              </w:rPr>
              <w:t>20</w:t>
            </w:r>
          </w:p>
        </w:tc>
        <w:tc>
          <w:tcPr>
            <w:tcW w:w="918" w:type="dxa"/>
          </w:tcPr>
          <w:p w14:paraId="0DFF72FE" w14:textId="77777777" w:rsidR="00650896" w:rsidRDefault="00000000">
            <w:r>
              <w:rPr>
                <w:sz w:val="12"/>
              </w:rPr>
              <w:t>Very High</w:t>
            </w:r>
          </w:p>
        </w:tc>
        <w:tc>
          <w:tcPr>
            <w:tcW w:w="918" w:type="dxa"/>
          </w:tcPr>
          <w:p w14:paraId="1BEB3625" w14:textId="77777777" w:rsidR="00650896" w:rsidRDefault="00000000">
            <w:r>
              <w:rPr>
                <w:sz w:val="12"/>
              </w:rPr>
              <w:t>Use permit-to-dig; locate and mark services; use detection and controlled excavation; maintain required clearances and emergency arrangements.</w:t>
            </w:r>
          </w:p>
        </w:tc>
        <w:tc>
          <w:tcPr>
            <w:tcW w:w="918" w:type="dxa"/>
          </w:tcPr>
          <w:p w14:paraId="2988E1F0" w14:textId="77777777" w:rsidR="00650896" w:rsidRDefault="00000000">
            <w:r>
              <w:rPr>
                <w:sz w:val="12"/>
              </w:rPr>
              <w:t>1</w:t>
            </w:r>
          </w:p>
        </w:tc>
        <w:tc>
          <w:tcPr>
            <w:tcW w:w="918" w:type="dxa"/>
          </w:tcPr>
          <w:p w14:paraId="03508C62" w14:textId="77777777" w:rsidR="00650896" w:rsidRDefault="00000000">
            <w:r>
              <w:rPr>
                <w:sz w:val="12"/>
              </w:rPr>
              <w:t>5</w:t>
            </w:r>
          </w:p>
        </w:tc>
        <w:tc>
          <w:tcPr>
            <w:tcW w:w="918" w:type="dxa"/>
          </w:tcPr>
          <w:p w14:paraId="4426370F" w14:textId="77777777" w:rsidR="00650896" w:rsidRDefault="00000000">
            <w:r>
              <w:rPr>
                <w:sz w:val="12"/>
              </w:rPr>
              <w:t>5</w:t>
            </w:r>
          </w:p>
        </w:tc>
        <w:tc>
          <w:tcPr>
            <w:tcW w:w="918" w:type="dxa"/>
          </w:tcPr>
          <w:p w14:paraId="091B21C8" w14:textId="77777777" w:rsidR="00650896" w:rsidRDefault="00000000">
            <w:r>
              <w:rPr>
                <w:sz w:val="12"/>
              </w:rPr>
              <w:t>Medium</w:t>
            </w:r>
          </w:p>
        </w:tc>
        <w:tc>
          <w:tcPr>
            <w:tcW w:w="918" w:type="dxa"/>
          </w:tcPr>
          <w:p w14:paraId="70EBAC47" w14:textId="77777777" w:rsidR="00650896" w:rsidRDefault="00000000">
            <w:r>
              <w:rPr>
                <w:sz w:val="12"/>
              </w:rPr>
              <w:t>Permit Holder / Engineer</w:t>
            </w:r>
          </w:p>
        </w:tc>
      </w:tr>
      <w:tr w:rsidR="00650896" w14:paraId="35B938FA" w14:textId="77777777">
        <w:trPr>
          <w:jc w:val="center"/>
        </w:trPr>
        <w:tc>
          <w:tcPr>
            <w:tcW w:w="918" w:type="dxa"/>
          </w:tcPr>
          <w:p w14:paraId="6CA5D1F9" w14:textId="77777777" w:rsidR="00650896" w:rsidRDefault="00000000">
            <w:r>
              <w:rPr>
                <w:sz w:val="12"/>
              </w:rPr>
              <w:t>9</w:t>
            </w:r>
          </w:p>
        </w:tc>
        <w:tc>
          <w:tcPr>
            <w:tcW w:w="918" w:type="dxa"/>
          </w:tcPr>
          <w:p w14:paraId="307541C8" w14:textId="77777777" w:rsidR="00650896" w:rsidRDefault="00000000">
            <w:r>
              <w:rPr>
                <w:sz w:val="12"/>
              </w:rPr>
              <w:t>Lifting and suspended loads</w:t>
            </w:r>
          </w:p>
        </w:tc>
        <w:tc>
          <w:tcPr>
            <w:tcW w:w="918" w:type="dxa"/>
          </w:tcPr>
          <w:p w14:paraId="1D69671B" w14:textId="77777777" w:rsidR="00650896" w:rsidRDefault="00000000">
            <w:r>
              <w:rPr>
                <w:sz w:val="12"/>
              </w:rPr>
              <w:t>Load drops or swings during lifting operation</w:t>
            </w:r>
          </w:p>
        </w:tc>
        <w:tc>
          <w:tcPr>
            <w:tcW w:w="918" w:type="dxa"/>
          </w:tcPr>
          <w:p w14:paraId="6FA53B4A" w14:textId="77777777" w:rsidR="00650896" w:rsidRDefault="00000000">
            <w:r>
              <w:rPr>
                <w:sz w:val="12"/>
              </w:rPr>
              <w:t>Workers, riggers, public</w:t>
            </w:r>
          </w:p>
        </w:tc>
        <w:tc>
          <w:tcPr>
            <w:tcW w:w="918" w:type="dxa"/>
          </w:tcPr>
          <w:p w14:paraId="30E086D6" w14:textId="77777777" w:rsidR="00650896" w:rsidRDefault="00000000">
            <w:r>
              <w:rPr>
                <w:sz w:val="12"/>
              </w:rPr>
              <w:t>Crushing, struck-by injury, fatality</w:t>
            </w:r>
          </w:p>
        </w:tc>
        <w:tc>
          <w:tcPr>
            <w:tcW w:w="918" w:type="dxa"/>
          </w:tcPr>
          <w:p w14:paraId="30A18A72" w14:textId="77777777" w:rsidR="00650896" w:rsidRDefault="00000000">
            <w:r>
              <w:rPr>
                <w:sz w:val="12"/>
              </w:rPr>
              <w:t>Lifting equipment and supervision.</w:t>
            </w:r>
          </w:p>
        </w:tc>
        <w:tc>
          <w:tcPr>
            <w:tcW w:w="918" w:type="dxa"/>
          </w:tcPr>
          <w:p w14:paraId="404914ED" w14:textId="77777777" w:rsidR="00650896" w:rsidRDefault="00000000">
            <w:r>
              <w:rPr>
                <w:sz w:val="12"/>
              </w:rPr>
              <w:t>4</w:t>
            </w:r>
          </w:p>
        </w:tc>
        <w:tc>
          <w:tcPr>
            <w:tcW w:w="918" w:type="dxa"/>
          </w:tcPr>
          <w:p w14:paraId="4EB495F3" w14:textId="77777777" w:rsidR="00650896" w:rsidRDefault="00000000">
            <w:r>
              <w:rPr>
                <w:sz w:val="12"/>
              </w:rPr>
              <w:t>5</w:t>
            </w:r>
          </w:p>
        </w:tc>
        <w:tc>
          <w:tcPr>
            <w:tcW w:w="918" w:type="dxa"/>
          </w:tcPr>
          <w:p w14:paraId="00E95A8E" w14:textId="77777777" w:rsidR="00650896" w:rsidRDefault="00000000">
            <w:r>
              <w:rPr>
                <w:sz w:val="12"/>
              </w:rPr>
              <w:t>20</w:t>
            </w:r>
          </w:p>
        </w:tc>
        <w:tc>
          <w:tcPr>
            <w:tcW w:w="918" w:type="dxa"/>
          </w:tcPr>
          <w:p w14:paraId="1343B3CF" w14:textId="77777777" w:rsidR="00650896" w:rsidRDefault="00000000">
            <w:r>
              <w:rPr>
                <w:sz w:val="12"/>
              </w:rPr>
              <w:t>Very High</w:t>
            </w:r>
          </w:p>
        </w:tc>
        <w:tc>
          <w:tcPr>
            <w:tcW w:w="918" w:type="dxa"/>
          </w:tcPr>
          <w:p w14:paraId="2755C4D9" w14:textId="77777777" w:rsidR="00650896" w:rsidRDefault="00000000">
            <w:r>
              <w:rPr>
                <w:sz w:val="12"/>
              </w:rPr>
              <w:t>Use approved lift plan, competent lifting team, inspected accessories, exclusion zones, correct rigging and controlled communication.</w:t>
            </w:r>
          </w:p>
        </w:tc>
        <w:tc>
          <w:tcPr>
            <w:tcW w:w="918" w:type="dxa"/>
          </w:tcPr>
          <w:p w14:paraId="206D841A" w14:textId="77777777" w:rsidR="00650896" w:rsidRDefault="00000000">
            <w:r>
              <w:rPr>
                <w:sz w:val="12"/>
              </w:rPr>
              <w:t>1</w:t>
            </w:r>
          </w:p>
        </w:tc>
        <w:tc>
          <w:tcPr>
            <w:tcW w:w="918" w:type="dxa"/>
          </w:tcPr>
          <w:p w14:paraId="24718B50" w14:textId="77777777" w:rsidR="00650896" w:rsidRDefault="00000000">
            <w:r>
              <w:rPr>
                <w:sz w:val="12"/>
              </w:rPr>
              <w:t>5</w:t>
            </w:r>
          </w:p>
        </w:tc>
        <w:tc>
          <w:tcPr>
            <w:tcW w:w="918" w:type="dxa"/>
          </w:tcPr>
          <w:p w14:paraId="32FA3E30" w14:textId="77777777" w:rsidR="00650896" w:rsidRDefault="00000000">
            <w:r>
              <w:rPr>
                <w:sz w:val="12"/>
              </w:rPr>
              <w:t>5</w:t>
            </w:r>
          </w:p>
        </w:tc>
        <w:tc>
          <w:tcPr>
            <w:tcW w:w="918" w:type="dxa"/>
          </w:tcPr>
          <w:p w14:paraId="45308985" w14:textId="77777777" w:rsidR="00650896" w:rsidRDefault="00000000">
            <w:r>
              <w:rPr>
                <w:sz w:val="12"/>
              </w:rPr>
              <w:t>Medium</w:t>
            </w:r>
          </w:p>
        </w:tc>
        <w:tc>
          <w:tcPr>
            <w:tcW w:w="918" w:type="dxa"/>
          </w:tcPr>
          <w:p w14:paraId="72189FD9" w14:textId="77777777" w:rsidR="00650896" w:rsidRDefault="00000000">
            <w:r>
              <w:rPr>
                <w:sz w:val="12"/>
              </w:rPr>
              <w:t>Lifting Supervisor</w:t>
            </w:r>
          </w:p>
        </w:tc>
      </w:tr>
      <w:tr w:rsidR="00650896" w14:paraId="67C828A8" w14:textId="77777777">
        <w:trPr>
          <w:jc w:val="center"/>
        </w:trPr>
        <w:tc>
          <w:tcPr>
            <w:tcW w:w="918" w:type="dxa"/>
          </w:tcPr>
          <w:p w14:paraId="1DCB8D17" w14:textId="77777777" w:rsidR="00650896" w:rsidRDefault="00000000">
            <w:r>
              <w:rPr>
                <w:sz w:val="12"/>
              </w:rPr>
              <w:t>10</w:t>
            </w:r>
          </w:p>
        </w:tc>
        <w:tc>
          <w:tcPr>
            <w:tcW w:w="918" w:type="dxa"/>
          </w:tcPr>
          <w:p w14:paraId="24F05CA9" w14:textId="77777777" w:rsidR="00650896" w:rsidRDefault="00000000">
            <w:r>
              <w:rPr>
                <w:sz w:val="12"/>
              </w:rPr>
              <w:t>Electrical shock</w:t>
            </w:r>
          </w:p>
        </w:tc>
        <w:tc>
          <w:tcPr>
            <w:tcW w:w="918" w:type="dxa"/>
          </w:tcPr>
          <w:p w14:paraId="341F86CD" w14:textId="77777777" w:rsidR="00650896" w:rsidRDefault="00000000">
            <w:r>
              <w:rPr>
                <w:sz w:val="12"/>
              </w:rPr>
              <w:t>Contact with energized equipment, cable or temporary supply</w:t>
            </w:r>
          </w:p>
        </w:tc>
        <w:tc>
          <w:tcPr>
            <w:tcW w:w="918" w:type="dxa"/>
          </w:tcPr>
          <w:p w14:paraId="38834449" w14:textId="77777777" w:rsidR="00650896" w:rsidRDefault="00000000">
            <w:r>
              <w:rPr>
                <w:sz w:val="12"/>
              </w:rPr>
              <w:t>Electricians, workers</w:t>
            </w:r>
          </w:p>
        </w:tc>
        <w:tc>
          <w:tcPr>
            <w:tcW w:w="918" w:type="dxa"/>
          </w:tcPr>
          <w:p w14:paraId="1EDF67E2" w14:textId="77777777" w:rsidR="00650896" w:rsidRDefault="00000000">
            <w:r>
              <w:rPr>
                <w:sz w:val="12"/>
              </w:rPr>
              <w:t>Electric shock, burns, fatality</w:t>
            </w:r>
          </w:p>
        </w:tc>
        <w:tc>
          <w:tcPr>
            <w:tcW w:w="918" w:type="dxa"/>
          </w:tcPr>
          <w:p w14:paraId="7BA107E3" w14:textId="77777777" w:rsidR="00650896" w:rsidRDefault="00000000">
            <w:r>
              <w:rPr>
                <w:sz w:val="12"/>
              </w:rPr>
              <w:t>Electrical installations provided.</w:t>
            </w:r>
          </w:p>
        </w:tc>
        <w:tc>
          <w:tcPr>
            <w:tcW w:w="918" w:type="dxa"/>
          </w:tcPr>
          <w:p w14:paraId="6BB897E8" w14:textId="77777777" w:rsidR="00650896" w:rsidRDefault="00000000">
            <w:r>
              <w:rPr>
                <w:sz w:val="12"/>
              </w:rPr>
              <w:t>4</w:t>
            </w:r>
          </w:p>
        </w:tc>
        <w:tc>
          <w:tcPr>
            <w:tcW w:w="918" w:type="dxa"/>
          </w:tcPr>
          <w:p w14:paraId="23A896A5" w14:textId="77777777" w:rsidR="00650896" w:rsidRDefault="00000000">
            <w:r>
              <w:rPr>
                <w:sz w:val="12"/>
              </w:rPr>
              <w:t>5</w:t>
            </w:r>
          </w:p>
        </w:tc>
        <w:tc>
          <w:tcPr>
            <w:tcW w:w="918" w:type="dxa"/>
          </w:tcPr>
          <w:p w14:paraId="15A7F90F" w14:textId="77777777" w:rsidR="00650896" w:rsidRDefault="00000000">
            <w:r>
              <w:rPr>
                <w:sz w:val="12"/>
              </w:rPr>
              <w:t>20</w:t>
            </w:r>
          </w:p>
        </w:tc>
        <w:tc>
          <w:tcPr>
            <w:tcW w:w="918" w:type="dxa"/>
          </w:tcPr>
          <w:p w14:paraId="680A6201" w14:textId="77777777" w:rsidR="00650896" w:rsidRDefault="00000000">
            <w:r>
              <w:rPr>
                <w:sz w:val="12"/>
              </w:rPr>
              <w:t>Very High</w:t>
            </w:r>
          </w:p>
        </w:tc>
        <w:tc>
          <w:tcPr>
            <w:tcW w:w="918" w:type="dxa"/>
          </w:tcPr>
          <w:p w14:paraId="715EAAFC" w14:textId="77777777" w:rsidR="00650896" w:rsidRDefault="00000000">
            <w:r>
              <w:rPr>
                <w:sz w:val="12"/>
              </w:rPr>
              <w:t>De-energize and isolate where practicable; apply LOTO; test for dead; protect cables; restrict access; use suitable protection and competent electricians.</w:t>
            </w:r>
          </w:p>
        </w:tc>
        <w:tc>
          <w:tcPr>
            <w:tcW w:w="918" w:type="dxa"/>
          </w:tcPr>
          <w:p w14:paraId="57D27198" w14:textId="77777777" w:rsidR="00650896" w:rsidRDefault="00000000">
            <w:r>
              <w:rPr>
                <w:sz w:val="12"/>
              </w:rPr>
              <w:t>1</w:t>
            </w:r>
          </w:p>
        </w:tc>
        <w:tc>
          <w:tcPr>
            <w:tcW w:w="918" w:type="dxa"/>
          </w:tcPr>
          <w:p w14:paraId="3F5CAB5C" w14:textId="77777777" w:rsidR="00650896" w:rsidRDefault="00000000">
            <w:r>
              <w:rPr>
                <w:sz w:val="12"/>
              </w:rPr>
              <w:t>5</w:t>
            </w:r>
          </w:p>
        </w:tc>
        <w:tc>
          <w:tcPr>
            <w:tcW w:w="918" w:type="dxa"/>
          </w:tcPr>
          <w:p w14:paraId="6126CBC6" w14:textId="77777777" w:rsidR="00650896" w:rsidRDefault="00000000">
            <w:r>
              <w:rPr>
                <w:sz w:val="12"/>
              </w:rPr>
              <w:t>5</w:t>
            </w:r>
          </w:p>
        </w:tc>
        <w:tc>
          <w:tcPr>
            <w:tcW w:w="918" w:type="dxa"/>
          </w:tcPr>
          <w:p w14:paraId="28646597" w14:textId="77777777" w:rsidR="00650896" w:rsidRDefault="00000000">
            <w:r>
              <w:rPr>
                <w:sz w:val="12"/>
              </w:rPr>
              <w:t>Medium</w:t>
            </w:r>
          </w:p>
        </w:tc>
        <w:tc>
          <w:tcPr>
            <w:tcW w:w="918" w:type="dxa"/>
          </w:tcPr>
          <w:p w14:paraId="2E9A1298" w14:textId="77777777" w:rsidR="00650896" w:rsidRDefault="00000000">
            <w:r>
              <w:rPr>
                <w:sz w:val="12"/>
              </w:rPr>
              <w:t>Electrical Supervisor</w:t>
            </w:r>
          </w:p>
        </w:tc>
      </w:tr>
      <w:tr w:rsidR="00650896" w14:paraId="61FC1014" w14:textId="77777777">
        <w:trPr>
          <w:jc w:val="center"/>
        </w:trPr>
        <w:tc>
          <w:tcPr>
            <w:tcW w:w="918" w:type="dxa"/>
          </w:tcPr>
          <w:p w14:paraId="04CCB443" w14:textId="77777777" w:rsidR="00650896" w:rsidRDefault="00000000">
            <w:r>
              <w:rPr>
                <w:sz w:val="12"/>
              </w:rPr>
              <w:t>11</w:t>
            </w:r>
          </w:p>
        </w:tc>
        <w:tc>
          <w:tcPr>
            <w:tcW w:w="918" w:type="dxa"/>
          </w:tcPr>
          <w:p w14:paraId="3C2C3227" w14:textId="77777777" w:rsidR="00650896" w:rsidRDefault="00000000">
            <w:r>
              <w:rPr>
                <w:sz w:val="12"/>
              </w:rPr>
              <w:t>Temporary power / damaged cables</w:t>
            </w:r>
          </w:p>
        </w:tc>
        <w:tc>
          <w:tcPr>
            <w:tcW w:w="918" w:type="dxa"/>
          </w:tcPr>
          <w:p w14:paraId="068CC469" w14:textId="77777777" w:rsidR="00650896" w:rsidRDefault="00000000">
            <w:r>
              <w:rPr>
                <w:sz w:val="12"/>
              </w:rPr>
              <w:t>Improper connections or damaged temporary electrical equipment</w:t>
            </w:r>
          </w:p>
        </w:tc>
        <w:tc>
          <w:tcPr>
            <w:tcW w:w="918" w:type="dxa"/>
          </w:tcPr>
          <w:p w14:paraId="61579322" w14:textId="77777777" w:rsidR="00650896" w:rsidRDefault="00000000">
            <w:r>
              <w:rPr>
                <w:sz w:val="12"/>
              </w:rPr>
              <w:t>Workers, electricians</w:t>
            </w:r>
          </w:p>
        </w:tc>
        <w:tc>
          <w:tcPr>
            <w:tcW w:w="918" w:type="dxa"/>
          </w:tcPr>
          <w:p w14:paraId="77B478E2" w14:textId="77777777" w:rsidR="00650896" w:rsidRDefault="00000000">
            <w:r>
              <w:rPr>
                <w:sz w:val="12"/>
              </w:rPr>
              <w:t>Shock, fire, equipment damage</w:t>
            </w:r>
          </w:p>
        </w:tc>
        <w:tc>
          <w:tcPr>
            <w:tcW w:w="918" w:type="dxa"/>
          </w:tcPr>
          <w:p w14:paraId="618E67C4" w14:textId="77777777" w:rsidR="00650896" w:rsidRDefault="00000000">
            <w:r>
              <w:rPr>
                <w:sz w:val="12"/>
              </w:rPr>
              <w:t>Routine visual checks.</w:t>
            </w:r>
          </w:p>
        </w:tc>
        <w:tc>
          <w:tcPr>
            <w:tcW w:w="918" w:type="dxa"/>
          </w:tcPr>
          <w:p w14:paraId="2F2FB92C" w14:textId="77777777" w:rsidR="00650896" w:rsidRDefault="00000000">
            <w:r>
              <w:rPr>
                <w:sz w:val="12"/>
              </w:rPr>
              <w:t>4</w:t>
            </w:r>
          </w:p>
        </w:tc>
        <w:tc>
          <w:tcPr>
            <w:tcW w:w="918" w:type="dxa"/>
          </w:tcPr>
          <w:p w14:paraId="54DFA732" w14:textId="77777777" w:rsidR="00650896" w:rsidRDefault="00000000">
            <w:r>
              <w:rPr>
                <w:sz w:val="12"/>
              </w:rPr>
              <w:t>5</w:t>
            </w:r>
          </w:p>
        </w:tc>
        <w:tc>
          <w:tcPr>
            <w:tcW w:w="918" w:type="dxa"/>
          </w:tcPr>
          <w:p w14:paraId="231E1DAE" w14:textId="77777777" w:rsidR="00650896" w:rsidRDefault="00000000">
            <w:r>
              <w:rPr>
                <w:sz w:val="12"/>
              </w:rPr>
              <w:t>20</w:t>
            </w:r>
          </w:p>
        </w:tc>
        <w:tc>
          <w:tcPr>
            <w:tcW w:w="918" w:type="dxa"/>
          </w:tcPr>
          <w:p w14:paraId="556560FE" w14:textId="77777777" w:rsidR="00650896" w:rsidRDefault="00000000">
            <w:r>
              <w:rPr>
                <w:sz w:val="12"/>
              </w:rPr>
              <w:t>Very High</w:t>
            </w:r>
          </w:p>
        </w:tc>
        <w:tc>
          <w:tcPr>
            <w:tcW w:w="918" w:type="dxa"/>
          </w:tcPr>
          <w:p w14:paraId="2D46E6BD" w14:textId="77777777" w:rsidR="00650896" w:rsidRDefault="00000000">
            <w:r>
              <w:rPr>
                <w:sz w:val="12"/>
              </w:rPr>
              <w:t xml:space="preserve">Use approved temporary distribution; inspect/test protection; protect cables from water and traffic; </w:t>
            </w:r>
            <w:proofErr w:type="gramStart"/>
            <w:r>
              <w:rPr>
                <w:sz w:val="12"/>
              </w:rPr>
              <w:t>remove damaged</w:t>
            </w:r>
            <w:proofErr w:type="gramEnd"/>
            <w:r>
              <w:rPr>
                <w:sz w:val="12"/>
              </w:rPr>
              <w:t xml:space="preserve"> equipment from service.</w:t>
            </w:r>
          </w:p>
        </w:tc>
        <w:tc>
          <w:tcPr>
            <w:tcW w:w="918" w:type="dxa"/>
          </w:tcPr>
          <w:p w14:paraId="140E9ACF" w14:textId="77777777" w:rsidR="00650896" w:rsidRDefault="00000000">
            <w:r>
              <w:rPr>
                <w:sz w:val="12"/>
              </w:rPr>
              <w:t>1</w:t>
            </w:r>
          </w:p>
        </w:tc>
        <w:tc>
          <w:tcPr>
            <w:tcW w:w="918" w:type="dxa"/>
          </w:tcPr>
          <w:p w14:paraId="0F55A8E1" w14:textId="77777777" w:rsidR="00650896" w:rsidRDefault="00000000">
            <w:r>
              <w:rPr>
                <w:sz w:val="12"/>
              </w:rPr>
              <w:t>5</w:t>
            </w:r>
          </w:p>
        </w:tc>
        <w:tc>
          <w:tcPr>
            <w:tcW w:w="918" w:type="dxa"/>
          </w:tcPr>
          <w:p w14:paraId="643C839F" w14:textId="77777777" w:rsidR="00650896" w:rsidRDefault="00000000">
            <w:r>
              <w:rPr>
                <w:sz w:val="12"/>
              </w:rPr>
              <w:t>5</w:t>
            </w:r>
          </w:p>
        </w:tc>
        <w:tc>
          <w:tcPr>
            <w:tcW w:w="918" w:type="dxa"/>
          </w:tcPr>
          <w:p w14:paraId="00925A56" w14:textId="77777777" w:rsidR="00650896" w:rsidRDefault="00000000">
            <w:r>
              <w:rPr>
                <w:sz w:val="12"/>
              </w:rPr>
              <w:t>Medium</w:t>
            </w:r>
          </w:p>
        </w:tc>
        <w:tc>
          <w:tcPr>
            <w:tcW w:w="918" w:type="dxa"/>
          </w:tcPr>
          <w:p w14:paraId="09A0341E" w14:textId="77777777" w:rsidR="00650896" w:rsidRDefault="00000000">
            <w:r>
              <w:rPr>
                <w:sz w:val="12"/>
              </w:rPr>
              <w:t>Electrical Supervisor</w:t>
            </w:r>
          </w:p>
        </w:tc>
      </w:tr>
      <w:tr w:rsidR="00650896" w14:paraId="11B0D6A5" w14:textId="77777777">
        <w:trPr>
          <w:jc w:val="center"/>
        </w:trPr>
        <w:tc>
          <w:tcPr>
            <w:tcW w:w="918" w:type="dxa"/>
          </w:tcPr>
          <w:p w14:paraId="1E01C8EA" w14:textId="77777777" w:rsidR="00650896" w:rsidRDefault="00000000">
            <w:r>
              <w:rPr>
                <w:sz w:val="12"/>
              </w:rPr>
              <w:t>12</w:t>
            </w:r>
          </w:p>
        </w:tc>
        <w:tc>
          <w:tcPr>
            <w:tcW w:w="918" w:type="dxa"/>
          </w:tcPr>
          <w:p w14:paraId="45857B8B" w14:textId="77777777" w:rsidR="00650896" w:rsidRDefault="00000000">
            <w:r>
              <w:rPr>
                <w:sz w:val="12"/>
              </w:rPr>
              <w:t>Plant and machinery</w:t>
            </w:r>
          </w:p>
        </w:tc>
        <w:tc>
          <w:tcPr>
            <w:tcW w:w="918" w:type="dxa"/>
          </w:tcPr>
          <w:p w14:paraId="2CE168BA" w14:textId="77777777" w:rsidR="00650896" w:rsidRDefault="00000000">
            <w:r>
              <w:rPr>
                <w:sz w:val="12"/>
              </w:rPr>
              <w:t>Contact with moving machinery or unguarded components</w:t>
            </w:r>
          </w:p>
        </w:tc>
        <w:tc>
          <w:tcPr>
            <w:tcW w:w="918" w:type="dxa"/>
          </w:tcPr>
          <w:p w14:paraId="5E7B6A41" w14:textId="77777777" w:rsidR="00650896" w:rsidRDefault="00000000">
            <w:r>
              <w:rPr>
                <w:sz w:val="12"/>
              </w:rPr>
              <w:t>Operators, workers</w:t>
            </w:r>
          </w:p>
        </w:tc>
        <w:tc>
          <w:tcPr>
            <w:tcW w:w="918" w:type="dxa"/>
          </w:tcPr>
          <w:p w14:paraId="3FA832C7" w14:textId="77777777" w:rsidR="00650896" w:rsidRDefault="00000000">
            <w:r>
              <w:rPr>
                <w:sz w:val="12"/>
              </w:rPr>
              <w:t>Crushing, amputation, entanglement, fatality</w:t>
            </w:r>
          </w:p>
        </w:tc>
        <w:tc>
          <w:tcPr>
            <w:tcW w:w="918" w:type="dxa"/>
          </w:tcPr>
          <w:p w14:paraId="32B0DD1A" w14:textId="77777777" w:rsidR="00650896" w:rsidRDefault="00000000">
            <w:r>
              <w:rPr>
                <w:sz w:val="12"/>
              </w:rPr>
              <w:t>Machine guarding and operator controls.</w:t>
            </w:r>
          </w:p>
        </w:tc>
        <w:tc>
          <w:tcPr>
            <w:tcW w:w="918" w:type="dxa"/>
          </w:tcPr>
          <w:p w14:paraId="461EFBFF" w14:textId="77777777" w:rsidR="00650896" w:rsidRDefault="00000000">
            <w:r>
              <w:rPr>
                <w:sz w:val="12"/>
              </w:rPr>
              <w:t>4</w:t>
            </w:r>
          </w:p>
        </w:tc>
        <w:tc>
          <w:tcPr>
            <w:tcW w:w="918" w:type="dxa"/>
          </w:tcPr>
          <w:p w14:paraId="2DB63F67" w14:textId="77777777" w:rsidR="00650896" w:rsidRDefault="00000000">
            <w:r>
              <w:rPr>
                <w:sz w:val="12"/>
              </w:rPr>
              <w:t>5</w:t>
            </w:r>
          </w:p>
        </w:tc>
        <w:tc>
          <w:tcPr>
            <w:tcW w:w="918" w:type="dxa"/>
          </w:tcPr>
          <w:p w14:paraId="43AB1D1F" w14:textId="77777777" w:rsidR="00650896" w:rsidRDefault="00000000">
            <w:r>
              <w:rPr>
                <w:sz w:val="12"/>
              </w:rPr>
              <w:t>20</w:t>
            </w:r>
          </w:p>
        </w:tc>
        <w:tc>
          <w:tcPr>
            <w:tcW w:w="918" w:type="dxa"/>
          </w:tcPr>
          <w:p w14:paraId="16890BC6" w14:textId="77777777" w:rsidR="00650896" w:rsidRDefault="00000000">
            <w:r>
              <w:rPr>
                <w:sz w:val="12"/>
              </w:rPr>
              <w:t>Very High</w:t>
            </w:r>
          </w:p>
        </w:tc>
        <w:tc>
          <w:tcPr>
            <w:tcW w:w="918" w:type="dxa"/>
          </w:tcPr>
          <w:p w14:paraId="229578C8" w14:textId="77777777" w:rsidR="00650896" w:rsidRDefault="00000000">
            <w:r>
              <w:rPr>
                <w:sz w:val="12"/>
              </w:rPr>
              <w:t>Use competent operators; maintain guards; conduct pre-use inspections; isolate before maintenance; establish exclusion zones around operating plant.</w:t>
            </w:r>
          </w:p>
        </w:tc>
        <w:tc>
          <w:tcPr>
            <w:tcW w:w="918" w:type="dxa"/>
          </w:tcPr>
          <w:p w14:paraId="5B475FEE" w14:textId="77777777" w:rsidR="00650896" w:rsidRDefault="00000000">
            <w:r>
              <w:rPr>
                <w:sz w:val="12"/>
              </w:rPr>
              <w:t>1</w:t>
            </w:r>
          </w:p>
        </w:tc>
        <w:tc>
          <w:tcPr>
            <w:tcW w:w="918" w:type="dxa"/>
          </w:tcPr>
          <w:p w14:paraId="5C380E0B" w14:textId="77777777" w:rsidR="00650896" w:rsidRDefault="00000000">
            <w:r>
              <w:rPr>
                <w:sz w:val="12"/>
              </w:rPr>
              <w:t>5</w:t>
            </w:r>
          </w:p>
        </w:tc>
        <w:tc>
          <w:tcPr>
            <w:tcW w:w="918" w:type="dxa"/>
          </w:tcPr>
          <w:p w14:paraId="6D7F9B01" w14:textId="77777777" w:rsidR="00650896" w:rsidRDefault="00000000">
            <w:r>
              <w:rPr>
                <w:sz w:val="12"/>
              </w:rPr>
              <w:t>5</w:t>
            </w:r>
          </w:p>
        </w:tc>
        <w:tc>
          <w:tcPr>
            <w:tcW w:w="918" w:type="dxa"/>
          </w:tcPr>
          <w:p w14:paraId="536A5B7D" w14:textId="77777777" w:rsidR="00650896" w:rsidRDefault="00000000">
            <w:r>
              <w:rPr>
                <w:sz w:val="12"/>
              </w:rPr>
              <w:t>Medium</w:t>
            </w:r>
          </w:p>
        </w:tc>
        <w:tc>
          <w:tcPr>
            <w:tcW w:w="918" w:type="dxa"/>
          </w:tcPr>
          <w:p w14:paraId="3244BA6E" w14:textId="77777777" w:rsidR="00650896" w:rsidRDefault="00000000">
            <w:r>
              <w:rPr>
                <w:sz w:val="12"/>
              </w:rPr>
              <w:t>Plant Supervisor</w:t>
            </w:r>
          </w:p>
        </w:tc>
      </w:tr>
      <w:tr w:rsidR="00650896" w14:paraId="203F049E" w14:textId="77777777">
        <w:trPr>
          <w:jc w:val="center"/>
        </w:trPr>
        <w:tc>
          <w:tcPr>
            <w:tcW w:w="918" w:type="dxa"/>
          </w:tcPr>
          <w:p w14:paraId="482732C3" w14:textId="77777777" w:rsidR="00650896" w:rsidRDefault="00000000">
            <w:r>
              <w:rPr>
                <w:sz w:val="12"/>
              </w:rPr>
              <w:t>13</w:t>
            </w:r>
          </w:p>
        </w:tc>
        <w:tc>
          <w:tcPr>
            <w:tcW w:w="918" w:type="dxa"/>
          </w:tcPr>
          <w:p w14:paraId="22D32CDF" w14:textId="77777777" w:rsidR="00650896" w:rsidRDefault="00000000">
            <w:r>
              <w:rPr>
                <w:sz w:val="12"/>
              </w:rPr>
              <w:t>Hand and power tools</w:t>
            </w:r>
          </w:p>
        </w:tc>
        <w:tc>
          <w:tcPr>
            <w:tcW w:w="918" w:type="dxa"/>
          </w:tcPr>
          <w:p w14:paraId="1A6D2C2C" w14:textId="77777777" w:rsidR="00650896" w:rsidRDefault="00000000">
            <w:r>
              <w:rPr>
                <w:sz w:val="12"/>
              </w:rPr>
              <w:t>Defective or incorrectly used tools</w:t>
            </w:r>
          </w:p>
        </w:tc>
        <w:tc>
          <w:tcPr>
            <w:tcW w:w="918" w:type="dxa"/>
          </w:tcPr>
          <w:p w14:paraId="6944608F" w14:textId="77777777" w:rsidR="00650896" w:rsidRDefault="00000000">
            <w:r>
              <w:rPr>
                <w:sz w:val="12"/>
              </w:rPr>
              <w:t>Workers</w:t>
            </w:r>
          </w:p>
        </w:tc>
        <w:tc>
          <w:tcPr>
            <w:tcW w:w="918" w:type="dxa"/>
          </w:tcPr>
          <w:p w14:paraId="7F394036" w14:textId="77777777" w:rsidR="00650896" w:rsidRDefault="00000000">
            <w:r>
              <w:rPr>
                <w:sz w:val="12"/>
              </w:rPr>
              <w:t>Cuts, electric shock, eye injury, amputation</w:t>
            </w:r>
          </w:p>
        </w:tc>
        <w:tc>
          <w:tcPr>
            <w:tcW w:w="918" w:type="dxa"/>
          </w:tcPr>
          <w:p w14:paraId="526157E5" w14:textId="77777777" w:rsidR="00650896" w:rsidRDefault="00000000">
            <w:r>
              <w:rPr>
                <w:sz w:val="12"/>
              </w:rPr>
              <w:t>Tool inspections and PPE.</w:t>
            </w:r>
          </w:p>
        </w:tc>
        <w:tc>
          <w:tcPr>
            <w:tcW w:w="918" w:type="dxa"/>
          </w:tcPr>
          <w:p w14:paraId="7B75C4D4" w14:textId="77777777" w:rsidR="00650896" w:rsidRDefault="00000000">
            <w:r>
              <w:rPr>
                <w:sz w:val="12"/>
              </w:rPr>
              <w:t>4</w:t>
            </w:r>
          </w:p>
        </w:tc>
        <w:tc>
          <w:tcPr>
            <w:tcW w:w="918" w:type="dxa"/>
          </w:tcPr>
          <w:p w14:paraId="700CF4A5" w14:textId="77777777" w:rsidR="00650896" w:rsidRDefault="00000000">
            <w:r>
              <w:rPr>
                <w:sz w:val="12"/>
              </w:rPr>
              <w:t>4</w:t>
            </w:r>
          </w:p>
        </w:tc>
        <w:tc>
          <w:tcPr>
            <w:tcW w:w="918" w:type="dxa"/>
          </w:tcPr>
          <w:p w14:paraId="3C12530E" w14:textId="77777777" w:rsidR="00650896" w:rsidRDefault="00000000">
            <w:r>
              <w:rPr>
                <w:sz w:val="12"/>
              </w:rPr>
              <w:t>16</w:t>
            </w:r>
          </w:p>
        </w:tc>
        <w:tc>
          <w:tcPr>
            <w:tcW w:w="918" w:type="dxa"/>
          </w:tcPr>
          <w:p w14:paraId="26091655" w14:textId="77777777" w:rsidR="00650896" w:rsidRDefault="00000000">
            <w:r>
              <w:rPr>
                <w:sz w:val="12"/>
              </w:rPr>
              <w:t>High</w:t>
            </w:r>
          </w:p>
        </w:tc>
        <w:tc>
          <w:tcPr>
            <w:tcW w:w="918" w:type="dxa"/>
          </w:tcPr>
          <w:p w14:paraId="45AA70FA" w14:textId="77777777" w:rsidR="00650896" w:rsidRDefault="00000000">
            <w:r>
              <w:rPr>
                <w:sz w:val="12"/>
              </w:rPr>
              <w:t xml:space="preserve">Inspect tools before use; use correct </w:t>
            </w:r>
            <w:proofErr w:type="gramStart"/>
            <w:r>
              <w:rPr>
                <w:sz w:val="12"/>
              </w:rPr>
              <w:t>tool</w:t>
            </w:r>
            <w:proofErr w:type="gramEnd"/>
            <w:r>
              <w:rPr>
                <w:sz w:val="12"/>
              </w:rPr>
              <w:t xml:space="preserve"> and guards; remove defective tools; provide training and task-specific PPE.</w:t>
            </w:r>
          </w:p>
        </w:tc>
        <w:tc>
          <w:tcPr>
            <w:tcW w:w="918" w:type="dxa"/>
          </w:tcPr>
          <w:p w14:paraId="36BD0634" w14:textId="77777777" w:rsidR="00650896" w:rsidRDefault="00000000">
            <w:r>
              <w:rPr>
                <w:sz w:val="12"/>
              </w:rPr>
              <w:t>1</w:t>
            </w:r>
          </w:p>
        </w:tc>
        <w:tc>
          <w:tcPr>
            <w:tcW w:w="918" w:type="dxa"/>
          </w:tcPr>
          <w:p w14:paraId="0CA3DB80" w14:textId="77777777" w:rsidR="00650896" w:rsidRDefault="00000000">
            <w:r>
              <w:rPr>
                <w:sz w:val="12"/>
              </w:rPr>
              <w:t>4</w:t>
            </w:r>
          </w:p>
        </w:tc>
        <w:tc>
          <w:tcPr>
            <w:tcW w:w="918" w:type="dxa"/>
          </w:tcPr>
          <w:p w14:paraId="0528727A" w14:textId="77777777" w:rsidR="00650896" w:rsidRDefault="00000000">
            <w:r>
              <w:rPr>
                <w:sz w:val="12"/>
              </w:rPr>
              <w:t>4</w:t>
            </w:r>
          </w:p>
        </w:tc>
        <w:tc>
          <w:tcPr>
            <w:tcW w:w="918" w:type="dxa"/>
          </w:tcPr>
          <w:p w14:paraId="7BBC75E7" w14:textId="77777777" w:rsidR="00650896" w:rsidRDefault="00000000">
            <w:r>
              <w:rPr>
                <w:sz w:val="12"/>
              </w:rPr>
              <w:t>Low</w:t>
            </w:r>
          </w:p>
        </w:tc>
        <w:tc>
          <w:tcPr>
            <w:tcW w:w="918" w:type="dxa"/>
          </w:tcPr>
          <w:p w14:paraId="080418FB" w14:textId="77777777" w:rsidR="00650896" w:rsidRDefault="00000000">
            <w:r>
              <w:rPr>
                <w:sz w:val="12"/>
              </w:rPr>
              <w:t>Supervisor</w:t>
            </w:r>
          </w:p>
        </w:tc>
      </w:tr>
      <w:tr w:rsidR="00650896" w14:paraId="4419BC7A" w14:textId="77777777">
        <w:trPr>
          <w:jc w:val="center"/>
        </w:trPr>
        <w:tc>
          <w:tcPr>
            <w:tcW w:w="918" w:type="dxa"/>
          </w:tcPr>
          <w:p w14:paraId="2CA0D40D" w14:textId="77777777" w:rsidR="00650896" w:rsidRDefault="00000000">
            <w:r>
              <w:rPr>
                <w:sz w:val="12"/>
              </w:rPr>
              <w:lastRenderedPageBreak/>
              <w:t>14</w:t>
            </w:r>
          </w:p>
        </w:tc>
        <w:tc>
          <w:tcPr>
            <w:tcW w:w="918" w:type="dxa"/>
          </w:tcPr>
          <w:p w14:paraId="30F3C878" w14:textId="77777777" w:rsidR="00650896" w:rsidRDefault="00000000">
            <w:r>
              <w:rPr>
                <w:sz w:val="12"/>
              </w:rPr>
              <w:t>Hot work</w:t>
            </w:r>
          </w:p>
        </w:tc>
        <w:tc>
          <w:tcPr>
            <w:tcW w:w="918" w:type="dxa"/>
          </w:tcPr>
          <w:p w14:paraId="135E83F4" w14:textId="77777777" w:rsidR="00650896" w:rsidRDefault="00000000">
            <w:r>
              <w:rPr>
                <w:sz w:val="12"/>
              </w:rPr>
              <w:t>Welding, cutting or grinding creates ignition source</w:t>
            </w:r>
          </w:p>
        </w:tc>
        <w:tc>
          <w:tcPr>
            <w:tcW w:w="918" w:type="dxa"/>
          </w:tcPr>
          <w:p w14:paraId="2BF8F1BF" w14:textId="77777777" w:rsidR="00650896" w:rsidRDefault="00000000">
            <w:r>
              <w:rPr>
                <w:sz w:val="12"/>
              </w:rPr>
              <w:t>Workers, contractors</w:t>
            </w:r>
          </w:p>
        </w:tc>
        <w:tc>
          <w:tcPr>
            <w:tcW w:w="918" w:type="dxa"/>
          </w:tcPr>
          <w:p w14:paraId="085EF885" w14:textId="77777777" w:rsidR="00650896" w:rsidRDefault="00000000">
            <w:r>
              <w:rPr>
                <w:sz w:val="12"/>
              </w:rPr>
              <w:t>Fire, burns, explosion, smoke exposure</w:t>
            </w:r>
          </w:p>
        </w:tc>
        <w:tc>
          <w:tcPr>
            <w:tcW w:w="918" w:type="dxa"/>
          </w:tcPr>
          <w:p w14:paraId="3E70A869" w14:textId="77777777" w:rsidR="00650896" w:rsidRDefault="00000000">
            <w:r>
              <w:rPr>
                <w:sz w:val="12"/>
              </w:rPr>
              <w:t>Fire extinguishers available.</w:t>
            </w:r>
          </w:p>
        </w:tc>
        <w:tc>
          <w:tcPr>
            <w:tcW w:w="918" w:type="dxa"/>
          </w:tcPr>
          <w:p w14:paraId="02F9906D" w14:textId="77777777" w:rsidR="00650896" w:rsidRDefault="00000000">
            <w:r>
              <w:rPr>
                <w:sz w:val="12"/>
              </w:rPr>
              <w:t>4</w:t>
            </w:r>
          </w:p>
        </w:tc>
        <w:tc>
          <w:tcPr>
            <w:tcW w:w="918" w:type="dxa"/>
          </w:tcPr>
          <w:p w14:paraId="3B2655A1" w14:textId="77777777" w:rsidR="00650896" w:rsidRDefault="00000000">
            <w:r>
              <w:rPr>
                <w:sz w:val="12"/>
              </w:rPr>
              <w:t>5</w:t>
            </w:r>
          </w:p>
        </w:tc>
        <w:tc>
          <w:tcPr>
            <w:tcW w:w="918" w:type="dxa"/>
          </w:tcPr>
          <w:p w14:paraId="48AFC586" w14:textId="77777777" w:rsidR="00650896" w:rsidRDefault="00000000">
            <w:r>
              <w:rPr>
                <w:sz w:val="12"/>
              </w:rPr>
              <w:t>20</w:t>
            </w:r>
          </w:p>
        </w:tc>
        <w:tc>
          <w:tcPr>
            <w:tcW w:w="918" w:type="dxa"/>
          </w:tcPr>
          <w:p w14:paraId="1A3993D4" w14:textId="77777777" w:rsidR="00650896" w:rsidRDefault="00000000">
            <w:r>
              <w:rPr>
                <w:sz w:val="12"/>
              </w:rPr>
              <w:t>Very High</w:t>
            </w:r>
          </w:p>
        </w:tc>
        <w:tc>
          <w:tcPr>
            <w:tcW w:w="918" w:type="dxa"/>
          </w:tcPr>
          <w:p w14:paraId="2DE8DFF1" w14:textId="77777777" w:rsidR="00650896" w:rsidRDefault="00000000">
            <w:r>
              <w:rPr>
                <w:sz w:val="12"/>
              </w:rPr>
              <w:t xml:space="preserve">Use hot-work </w:t>
            </w:r>
            <w:proofErr w:type="gramStart"/>
            <w:r>
              <w:rPr>
                <w:sz w:val="12"/>
              </w:rPr>
              <w:t>permit</w:t>
            </w:r>
            <w:proofErr w:type="gramEnd"/>
            <w:r>
              <w:rPr>
                <w:sz w:val="12"/>
              </w:rPr>
              <w:t xml:space="preserve"> where required; remove/protect combustibles; provide fire </w:t>
            </w:r>
            <w:proofErr w:type="gramStart"/>
            <w:r>
              <w:rPr>
                <w:sz w:val="12"/>
              </w:rPr>
              <w:t>watch</w:t>
            </w:r>
            <w:proofErr w:type="gramEnd"/>
            <w:r>
              <w:rPr>
                <w:sz w:val="12"/>
              </w:rPr>
              <w:t>, suitable extinguishers, gas-cylinder controls and post-work monitoring.</w:t>
            </w:r>
          </w:p>
        </w:tc>
        <w:tc>
          <w:tcPr>
            <w:tcW w:w="918" w:type="dxa"/>
          </w:tcPr>
          <w:p w14:paraId="59E3F5AB" w14:textId="77777777" w:rsidR="00650896" w:rsidRDefault="00000000">
            <w:r>
              <w:rPr>
                <w:sz w:val="12"/>
              </w:rPr>
              <w:t>1</w:t>
            </w:r>
          </w:p>
        </w:tc>
        <w:tc>
          <w:tcPr>
            <w:tcW w:w="918" w:type="dxa"/>
          </w:tcPr>
          <w:p w14:paraId="19548826" w14:textId="77777777" w:rsidR="00650896" w:rsidRDefault="00000000">
            <w:r>
              <w:rPr>
                <w:sz w:val="12"/>
              </w:rPr>
              <w:t>5</w:t>
            </w:r>
          </w:p>
        </w:tc>
        <w:tc>
          <w:tcPr>
            <w:tcW w:w="918" w:type="dxa"/>
          </w:tcPr>
          <w:p w14:paraId="5AF7EA47" w14:textId="77777777" w:rsidR="00650896" w:rsidRDefault="00000000">
            <w:r>
              <w:rPr>
                <w:sz w:val="12"/>
              </w:rPr>
              <w:t>5</w:t>
            </w:r>
          </w:p>
        </w:tc>
        <w:tc>
          <w:tcPr>
            <w:tcW w:w="918" w:type="dxa"/>
          </w:tcPr>
          <w:p w14:paraId="73E382C7" w14:textId="77777777" w:rsidR="00650896" w:rsidRDefault="00000000">
            <w:r>
              <w:rPr>
                <w:sz w:val="12"/>
              </w:rPr>
              <w:t>Medium</w:t>
            </w:r>
          </w:p>
        </w:tc>
        <w:tc>
          <w:tcPr>
            <w:tcW w:w="918" w:type="dxa"/>
          </w:tcPr>
          <w:p w14:paraId="7A1CF617" w14:textId="77777777" w:rsidR="00650896" w:rsidRDefault="00000000">
            <w:r>
              <w:rPr>
                <w:sz w:val="12"/>
              </w:rPr>
              <w:t>Hot Work Supervisor / HSE</w:t>
            </w:r>
          </w:p>
        </w:tc>
      </w:tr>
      <w:tr w:rsidR="00650896" w14:paraId="7D4309ED" w14:textId="77777777">
        <w:trPr>
          <w:jc w:val="center"/>
        </w:trPr>
        <w:tc>
          <w:tcPr>
            <w:tcW w:w="918" w:type="dxa"/>
          </w:tcPr>
          <w:p w14:paraId="2A60725B" w14:textId="77777777" w:rsidR="00650896" w:rsidRDefault="00000000">
            <w:r>
              <w:rPr>
                <w:sz w:val="12"/>
              </w:rPr>
              <w:t>15</w:t>
            </w:r>
          </w:p>
        </w:tc>
        <w:tc>
          <w:tcPr>
            <w:tcW w:w="918" w:type="dxa"/>
          </w:tcPr>
          <w:p w14:paraId="510FE553" w14:textId="77777777" w:rsidR="00650896" w:rsidRDefault="00000000">
            <w:r>
              <w:rPr>
                <w:sz w:val="12"/>
              </w:rPr>
              <w:t>Fire and emergency access</w:t>
            </w:r>
          </w:p>
        </w:tc>
        <w:tc>
          <w:tcPr>
            <w:tcW w:w="918" w:type="dxa"/>
          </w:tcPr>
          <w:p w14:paraId="69DD79F1" w14:textId="77777777" w:rsidR="00650896" w:rsidRDefault="00000000">
            <w:r>
              <w:rPr>
                <w:sz w:val="12"/>
              </w:rPr>
              <w:t>Fire routes or emergency equipment obstructed</w:t>
            </w:r>
          </w:p>
        </w:tc>
        <w:tc>
          <w:tcPr>
            <w:tcW w:w="918" w:type="dxa"/>
          </w:tcPr>
          <w:p w14:paraId="709BF5C1" w14:textId="77777777" w:rsidR="00650896" w:rsidRDefault="00000000">
            <w:r>
              <w:rPr>
                <w:sz w:val="12"/>
              </w:rPr>
              <w:t>All site personnel</w:t>
            </w:r>
          </w:p>
        </w:tc>
        <w:tc>
          <w:tcPr>
            <w:tcW w:w="918" w:type="dxa"/>
          </w:tcPr>
          <w:p w14:paraId="2A2FD9D6" w14:textId="77777777" w:rsidR="00650896" w:rsidRDefault="00000000">
            <w:r>
              <w:rPr>
                <w:sz w:val="12"/>
              </w:rPr>
              <w:t>Delayed evacuation, injury, fatality</w:t>
            </w:r>
          </w:p>
        </w:tc>
        <w:tc>
          <w:tcPr>
            <w:tcW w:w="918" w:type="dxa"/>
          </w:tcPr>
          <w:p w14:paraId="08C4AFCD" w14:textId="77777777" w:rsidR="00650896" w:rsidRDefault="00000000">
            <w:r>
              <w:rPr>
                <w:sz w:val="12"/>
              </w:rPr>
              <w:t>Emergency equipment installed.</w:t>
            </w:r>
          </w:p>
        </w:tc>
        <w:tc>
          <w:tcPr>
            <w:tcW w:w="918" w:type="dxa"/>
          </w:tcPr>
          <w:p w14:paraId="7C9902C4" w14:textId="77777777" w:rsidR="00650896" w:rsidRDefault="00000000">
            <w:r>
              <w:rPr>
                <w:sz w:val="12"/>
              </w:rPr>
              <w:t>3</w:t>
            </w:r>
          </w:p>
        </w:tc>
        <w:tc>
          <w:tcPr>
            <w:tcW w:w="918" w:type="dxa"/>
          </w:tcPr>
          <w:p w14:paraId="150C1B5B" w14:textId="77777777" w:rsidR="00650896" w:rsidRDefault="00000000">
            <w:r>
              <w:rPr>
                <w:sz w:val="12"/>
              </w:rPr>
              <w:t>5</w:t>
            </w:r>
          </w:p>
        </w:tc>
        <w:tc>
          <w:tcPr>
            <w:tcW w:w="918" w:type="dxa"/>
          </w:tcPr>
          <w:p w14:paraId="0C82392B" w14:textId="77777777" w:rsidR="00650896" w:rsidRDefault="00000000">
            <w:r>
              <w:rPr>
                <w:sz w:val="12"/>
              </w:rPr>
              <w:t>15</w:t>
            </w:r>
          </w:p>
        </w:tc>
        <w:tc>
          <w:tcPr>
            <w:tcW w:w="918" w:type="dxa"/>
          </w:tcPr>
          <w:p w14:paraId="7AD7E88E" w14:textId="77777777" w:rsidR="00650896" w:rsidRDefault="00000000">
            <w:r>
              <w:rPr>
                <w:sz w:val="12"/>
              </w:rPr>
              <w:t>High</w:t>
            </w:r>
          </w:p>
        </w:tc>
        <w:tc>
          <w:tcPr>
            <w:tcW w:w="918" w:type="dxa"/>
          </w:tcPr>
          <w:p w14:paraId="480189CB" w14:textId="77777777" w:rsidR="00650896" w:rsidRDefault="00000000">
            <w:r>
              <w:rPr>
                <w:sz w:val="12"/>
              </w:rPr>
              <w:t>Keep escape routes clear; inspect alarms, extinguishers and emergency lighting; maintain emergency signage and access; conduct drills.</w:t>
            </w:r>
          </w:p>
        </w:tc>
        <w:tc>
          <w:tcPr>
            <w:tcW w:w="918" w:type="dxa"/>
          </w:tcPr>
          <w:p w14:paraId="7E101479" w14:textId="77777777" w:rsidR="00650896" w:rsidRDefault="00000000">
            <w:r>
              <w:rPr>
                <w:sz w:val="12"/>
              </w:rPr>
              <w:t>1</w:t>
            </w:r>
          </w:p>
        </w:tc>
        <w:tc>
          <w:tcPr>
            <w:tcW w:w="918" w:type="dxa"/>
          </w:tcPr>
          <w:p w14:paraId="49EE5D18" w14:textId="77777777" w:rsidR="00650896" w:rsidRDefault="00000000">
            <w:r>
              <w:rPr>
                <w:sz w:val="12"/>
              </w:rPr>
              <w:t>5</w:t>
            </w:r>
          </w:p>
        </w:tc>
        <w:tc>
          <w:tcPr>
            <w:tcW w:w="918" w:type="dxa"/>
          </w:tcPr>
          <w:p w14:paraId="5876345D" w14:textId="77777777" w:rsidR="00650896" w:rsidRDefault="00000000">
            <w:r>
              <w:rPr>
                <w:sz w:val="12"/>
              </w:rPr>
              <w:t>5</w:t>
            </w:r>
          </w:p>
        </w:tc>
        <w:tc>
          <w:tcPr>
            <w:tcW w:w="918" w:type="dxa"/>
          </w:tcPr>
          <w:p w14:paraId="49C3BB09" w14:textId="77777777" w:rsidR="00650896" w:rsidRDefault="00000000">
            <w:r>
              <w:rPr>
                <w:sz w:val="12"/>
              </w:rPr>
              <w:t>Medium</w:t>
            </w:r>
          </w:p>
        </w:tc>
        <w:tc>
          <w:tcPr>
            <w:tcW w:w="918" w:type="dxa"/>
          </w:tcPr>
          <w:p w14:paraId="74EB2DA5" w14:textId="77777777" w:rsidR="00650896" w:rsidRDefault="00000000">
            <w:r>
              <w:rPr>
                <w:sz w:val="12"/>
              </w:rPr>
              <w:t>HSE / Site Manager</w:t>
            </w:r>
          </w:p>
        </w:tc>
      </w:tr>
      <w:tr w:rsidR="00650896" w14:paraId="4F8F4D09" w14:textId="77777777">
        <w:trPr>
          <w:jc w:val="center"/>
        </w:trPr>
        <w:tc>
          <w:tcPr>
            <w:tcW w:w="918" w:type="dxa"/>
          </w:tcPr>
          <w:p w14:paraId="0FE0B406" w14:textId="77777777" w:rsidR="00650896" w:rsidRDefault="00000000">
            <w:r>
              <w:rPr>
                <w:sz w:val="12"/>
              </w:rPr>
              <w:t>16</w:t>
            </w:r>
          </w:p>
        </w:tc>
        <w:tc>
          <w:tcPr>
            <w:tcW w:w="918" w:type="dxa"/>
          </w:tcPr>
          <w:p w14:paraId="3A670573" w14:textId="77777777" w:rsidR="00650896" w:rsidRDefault="00000000">
            <w:r>
              <w:rPr>
                <w:sz w:val="12"/>
              </w:rPr>
              <w:t>Confined space</w:t>
            </w:r>
          </w:p>
        </w:tc>
        <w:tc>
          <w:tcPr>
            <w:tcW w:w="918" w:type="dxa"/>
          </w:tcPr>
          <w:p w14:paraId="1D48DA41" w14:textId="77777777" w:rsidR="00650896" w:rsidRDefault="00000000">
            <w:r>
              <w:rPr>
                <w:sz w:val="12"/>
              </w:rPr>
              <w:t>Entry into tank, chamber, pit or restricted space</w:t>
            </w:r>
          </w:p>
        </w:tc>
        <w:tc>
          <w:tcPr>
            <w:tcW w:w="918" w:type="dxa"/>
          </w:tcPr>
          <w:p w14:paraId="0EE9C26A" w14:textId="77777777" w:rsidR="00650896" w:rsidRDefault="00000000">
            <w:r>
              <w:rPr>
                <w:sz w:val="12"/>
              </w:rPr>
              <w:t>Entrants, rescuers</w:t>
            </w:r>
          </w:p>
        </w:tc>
        <w:tc>
          <w:tcPr>
            <w:tcW w:w="918" w:type="dxa"/>
          </w:tcPr>
          <w:p w14:paraId="38D404F8" w14:textId="77777777" w:rsidR="00650896" w:rsidRDefault="00000000">
            <w:r>
              <w:rPr>
                <w:sz w:val="12"/>
              </w:rPr>
              <w:t>Toxic exposure, oxygen deficiency, engulfment, fatality</w:t>
            </w:r>
          </w:p>
        </w:tc>
        <w:tc>
          <w:tcPr>
            <w:tcW w:w="918" w:type="dxa"/>
          </w:tcPr>
          <w:p w14:paraId="38CF7B3B" w14:textId="77777777" w:rsidR="00650896" w:rsidRDefault="00000000">
            <w:r>
              <w:rPr>
                <w:sz w:val="12"/>
              </w:rPr>
              <w:t>Confined-space controls available.</w:t>
            </w:r>
          </w:p>
        </w:tc>
        <w:tc>
          <w:tcPr>
            <w:tcW w:w="918" w:type="dxa"/>
          </w:tcPr>
          <w:p w14:paraId="0AB757CF" w14:textId="77777777" w:rsidR="00650896" w:rsidRDefault="00000000">
            <w:r>
              <w:rPr>
                <w:sz w:val="12"/>
              </w:rPr>
              <w:t>3</w:t>
            </w:r>
          </w:p>
        </w:tc>
        <w:tc>
          <w:tcPr>
            <w:tcW w:w="918" w:type="dxa"/>
          </w:tcPr>
          <w:p w14:paraId="36B05DB7" w14:textId="77777777" w:rsidR="00650896" w:rsidRDefault="00000000">
            <w:r>
              <w:rPr>
                <w:sz w:val="12"/>
              </w:rPr>
              <w:t>5</w:t>
            </w:r>
          </w:p>
        </w:tc>
        <w:tc>
          <w:tcPr>
            <w:tcW w:w="918" w:type="dxa"/>
          </w:tcPr>
          <w:p w14:paraId="27081431" w14:textId="77777777" w:rsidR="00650896" w:rsidRDefault="00000000">
            <w:r>
              <w:rPr>
                <w:sz w:val="12"/>
              </w:rPr>
              <w:t>15</w:t>
            </w:r>
          </w:p>
        </w:tc>
        <w:tc>
          <w:tcPr>
            <w:tcW w:w="918" w:type="dxa"/>
          </w:tcPr>
          <w:p w14:paraId="7BFB660D" w14:textId="77777777" w:rsidR="00650896" w:rsidRDefault="00000000">
            <w:r>
              <w:rPr>
                <w:sz w:val="12"/>
              </w:rPr>
              <w:t>High</w:t>
            </w:r>
          </w:p>
        </w:tc>
        <w:tc>
          <w:tcPr>
            <w:tcW w:w="918" w:type="dxa"/>
          </w:tcPr>
          <w:p w14:paraId="76870126" w14:textId="77777777" w:rsidR="00650896" w:rsidRDefault="00000000">
            <w:r>
              <w:rPr>
                <w:sz w:val="12"/>
              </w:rPr>
              <w:t>Use permit system; atmospheric testing; isolation; ventilation; trained entrants/attendants; rescue plan and suitable equipment.</w:t>
            </w:r>
          </w:p>
        </w:tc>
        <w:tc>
          <w:tcPr>
            <w:tcW w:w="918" w:type="dxa"/>
          </w:tcPr>
          <w:p w14:paraId="3443F588" w14:textId="77777777" w:rsidR="00650896" w:rsidRDefault="00000000">
            <w:r>
              <w:rPr>
                <w:sz w:val="12"/>
              </w:rPr>
              <w:t>1</w:t>
            </w:r>
          </w:p>
        </w:tc>
        <w:tc>
          <w:tcPr>
            <w:tcW w:w="918" w:type="dxa"/>
          </w:tcPr>
          <w:p w14:paraId="2E2F3D72" w14:textId="77777777" w:rsidR="00650896" w:rsidRDefault="00000000">
            <w:r>
              <w:rPr>
                <w:sz w:val="12"/>
              </w:rPr>
              <w:t>5</w:t>
            </w:r>
          </w:p>
        </w:tc>
        <w:tc>
          <w:tcPr>
            <w:tcW w:w="918" w:type="dxa"/>
          </w:tcPr>
          <w:p w14:paraId="65550C7D" w14:textId="77777777" w:rsidR="00650896" w:rsidRDefault="00000000">
            <w:r>
              <w:rPr>
                <w:sz w:val="12"/>
              </w:rPr>
              <w:t>5</w:t>
            </w:r>
          </w:p>
        </w:tc>
        <w:tc>
          <w:tcPr>
            <w:tcW w:w="918" w:type="dxa"/>
          </w:tcPr>
          <w:p w14:paraId="0ACCFB98" w14:textId="77777777" w:rsidR="00650896" w:rsidRDefault="00000000">
            <w:r>
              <w:rPr>
                <w:sz w:val="12"/>
              </w:rPr>
              <w:t>Medium</w:t>
            </w:r>
          </w:p>
        </w:tc>
        <w:tc>
          <w:tcPr>
            <w:tcW w:w="918" w:type="dxa"/>
          </w:tcPr>
          <w:p w14:paraId="74DCA412" w14:textId="77777777" w:rsidR="00650896" w:rsidRDefault="00000000">
            <w:r>
              <w:rPr>
                <w:sz w:val="12"/>
              </w:rPr>
              <w:t>Confined Space Supervisor</w:t>
            </w:r>
          </w:p>
        </w:tc>
      </w:tr>
      <w:tr w:rsidR="00650896" w14:paraId="508B3BBF" w14:textId="77777777">
        <w:trPr>
          <w:jc w:val="center"/>
        </w:trPr>
        <w:tc>
          <w:tcPr>
            <w:tcW w:w="918" w:type="dxa"/>
          </w:tcPr>
          <w:p w14:paraId="478B2DE8" w14:textId="77777777" w:rsidR="00650896" w:rsidRDefault="00000000">
            <w:r>
              <w:rPr>
                <w:sz w:val="12"/>
              </w:rPr>
              <w:t>17</w:t>
            </w:r>
          </w:p>
        </w:tc>
        <w:tc>
          <w:tcPr>
            <w:tcW w:w="918" w:type="dxa"/>
          </w:tcPr>
          <w:p w14:paraId="416CFCBD" w14:textId="77777777" w:rsidR="00650896" w:rsidRDefault="00000000">
            <w:r>
              <w:rPr>
                <w:sz w:val="12"/>
              </w:rPr>
              <w:t>Concrete and formwork</w:t>
            </w:r>
          </w:p>
        </w:tc>
        <w:tc>
          <w:tcPr>
            <w:tcW w:w="918" w:type="dxa"/>
          </w:tcPr>
          <w:p w14:paraId="0D28C83D" w14:textId="77777777" w:rsidR="00650896" w:rsidRDefault="00000000">
            <w:r>
              <w:rPr>
                <w:sz w:val="12"/>
              </w:rPr>
              <w:t>Unstable formwork, concrete pour or materials</w:t>
            </w:r>
          </w:p>
        </w:tc>
        <w:tc>
          <w:tcPr>
            <w:tcW w:w="918" w:type="dxa"/>
          </w:tcPr>
          <w:p w14:paraId="70967D03" w14:textId="77777777" w:rsidR="00650896" w:rsidRDefault="00000000">
            <w:r>
              <w:rPr>
                <w:sz w:val="12"/>
              </w:rPr>
              <w:t>Workers, formwork crew</w:t>
            </w:r>
          </w:p>
        </w:tc>
        <w:tc>
          <w:tcPr>
            <w:tcW w:w="918" w:type="dxa"/>
          </w:tcPr>
          <w:p w14:paraId="5846C669" w14:textId="77777777" w:rsidR="00650896" w:rsidRDefault="00000000">
            <w:r>
              <w:rPr>
                <w:sz w:val="12"/>
              </w:rPr>
              <w:t>Collapse, struck-by, crush injury</w:t>
            </w:r>
          </w:p>
        </w:tc>
        <w:tc>
          <w:tcPr>
            <w:tcW w:w="918" w:type="dxa"/>
          </w:tcPr>
          <w:p w14:paraId="2E36A0C2" w14:textId="77777777" w:rsidR="00650896" w:rsidRDefault="00000000">
            <w:r>
              <w:rPr>
                <w:sz w:val="12"/>
              </w:rPr>
              <w:t>Formwork installed under supervision.</w:t>
            </w:r>
          </w:p>
        </w:tc>
        <w:tc>
          <w:tcPr>
            <w:tcW w:w="918" w:type="dxa"/>
          </w:tcPr>
          <w:p w14:paraId="00C1FA90" w14:textId="77777777" w:rsidR="00650896" w:rsidRDefault="00000000">
            <w:r>
              <w:rPr>
                <w:sz w:val="12"/>
              </w:rPr>
              <w:t>4</w:t>
            </w:r>
          </w:p>
        </w:tc>
        <w:tc>
          <w:tcPr>
            <w:tcW w:w="918" w:type="dxa"/>
          </w:tcPr>
          <w:p w14:paraId="2CB60FC0" w14:textId="77777777" w:rsidR="00650896" w:rsidRDefault="00000000">
            <w:r>
              <w:rPr>
                <w:sz w:val="12"/>
              </w:rPr>
              <w:t>5</w:t>
            </w:r>
          </w:p>
        </w:tc>
        <w:tc>
          <w:tcPr>
            <w:tcW w:w="918" w:type="dxa"/>
          </w:tcPr>
          <w:p w14:paraId="5F86FD62" w14:textId="77777777" w:rsidR="00650896" w:rsidRDefault="00000000">
            <w:r>
              <w:rPr>
                <w:sz w:val="12"/>
              </w:rPr>
              <w:t>20</w:t>
            </w:r>
          </w:p>
        </w:tc>
        <w:tc>
          <w:tcPr>
            <w:tcW w:w="918" w:type="dxa"/>
          </w:tcPr>
          <w:p w14:paraId="58B38CA0" w14:textId="77777777" w:rsidR="00650896" w:rsidRDefault="00000000">
            <w:r>
              <w:rPr>
                <w:sz w:val="12"/>
              </w:rPr>
              <w:t>Very High</w:t>
            </w:r>
          </w:p>
        </w:tc>
        <w:tc>
          <w:tcPr>
            <w:tcW w:w="918" w:type="dxa"/>
          </w:tcPr>
          <w:p w14:paraId="7B26CD8F" w14:textId="77777777" w:rsidR="00650896" w:rsidRDefault="00000000">
            <w:r>
              <w:rPr>
                <w:sz w:val="12"/>
              </w:rPr>
              <w:t xml:space="preserve">Use approved formwork design and inspection; verify </w:t>
            </w:r>
            <w:proofErr w:type="gramStart"/>
            <w:r>
              <w:rPr>
                <w:sz w:val="12"/>
              </w:rPr>
              <w:t>supports</w:t>
            </w:r>
            <w:proofErr w:type="gramEnd"/>
            <w:r>
              <w:rPr>
                <w:sz w:val="12"/>
              </w:rPr>
              <w:t>/bracing; control pour sequence and loads; maintain exclusion zones.</w:t>
            </w:r>
          </w:p>
        </w:tc>
        <w:tc>
          <w:tcPr>
            <w:tcW w:w="918" w:type="dxa"/>
          </w:tcPr>
          <w:p w14:paraId="1AA8D552" w14:textId="77777777" w:rsidR="00650896" w:rsidRDefault="00000000">
            <w:r>
              <w:rPr>
                <w:sz w:val="12"/>
              </w:rPr>
              <w:t>1</w:t>
            </w:r>
          </w:p>
        </w:tc>
        <w:tc>
          <w:tcPr>
            <w:tcW w:w="918" w:type="dxa"/>
          </w:tcPr>
          <w:p w14:paraId="5A0C73B1" w14:textId="77777777" w:rsidR="00650896" w:rsidRDefault="00000000">
            <w:r>
              <w:rPr>
                <w:sz w:val="12"/>
              </w:rPr>
              <w:t>5</w:t>
            </w:r>
          </w:p>
        </w:tc>
        <w:tc>
          <w:tcPr>
            <w:tcW w:w="918" w:type="dxa"/>
          </w:tcPr>
          <w:p w14:paraId="2ABF4364" w14:textId="77777777" w:rsidR="00650896" w:rsidRDefault="00000000">
            <w:r>
              <w:rPr>
                <w:sz w:val="12"/>
              </w:rPr>
              <w:t>5</w:t>
            </w:r>
          </w:p>
        </w:tc>
        <w:tc>
          <w:tcPr>
            <w:tcW w:w="918" w:type="dxa"/>
          </w:tcPr>
          <w:p w14:paraId="068910FF" w14:textId="77777777" w:rsidR="00650896" w:rsidRDefault="00000000">
            <w:r>
              <w:rPr>
                <w:sz w:val="12"/>
              </w:rPr>
              <w:t>Medium</w:t>
            </w:r>
          </w:p>
        </w:tc>
        <w:tc>
          <w:tcPr>
            <w:tcW w:w="918" w:type="dxa"/>
          </w:tcPr>
          <w:p w14:paraId="535DCCEB" w14:textId="77777777" w:rsidR="00650896" w:rsidRDefault="00000000">
            <w:r>
              <w:rPr>
                <w:sz w:val="12"/>
              </w:rPr>
              <w:t>Construction Engineer</w:t>
            </w:r>
          </w:p>
        </w:tc>
      </w:tr>
      <w:tr w:rsidR="00650896" w14:paraId="24EE5823" w14:textId="77777777">
        <w:trPr>
          <w:jc w:val="center"/>
        </w:trPr>
        <w:tc>
          <w:tcPr>
            <w:tcW w:w="918" w:type="dxa"/>
          </w:tcPr>
          <w:p w14:paraId="087FE934" w14:textId="77777777" w:rsidR="00650896" w:rsidRDefault="00000000">
            <w:r>
              <w:rPr>
                <w:sz w:val="12"/>
              </w:rPr>
              <w:t>18</w:t>
            </w:r>
          </w:p>
        </w:tc>
        <w:tc>
          <w:tcPr>
            <w:tcW w:w="918" w:type="dxa"/>
          </w:tcPr>
          <w:p w14:paraId="2E222910" w14:textId="77777777" w:rsidR="00650896" w:rsidRDefault="00000000">
            <w:r>
              <w:rPr>
                <w:sz w:val="12"/>
              </w:rPr>
              <w:t>Rebar / sharp materials</w:t>
            </w:r>
          </w:p>
        </w:tc>
        <w:tc>
          <w:tcPr>
            <w:tcW w:w="918" w:type="dxa"/>
          </w:tcPr>
          <w:p w14:paraId="6F8E14FD" w14:textId="77777777" w:rsidR="00650896" w:rsidRDefault="00000000">
            <w:r>
              <w:rPr>
                <w:sz w:val="12"/>
              </w:rPr>
              <w:t>Exposed reinforcement or sharp edges</w:t>
            </w:r>
          </w:p>
        </w:tc>
        <w:tc>
          <w:tcPr>
            <w:tcW w:w="918" w:type="dxa"/>
          </w:tcPr>
          <w:p w14:paraId="38C8275F" w14:textId="77777777" w:rsidR="00650896" w:rsidRDefault="00000000">
            <w:r>
              <w:rPr>
                <w:sz w:val="12"/>
              </w:rPr>
              <w:t>Workers, steel fixers</w:t>
            </w:r>
          </w:p>
        </w:tc>
        <w:tc>
          <w:tcPr>
            <w:tcW w:w="918" w:type="dxa"/>
          </w:tcPr>
          <w:p w14:paraId="719B2BEB" w14:textId="77777777" w:rsidR="00650896" w:rsidRDefault="00000000">
            <w:r>
              <w:rPr>
                <w:sz w:val="12"/>
              </w:rPr>
              <w:t>Puncture, laceration, impalement</w:t>
            </w:r>
          </w:p>
        </w:tc>
        <w:tc>
          <w:tcPr>
            <w:tcW w:w="918" w:type="dxa"/>
          </w:tcPr>
          <w:p w14:paraId="68F0D05A" w14:textId="77777777" w:rsidR="00650896" w:rsidRDefault="00000000">
            <w:r>
              <w:rPr>
                <w:sz w:val="12"/>
              </w:rPr>
              <w:t>Basic PPE.</w:t>
            </w:r>
          </w:p>
        </w:tc>
        <w:tc>
          <w:tcPr>
            <w:tcW w:w="918" w:type="dxa"/>
          </w:tcPr>
          <w:p w14:paraId="797601CE" w14:textId="77777777" w:rsidR="00650896" w:rsidRDefault="00000000">
            <w:r>
              <w:rPr>
                <w:sz w:val="12"/>
              </w:rPr>
              <w:t>4</w:t>
            </w:r>
          </w:p>
        </w:tc>
        <w:tc>
          <w:tcPr>
            <w:tcW w:w="918" w:type="dxa"/>
          </w:tcPr>
          <w:p w14:paraId="3F30385E" w14:textId="77777777" w:rsidR="00650896" w:rsidRDefault="00000000">
            <w:r>
              <w:rPr>
                <w:sz w:val="12"/>
              </w:rPr>
              <w:t>4</w:t>
            </w:r>
          </w:p>
        </w:tc>
        <w:tc>
          <w:tcPr>
            <w:tcW w:w="918" w:type="dxa"/>
          </w:tcPr>
          <w:p w14:paraId="37EF43CB" w14:textId="77777777" w:rsidR="00650896" w:rsidRDefault="00000000">
            <w:r>
              <w:rPr>
                <w:sz w:val="12"/>
              </w:rPr>
              <w:t>16</w:t>
            </w:r>
          </w:p>
        </w:tc>
        <w:tc>
          <w:tcPr>
            <w:tcW w:w="918" w:type="dxa"/>
          </w:tcPr>
          <w:p w14:paraId="71088DD2" w14:textId="77777777" w:rsidR="00650896" w:rsidRDefault="00000000">
            <w:r>
              <w:rPr>
                <w:sz w:val="12"/>
              </w:rPr>
              <w:t>High</w:t>
            </w:r>
          </w:p>
        </w:tc>
        <w:tc>
          <w:tcPr>
            <w:tcW w:w="918" w:type="dxa"/>
          </w:tcPr>
          <w:p w14:paraId="7035B1A3" w14:textId="77777777" w:rsidR="00650896" w:rsidRDefault="00000000">
            <w:r>
              <w:rPr>
                <w:sz w:val="12"/>
              </w:rPr>
              <w:t>Cap/protect exposed rebar where required; use safe storage and handling; maintain clear access; wear suitable PPE.</w:t>
            </w:r>
          </w:p>
        </w:tc>
        <w:tc>
          <w:tcPr>
            <w:tcW w:w="918" w:type="dxa"/>
          </w:tcPr>
          <w:p w14:paraId="56ECC043" w14:textId="77777777" w:rsidR="00650896" w:rsidRDefault="00000000">
            <w:r>
              <w:rPr>
                <w:sz w:val="12"/>
              </w:rPr>
              <w:t>1</w:t>
            </w:r>
          </w:p>
        </w:tc>
        <w:tc>
          <w:tcPr>
            <w:tcW w:w="918" w:type="dxa"/>
          </w:tcPr>
          <w:p w14:paraId="5398A288" w14:textId="77777777" w:rsidR="00650896" w:rsidRDefault="00000000">
            <w:r>
              <w:rPr>
                <w:sz w:val="12"/>
              </w:rPr>
              <w:t>4</w:t>
            </w:r>
          </w:p>
        </w:tc>
        <w:tc>
          <w:tcPr>
            <w:tcW w:w="918" w:type="dxa"/>
          </w:tcPr>
          <w:p w14:paraId="21A00D3B" w14:textId="77777777" w:rsidR="00650896" w:rsidRDefault="00000000">
            <w:r>
              <w:rPr>
                <w:sz w:val="12"/>
              </w:rPr>
              <w:t>4</w:t>
            </w:r>
          </w:p>
        </w:tc>
        <w:tc>
          <w:tcPr>
            <w:tcW w:w="918" w:type="dxa"/>
          </w:tcPr>
          <w:p w14:paraId="14285166" w14:textId="77777777" w:rsidR="00650896" w:rsidRDefault="00000000">
            <w:r>
              <w:rPr>
                <w:sz w:val="12"/>
              </w:rPr>
              <w:t>Low</w:t>
            </w:r>
          </w:p>
        </w:tc>
        <w:tc>
          <w:tcPr>
            <w:tcW w:w="918" w:type="dxa"/>
          </w:tcPr>
          <w:p w14:paraId="69C77C09" w14:textId="77777777" w:rsidR="00650896" w:rsidRDefault="00000000">
            <w:r>
              <w:rPr>
                <w:sz w:val="12"/>
              </w:rPr>
              <w:t>Supervisor</w:t>
            </w:r>
          </w:p>
        </w:tc>
      </w:tr>
      <w:tr w:rsidR="00650896" w14:paraId="71627BE5" w14:textId="77777777">
        <w:trPr>
          <w:jc w:val="center"/>
        </w:trPr>
        <w:tc>
          <w:tcPr>
            <w:tcW w:w="918" w:type="dxa"/>
          </w:tcPr>
          <w:p w14:paraId="66B7FBA6" w14:textId="77777777" w:rsidR="00650896" w:rsidRDefault="00000000">
            <w:r>
              <w:rPr>
                <w:sz w:val="12"/>
              </w:rPr>
              <w:t>19</w:t>
            </w:r>
          </w:p>
        </w:tc>
        <w:tc>
          <w:tcPr>
            <w:tcW w:w="918" w:type="dxa"/>
          </w:tcPr>
          <w:p w14:paraId="3B3DED57" w14:textId="77777777" w:rsidR="00650896" w:rsidRDefault="00000000">
            <w:r>
              <w:rPr>
                <w:sz w:val="12"/>
              </w:rPr>
              <w:t>Manual handling</w:t>
            </w:r>
          </w:p>
        </w:tc>
        <w:tc>
          <w:tcPr>
            <w:tcW w:w="918" w:type="dxa"/>
          </w:tcPr>
          <w:p w14:paraId="51C6FADF" w14:textId="77777777" w:rsidR="00650896" w:rsidRDefault="00000000">
            <w:r>
              <w:rPr>
                <w:sz w:val="12"/>
              </w:rPr>
              <w:t>Lifting, carrying or moving heavy/awkward materials</w:t>
            </w:r>
          </w:p>
        </w:tc>
        <w:tc>
          <w:tcPr>
            <w:tcW w:w="918" w:type="dxa"/>
          </w:tcPr>
          <w:p w14:paraId="599315CD" w14:textId="77777777" w:rsidR="00650896" w:rsidRDefault="00000000">
            <w:r>
              <w:rPr>
                <w:sz w:val="12"/>
              </w:rPr>
              <w:t>Workers</w:t>
            </w:r>
          </w:p>
        </w:tc>
        <w:tc>
          <w:tcPr>
            <w:tcW w:w="918" w:type="dxa"/>
          </w:tcPr>
          <w:p w14:paraId="7AB83CAD" w14:textId="77777777" w:rsidR="00650896" w:rsidRDefault="00000000">
            <w:r>
              <w:rPr>
                <w:sz w:val="12"/>
              </w:rPr>
              <w:t>Musculoskeletal injury, strains, crush injury</w:t>
            </w:r>
          </w:p>
        </w:tc>
        <w:tc>
          <w:tcPr>
            <w:tcW w:w="918" w:type="dxa"/>
          </w:tcPr>
          <w:p w14:paraId="08FCA593" w14:textId="77777777" w:rsidR="00650896" w:rsidRDefault="00000000">
            <w:r>
              <w:rPr>
                <w:sz w:val="12"/>
              </w:rPr>
              <w:t>Manual handling awareness.</w:t>
            </w:r>
          </w:p>
        </w:tc>
        <w:tc>
          <w:tcPr>
            <w:tcW w:w="918" w:type="dxa"/>
          </w:tcPr>
          <w:p w14:paraId="5F689B18" w14:textId="77777777" w:rsidR="00650896" w:rsidRDefault="00000000">
            <w:r>
              <w:rPr>
                <w:sz w:val="12"/>
              </w:rPr>
              <w:t>4</w:t>
            </w:r>
          </w:p>
        </w:tc>
        <w:tc>
          <w:tcPr>
            <w:tcW w:w="918" w:type="dxa"/>
          </w:tcPr>
          <w:p w14:paraId="4B12C561" w14:textId="77777777" w:rsidR="00650896" w:rsidRDefault="00000000">
            <w:r>
              <w:rPr>
                <w:sz w:val="12"/>
              </w:rPr>
              <w:t>3</w:t>
            </w:r>
          </w:p>
        </w:tc>
        <w:tc>
          <w:tcPr>
            <w:tcW w:w="918" w:type="dxa"/>
          </w:tcPr>
          <w:p w14:paraId="2A2AF607" w14:textId="77777777" w:rsidR="00650896" w:rsidRDefault="00000000">
            <w:r>
              <w:rPr>
                <w:sz w:val="12"/>
              </w:rPr>
              <w:t>12</w:t>
            </w:r>
          </w:p>
        </w:tc>
        <w:tc>
          <w:tcPr>
            <w:tcW w:w="918" w:type="dxa"/>
          </w:tcPr>
          <w:p w14:paraId="4D2D3193" w14:textId="77777777" w:rsidR="00650896" w:rsidRDefault="00000000">
            <w:r>
              <w:rPr>
                <w:sz w:val="12"/>
              </w:rPr>
              <w:t>High</w:t>
            </w:r>
          </w:p>
        </w:tc>
        <w:tc>
          <w:tcPr>
            <w:tcW w:w="918" w:type="dxa"/>
          </w:tcPr>
          <w:p w14:paraId="59D3B5BC" w14:textId="77777777" w:rsidR="00650896" w:rsidRDefault="00000000">
            <w:r>
              <w:rPr>
                <w:sz w:val="12"/>
              </w:rPr>
              <w:t>Assess loads; use mechanical aids/team lifting; reduce load size; improve storage height and work positioning; train workers.</w:t>
            </w:r>
          </w:p>
        </w:tc>
        <w:tc>
          <w:tcPr>
            <w:tcW w:w="918" w:type="dxa"/>
          </w:tcPr>
          <w:p w14:paraId="29EFC544" w14:textId="77777777" w:rsidR="00650896" w:rsidRDefault="00000000">
            <w:r>
              <w:rPr>
                <w:sz w:val="12"/>
              </w:rPr>
              <w:t>1</w:t>
            </w:r>
          </w:p>
        </w:tc>
        <w:tc>
          <w:tcPr>
            <w:tcW w:w="918" w:type="dxa"/>
          </w:tcPr>
          <w:p w14:paraId="6E6F7E9E" w14:textId="77777777" w:rsidR="00650896" w:rsidRDefault="00000000">
            <w:r>
              <w:rPr>
                <w:sz w:val="12"/>
              </w:rPr>
              <w:t>3</w:t>
            </w:r>
          </w:p>
        </w:tc>
        <w:tc>
          <w:tcPr>
            <w:tcW w:w="918" w:type="dxa"/>
          </w:tcPr>
          <w:p w14:paraId="46596716" w14:textId="77777777" w:rsidR="00650896" w:rsidRDefault="00000000">
            <w:r>
              <w:rPr>
                <w:sz w:val="12"/>
              </w:rPr>
              <w:t>3</w:t>
            </w:r>
          </w:p>
        </w:tc>
        <w:tc>
          <w:tcPr>
            <w:tcW w:w="918" w:type="dxa"/>
          </w:tcPr>
          <w:p w14:paraId="6ED4A236" w14:textId="77777777" w:rsidR="00650896" w:rsidRDefault="00000000">
            <w:r>
              <w:rPr>
                <w:sz w:val="12"/>
              </w:rPr>
              <w:t>Low</w:t>
            </w:r>
          </w:p>
        </w:tc>
        <w:tc>
          <w:tcPr>
            <w:tcW w:w="918" w:type="dxa"/>
          </w:tcPr>
          <w:p w14:paraId="6E5FEF0B" w14:textId="77777777" w:rsidR="00650896" w:rsidRDefault="00000000">
            <w:r>
              <w:rPr>
                <w:sz w:val="12"/>
              </w:rPr>
              <w:t>Supervisor</w:t>
            </w:r>
          </w:p>
        </w:tc>
      </w:tr>
      <w:tr w:rsidR="00650896" w14:paraId="51E97CE3" w14:textId="77777777">
        <w:trPr>
          <w:jc w:val="center"/>
        </w:trPr>
        <w:tc>
          <w:tcPr>
            <w:tcW w:w="918" w:type="dxa"/>
          </w:tcPr>
          <w:p w14:paraId="6A37E69E" w14:textId="77777777" w:rsidR="00650896" w:rsidRDefault="00000000">
            <w:r>
              <w:rPr>
                <w:sz w:val="12"/>
              </w:rPr>
              <w:t>20</w:t>
            </w:r>
          </w:p>
        </w:tc>
        <w:tc>
          <w:tcPr>
            <w:tcW w:w="918" w:type="dxa"/>
          </w:tcPr>
          <w:p w14:paraId="7D9720EC" w14:textId="77777777" w:rsidR="00650896" w:rsidRDefault="00000000">
            <w:r>
              <w:rPr>
                <w:sz w:val="12"/>
              </w:rPr>
              <w:t>Housekeeping</w:t>
            </w:r>
          </w:p>
        </w:tc>
        <w:tc>
          <w:tcPr>
            <w:tcW w:w="918" w:type="dxa"/>
          </w:tcPr>
          <w:p w14:paraId="29D702A9" w14:textId="77777777" w:rsidR="00650896" w:rsidRDefault="00000000">
            <w:r>
              <w:rPr>
                <w:sz w:val="12"/>
              </w:rPr>
              <w:t>Waste, debris, cables or materials create hazards</w:t>
            </w:r>
          </w:p>
        </w:tc>
        <w:tc>
          <w:tcPr>
            <w:tcW w:w="918" w:type="dxa"/>
          </w:tcPr>
          <w:p w14:paraId="388DC9DD" w14:textId="77777777" w:rsidR="00650896" w:rsidRDefault="00000000">
            <w:r>
              <w:rPr>
                <w:sz w:val="12"/>
              </w:rPr>
              <w:t>Workers, visitors</w:t>
            </w:r>
          </w:p>
        </w:tc>
        <w:tc>
          <w:tcPr>
            <w:tcW w:w="918" w:type="dxa"/>
          </w:tcPr>
          <w:p w14:paraId="3285ED2A" w14:textId="77777777" w:rsidR="00650896" w:rsidRDefault="00000000">
            <w:r>
              <w:rPr>
                <w:sz w:val="12"/>
              </w:rPr>
              <w:t>Trips, falls, cuts, fire</w:t>
            </w:r>
          </w:p>
        </w:tc>
        <w:tc>
          <w:tcPr>
            <w:tcW w:w="918" w:type="dxa"/>
          </w:tcPr>
          <w:p w14:paraId="56E841D8" w14:textId="77777777" w:rsidR="00650896" w:rsidRDefault="00000000">
            <w:r>
              <w:rPr>
                <w:sz w:val="12"/>
              </w:rPr>
              <w:t>Routine cleaning.</w:t>
            </w:r>
          </w:p>
        </w:tc>
        <w:tc>
          <w:tcPr>
            <w:tcW w:w="918" w:type="dxa"/>
          </w:tcPr>
          <w:p w14:paraId="2732D04A" w14:textId="77777777" w:rsidR="00650896" w:rsidRDefault="00000000">
            <w:r>
              <w:rPr>
                <w:sz w:val="12"/>
              </w:rPr>
              <w:t>4</w:t>
            </w:r>
          </w:p>
        </w:tc>
        <w:tc>
          <w:tcPr>
            <w:tcW w:w="918" w:type="dxa"/>
          </w:tcPr>
          <w:p w14:paraId="636D7209" w14:textId="77777777" w:rsidR="00650896" w:rsidRDefault="00000000">
            <w:r>
              <w:rPr>
                <w:sz w:val="12"/>
              </w:rPr>
              <w:t>3</w:t>
            </w:r>
          </w:p>
        </w:tc>
        <w:tc>
          <w:tcPr>
            <w:tcW w:w="918" w:type="dxa"/>
          </w:tcPr>
          <w:p w14:paraId="78BCA439" w14:textId="77777777" w:rsidR="00650896" w:rsidRDefault="00000000">
            <w:r>
              <w:rPr>
                <w:sz w:val="12"/>
              </w:rPr>
              <w:t>12</w:t>
            </w:r>
          </w:p>
        </w:tc>
        <w:tc>
          <w:tcPr>
            <w:tcW w:w="918" w:type="dxa"/>
          </w:tcPr>
          <w:p w14:paraId="77F5208E" w14:textId="77777777" w:rsidR="00650896" w:rsidRDefault="00000000">
            <w:r>
              <w:rPr>
                <w:sz w:val="12"/>
              </w:rPr>
              <w:t>High</w:t>
            </w:r>
          </w:p>
        </w:tc>
        <w:tc>
          <w:tcPr>
            <w:tcW w:w="918" w:type="dxa"/>
          </w:tcPr>
          <w:p w14:paraId="11EEDF8D" w14:textId="77777777" w:rsidR="00650896" w:rsidRDefault="00000000">
            <w:r>
              <w:rPr>
                <w:sz w:val="12"/>
              </w:rPr>
              <w:t xml:space="preserve">Maintain planned housekeeping; remove waste frequently; route/protect cables; stack materials safely; assign responsibility and </w:t>
            </w:r>
            <w:r>
              <w:rPr>
                <w:sz w:val="12"/>
              </w:rPr>
              <w:lastRenderedPageBreak/>
              <w:t>inspect work areas.</w:t>
            </w:r>
          </w:p>
        </w:tc>
        <w:tc>
          <w:tcPr>
            <w:tcW w:w="918" w:type="dxa"/>
          </w:tcPr>
          <w:p w14:paraId="1402D05C" w14:textId="77777777" w:rsidR="00650896" w:rsidRDefault="00000000">
            <w:r>
              <w:rPr>
                <w:sz w:val="12"/>
              </w:rPr>
              <w:lastRenderedPageBreak/>
              <w:t>1</w:t>
            </w:r>
          </w:p>
        </w:tc>
        <w:tc>
          <w:tcPr>
            <w:tcW w:w="918" w:type="dxa"/>
          </w:tcPr>
          <w:p w14:paraId="4B000C5F" w14:textId="77777777" w:rsidR="00650896" w:rsidRDefault="00000000">
            <w:r>
              <w:rPr>
                <w:sz w:val="12"/>
              </w:rPr>
              <w:t>3</w:t>
            </w:r>
          </w:p>
        </w:tc>
        <w:tc>
          <w:tcPr>
            <w:tcW w:w="918" w:type="dxa"/>
          </w:tcPr>
          <w:p w14:paraId="5BE78621" w14:textId="77777777" w:rsidR="00650896" w:rsidRDefault="00000000">
            <w:r>
              <w:rPr>
                <w:sz w:val="12"/>
              </w:rPr>
              <w:t>3</w:t>
            </w:r>
          </w:p>
        </w:tc>
        <w:tc>
          <w:tcPr>
            <w:tcW w:w="918" w:type="dxa"/>
          </w:tcPr>
          <w:p w14:paraId="5C119639" w14:textId="77777777" w:rsidR="00650896" w:rsidRDefault="00000000">
            <w:r>
              <w:rPr>
                <w:sz w:val="12"/>
              </w:rPr>
              <w:t>Low</w:t>
            </w:r>
          </w:p>
        </w:tc>
        <w:tc>
          <w:tcPr>
            <w:tcW w:w="918" w:type="dxa"/>
          </w:tcPr>
          <w:p w14:paraId="29BCFAAD" w14:textId="77777777" w:rsidR="00650896" w:rsidRDefault="00000000">
            <w:r>
              <w:rPr>
                <w:sz w:val="12"/>
              </w:rPr>
              <w:t>Area Supervisor</w:t>
            </w:r>
          </w:p>
        </w:tc>
      </w:tr>
      <w:tr w:rsidR="00650896" w14:paraId="5DFEB16C" w14:textId="77777777">
        <w:trPr>
          <w:jc w:val="center"/>
        </w:trPr>
        <w:tc>
          <w:tcPr>
            <w:tcW w:w="918" w:type="dxa"/>
          </w:tcPr>
          <w:p w14:paraId="0568F998" w14:textId="77777777" w:rsidR="00650896" w:rsidRDefault="00000000">
            <w:r>
              <w:rPr>
                <w:sz w:val="12"/>
              </w:rPr>
              <w:t>21</w:t>
            </w:r>
          </w:p>
        </w:tc>
        <w:tc>
          <w:tcPr>
            <w:tcW w:w="918" w:type="dxa"/>
          </w:tcPr>
          <w:p w14:paraId="273BE9A1" w14:textId="77777777" w:rsidR="00650896" w:rsidRDefault="00000000">
            <w:r>
              <w:rPr>
                <w:sz w:val="12"/>
              </w:rPr>
              <w:t>Dust / silica exposure</w:t>
            </w:r>
          </w:p>
        </w:tc>
        <w:tc>
          <w:tcPr>
            <w:tcW w:w="918" w:type="dxa"/>
          </w:tcPr>
          <w:p w14:paraId="407E7BD0" w14:textId="77777777" w:rsidR="00650896" w:rsidRDefault="00000000">
            <w:r>
              <w:rPr>
                <w:sz w:val="12"/>
              </w:rPr>
              <w:t>Cutting, grinding or excavation generates respirable dust</w:t>
            </w:r>
          </w:p>
        </w:tc>
        <w:tc>
          <w:tcPr>
            <w:tcW w:w="918" w:type="dxa"/>
          </w:tcPr>
          <w:p w14:paraId="4F60A87D" w14:textId="77777777" w:rsidR="00650896" w:rsidRDefault="00000000">
            <w:r>
              <w:rPr>
                <w:sz w:val="12"/>
              </w:rPr>
              <w:t>Workers, nearby personnel</w:t>
            </w:r>
          </w:p>
        </w:tc>
        <w:tc>
          <w:tcPr>
            <w:tcW w:w="918" w:type="dxa"/>
          </w:tcPr>
          <w:p w14:paraId="4A2C99A7" w14:textId="77777777" w:rsidR="00650896" w:rsidRDefault="00000000">
            <w:r>
              <w:rPr>
                <w:sz w:val="12"/>
              </w:rPr>
              <w:t>Respiratory disease, eye irritation, reduced visibility</w:t>
            </w:r>
          </w:p>
        </w:tc>
        <w:tc>
          <w:tcPr>
            <w:tcW w:w="918" w:type="dxa"/>
          </w:tcPr>
          <w:p w14:paraId="2C0F7822" w14:textId="77777777" w:rsidR="00650896" w:rsidRDefault="00000000">
            <w:r>
              <w:rPr>
                <w:sz w:val="12"/>
              </w:rPr>
              <w:t>Dust masks and water used.</w:t>
            </w:r>
          </w:p>
        </w:tc>
        <w:tc>
          <w:tcPr>
            <w:tcW w:w="918" w:type="dxa"/>
          </w:tcPr>
          <w:p w14:paraId="6880695F" w14:textId="77777777" w:rsidR="00650896" w:rsidRDefault="00000000">
            <w:r>
              <w:rPr>
                <w:sz w:val="12"/>
              </w:rPr>
              <w:t>4</w:t>
            </w:r>
          </w:p>
        </w:tc>
        <w:tc>
          <w:tcPr>
            <w:tcW w:w="918" w:type="dxa"/>
          </w:tcPr>
          <w:p w14:paraId="2157441F" w14:textId="77777777" w:rsidR="00650896" w:rsidRDefault="00000000">
            <w:r>
              <w:rPr>
                <w:sz w:val="12"/>
              </w:rPr>
              <w:t>4</w:t>
            </w:r>
          </w:p>
        </w:tc>
        <w:tc>
          <w:tcPr>
            <w:tcW w:w="918" w:type="dxa"/>
          </w:tcPr>
          <w:p w14:paraId="2BDD0E3D" w14:textId="77777777" w:rsidR="00650896" w:rsidRDefault="00000000">
            <w:r>
              <w:rPr>
                <w:sz w:val="12"/>
              </w:rPr>
              <w:t>16</w:t>
            </w:r>
          </w:p>
        </w:tc>
        <w:tc>
          <w:tcPr>
            <w:tcW w:w="918" w:type="dxa"/>
          </w:tcPr>
          <w:p w14:paraId="5A77FDBF" w14:textId="77777777" w:rsidR="00650896" w:rsidRDefault="00000000">
            <w:r>
              <w:rPr>
                <w:sz w:val="12"/>
              </w:rPr>
              <w:t>High</w:t>
            </w:r>
          </w:p>
        </w:tc>
        <w:tc>
          <w:tcPr>
            <w:tcW w:w="918" w:type="dxa"/>
          </w:tcPr>
          <w:p w14:paraId="484E5C15" w14:textId="77777777" w:rsidR="00650896" w:rsidRDefault="00000000">
            <w:r>
              <w:rPr>
                <w:sz w:val="12"/>
              </w:rPr>
              <w:t>Use wet methods/local extraction where suitable; isolate dusty activities; maintain housekeeping; select suitable respiratory protection and monitor exposure.</w:t>
            </w:r>
          </w:p>
        </w:tc>
        <w:tc>
          <w:tcPr>
            <w:tcW w:w="918" w:type="dxa"/>
          </w:tcPr>
          <w:p w14:paraId="012F675A" w14:textId="77777777" w:rsidR="00650896" w:rsidRDefault="00000000">
            <w:r>
              <w:rPr>
                <w:sz w:val="12"/>
              </w:rPr>
              <w:t>1</w:t>
            </w:r>
          </w:p>
        </w:tc>
        <w:tc>
          <w:tcPr>
            <w:tcW w:w="918" w:type="dxa"/>
          </w:tcPr>
          <w:p w14:paraId="129C9362" w14:textId="77777777" w:rsidR="00650896" w:rsidRDefault="00000000">
            <w:r>
              <w:rPr>
                <w:sz w:val="12"/>
              </w:rPr>
              <w:t>4</w:t>
            </w:r>
          </w:p>
        </w:tc>
        <w:tc>
          <w:tcPr>
            <w:tcW w:w="918" w:type="dxa"/>
          </w:tcPr>
          <w:p w14:paraId="1BCEC61C" w14:textId="77777777" w:rsidR="00650896" w:rsidRDefault="00000000">
            <w:r>
              <w:rPr>
                <w:sz w:val="12"/>
              </w:rPr>
              <w:t>4</w:t>
            </w:r>
          </w:p>
        </w:tc>
        <w:tc>
          <w:tcPr>
            <w:tcW w:w="918" w:type="dxa"/>
          </w:tcPr>
          <w:p w14:paraId="6692E54B" w14:textId="77777777" w:rsidR="00650896" w:rsidRDefault="00000000">
            <w:r>
              <w:rPr>
                <w:sz w:val="12"/>
              </w:rPr>
              <w:t>Low</w:t>
            </w:r>
          </w:p>
        </w:tc>
        <w:tc>
          <w:tcPr>
            <w:tcW w:w="918" w:type="dxa"/>
          </w:tcPr>
          <w:p w14:paraId="2C734A86" w14:textId="77777777" w:rsidR="00650896" w:rsidRDefault="00000000">
            <w:r>
              <w:rPr>
                <w:sz w:val="12"/>
              </w:rPr>
              <w:t>HSE / Supervisor</w:t>
            </w:r>
          </w:p>
        </w:tc>
      </w:tr>
      <w:tr w:rsidR="00650896" w14:paraId="0B709D53" w14:textId="77777777">
        <w:trPr>
          <w:jc w:val="center"/>
        </w:trPr>
        <w:tc>
          <w:tcPr>
            <w:tcW w:w="918" w:type="dxa"/>
          </w:tcPr>
          <w:p w14:paraId="0EE965A9" w14:textId="77777777" w:rsidR="00650896" w:rsidRDefault="00000000">
            <w:r>
              <w:rPr>
                <w:sz w:val="12"/>
              </w:rPr>
              <w:t>22</w:t>
            </w:r>
          </w:p>
        </w:tc>
        <w:tc>
          <w:tcPr>
            <w:tcW w:w="918" w:type="dxa"/>
          </w:tcPr>
          <w:p w14:paraId="2AEDCDAD" w14:textId="77777777" w:rsidR="00650896" w:rsidRDefault="00000000">
            <w:r>
              <w:rPr>
                <w:sz w:val="12"/>
              </w:rPr>
              <w:t>Noise exposure</w:t>
            </w:r>
          </w:p>
        </w:tc>
        <w:tc>
          <w:tcPr>
            <w:tcW w:w="918" w:type="dxa"/>
          </w:tcPr>
          <w:p w14:paraId="7FF8320C" w14:textId="77777777" w:rsidR="00650896" w:rsidRDefault="00000000">
            <w:r>
              <w:rPr>
                <w:sz w:val="12"/>
              </w:rPr>
              <w:t xml:space="preserve">High noise from </w:t>
            </w:r>
            <w:proofErr w:type="gramStart"/>
            <w:r>
              <w:rPr>
                <w:sz w:val="12"/>
              </w:rPr>
              <w:t>plant</w:t>
            </w:r>
            <w:proofErr w:type="gramEnd"/>
            <w:r>
              <w:rPr>
                <w:sz w:val="12"/>
              </w:rPr>
              <w:t>, tools and construction activities</w:t>
            </w:r>
          </w:p>
        </w:tc>
        <w:tc>
          <w:tcPr>
            <w:tcW w:w="918" w:type="dxa"/>
          </w:tcPr>
          <w:p w14:paraId="6FA4EC25" w14:textId="77777777" w:rsidR="00650896" w:rsidRDefault="00000000">
            <w:r>
              <w:rPr>
                <w:sz w:val="12"/>
              </w:rPr>
              <w:t>Workers, contractors</w:t>
            </w:r>
          </w:p>
        </w:tc>
        <w:tc>
          <w:tcPr>
            <w:tcW w:w="918" w:type="dxa"/>
          </w:tcPr>
          <w:p w14:paraId="250435F6" w14:textId="77777777" w:rsidR="00650896" w:rsidRDefault="00000000">
            <w:r>
              <w:rPr>
                <w:sz w:val="12"/>
              </w:rPr>
              <w:t>Hearing damage, communication failure</w:t>
            </w:r>
          </w:p>
        </w:tc>
        <w:tc>
          <w:tcPr>
            <w:tcW w:w="918" w:type="dxa"/>
          </w:tcPr>
          <w:p w14:paraId="2D96F536" w14:textId="77777777" w:rsidR="00650896" w:rsidRDefault="00000000">
            <w:r>
              <w:rPr>
                <w:sz w:val="12"/>
              </w:rPr>
              <w:t>Hearing protection available.</w:t>
            </w:r>
          </w:p>
        </w:tc>
        <w:tc>
          <w:tcPr>
            <w:tcW w:w="918" w:type="dxa"/>
          </w:tcPr>
          <w:p w14:paraId="1349E01A" w14:textId="77777777" w:rsidR="00650896" w:rsidRDefault="00000000">
            <w:r>
              <w:rPr>
                <w:sz w:val="12"/>
              </w:rPr>
              <w:t>4</w:t>
            </w:r>
          </w:p>
        </w:tc>
        <w:tc>
          <w:tcPr>
            <w:tcW w:w="918" w:type="dxa"/>
          </w:tcPr>
          <w:p w14:paraId="142703DD" w14:textId="77777777" w:rsidR="00650896" w:rsidRDefault="00000000">
            <w:r>
              <w:rPr>
                <w:sz w:val="12"/>
              </w:rPr>
              <w:t>3</w:t>
            </w:r>
          </w:p>
        </w:tc>
        <w:tc>
          <w:tcPr>
            <w:tcW w:w="918" w:type="dxa"/>
          </w:tcPr>
          <w:p w14:paraId="37CBF487" w14:textId="77777777" w:rsidR="00650896" w:rsidRDefault="00000000">
            <w:r>
              <w:rPr>
                <w:sz w:val="12"/>
              </w:rPr>
              <w:t>12</w:t>
            </w:r>
          </w:p>
        </w:tc>
        <w:tc>
          <w:tcPr>
            <w:tcW w:w="918" w:type="dxa"/>
          </w:tcPr>
          <w:p w14:paraId="26709E36" w14:textId="77777777" w:rsidR="00650896" w:rsidRDefault="00000000">
            <w:r>
              <w:rPr>
                <w:sz w:val="12"/>
              </w:rPr>
              <w:t>High</w:t>
            </w:r>
          </w:p>
        </w:tc>
        <w:tc>
          <w:tcPr>
            <w:tcW w:w="918" w:type="dxa"/>
          </w:tcPr>
          <w:p w14:paraId="497235D0" w14:textId="77777777" w:rsidR="00650896" w:rsidRDefault="00000000">
            <w:r>
              <w:rPr>
                <w:sz w:val="12"/>
              </w:rPr>
              <w:t>Assess noise; use quieter equipment where practicable; isolate noisy work; limit exposure and provide suitable hearing protection.</w:t>
            </w:r>
          </w:p>
        </w:tc>
        <w:tc>
          <w:tcPr>
            <w:tcW w:w="918" w:type="dxa"/>
          </w:tcPr>
          <w:p w14:paraId="3D874F3E" w14:textId="77777777" w:rsidR="00650896" w:rsidRDefault="00000000">
            <w:r>
              <w:rPr>
                <w:sz w:val="12"/>
              </w:rPr>
              <w:t>1</w:t>
            </w:r>
          </w:p>
        </w:tc>
        <w:tc>
          <w:tcPr>
            <w:tcW w:w="918" w:type="dxa"/>
          </w:tcPr>
          <w:p w14:paraId="0AF7DFD5" w14:textId="77777777" w:rsidR="00650896" w:rsidRDefault="00000000">
            <w:r>
              <w:rPr>
                <w:sz w:val="12"/>
              </w:rPr>
              <w:t>3</w:t>
            </w:r>
          </w:p>
        </w:tc>
        <w:tc>
          <w:tcPr>
            <w:tcW w:w="918" w:type="dxa"/>
          </w:tcPr>
          <w:p w14:paraId="6252ADD7" w14:textId="77777777" w:rsidR="00650896" w:rsidRDefault="00000000">
            <w:r>
              <w:rPr>
                <w:sz w:val="12"/>
              </w:rPr>
              <w:t>3</w:t>
            </w:r>
          </w:p>
        </w:tc>
        <w:tc>
          <w:tcPr>
            <w:tcW w:w="918" w:type="dxa"/>
          </w:tcPr>
          <w:p w14:paraId="18E40B8A" w14:textId="77777777" w:rsidR="00650896" w:rsidRDefault="00000000">
            <w:r>
              <w:rPr>
                <w:sz w:val="12"/>
              </w:rPr>
              <w:t>Low</w:t>
            </w:r>
          </w:p>
        </w:tc>
        <w:tc>
          <w:tcPr>
            <w:tcW w:w="918" w:type="dxa"/>
          </w:tcPr>
          <w:p w14:paraId="7F9B7F53" w14:textId="77777777" w:rsidR="00650896" w:rsidRDefault="00000000">
            <w:r>
              <w:rPr>
                <w:sz w:val="12"/>
              </w:rPr>
              <w:t>HSE / Supervisor</w:t>
            </w:r>
          </w:p>
        </w:tc>
      </w:tr>
      <w:tr w:rsidR="00650896" w14:paraId="3D98368F" w14:textId="77777777">
        <w:trPr>
          <w:jc w:val="center"/>
        </w:trPr>
        <w:tc>
          <w:tcPr>
            <w:tcW w:w="918" w:type="dxa"/>
          </w:tcPr>
          <w:p w14:paraId="7A502A87" w14:textId="77777777" w:rsidR="00650896" w:rsidRDefault="00000000">
            <w:r>
              <w:rPr>
                <w:sz w:val="12"/>
              </w:rPr>
              <w:t>23</w:t>
            </w:r>
          </w:p>
        </w:tc>
        <w:tc>
          <w:tcPr>
            <w:tcW w:w="918" w:type="dxa"/>
          </w:tcPr>
          <w:p w14:paraId="707C71C7" w14:textId="77777777" w:rsidR="00650896" w:rsidRDefault="00000000">
            <w:r>
              <w:rPr>
                <w:sz w:val="12"/>
              </w:rPr>
              <w:t>Chemical exposure</w:t>
            </w:r>
          </w:p>
        </w:tc>
        <w:tc>
          <w:tcPr>
            <w:tcW w:w="918" w:type="dxa"/>
          </w:tcPr>
          <w:p w14:paraId="7125DF7E" w14:textId="77777777" w:rsidR="00650896" w:rsidRDefault="00000000">
            <w:r>
              <w:rPr>
                <w:sz w:val="12"/>
              </w:rPr>
              <w:t>Workers handle cement, solvents, fuels, paints or other hazardous substances</w:t>
            </w:r>
          </w:p>
        </w:tc>
        <w:tc>
          <w:tcPr>
            <w:tcW w:w="918" w:type="dxa"/>
          </w:tcPr>
          <w:p w14:paraId="54FBDCE2" w14:textId="77777777" w:rsidR="00650896" w:rsidRDefault="00000000">
            <w:r>
              <w:rPr>
                <w:sz w:val="12"/>
              </w:rPr>
              <w:t>Workers, stores personnel</w:t>
            </w:r>
          </w:p>
        </w:tc>
        <w:tc>
          <w:tcPr>
            <w:tcW w:w="918" w:type="dxa"/>
          </w:tcPr>
          <w:p w14:paraId="5D55AA88" w14:textId="77777777" w:rsidR="00650896" w:rsidRDefault="00000000">
            <w:r>
              <w:rPr>
                <w:sz w:val="12"/>
              </w:rPr>
              <w:t>Burns, dermatitis, inhalation, poisoning, fire</w:t>
            </w:r>
          </w:p>
        </w:tc>
        <w:tc>
          <w:tcPr>
            <w:tcW w:w="918" w:type="dxa"/>
          </w:tcPr>
          <w:p w14:paraId="3A7C1AD8" w14:textId="77777777" w:rsidR="00650896" w:rsidRDefault="00000000">
            <w:r>
              <w:rPr>
                <w:sz w:val="12"/>
              </w:rPr>
              <w:t>Chemical containers and PPE.</w:t>
            </w:r>
          </w:p>
        </w:tc>
        <w:tc>
          <w:tcPr>
            <w:tcW w:w="918" w:type="dxa"/>
          </w:tcPr>
          <w:p w14:paraId="461E987A" w14:textId="77777777" w:rsidR="00650896" w:rsidRDefault="00000000">
            <w:r>
              <w:rPr>
                <w:sz w:val="12"/>
              </w:rPr>
              <w:t>4</w:t>
            </w:r>
          </w:p>
        </w:tc>
        <w:tc>
          <w:tcPr>
            <w:tcW w:w="918" w:type="dxa"/>
          </w:tcPr>
          <w:p w14:paraId="1ECC4927" w14:textId="77777777" w:rsidR="00650896" w:rsidRDefault="00000000">
            <w:r>
              <w:rPr>
                <w:sz w:val="12"/>
              </w:rPr>
              <w:t>4</w:t>
            </w:r>
          </w:p>
        </w:tc>
        <w:tc>
          <w:tcPr>
            <w:tcW w:w="918" w:type="dxa"/>
          </w:tcPr>
          <w:p w14:paraId="1E1F25ED" w14:textId="77777777" w:rsidR="00650896" w:rsidRDefault="00000000">
            <w:r>
              <w:rPr>
                <w:sz w:val="12"/>
              </w:rPr>
              <w:t>16</w:t>
            </w:r>
          </w:p>
        </w:tc>
        <w:tc>
          <w:tcPr>
            <w:tcW w:w="918" w:type="dxa"/>
          </w:tcPr>
          <w:p w14:paraId="2BFEB6E3" w14:textId="77777777" w:rsidR="00650896" w:rsidRDefault="00000000">
            <w:r>
              <w:rPr>
                <w:sz w:val="12"/>
              </w:rPr>
              <w:t>High</w:t>
            </w:r>
          </w:p>
        </w:tc>
        <w:tc>
          <w:tcPr>
            <w:tcW w:w="918" w:type="dxa"/>
          </w:tcPr>
          <w:p w14:paraId="65BAE85F" w14:textId="77777777" w:rsidR="00650896" w:rsidRDefault="00000000">
            <w:r>
              <w:rPr>
                <w:sz w:val="12"/>
              </w:rPr>
              <w:t>Maintain SDS and chemical register; label/store correctly; provide ventilation, spill controls and suitable PPE; train users.</w:t>
            </w:r>
          </w:p>
        </w:tc>
        <w:tc>
          <w:tcPr>
            <w:tcW w:w="918" w:type="dxa"/>
          </w:tcPr>
          <w:p w14:paraId="4E717068" w14:textId="77777777" w:rsidR="00650896" w:rsidRDefault="00000000">
            <w:r>
              <w:rPr>
                <w:sz w:val="12"/>
              </w:rPr>
              <w:t>1</w:t>
            </w:r>
          </w:p>
        </w:tc>
        <w:tc>
          <w:tcPr>
            <w:tcW w:w="918" w:type="dxa"/>
          </w:tcPr>
          <w:p w14:paraId="70F23532" w14:textId="77777777" w:rsidR="00650896" w:rsidRDefault="00000000">
            <w:r>
              <w:rPr>
                <w:sz w:val="12"/>
              </w:rPr>
              <w:t>4</w:t>
            </w:r>
          </w:p>
        </w:tc>
        <w:tc>
          <w:tcPr>
            <w:tcW w:w="918" w:type="dxa"/>
          </w:tcPr>
          <w:p w14:paraId="16EFC331" w14:textId="77777777" w:rsidR="00650896" w:rsidRDefault="00000000">
            <w:r>
              <w:rPr>
                <w:sz w:val="12"/>
              </w:rPr>
              <w:t>4</w:t>
            </w:r>
          </w:p>
        </w:tc>
        <w:tc>
          <w:tcPr>
            <w:tcW w:w="918" w:type="dxa"/>
          </w:tcPr>
          <w:p w14:paraId="071FE461" w14:textId="77777777" w:rsidR="00650896" w:rsidRDefault="00000000">
            <w:r>
              <w:rPr>
                <w:sz w:val="12"/>
              </w:rPr>
              <w:t>Low</w:t>
            </w:r>
          </w:p>
        </w:tc>
        <w:tc>
          <w:tcPr>
            <w:tcW w:w="918" w:type="dxa"/>
          </w:tcPr>
          <w:p w14:paraId="6D890BD7" w14:textId="77777777" w:rsidR="00650896" w:rsidRDefault="00000000">
            <w:r>
              <w:rPr>
                <w:sz w:val="12"/>
              </w:rPr>
              <w:t>HSE / Storekeeper</w:t>
            </w:r>
          </w:p>
        </w:tc>
      </w:tr>
      <w:tr w:rsidR="00650896" w14:paraId="376D9C72" w14:textId="77777777">
        <w:trPr>
          <w:jc w:val="center"/>
        </w:trPr>
        <w:tc>
          <w:tcPr>
            <w:tcW w:w="918" w:type="dxa"/>
          </w:tcPr>
          <w:p w14:paraId="1371E4BE" w14:textId="77777777" w:rsidR="00650896" w:rsidRDefault="00000000">
            <w:r>
              <w:rPr>
                <w:sz w:val="12"/>
              </w:rPr>
              <w:t>24</w:t>
            </w:r>
          </w:p>
        </w:tc>
        <w:tc>
          <w:tcPr>
            <w:tcW w:w="918" w:type="dxa"/>
          </w:tcPr>
          <w:p w14:paraId="136109DE" w14:textId="77777777" w:rsidR="00650896" w:rsidRDefault="00000000">
            <w:r>
              <w:rPr>
                <w:sz w:val="12"/>
              </w:rPr>
              <w:t>Heat stress / severe weather</w:t>
            </w:r>
          </w:p>
        </w:tc>
        <w:tc>
          <w:tcPr>
            <w:tcW w:w="918" w:type="dxa"/>
          </w:tcPr>
          <w:p w14:paraId="0CC45002" w14:textId="77777777" w:rsidR="00650896" w:rsidRDefault="00000000">
            <w:r>
              <w:rPr>
                <w:sz w:val="12"/>
              </w:rPr>
              <w:t>Work during high heat, dust storms, rain or strong winds</w:t>
            </w:r>
          </w:p>
        </w:tc>
        <w:tc>
          <w:tcPr>
            <w:tcW w:w="918" w:type="dxa"/>
          </w:tcPr>
          <w:p w14:paraId="623E25B4" w14:textId="77777777" w:rsidR="00650896" w:rsidRDefault="00000000">
            <w:r>
              <w:rPr>
                <w:sz w:val="12"/>
              </w:rPr>
              <w:t>Outdoor workers, plant operators</w:t>
            </w:r>
          </w:p>
        </w:tc>
        <w:tc>
          <w:tcPr>
            <w:tcW w:w="918" w:type="dxa"/>
          </w:tcPr>
          <w:p w14:paraId="05396773" w14:textId="77777777" w:rsidR="00650896" w:rsidRDefault="00000000">
            <w:r>
              <w:rPr>
                <w:sz w:val="12"/>
              </w:rPr>
              <w:t>Heat illness, dehydration, reduced concentration, falls</w:t>
            </w:r>
          </w:p>
        </w:tc>
        <w:tc>
          <w:tcPr>
            <w:tcW w:w="918" w:type="dxa"/>
          </w:tcPr>
          <w:p w14:paraId="06426053" w14:textId="77777777" w:rsidR="00650896" w:rsidRDefault="00000000">
            <w:r>
              <w:rPr>
                <w:sz w:val="12"/>
              </w:rPr>
              <w:t>Drinking water and breaks.</w:t>
            </w:r>
          </w:p>
        </w:tc>
        <w:tc>
          <w:tcPr>
            <w:tcW w:w="918" w:type="dxa"/>
          </w:tcPr>
          <w:p w14:paraId="3B7616CF" w14:textId="77777777" w:rsidR="00650896" w:rsidRDefault="00000000">
            <w:r>
              <w:rPr>
                <w:sz w:val="12"/>
              </w:rPr>
              <w:t>4</w:t>
            </w:r>
          </w:p>
        </w:tc>
        <w:tc>
          <w:tcPr>
            <w:tcW w:w="918" w:type="dxa"/>
          </w:tcPr>
          <w:p w14:paraId="3C55E80E" w14:textId="77777777" w:rsidR="00650896" w:rsidRDefault="00000000">
            <w:r>
              <w:rPr>
                <w:sz w:val="12"/>
              </w:rPr>
              <w:t>5</w:t>
            </w:r>
          </w:p>
        </w:tc>
        <w:tc>
          <w:tcPr>
            <w:tcW w:w="918" w:type="dxa"/>
          </w:tcPr>
          <w:p w14:paraId="46B4274B" w14:textId="77777777" w:rsidR="00650896" w:rsidRDefault="00000000">
            <w:r>
              <w:rPr>
                <w:sz w:val="12"/>
              </w:rPr>
              <w:t>20</w:t>
            </w:r>
          </w:p>
        </w:tc>
        <w:tc>
          <w:tcPr>
            <w:tcW w:w="918" w:type="dxa"/>
          </w:tcPr>
          <w:p w14:paraId="085449A8" w14:textId="77777777" w:rsidR="00650896" w:rsidRDefault="00000000">
            <w:r>
              <w:rPr>
                <w:sz w:val="12"/>
              </w:rPr>
              <w:t>Very High</w:t>
            </w:r>
          </w:p>
        </w:tc>
        <w:tc>
          <w:tcPr>
            <w:tcW w:w="918" w:type="dxa"/>
          </w:tcPr>
          <w:p w14:paraId="249A6A9B" w14:textId="77777777" w:rsidR="00650896" w:rsidRDefault="00000000">
            <w:r>
              <w:rPr>
                <w:sz w:val="12"/>
              </w:rPr>
              <w:t>Implement heat-stress plan; provide hydration, shaded rest, work/rest scheduling and monitoring; suspend work during unsafe weather conditions.</w:t>
            </w:r>
          </w:p>
        </w:tc>
        <w:tc>
          <w:tcPr>
            <w:tcW w:w="918" w:type="dxa"/>
          </w:tcPr>
          <w:p w14:paraId="52F8751A" w14:textId="77777777" w:rsidR="00650896" w:rsidRDefault="00000000">
            <w:r>
              <w:rPr>
                <w:sz w:val="12"/>
              </w:rPr>
              <w:t>1</w:t>
            </w:r>
          </w:p>
        </w:tc>
        <w:tc>
          <w:tcPr>
            <w:tcW w:w="918" w:type="dxa"/>
          </w:tcPr>
          <w:p w14:paraId="20B15A83" w14:textId="77777777" w:rsidR="00650896" w:rsidRDefault="00000000">
            <w:r>
              <w:rPr>
                <w:sz w:val="12"/>
              </w:rPr>
              <w:t>5</w:t>
            </w:r>
          </w:p>
        </w:tc>
        <w:tc>
          <w:tcPr>
            <w:tcW w:w="918" w:type="dxa"/>
          </w:tcPr>
          <w:p w14:paraId="4EEA14ED" w14:textId="77777777" w:rsidR="00650896" w:rsidRDefault="00000000">
            <w:r>
              <w:rPr>
                <w:sz w:val="12"/>
              </w:rPr>
              <w:t>5</w:t>
            </w:r>
          </w:p>
        </w:tc>
        <w:tc>
          <w:tcPr>
            <w:tcW w:w="918" w:type="dxa"/>
          </w:tcPr>
          <w:p w14:paraId="0531B0ED" w14:textId="77777777" w:rsidR="00650896" w:rsidRDefault="00000000">
            <w:r>
              <w:rPr>
                <w:sz w:val="12"/>
              </w:rPr>
              <w:t>Medium</w:t>
            </w:r>
          </w:p>
        </w:tc>
        <w:tc>
          <w:tcPr>
            <w:tcW w:w="918" w:type="dxa"/>
          </w:tcPr>
          <w:p w14:paraId="5E5D2BFE" w14:textId="77777777" w:rsidR="00650896" w:rsidRDefault="00000000">
            <w:r>
              <w:rPr>
                <w:sz w:val="12"/>
              </w:rPr>
              <w:t>Site Manager / HSE</w:t>
            </w:r>
          </w:p>
        </w:tc>
      </w:tr>
      <w:tr w:rsidR="00650896" w14:paraId="2FCA86F7" w14:textId="77777777">
        <w:trPr>
          <w:jc w:val="center"/>
        </w:trPr>
        <w:tc>
          <w:tcPr>
            <w:tcW w:w="918" w:type="dxa"/>
          </w:tcPr>
          <w:p w14:paraId="03178DD8" w14:textId="77777777" w:rsidR="00650896" w:rsidRDefault="00000000">
            <w:r>
              <w:rPr>
                <w:sz w:val="12"/>
              </w:rPr>
              <w:t>25</w:t>
            </w:r>
          </w:p>
        </w:tc>
        <w:tc>
          <w:tcPr>
            <w:tcW w:w="918" w:type="dxa"/>
          </w:tcPr>
          <w:p w14:paraId="39A9556F" w14:textId="77777777" w:rsidR="00650896" w:rsidRDefault="00000000">
            <w:r>
              <w:rPr>
                <w:sz w:val="12"/>
              </w:rPr>
              <w:t>Simultaneous operations</w:t>
            </w:r>
          </w:p>
        </w:tc>
        <w:tc>
          <w:tcPr>
            <w:tcW w:w="918" w:type="dxa"/>
          </w:tcPr>
          <w:p w14:paraId="303F657C" w14:textId="77777777" w:rsidR="00650896" w:rsidRDefault="00000000">
            <w:r>
              <w:rPr>
                <w:sz w:val="12"/>
              </w:rPr>
              <w:t>Different trades work in overlapping areas without coordination</w:t>
            </w:r>
          </w:p>
        </w:tc>
        <w:tc>
          <w:tcPr>
            <w:tcW w:w="918" w:type="dxa"/>
          </w:tcPr>
          <w:p w14:paraId="0B250E95" w14:textId="77777777" w:rsidR="00650896" w:rsidRDefault="00000000">
            <w:r>
              <w:rPr>
                <w:sz w:val="12"/>
              </w:rPr>
              <w:t>All site personnel</w:t>
            </w:r>
          </w:p>
        </w:tc>
        <w:tc>
          <w:tcPr>
            <w:tcW w:w="918" w:type="dxa"/>
          </w:tcPr>
          <w:p w14:paraId="27AD1703" w14:textId="77777777" w:rsidR="00650896" w:rsidRDefault="00000000">
            <w:r>
              <w:rPr>
                <w:sz w:val="12"/>
              </w:rPr>
              <w:t>Collision, dropped objects, exposure to hazardous work</w:t>
            </w:r>
          </w:p>
        </w:tc>
        <w:tc>
          <w:tcPr>
            <w:tcW w:w="918" w:type="dxa"/>
          </w:tcPr>
          <w:p w14:paraId="3658A05D" w14:textId="77777777" w:rsidR="00650896" w:rsidRDefault="00000000">
            <w:r>
              <w:rPr>
                <w:sz w:val="12"/>
              </w:rPr>
              <w:t>Daily coordination meetings.</w:t>
            </w:r>
          </w:p>
        </w:tc>
        <w:tc>
          <w:tcPr>
            <w:tcW w:w="918" w:type="dxa"/>
          </w:tcPr>
          <w:p w14:paraId="010CD433" w14:textId="77777777" w:rsidR="00650896" w:rsidRDefault="00000000">
            <w:r>
              <w:rPr>
                <w:sz w:val="12"/>
              </w:rPr>
              <w:t>4</w:t>
            </w:r>
          </w:p>
        </w:tc>
        <w:tc>
          <w:tcPr>
            <w:tcW w:w="918" w:type="dxa"/>
          </w:tcPr>
          <w:p w14:paraId="643555C8" w14:textId="77777777" w:rsidR="00650896" w:rsidRDefault="00000000">
            <w:r>
              <w:rPr>
                <w:sz w:val="12"/>
              </w:rPr>
              <w:t>5</w:t>
            </w:r>
          </w:p>
        </w:tc>
        <w:tc>
          <w:tcPr>
            <w:tcW w:w="918" w:type="dxa"/>
          </w:tcPr>
          <w:p w14:paraId="6D28CEC5" w14:textId="77777777" w:rsidR="00650896" w:rsidRDefault="00000000">
            <w:r>
              <w:rPr>
                <w:sz w:val="12"/>
              </w:rPr>
              <w:t>20</w:t>
            </w:r>
          </w:p>
        </w:tc>
        <w:tc>
          <w:tcPr>
            <w:tcW w:w="918" w:type="dxa"/>
          </w:tcPr>
          <w:p w14:paraId="51913D32" w14:textId="77777777" w:rsidR="00650896" w:rsidRDefault="00000000">
            <w:r>
              <w:rPr>
                <w:sz w:val="12"/>
              </w:rPr>
              <w:t>Very High</w:t>
            </w:r>
          </w:p>
        </w:tc>
        <w:tc>
          <w:tcPr>
            <w:tcW w:w="918" w:type="dxa"/>
          </w:tcPr>
          <w:p w14:paraId="4BE59B14" w14:textId="77777777" w:rsidR="00650896" w:rsidRDefault="00000000">
            <w:r>
              <w:rPr>
                <w:sz w:val="12"/>
              </w:rPr>
              <w:t>Use work-front coordination, permit controls, exclusion zones, sequencing and daily briefings; stop conflicting activities when necessary.</w:t>
            </w:r>
          </w:p>
        </w:tc>
        <w:tc>
          <w:tcPr>
            <w:tcW w:w="918" w:type="dxa"/>
          </w:tcPr>
          <w:p w14:paraId="427B2808" w14:textId="77777777" w:rsidR="00650896" w:rsidRDefault="00000000">
            <w:r>
              <w:rPr>
                <w:sz w:val="12"/>
              </w:rPr>
              <w:t>1</w:t>
            </w:r>
          </w:p>
        </w:tc>
        <w:tc>
          <w:tcPr>
            <w:tcW w:w="918" w:type="dxa"/>
          </w:tcPr>
          <w:p w14:paraId="09BB859D" w14:textId="77777777" w:rsidR="00650896" w:rsidRDefault="00000000">
            <w:r>
              <w:rPr>
                <w:sz w:val="12"/>
              </w:rPr>
              <w:t>5</w:t>
            </w:r>
          </w:p>
        </w:tc>
        <w:tc>
          <w:tcPr>
            <w:tcW w:w="918" w:type="dxa"/>
          </w:tcPr>
          <w:p w14:paraId="7A018F2E" w14:textId="77777777" w:rsidR="00650896" w:rsidRDefault="00000000">
            <w:r>
              <w:rPr>
                <w:sz w:val="12"/>
              </w:rPr>
              <w:t>5</w:t>
            </w:r>
          </w:p>
        </w:tc>
        <w:tc>
          <w:tcPr>
            <w:tcW w:w="918" w:type="dxa"/>
          </w:tcPr>
          <w:p w14:paraId="28DECBED" w14:textId="77777777" w:rsidR="00650896" w:rsidRDefault="00000000">
            <w:r>
              <w:rPr>
                <w:sz w:val="12"/>
              </w:rPr>
              <w:t>Medium</w:t>
            </w:r>
          </w:p>
        </w:tc>
        <w:tc>
          <w:tcPr>
            <w:tcW w:w="918" w:type="dxa"/>
          </w:tcPr>
          <w:p w14:paraId="06421273" w14:textId="77777777" w:rsidR="00650896" w:rsidRDefault="00000000">
            <w:r>
              <w:rPr>
                <w:sz w:val="12"/>
              </w:rPr>
              <w:t>Construction Manager</w:t>
            </w:r>
          </w:p>
        </w:tc>
      </w:tr>
    </w:tbl>
    <w:p w14:paraId="07A88C9F" w14:textId="77777777" w:rsidR="00650896" w:rsidRDefault="00000000">
      <w:r>
        <w:t>Risk scores are calculated as Likelihood × Severity. Residual ratings assume the listed additional controls are implemented, verified and maintained.</w:t>
      </w:r>
    </w:p>
    <w:p w14:paraId="68276FE6" w14:textId="77777777" w:rsidR="00650896" w:rsidRDefault="00650896">
      <w:pPr>
        <w:sectPr w:rsidR="00650896">
          <w:pgSz w:w="15840" w:h="12240" w:orient="landscape"/>
          <w:pgMar w:top="648" w:right="576" w:bottom="648" w:left="576" w:header="720" w:footer="720" w:gutter="0"/>
          <w:cols w:space="720"/>
          <w:docGrid w:linePitch="360"/>
        </w:sectPr>
      </w:pPr>
    </w:p>
    <w:p w14:paraId="4BFCB6FA" w14:textId="77777777" w:rsidR="00650896" w:rsidRDefault="00000000">
      <w:pPr>
        <w:pStyle w:val="Heading1"/>
      </w:pPr>
      <w:r>
        <w:lastRenderedPageBreak/>
        <w:t>12. Key Construction Safety Requirements</w:t>
      </w:r>
    </w:p>
    <w:tbl>
      <w:tblPr>
        <w:tblStyle w:val="TableGrid"/>
        <w:tblW w:w="0" w:type="auto"/>
        <w:jc w:val="center"/>
        <w:tblLook w:val="04A0" w:firstRow="1" w:lastRow="0" w:firstColumn="1" w:lastColumn="0" w:noHBand="0" w:noVBand="1"/>
      </w:tblPr>
      <w:tblGrid>
        <w:gridCol w:w="3408"/>
        <w:gridCol w:w="3408"/>
        <w:gridCol w:w="3408"/>
      </w:tblGrid>
      <w:tr w:rsidR="00650896" w14:paraId="72ABCBAA" w14:textId="77777777">
        <w:trPr>
          <w:tblHeader/>
          <w:jc w:val="center"/>
        </w:trPr>
        <w:tc>
          <w:tcPr>
            <w:tcW w:w="3408" w:type="dxa"/>
            <w:shd w:val="clear" w:color="auto" w:fill="0F3D5E"/>
          </w:tcPr>
          <w:p w14:paraId="3904684B" w14:textId="77777777" w:rsidR="00650896" w:rsidRDefault="00000000">
            <w:r>
              <w:rPr>
                <w:b/>
                <w:color w:val="FFFFFF"/>
              </w:rPr>
              <w:t>No.</w:t>
            </w:r>
          </w:p>
        </w:tc>
        <w:tc>
          <w:tcPr>
            <w:tcW w:w="3408" w:type="dxa"/>
            <w:shd w:val="clear" w:color="auto" w:fill="0F3D5E"/>
          </w:tcPr>
          <w:p w14:paraId="7921C60E" w14:textId="77777777" w:rsidR="00650896" w:rsidRDefault="00000000">
            <w:r>
              <w:rPr>
                <w:b/>
                <w:color w:val="FFFFFF"/>
              </w:rPr>
              <w:t>Requirement</w:t>
            </w:r>
          </w:p>
        </w:tc>
        <w:tc>
          <w:tcPr>
            <w:tcW w:w="3408" w:type="dxa"/>
            <w:shd w:val="clear" w:color="auto" w:fill="0F3D5E"/>
          </w:tcPr>
          <w:p w14:paraId="1FB80BDC" w14:textId="77777777" w:rsidR="00650896" w:rsidRDefault="00000000">
            <w:r>
              <w:rPr>
                <w:b/>
                <w:color w:val="FFFFFF"/>
              </w:rPr>
              <w:t>Expected Practice</w:t>
            </w:r>
          </w:p>
        </w:tc>
      </w:tr>
      <w:tr w:rsidR="00650896" w14:paraId="3B4BD1BD" w14:textId="77777777">
        <w:trPr>
          <w:jc w:val="center"/>
        </w:trPr>
        <w:tc>
          <w:tcPr>
            <w:tcW w:w="3408" w:type="dxa"/>
          </w:tcPr>
          <w:p w14:paraId="43B1234E" w14:textId="77777777" w:rsidR="00650896" w:rsidRDefault="00000000">
            <w:r>
              <w:rPr>
                <w:sz w:val="16"/>
              </w:rPr>
              <w:t>1</w:t>
            </w:r>
          </w:p>
        </w:tc>
        <w:tc>
          <w:tcPr>
            <w:tcW w:w="3408" w:type="dxa"/>
          </w:tcPr>
          <w:p w14:paraId="7DA44C90" w14:textId="77777777" w:rsidR="00650896" w:rsidRDefault="00000000">
            <w:r>
              <w:rPr>
                <w:sz w:val="16"/>
              </w:rPr>
              <w:t>Site Planning</w:t>
            </w:r>
          </w:p>
        </w:tc>
        <w:tc>
          <w:tcPr>
            <w:tcW w:w="3408" w:type="dxa"/>
          </w:tcPr>
          <w:p w14:paraId="231A195D" w14:textId="77777777" w:rsidR="00650896" w:rsidRDefault="00000000">
            <w:r>
              <w:rPr>
                <w:sz w:val="16"/>
              </w:rPr>
              <w:t>Plan work sequences, interfaces, access, resources and emergency arrangements before work starts.</w:t>
            </w:r>
          </w:p>
        </w:tc>
      </w:tr>
      <w:tr w:rsidR="00650896" w14:paraId="3FC6BBDB" w14:textId="77777777">
        <w:trPr>
          <w:jc w:val="center"/>
        </w:trPr>
        <w:tc>
          <w:tcPr>
            <w:tcW w:w="3408" w:type="dxa"/>
          </w:tcPr>
          <w:p w14:paraId="66BA080A" w14:textId="77777777" w:rsidR="00650896" w:rsidRDefault="00000000">
            <w:r>
              <w:rPr>
                <w:sz w:val="16"/>
              </w:rPr>
              <w:t>2</w:t>
            </w:r>
          </w:p>
        </w:tc>
        <w:tc>
          <w:tcPr>
            <w:tcW w:w="3408" w:type="dxa"/>
          </w:tcPr>
          <w:p w14:paraId="09D3534F" w14:textId="77777777" w:rsidR="00650896" w:rsidRDefault="00000000">
            <w:r>
              <w:rPr>
                <w:sz w:val="16"/>
              </w:rPr>
              <w:t>Competency</w:t>
            </w:r>
          </w:p>
        </w:tc>
        <w:tc>
          <w:tcPr>
            <w:tcW w:w="3408" w:type="dxa"/>
          </w:tcPr>
          <w:p w14:paraId="0B2FB1DA" w14:textId="77777777" w:rsidR="00650896" w:rsidRDefault="00000000">
            <w:r>
              <w:rPr>
                <w:sz w:val="16"/>
              </w:rPr>
              <w:t>Use competent workers, operators, supervisors and specialist personnel.</w:t>
            </w:r>
          </w:p>
        </w:tc>
      </w:tr>
      <w:tr w:rsidR="00650896" w14:paraId="23CE61D3" w14:textId="77777777">
        <w:trPr>
          <w:jc w:val="center"/>
        </w:trPr>
        <w:tc>
          <w:tcPr>
            <w:tcW w:w="3408" w:type="dxa"/>
          </w:tcPr>
          <w:p w14:paraId="46219B39" w14:textId="77777777" w:rsidR="00650896" w:rsidRDefault="00000000">
            <w:r>
              <w:rPr>
                <w:sz w:val="16"/>
              </w:rPr>
              <w:t>3</w:t>
            </w:r>
          </w:p>
        </w:tc>
        <w:tc>
          <w:tcPr>
            <w:tcW w:w="3408" w:type="dxa"/>
          </w:tcPr>
          <w:p w14:paraId="124CAB4F" w14:textId="77777777" w:rsidR="00650896" w:rsidRDefault="00000000">
            <w:r>
              <w:rPr>
                <w:sz w:val="16"/>
              </w:rPr>
              <w:t>Traffic Control</w:t>
            </w:r>
          </w:p>
        </w:tc>
        <w:tc>
          <w:tcPr>
            <w:tcW w:w="3408" w:type="dxa"/>
          </w:tcPr>
          <w:p w14:paraId="2254A1C2" w14:textId="77777777" w:rsidR="00650896" w:rsidRDefault="00000000">
            <w:r>
              <w:rPr>
                <w:sz w:val="16"/>
              </w:rPr>
              <w:t>Separate people and vehicles and control reversing and deliveries.</w:t>
            </w:r>
          </w:p>
        </w:tc>
      </w:tr>
      <w:tr w:rsidR="00650896" w14:paraId="3C03BFED" w14:textId="77777777">
        <w:trPr>
          <w:jc w:val="center"/>
        </w:trPr>
        <w:tc>
          <w:tcPr>
            <w:tcW w:w="3408" w:type="dxa"/>
          </w:tcPr>
          <w:p w14:paraId="3F8BA708" w14:textId="77777777" w:rsidR="00650896" w:rsidRDefault="00000000">
            <w:r>
              <w:rPr>
                <w:sz w:val="16"/>
              </w:rPr>
              <w:t>4</w:t>
            </w:r>
          </w:p>
        </w:tc>
        <w:tc>
          <w:tcPr>
            <w:tcW w:w="3408" w:type="dxa"/>
          </w:tcPr>
          <w:p w14:paraId="6B93AD67" w14:textId="77777777" w:rsidR="00650896" w:rsidRDefault="00000000">
            <w:r>
              <w:rPr>
                <w:sz w:val="16"/>
              </w:rPr>
              <w:t>Work at Height</w:t>
            </w:r>
          </w:p>
        </w:tc>
        <w:tc>
          <w:tcPr>
            <w:tcW w:w="3408" w:type="dxa"/>
          </w:tcPr>
          <w:p w14:paraId="1B703DE8" w14:textId="77777777" w:rsidR="00650896" w:rsidRDefault="00000000">
            <w:r>
              <w:rPr>
                <w:sz w:val="16"/>
              </w:rPr>
              <w:t>Use collective fall prevention and safe access systems.</w:t>
            </w:r>
          </w:p>
        </w:tc>
      </w:tr>
      <w:tr w:rsidR="00650896" w14:paraId="03997475" w14:textId="77777777">
        <w:trPr>
          <w:jc w:val="center"/>
        </w:trPr>
        <w:tc>
          <w:tcPr>
            <w:tcW w:w="3408" w:type="dxa"/>
          </w:tcPr>
          <w:p w14:paraId="76E6CE59" w14:textId="77777777" w:rsidR="00650896" w:rsidRDefault="00000000">
            <w:r>
              <w:rPr>
                <w:sz w:val="16"/>
              </w:rPr>
              <w:t>5</w:t>
            </w:r>
          </w:p>
        </w:tc>
        <w:tc>
          <w:tcPr>
            <w:tcW w:w="3408" w:type="dxa"/>
          </w:tcPr>
          <w:p w14:paraId="0F8711B7" w14:textId="77777777" w:rsidR="00650896" w:rsidRDefault="00000000">
            <w:r>
              <w:rPr>
                <w:sz w:val="16"/>
              </w:rPr>
              <w:t>Excavation Safety</w:t>
            </w:r>
          </w:p>
        </w:tc>
        <w:tc>
          <w:tcPr>
            <w:tcW w:w="3408" w:type="dxa"/>
          </w:tcPr>
          <w:p w14:paraId="4BBF43D1" w14:textId="77777777" w:rsidR="00650896" w:rsidRDefault="00000000">
            <w:r>
              <w:rPr>
                <w:sz w:val="16"/>
              </w:rPr>
              <w:t>Identify services, assess ground and protect excavations against collapse.</w:t>
            </w:r>
          </w:p>
        </w:tc>
      </w:tr>
      <w:tr w:rsidR="00650896" w14:paraId="7CC43D3B" w14:textId="77777777">
        <w:trPr>
          <w:jc w:val="center"/>
        </w:trPr>
        <w:tc>
          <w:tcPr>
            <w:tcW w:w="3408" w:type="dxa"/>
          </w:tcPr>
          <w:p w14:paraId="31156394" w14:textId="77777777" w:rsidR="00650896" w:rsidRDefault="00000000">
            <w:r>
              <w:rPr>
                <w:sz w:val="16"/>
              </w:rPr>
              <w:t>6</w:t>
            </w:r>
          </w:p>
        </w:tc>
        <w:tc>
          <w:tcPr>
            <w:tcW w:w="3408" w:type="dxa"/>
          </w:tcPr>
          <w:p w14:paraId="1C99EBA6" w14:textId="77777777" w:rsidR="00650896" w:rsidRDefault="00000000">
            <w:r>
              <w:rPr>
                <w:sz w:val="16"/>
              </w:rPr>
              <w:t>Lifting Safety</w:t>
            </w:r>
          </w:p>
        </w:tc>
        <w:tc>
          <w:tcPr>
            <w:tcW w:w="3408" w:type="dxa"/>
          </w:tcPr>
          <w:p w14:paraId="57F212B3" w14:textId="77777777" w:rsidR="00650896" w:rsidRDefault="00000000">
            <w:r>
              <w:rPr>
                <w:sz w:val="16"/>
              </w:rPr>
              <w:t>Use suitable lifting equipment, inspected accessories and competent personnel.</w:t>
            </w:r>
          </w:p>
        </w:tc>
      </w:tr>
      <w:tr w:rsidR="00650896" w14:paraId="2B065832" w14:textId="77777777">
        <w:trPr>
          <w:jc w:val="center"/>
        </w:trPr>
        <w:tc>
          <w:tcPr>
            <w:tcW w:w="3408" w:type="dxa"/>
          </w:tcPr>
          <w:p w14:paraId="0F6E0955" w14:textId="77777777" w:rsidR="00650896" w:rsidRDefault="00000000">
            <w:r>
              <w:rPr>
                <w:sz w:val="16"/>
              </w:rPr>
              <w:t>7</w:t>
            </w:r>
          </w:p>
        </w:tc>
        <w:tc>
          <w:tcPr>
            <w:tcW w:w="3408" w:type="dxa"/>
          </w:tcPr>
          <w:p w14:paraId="0B68AFF7" w14:textId="77777777" w:rsidR="00650896" w:rsidRDefault="00000000">
            <w:r>
              <w:rPr>
                <w:sz w:val="16"/>
              </w:rPr>
              <w:t>Electrical Safety</w:t>
            </w:r>
          </w:p>
        </w:tc>
        <w:tc>
          <w:tcPr>
            <w:tcW w:w="3408" w:type="dxa"/>
          </w:tcPr>
          <w:p w14:paraId="4A333F0B" w14:textId="77777777" w:rsidR="00650896" w:rsidRDefault="00000000">
            <w:r>
              <w:rPr>
                <w:sz w:val="16"/>
              </w:rPr>
              <w:t>Control isolation, temporary power, cables and unauthorized access.</w:t>
            </w:r>
          </w:p>
        </w:tc>
      </w:tr>
      <w:tr w:rsidR="00650896" w14:paraId="7AD7A302" w14:textId="77777777">
        <w:trPr>
          <w:jc w:val="center"/>
        </w:trPr>
        <w:tc>
          <w:tcPr>
            <w:tcW w:w="3408" w:type="dxa"/>
          </w:tcPr>
          <w:p w14:paraId="2D724FC8" w14:textId="77777777" w:rsidR="00650896" w:rsidRDefault="00000000">
            <w:r>
              <w:rPr>
                <w:sz w:val="16"/>
              </w:rPr>
              <w:t>8</w:t>
            </w:r>
          </w:p>
        </w:tc>
        <w:tc>
          <w:tcPr>
            <w:tcW w:w="3408" w:type="dxa"/>
          </w:tcPr>
          <w:p w14:paraId="156B686D" w14:textId="77777777" w:rsidR="00650896" w:rsidRDefault="00000000">
            <w:r>
              <w:rPr>
                <w:sz w:val="16"/>
              </w:rPr>
              <w:t>Plant Safety</w:t>
            </w:r>
          </w:p>
        </w:tc>
        <w:tc>
          <w:tcPr>
            <w:tcW w:w="3408" w:type="dxa"/>
          </w:tcPr>
          <w:p w14:paraId="5491DCFC" w14:textId="77777777" w:rsidR="00650896" w:rsidRDefault="00000000">
            <w:r>
              <w:rPr>
                <w:sz w:val="16"/>
              </w:rPr>
              <w:t>Inspect machinery, maintain guards and segregate operating zones.</w:t>
            </w:r>
          </w:p>
        </w:tc>
      </w:tr>
      <w:tr w:rsidR="00650896" w14:paraId="235205B8" w14:textId="77777777">
        <w:trPr>
          <w:jc w:val="center"/>
        </w:trPr>
        <w:tc>
          <w:tcPr>
            <w:tcW w:w="3408" w:type="dxa"/>
          </w:tcPr>
          <w:p w14:paraId="3D958068" w14:textId="77777777" w:rsidR="00650896" w:rsidRDefault="00000000">
            <w:r>
              <w:rPr>
                <w:sz w:val="16"/>
              </w:rPr>
              <w:t>9</w:t>
            </w:r>
          </w:p>
        </w:tc>
        <w:tc>
          <w:tcPr>
            <w:tcW w:w="3408" w:type="dxa"/>
          </w:tcPr>
          <w:p w14:paraId="2B6BF936" w14:textId="77777777" w:rsidR="00650896" w:rsidRDefault="00000000">
            <w:r>
              <w:rPr>
                <w:sz w:val="16"/>
              </w:rPr>
              <w:t>Fire Prevention</w:t>
            </w:r>
          </w:p>
        </w:tc>
        <w:tc>
          <w:tcPr>
            <w:tcW w:w="3408" w:type="dxa"/>
          </w:tcPr>
          <w:p w14:paraId="684467E1" w14:textId="77777777" w:rsidR="00650896" w:rsidRDefault="00000000">
            <w:r>
              <w:rPr>
                <w:sz w:val="16"/>
              </w:rPr>
              <w:t>Control hot work, combustibles, gas cylinders and ignition sources.</w:t>
            </w:r>
          </w:p>
        </w:tc>
      </w:tr>
      <w:tr w:rsidR="00650896" w14:paraId="5809B2B1" w14:textId="77777777">
        <w:trPr>
          <w:jc w:val="center"/>
        </w:trPr>
        <w:tc>
          <w:tcPr>
            <w:tcW w:w="3408" w:type="dxa"/>
          </w:tcPr>
          <w:p w14:paraId="1CB23BAA" w14:textId="77777777" w:rsidR="00650896" w:rsidRDefault="00000000">
            <w:r>
              <w:rPr>
                <w:sz w:val="16"/>
              </w:rPr>
              <w:t>10</w:t>
            </w:r>
          </w:p>
        </w:tc>
        <w:tc>
          <w:tcPr>
            <w:tcW w:w="3408" w:type="dxa"/>
          </w:tcPr>
          <w:p w14:paraId="7CA797BC" w14:textId="77777777" w:rsidR="00650896" w:rsidRDefault="00000000">
            <w:r>
              <w:rPr>
                <w:sz w:val="16"/>
              </w:rPr>
              <w:t>Chemical Safety</w:t>
            </w:r>
          </w:p>
        </w:tc>
        <w:tc>
          <w:tcPr>
            <w:tcW w:w="3408" w:type="dxa"/>
          </w:tcPr>
          <w:p w14:paraId="4475033A" w14:textId="77777777" w:rsidR="00650896" w:rsidRDefault="00000000">
            <w:r>
              <w:rPr>
                <w:sz w:val="16"/>
              </w:rPr>
              <w:t>Maintain SDS, labeling, storage, spill controls and suitable PPE.</w:t>
            </w:r>
          </w:p>
        </w:tc>
      </w:tr>
      <w:tr w:rsidR="00650896" w14:paraId="36B2AF94" w14:textId="77777777">
        <w:trPr>
          <w:jc w:val="center"/>
        </w:trPr>
        <w:tc>
          <w:tcPr>
            <w:tcW w:w="3408" w:type="dxa"/>
          </w:tcPr>
          <w:p w14:paraId="07191C5A" w14:textId="77777777" w:rsidR="00650896" w:rsidRDefault="00000000">
            <w:r>
              <w:rPr>
                <w:sz w:val="16"/>
              </w:rPr>
              <w:t>11</w:t>
            </w:r>
          </w:p>
        </w:tc>
        <w:tc>
          <w:tcPr>
            <w:tcW w:w="3408" w:type="dxa"/>
          </w:tcPr>
          <w:p w14:paraId="69615952" w14:textId="77777777" w:rsidR="00650896" w:rsidRDefault="00000000">
            <w:r>
              <w:rPr>
                <w:sz w:val="16"/>
              </w:rPr>
              <w:t>Housekeeping</w:t>
            </w:r>
          </w:p>
        </w:tc>
        <w:tc>
          <w:tcPr>
            <w:tcW w:w="3408" w:type="dxa"/>
          </w:tcPr>
          <w:p w14:paraId="56AC9A92" w14:textId="77777777" w:rsidR="00650896" w:rsidRDefault="00000000">
            <w:r>
              <w:rPr>
                <w:sz w:val="16"/>
              </w:rPr>
              <w:t>Keep work areas clean, organized and free from trip and fire hazards.</w:t>
            </w:r>
          </w:p>
        </w:tc>
      </w:tr>
      <w:tr w:rsidR="00650896" w14:paraId="3F005054" w14:textId="77777777">
        <w:trPr>
          <w:jc w:val="center"/>
        </w:trPr>
        <w:tc>
          <w:tcPr>
            <w:tcW w:w="3408" w:type="dxa"/>
          </w:tcPr>
          <w:p w14:paraId="000680C2" w14:textId="77777777" w:rsidR="00650896" w:rsidRDefault="00000000">
            <w:r>
              <w:rPr>
                <w:sz w:val="16"/>
              </w:rPr>
              <w:t>12</w:t>
            </w:r>
          </w:p>
        </w:tc>
        <w:tc>
          <w:tcPr>
            <w:tcW w:w="3408" w:type="dxa"/>
          </w:tcPr>
          <w:p w14:paraId="14864A9A" w14:textId="77777777" w:rsidR="00650896" w:rsidRDefault="00000000">
            <w:r>
              <w:rPr>
                <w:sz w:val="16"/>
              </w:rPr>
              <w:t>Health Risks</w:t>
            </w:r>
          </w:p>
        </w:tc>
        <w:tc>
          <w:tcPr>
            <w:tcW w:w="3408" w:type="dxa"/>
          </w:tcPr>
          <w:p w14:paraId="7EE8AB4B" w14:textId="77777777" w:rsidR="00650896" w:rsidRDefault="00000000">
            <w:r>
              <w:rPr>
                <w:sz w:val="16"/>
              </w:rPr>
              <w:t>Control dust, noise, heat, chemicals and other occupational exposures.</w:t>
            </w:r>
          </w:p>
        </w:tc>
      </w:tr>
      <w:tr w:rsidR="00650896" w14:paraId="3A578601" w14:textId="77777777">
        <w:trPr>
          <w:jc w:val="center"/>
        </w:trPr>
        <w:tc>
          <w:tcPr>
            <w:tcW w:w="3408" w:type="dxa"/>
          </w:tcPr>
          <w:p w14:paraId="0A168681" w14:textId="77777777" w:rsidR="00650896" w:rsidRDefault="00000000">
            <w:r>
              <w:rPr>
                <w:sz w:val="16"/>
              </w:rPr>
              <w:t>13</w:t>
            </w:r>
          </w:p>
        </w:tc>
        <w:tc>
          <w:tcPr>
            <w:tcW w:w="3408" w:type="dxa"/>
          </w:tcPr>
          <w:p w14:paraId="1D32AA21" w14:textId="77777777" w:rsidR="00650896" w:rsidRDefault="00000000">
            <w:r>
              <w:rPr>
                <w:sz w:val="16"/>
              </w:rPr>
              <w:t>Emergency</w:t>
            </w:r>
          </w:p>
        </w:tc>
        <w:tc>
          <w:tcPr>
            <w:tcW w:w="3408" w:type="dxa"/>
          </w:tcPr>
          <w:p w14:paraId="3BB56E5C" w14:textId="77777777" w:rsidR="00650896" w:rsidRDefault="00000000">
            <w:r>
              <w:rPr>
                <w:sz w:val="16"/>
              </w:rPr>
              <w:t>Maintain first aid, fire, rescue, evacuation and communication arrangements.</w:t>
            </w:r>
          </w:p>
        </w:tc>
      </w:tr>
      <w:tr w:rsidR="00650896" w14:paraId="6AEA2D90" w14:textId="77777777">
        <w:trPr>
          <w:jc w:val="center"/>
        </w:trPr>
        <w:tc>
          <w:tcPr>
            <w:tcW w:w="3408" w:type="dxa"/>
          </w:tcPr>
          <w:p w14:paraId="4ABCB240" w14:textId="77777777" w:rsidR="00650896" w:rsidRDefault="00000000">
            <w:r>
              <w:rPr>
                <w:sz w:val="16"/>
              </w:rPr>
              <w:t>14</w:t>
            </w:r>
          </w:p>
        </w:tc>
        <w:tc>
          <w:tcPr>
            <w:tcW w:w="3408" w:type="dxa"/>
          </w:tcPr>
          <w:p w14:paraId="440F0B94" w14:textId="77777777" w:rsidR="00650896" w:rsidRDefault="00000000">
            <w:r>
              <w:rPr>
                <w:sz w:val="16"/>
              </w:rPr>
              <w:t>Simultaneous Work</w:t>
            </w:r>
          </w:p>
        </w:tc>
        <w:tc>
          <w:tcPr>
            <w:tcW w:w="3408" w:type="dxa"/>
          </w:tcPr>
          <w:p w14:paraId="103C0DCD" w14:textId="77777777" w:rsidR="00650896" w:rsidRDefault="00000000">
            <w:r>
              <w:rPr>
                <w:sz w:val="16"/>
              </w:rPr>
              <w:t>Coordinate trades and prevent conflicting or overlapping hazardous activities.</w:t>
            </w:r>
          </w:p>
        </w:tc>
      </w:tr>
      <w:tr w:rsidR="00650896" w14:paraId="66C16768" w14:textId="77777777">
        <w:trPr>
          <w:jc w:val="center"/>
        </w:trPr>
        <w:tc>
          <w:tcPr>
            <w:tcW w:w="3408" w:type="dxa"/>
          </w:tcPr>
          <w:p w14:paraId="34E2E114" w14:textId="77777777" w:rsidR="00650896" w:rsidRDefault="00000000">
            <w:r>
              <w:rPr>
                <w:sz w:val="16"/>
              </w:rPr>
              <w:t>15</w:t>
            </w:r>
          </w:p>
        </w:tc>
        <w:tc>
          <w:tcPr>
            <w:tcW w:w="3408" w:type="dxa"/>
          </w:tcPr>
          <w:p w14:paraId="7EE1882A" w14:textId="77777777" w:rsidR="00650896" w:rsidRDefault="00000000">
            <w:r>
              <w:rPr>
                <w:sz w:val="16"/>
              </w:rPr>
              <w:t>Inspection</w:t>
            </w:r>
          </w:p>
        </w:tc>
        <w:tc>
          <w:tcPr>
            <w:tcW w:w="3408" w:type="dxa"/>
          </w:tcPr>
          <w:p w14:paraId="2D31B389" w14:textId="77777777" w:rsidR="00650896" w:rsidRDefault="00000000">
            <w:r>
              <w:rPr>
                <w:sz w:val="16"/>
              </w:rPr>
              <w:t>Conduct routine workplace, equipment and control inspections.</w:t>
            </w:r>
          </w:p>
        </w:tc>
      </w:tr>
      <w:tr w:rsidR="00650896" w14:paraId="6CC40427" w14:textId="77777777">
        <w:trPr>
          <w:jc w:val="center"/>
        </w:trPr>
        <w:tc>
          <w:tcPr>
            <w:tcW w:w="3408" w:type="dxa"/>
          </w:tcPr>
          <w:p w14:paraId="24A8FC6A" w14:textId="77777777" w:rsidR="00650896" w:rsidRDefault="00000000">
            <w:r>
              <w:rPr>
                <w:sz w:val="16"/>
              </w:rPr>
              <w:t>16</w:t>
            </w:r>
          </w:p>
        </w:tc>
        <w:tc>
          <w:tcPr>
            <w:tcW w:w="3408" w:type="dxa"/>
          </w:tcPr>
          <w:p w14:paraId="01E83D1D" w14:textId="77777777" w:rsidR="00650896" w:rsidRDefault="00000000">
            <w:r>
              <w:rPr>
                <w:sz w:val="16"/>
              </w:rPr>
              <w:t>Stop Work</w:t>
            </w:r>
          </w:p>
        </w:tc>
        <w:tc>
          <w:tcPr>
            <w:tcW w:w="3408" w:type="dxa"/>
          </w:tcPr>
          <w:p w14:paraId="457D2367" w14:textId="77777777" w:rsidR="00650896" w:rsidRDefault="00000000">
            <w:r>
              <w:rPr>
                <w:sz w:val="16"/>
              </w:rPr>
              <w:t>Stop unsafe work and correct conditions before resuming.</w:t>
            </w:r>
          </w:p>
        </w:tc>
      </w:tr>
    </w:tbl>
    <w:p w14:paraId="36E045ED" w14:textId="77777777" w:rsidR="00650896" w:rsidRDefault="00650896"/>
    <w:p w14:paraId="54E77561" w14:textId="77777777" w:rsidR="00650896" w:rsidRDefault="00000000">
      <w:pPr>
        <w:pStyle w:val="Heading1"/>
      </w:pPr>
      <w:r>
        <w:t>13. Site Inspection and Monitoring</w:t>
      </w:r>
    </w:p>
    <w:p w14:paraId="4E8EF3BD" w14:textId="77777777" w:rsidR="00650896" w:rsidRDefault="00000000">
      <w:r>
        <w:t>Construction controls should be verified through routine inspections, supervisor monitoring, HSE inspections, equipment checks and worker observations. Defective equipment, unsafe conditions and uncontrolled hazards must be corrected promptly and escalated when necessary.</w:t>
      </w:r>
    </w:p>
    <w:tbl>
      <w:tblPr>
        <w:tblStyle w:val="TableGrid"/>
        <w:tblW w:w="0" w:type="auto"/>
        <w:jc w:val="center"/>
        <w:tblLook w:val="04A0" w:firstRow="1" w:lastRow="0" w:firstColumn="1" w:lastColumn="0" w:noHBand="0" w:noVBand="1"/>
      </w:tblPr>
      <w:tblGrid>
        <w:gridCol w:w="5112"/>
        <w:gridCol w:w="5112"/>
      </w:tblGrid>
      <w:tr w:rsidR="00650896" w14:paraId="1EF0CA5F" w14:textId="77777777">
        <w:trPr>
          <w:tblHeader/>
          <w:jc w:val="center"/>
        </w:trPr>
        <w:tc>
          <w:tcPr>
            <w:tcW w:w="5112" w:type="dxa"/>
            <w:shd w:val="clear" w:color="auto" w:fill="0F3D5E"/>
          </w:tcPr>
          <w:p w14:paraId="5D2969E8" w14:textId="77777777" w:rsidR="00650896" w:rsidRDefault="00000000">
            <w:r>
              <w:rPr>
                <w:b/>
                <w:color w:val="FFFFFF"/>
              </w:rPr>
              <w:t>Inspection / Monitoring Activity</w:t>
            </w:r>
          </w:p>
        </w:tc>
        <w:tc>
          <w:tcPr>
            <w:tcW w:w="5112" w:type="dxa"/>
            <w:shd w:val="clear" w:color="auto" w:fill="0F3D5E"/>
          </w:tcPr>
          <w:p w14:paraId="18D0D7BA" w14:textId="77777777" w:rsidR="00650896" w:rsidRDefault="00000000">
            <w:r>
              <w:rPr>
                <w:b/>
                <w:color w:val="FFFFFF"/>
              </w:rPr>
              <w:t>Minimum Focus</w:t>
            </w:r>
          </w:p>
        </w:tc>
      </w:tr>
      <w:tr w:rsidR="00650896" w14:paraId="5B6C6E7B" w14:textId="77777777">
        <w:trPr>
          <w:jc w:val="center"/>
        </w:trPr>
        <w:tc>
          <w:tcPr>
            <w:tcW w:w="5112" w:type="dxa"/>
          </w:tcPr>
          <w:p w14:paraId="16906326" w14:textId="77777777" w:rsidR="00650896" w:rsidRDefault="00000000">
            <w:r>
              <w:rPr>
                <w:sz w:val="16"/>
              </w:rPr>
              <w:t>Daily work-front inspection</w:t>
            </w:r>
          </w:p>
        </w:tc>
        <w:tc>
          <w:tcPr>
            <w:tcW w:w="5112" w:type="dxa"/>
          </w:tcPr>
          <w:p w14:paraId="3C386AF8" w14:textId="77777777" w:rsidR="00650896" w:rsidRDefault="00000000">
            <w:r>
              <w:rPr>
                <w:sz w:val="16"/>
              </w:rPr>
              <w:t>Access, housekeeping, work interfaces, barriers, PPE and changing conditions.</w:t>
            </w:r>
          </w:p>
        </w:tc>
      </w:tr>
      <w:tr w:rsidR="00650896" w14:paraId="779D81CD" w14:textId="77777777">
        <w:trPr>
          <w:jc w:val="center"/>
        </w:trPr>
        <w:tc>
          <w:tcPr>
            <w:tcW w:w="5112" w:type="dxa"/>
          </w:tcPr>
          <w:p w14:paraId="69D73BF9" w14:textId="77777777" w:rsidR="00650896" w:rsidRDefault="00000000">
            <w:r>
              <w:rPr>
                <w:sz w:val="16"/>
              </w:rPr>
              <w:t>Plant and equipment inspection</w:t>
            </w:r>
          </w:p>
        </w:tc>
        <w:tc>
          <w:tcPr>
            <w:tcW w:w="5112" w:type="dxa"/>
          </w:tcPr>
          <w:p w14:paraId="0124B0C1" w14:textId="77777777" w:rsidR="00650896" w:rsidRDefault="00000000">
            <w:r>
              <w:rPr>
                <w:sz w:val="16"/>
              </w:rPr>
              <w:t>Guards, brakes, alarms, tires, controls, leaks, attachments and certification/status.</w:t>
            </w:r>
          </w:p>
        </w:tc>
      </w:tr>
      <w:tr w:rsidR="00650896" w14:paraId="54C50866" w14:textId="77777777">
        <w:trPr>
          <w:jc w:val="center"/>
        </w:trPr>
        <w:tc>
          <w:tcPr>
            <w:tcW w:w="5112" w:type="dxa"/>
          </w:tcPr>
          <w:p w14:paraId="70897D52" w14:textId="77777777" w:rsidR="00650896" w:rsidRDefault="00000000">
            <w:r>
              <w:rPr>
                <w:sz w:val="16"/>
              </w:rPr>
              <w:t>Work-at-height inspection</w:t>
            </w:r>
          </w:p>
        </w:tc>
        <w:tc>
          <w:tcPr>
            <w:tcW w:w="5112" w:type="dxa"/>
          </w:tcPr>
          <w:p w14:paraId="6599B516" w14:textId="77777777" w:rsidR="00650896" w:rsidRDefault="00000000">
            <w:r>
              <w:rPr>
                <w:sz w:val="16"/>
              </w:rPr>
              <w:t>Scaffolds, platforms, ladders, edge protection and fall-protection systems.</w:t>
            </w:r>
          </w:p>
        </w:tc>
      </w:tr>
      <w:tr w:rsidR="00650896" w14:paraId="55778099" w14:textId="77777777">
        <w:trPr>
          <w:jc w:val="center"/>
        </w:trPr>
        <w:tc>
          <w:tcPr>
            <w:tcW w:w="5112" w:type="dxa"/>
          </w:tcPr>
          <w:p w14:paraId="25E0111D" w14:textId="77777777" w:rsidR="00650896" w:rsidRDefault="00000000">
            <w:r>
              <w:rPr>
                <w:sz w:val="16"/>
              </w:rPr>
              <w:t>Excavation inspection</w:t>
            </w:r>
          </w:p>
        </w:tc>
        <w:tc>
          <w:tcPr>
            <w:tcW w:w="5112" w:type="dxa"/>
          </w:tcPr>
          <w:p w14:paraId="1FFD5A22" w14:textId="77777777" w:rsidR="00650896" w:rsidRDefault="00000000">
            <w:r>
              <w:rPr>
                <w:sz w:val="16"/>
              </w:rPr>
              <w:t>Ground stability, access, shoring, edge protection, water and services.</w:t>
            </w:r>
          </w:p>
        </w:tc>
      </w:tr>
      <w:tr w:rsidR="00650896" w14:paraId="7B93E83D" w14:textId="77777777">
        <w:trPr>
          <w:jc w:val="center"/>
        </w:trPr>
        <w:tc>
          <w:tcPr>
            <w:tcW w:w="5112" w:type="dxa"/>
          </w:tcPr>
          <w:p w14:paraId="648D5AE7" w14:textId="77777777" w:rsidR="00650896" w:rsidRDefault="00000000">
            <w:r>
              <w:rPr>
                <w:sz w:val="16"/>
              </w:rPr>
              <w:t>Lifting inspection</w:t>
            </w:r>
          </w:p>
        </w:tc>
        <w:tc>
          <w:tcPr>
            <w:tcW w:w="5112" w:type="dxa"/>
          </w:tcPr>
          <w:p w14:paraId="1DE52A49" w14:textId="77777777" w:rsidR="00650896" w:rsidRDefault="00000000">
            <w:r>
              <w:rPr>
                <w:sz w:val="16"/>
              </w:rPr>
              <w:t>Equipment, accessories, load path, exclusion zone and communication.</w:t>
            </w:r>
          </w:p>
        </w:tc>
      </w:tr>
      <w:tr w:rsidR="00650896" w14:paraId="33DE57BD" w14:textId="77777777">
        <w:trPr>
          <w:jc w:val="center"/>
        </w:trPr>
        <w:tc>
          <w:tcPr>
            <w:tcW w:w="5112" w:type="dxa"/>
          </w:tcPr>
          <w:p w14:paraId="7441756D" w14:textId="77777777" w:rsidR="00650896" w:rsidRDefault="00000000">
            <w:r>
              <w:rPr>
                <w:sz w:val="16"/>
              </w:rPr>
              <w:t>Electrical inspection</w:t>
            </w:r>
          </w:p>
        </w:tc>
        <w:tc>
          <w:tcPr>
            <w:tcW w:w="5112" w:type="dxa"/>
          </w:tcPr>
          <w:p w14:paraId="0E42CDD0" w14:textId="77777777" w:rsidR="00650896" w:rsidRDefault="00000000">
            <w:r>
              <w:rPr>
                <w:sz w:val="16"/>
              </w:rPr>
              <w:t>Temporary boards, cables, plugs, protection, earthing and access.</w:t>
            </w:r>
          </w:p>
        </w:tc>
      </w:tr>
      <w:tr w:rsidR="00650896" w14:paraId="09598310" w14:textId="77777777">
        <w:trPr>
          <w:jc w:val="center"/>
        </w:trPr>
        <w:tc>
          <w:tcPr>
            <w:tcW w:w="5112" w:type="dxa"/>
          </w:tcPr>
          <w:p w14:paraId="73D8C9D2" w14:textId="77777777" w:rsidR="00650896" w:rsidRDefault="00000000">
            <w:r>
              <w:rPr>
                <w:sz w:val="16"/>
              </w:rPr>
              <w:t>Emergency inspection</w:t>
            </w:r>
          </w:p>
        </w:tc>
        <w:tc>
          <w:tcPr>
            <w:tcW w:w="5112" w:type="dxa"/>
          </w:tcPr>
          <w:p w14:paraId="5EC36729" w14:textId="77777777" w:rsidR="00650896" w:rsidRDefault="00000000">
            <w:r>
              <w:rPr>
                <w:sz w:val="16"/>
              </w:rPr>
              <w:t>Fire equipment, first aid, alarms, routes, muster points and emergency access.</w:t>
            </w:r>
          </w:p>
        </w:tc>
      </w:tr>
      <w:tr w:rsidR="00650896" w14:paraId="303D10CF" w14:textId="77777777">
        <w:trPr>
          <w:jc w:val="center"/>
        </w:trPr>
        <w:tc>
          <w:tcPr>
            <w:tcW w:w="5112" w:type="dxa"/>
          </w:tcPr>
          <w:p w14:paraId="4A05B742" w14:textId="77777777" w:rsidR="00650896" w:rsidRDefault="00000000">
            <w:r>
              <w:rPr>
                <w:sz w:val="16"/>
              </w:rPr>
              <w:t>Housekeeping inspection</w:t>
            </w:r>
          </w:p>
        </w:tc>
        <w:tc>
          <w:tcPr>
            <w:tcW w:w="5112" w:type="dxa"/>
          </w:tcPr>
          <w:p w14:paraId="58542C87" w14:textId="77777777" w:rsidR="00650896" w:rsidRDefault="00000000">
            <w:r>
              <w:rPr>
                <w:sz w:val="16"/>
              </w:rPr>
              <w:t>Waste, material storage, trip hazards, combustible materials and access routes.</w:t>
            </w:r>
          </w:p>
        </w:tc>
      </w:tr>
    </w:tbl>
    <w:p w14:paraId="31BA9FE7" w14:textId="77777777" w:rsidR="00650896" w:rsidRDefault="00650896"/>
    <w:p w14:paraId="5F953E6D" w14:textId="77777777" w:rsidR="00650896" w:rsidRDefault="00000000">
      <w:pPr>
        <w:pStyle w:val="Heading1"/>
      </w:pPr>
      <w:r>
        <w:lastRenderedPageBreak/>
        <w:t>14. Monitoring and Review of the Risk Assessment</w:t>
      </w:r>
    </w:p>
    <w:tbl>
      <w:tblPr>
        <w:tblStyle w:val="TableGrid"/>
        <w:tblW w:w="0" w:type="auto"/>
        <w:jc w:val="center"/>
        <w:tblLook w:val="04A0" w:firstRow="1" w:lastRow="0" w:firstColumn="1" w:lastColumn="0" w:noHBand="0" w:noVBand="1"/>
      </w:tblPr>
      <w:tblGrid>
        <w:gridCol w:w="5112"/>
        <w:gridCol w:w="5112"/>
      </w:tblGrid>
      <w:tr w:rsidR="00650896" w14:paraId="71804B79" w14:textId="77777777">
        <w:trPr>
          <w:tblHeader/>
          <w:jc w:val="center"/>
        </w:trPr>
        <w:tc>
          <w:tcPr>
            <w:tcW w:w="5112" w:type="dxa"/>
            <w:shd w:val="clear" w:color="auto" w:fill="0F3D5E"/>
          </w:tcPr>
          <w:p w14:paraId="7B88CFCF" w14:textId="77777777" w:rsidR="00650896" w:rsidRDefault="00000000">
            <w:r>
              <w:rPr>
                <w:b/>
                <w:color w:val="FFFFFF"/>
              </w:rPr>
              <w:t>Review Trigger</w:t>
            </w:r>
          </w:p>
        </w:tc>
        <w:tc>
          <w:tcPr>
            <w:tcW w:w="5112" w:type="dxa"/>
            <w:shd w:val="clear" w:color="auto" w:fill="0F3D5E"/>
          </w:tcPr>
          <w:p w14:paraId="4A992DD6" w14:textId="77777777" w:rsidR="00650896" w:rsidRDefault="00000000">
            <w:r>
              <w:rPr>
                <w:b/>
                <w:color w:val="FFFFFF"/>
              </w:rPr>
              <w:t>Required Action</w:t>
            </w:r>
          </w:p>
        </w:tc>
      </w:tr>
      <w:tr w:rsidR="00650896" w14:paraId="75848CE7" w14:textId="77777777">
        <w:trPr>
          <w:jc w:val="center"/>
        </w:trPr>
        <w:tc>
          <w:tcPr>
            <w:tcW w:w="5112" w:type="dxa"/>
          </w:tcPr>
          <w:p w14:paraId="61DC4DE7" w14:textId="77777777" w:rsidR="00650896" w:rsidRDefault="00000000">
            <w:r>
              <w:rPr>
                <w:sz w:val="16"/>
              </w:rPr>
              <w:t>Before work starts</w:t>
            </w:r>
          </w:p>
        </w:tc>
        <w:tc>
          <w:tcPr>
            <w:tcW w:w="5112" w:type="dxa"/>
          </w:tcPr>
          <w:p w14:paraId="5BA574F4" w14:textId="77777777" w:rsidR="00650896" w:rsidRDefault="00000000">
            <w:r>
              <w:rPr>
                <w:sz w:val="16"/>
              </w:rPr>
              <w:t>Confirm controls, competent personnel, equipment and work sequence.</w:t>
            </w:r>
          </w:p>
        </w:tc>
      </w:tr>
      <w:tr w:rsidR="00650896" w14:paraId="1F3567B1" w14:textId="77777777">
        <w:trPr>
          <w:jc w:val="center"/>
        </w:trPr>
        <w:tc>
          <w:tcPr>
            <w:tcW w:w="5112" w:type="dxa"/>
          </w:tcPr>
          <w:p w14:paraId="791E7911" w14:textId="77777777" w:rsidR="00650896" w:rsidRDefault="00000000">
            <w:r>
              <w:rPr>
                <w:sz w:val="16"/>
              </w:rPr>
              <w:t>Change in work method</w:t>
            </w:r>
          </w:p>
        </w:tc>
        <w:tc>
          <w:tcPr>
            <w:tcW w:w="5112" w:type="dxa"/>
          </w:tcPr>
          <w:p w14:paraId="21178AD2" w14:textId="77777777" w:rsidR="00650896" w:rsidRDefault="00000000">
            <w:r>
              <w:rPr>
                <w:sz w:val="16"/>
              </w:rPr>
              <w:t>Stop and reassess hazards and controls before continuing.</w:t>
            </w:r>
          </w:p>
        </w:tc>
      </w:tr>
      <w:tr w:rsidR="00650896" w14:paraId="54A94696" w14:textId="77777777">
        <w:trPr>
          <w:jc w:val="center"/>
        </w:trPr>
        <w:tc>
          <w:tcPr>
            <w:tcW w:w="5112" w:type="dxa"/>
          </w:tcPr>
          <w:p w14:paraId="5ED7BD20" w14:textId="77777777" w:rsidR="00650896" w:rsidRDefault="00000000">
            <w:r>
              <w:rPr>
                <w:sz w:val="16"/>
              </w:rPr>
              <w:t>New equipment / plant</w:t>
            </w:r>
          </w:p>
        </w:tc>
        <w:tc>
          <w:tcPr>
            <w:tcW w:w="5112" w:type="dxa"/>
          </w:tcPr>
          <w:p w14:paraId="157F6DF0" w14:textId="77777777" w:rsidR="00650896" w:rsidRDefault="00000000">
            <w:r>
              <w:rPr>
                <w:sz w:val="16"/>
              </w:rPr>
              <w:t>Verify suitability, inspection status, operator competency and controls.</w:t>
            </w:r>
          </w:p>
        </w:tc>
      </w:tr>
      <w:tr w:rsidR="00650896" w14:paraId="781695D3" w14:textId="77777777">
        <w:trPr>
          <w:jc w:val="center"/>
        </w:trPr>
        <w:tc>
          <w:tcPr>
            <w:tcW w:w="5112" w:type="dxa"/>
          </w:tcPr>
          <w:p w14:paraId="7D05BD62" w14:textId="77777777" w:rsidR="00650896" w:rsidRDefault="00000000">
            <w:r>
              <w:rPr>
                <w:sz w:val="16"/>
              </w:rPr>
              <w:t>Change in site layout</w:t>
            </w:r>
          </w:p>
        </w:tc>
        <w:tc>
          <w:tcPr>
            <w:tcW w:w="5112" w:type="dxa"/>
          </w:tcPr>
          <w:p w14:paraId="603F5116" w14:textId="77777777" w:rsidR="00650896" w:rsidRDefault="00000000">
            <w:r>
              <w:rPr>
                <w:sz w:val="16"/>
              </w:rPr>
              <w:t>Review traffic, access, emergency routes and work interfaces.</w:t>
            </w:r>
          </w:p>
        </w:tc>
      </w:tr>
      <w:tr w:rsidR="00650896" w14:paraId="56D5C99C" w14:textId="77777777">
        <w:trPr>
          <w:jc w:val="center"/>
        </w:trPr>
        <w:tc>
          <w:tcPr>
            <w:tcW w:w="5112" w:type="dxa"/>
          </w:tcPr>
          <w:p w14:paraId="157EC1E1" w14:textId="77777777" w:rsidR="00650896" w:rsidRDefault="00000000">
            <w:r>
              <w:rPr>
                <w:sz w:val="16"/>
              </w:rPr>
              <w:t>Weather change</w:t>
            </w:r>
          </w:p>
        </w:tc>
        <w:tc>
          <w:tcPr>
            <w:tcW w:w="5112" w:type="dxa"/>
          </w:tcPr>
          <w:p w14:paraId="3AE0A2E4" w14:textId="77777777" w:rsidR="00650896" w:rsidRDefault="00000000">
            <w:r>
              <w:rPr>
                <w:sz w:val="16"/>
              </w:rPr>
              <w:t>Reassess heat, wind, rain, dust and visibility conditions.</w:t>
            </w:r>
          </w:p>
        </w:tc>
      </w:tr>
      <w:tr w:rsidR="00650896" w14:paraId="0A7D23F7" w14:textId="77777777">
        <w:trPr>
          <w:jc w:val="center"/>
        </w:trPr>
        <w:tc>
          <w:tcPr>
            <w:tcW w:w="5112" w:type="dxa"/>
          </w:tcPr>
          <w:p w14:paraId="62A45C22" w14:textId="77777777" w:rsidR="00650896" w:rsidRDefault="00000000">
            <w:r>
              <w:rPr>
                <w:sz w:val="16"/>
              </w:rPr>
              <w:t>New subcontractor / activity</w:t>
            </w:r>
          </w:p>
        </w:tc>
        <w:tc>
          <w:tcPr>
            <w:tcW w:w="5112" w:type="dxa"/>
          </w:tcPr>
          <w:p w14:paraId="566F64DC" w14:textId="77777777" w:rsidR="00650896" w:rsidRDefault="00000000">
            <w:r>
              <w:rPr>
                <w:sz w:val="16"/>
              </w:rPr>
              <w:t>Coordinate interfaces and brief affected personnel.</w:t>
            </w:r>
          </w:p>
        </w:tc>
      </w:tr>
      <w:tr w:rsidR="00650896" w14:paraId="44B0CB9E" w14:textId="77777777">
        <w:trPr>
          <w:jc w:val="center"/>
        </w:trPr>
        <w:tc>
          <w:tcPr>
            <w:tcW w:w="5112" w:type="dxa"/>
          </w:tcPr>
          <w:p w14:paraId="7DD97E9D" w14:textId="77777777" w:rsidR="00650896" w:rsidRDefault="00000000">
            <w:r>
              <w:rPr>
                <w:sz w:val="16"/>
              </w:rPr>
              <w:t>Incident / near miss</w:t>
            </w:r>
          </w:p>
        </w:tc>
        <w:tc>
          <w:tcPr>
            <w:tcW w:w="5112" w:type="dxa"/>
          </w:tcPr>
          <w:p w14:paraId="1BDB3C9B" w14:textId="77777777" w:rsidR="00650896" w:rsidRDefault="00000000">
            <w:r>
              <w:rPr>
                <w:sz w:val="16"/>
              </w:rPr>
              <w:t>Investigate and revise relevant controls.</w:t>
            </w:r>
          </w:p>
        </w:tc>
      </w:tr>
      <w:tr w:rsidR="00650896" w14:paraId="5C6374C8" w14:textId="77777777">
        <w:trPr>
          <w:jc w:val="center"/>
        </w:trPr>
        <w:tc>
          <w:tcPr>
            <w:tcW w:w="5112" w:type="dxa"/>
          </w:tcPr>
          <w:p w14:paraId="4D8046E9" w14:textId="77777777" w:rsidR="00650896" w:rsidRDefault="00000000">
            <w:r>
              <w:rPr>
                <w:sz w:val="16"/>
              </w:rPr>
              <w:t>Repeated non-compliance</w:t>
            </w:r>
          </w:p>
        </w:tc>
        <w:tc>
          <w:tcPr>
            <w:tcW w:w="5112" w:type="dxa"/>
          </w:tcPr>
          <w:p w14:paraId="4D2D42AB" w14:textId="77777777" w:rsidR="00650896" w:rsidRDefault="00000000">
            <w:r>
              <w:rPr>
                <w:sz w:val="16"/>
              </w:rPr>
              <w:t>Escalate, strengthen controls and verify closeout.</w:t>
            </w:r>
          </w:p>
        </w:tc>
      </w:tr>
      <w:tr w:rsidR="00650896" w14:paraId="16C021A3" w14:textId="77777777">
        <w:trPr>
          <w:jc w:val="center"/>
        </w:trPr>
        <w:tc>
          <w:tcPr>
            <w:tcW w:w="5112" w:type="dxa"/>
          </w:tcPr>
          <w:p w14:paraId="6E84149D" w14:textId="77777777" w:rsidR="00650896" w:rsidRDefault="00000000">
            <w:r>
              <w:rPr>
                <w:sz w:val="16"/>
              </w:rPr>
              <w:t>Periodic review</w:t>
            </w:r>
          </w:p>
        </w:tc>
        <w:tc>
          <w:tcPr>
            <w:tcW w:w="5112" w:type="dxa"/>
          </w:tcPr>
          <w:p w14:paraId="5C17C3D1" w14:textId="77777777" w:rsidR="00650896" w:rsidRDefault="00000000">
            <w:r>
              <w:rPr>
                <w:sz w:val="16"/>
              </w:rPr>
              <w:t>Confirm the assessment remains suitable for the current construction phase.</w:t>
            </w:r>
          </w:p>
        </w:tc>
      </w:tr>
    </w:tbl>
    <w:p w14:paraId="63D73597" w14:textId="77777777" w:rsidR="00650896" w:rsidRDefault="00650896"/>
    <w:p w14:paraId="522FD7B8" w14:textId="77777777" w:rsidR="00650896" w:rsidRDefault="00000000">
      <w:pPr>
        <w:pStyle w:val="Heading1"/>
      </w:pPr>
      <w:r>
        <w:t>15. Emergency and Rescue Arrangements</w:t>
      </w:r>
    </w:p>
    <w:p w14:paraId="10737CF9" w14:textId="77777777" w:rsidR="00650896" w:rsidRDefault="00000000">
      <w:r>
        <w:t>Emergency arrangements must be suitable for the site size, activities and hazards. Workers must know how to raise an alarm, report an emergency, reach the muster point and obtain first aid. Rescue arrangements must be planned for foreseeable events such as falls, excavation collapse, electrical incidents, fire, confined-space emergencies and plant incidents.</w:t>
      </w:r>
    </w:p>
    <w:tbl>
      <w:tblPr>
        <w:tblStyle w:val="TableGrid"/>
        <w:tblW w:w="0" w:type="auto"/>
        <w:jc w:val="center"/>
        <w:tblLook w:val="04A0" w:firstRow="1" w:lastRow="0" w:firstColumn="1" w:lastColumn="0" w:noHBand="0" w:noVBand="1"/>
      </w:tblPr>
      <w:tblGrid>
        <w:gridCol w:w="5112"/>
        <w:gridCol w:w="5112"/>
      </w:tblGrid>
      <w:tr w:rsidR="00650896" w14:paraId="1C0BCD06" w14:textId="77777777">
        <w:trPr>
          <w:tblHeader/>
          <w:jc w:val="center"/>
        </w:trPr>
        <w:tc>
          <w:tcPr>
            <w:tcW w:w="5112" w:type="dxa"/>
            <w:shd w:val="clear" w:color="auto" w:fill="0F3D5E"/>
          </w:tcPr>
          <w:p w14:paraId="398E08BE" w14:textId="77777777" w:rsidR="00650896" w:rsidRDefault="00000000">
            <w:r>
              <w:rPr>
                <w:b/>
                <w:color w:val="FFFFFF"/>
              </w:rPr>
              <w:t>Emergency Element</w:t>
            </w:r>
          </w:p>
        </w:tc>
        <w:tc>
          <w:tcPr>
            <w:tcW w:w="5112" w:type="dxa"/>
            <w:shd w:val="clear" w:color="auto" w:fill="0F3D5E"/>
          </w:tcPr>
          <w:p w14:paraId="18F221EA" w14:textId="77777777" w:rsidR="00650896" w:rsidRDefault="00000000">
            <w:r>
              <w:rPr>
                <w:b/>
                <w:color w:val="FFFFFF"/>
              </w:rPr>
              <w:t>Requirement</w:t>
            </w:r>
          </w:p>
        </w:tc>
      </w:tr>
      <w:tr w:rsidR="00650896" w14:paraId="56AD223F" w14:textId="77777777">
        <w:trPr>
          <w:jc w:val="center"/>
        </w:trPr>
        <w:tc>
          <w:tcPr>
            <w:tcW w:w="5112" w:type="dxa"/>
          </w:tcPr>
          <w:p w14:paraId="0BC52FCE" w14:textId="77777777" w:rsidR="00650896" w:rsidRDefault="00000000">
            <w:r>
              <w:rPr>
                <w:sz w:val="16"/>
              </w:rPr>
              <w:t>Emergency communication</w:t>
            </w:r>
          </w:p>
        </w:tc>
        <w:tc>
          <w:tcPr>
            <w:tcW w:w="5112" w:type="dxa"/>
          </w:tcPr>
          <w:p w14:paraId="26C7B666" w14:textId="77777777" w:rsidR="00650896" w:rsidRDefault="00000000">
            <w:r>
              <w:rPr>
                <w:sz w:val="16"/>
              </w:rPr>
              <w:t>Provide reliable means of raising alarms and contacting emergency responders.</w:t>
            </w:r>
          </w:p>
        </w:tc>
      </w:tr>
      <w:tr w:rsidR="00650896" w14:paraId="56154524" w14:textId="77777777">
        <w:trPr>
          <w:jc w:val="center"/>
        </w:trPr>
        <w:tc>
          <w:tcPr>
            <w:tcW w:w="5112" w:type="dxa"/>
          </w:tcPr>
          <w:p w14:paraId="4B07B7C2" w14:textId="77777777" w:rsidR="00650896" w:rsidRDefault="00000000">
            <w:r>
              <w:rPr>
                <w:sz w:val="16"/>
              </w:rPr>
              <w:t>First aid</w:t>
            </w:r>
          </w:p>
        </w:tc>
        <w:tc>
          <w:tcPr>
            <w:tcW w:w="5112" w:type="dxa"/>
          </w:tcPr>
          <w:p w14:paraId="02216466" w14:textId="77777777" w:rsidR="00650896" w:rsidRDefault="00000000">
            <w:r>
              <w:rPr>
                <w:sz w:val="16"/>
              </w:rPr>
              <w:t>Provide suitable first-aid resources and trained first-aiders for the site.</w:t>
            </w:r>
          </w:p>
        </w:tc>
      </w:tr>
      <w:tr w:rsidR="00650896" w14:paraId="79BCE7BB" w14:textId="77777777">
        <w:trPr>
          <w:jc w:val="center"/>
        </w:trPr>
        <w:tc>
          <w:tcPr>
            <w:tcW w:w="5112" w:type="dxa"/>
          </w:tcPr>
          <w:p w14:paraId="090A56BE" w14:textId="77777777" w:rsidR="00650896" w:rsidRDefault="00000000">
            <w:r>
              <w:rPr>
                <w:sz w:val="16"/>
              </w:rPr>
              <w:t>Fire response</w:t>
            </w:r>
          </w:p>
        </w:tc>
        <w:tc>
          <w:tcPr>
            <w:tcW w:w="5112" w:type="dxa"/>
          </w:tcPr>
          <w:p w14:paraId="6CAE6746" w14:textId="77777777" w:rsidR="00650896" w:rsidRDefault="00000000">
            <w:r>
              <w:rPr>
                <w:sz w:val="16"/>
              </w:rPr>
              <w:t>Maintain suitable extinguishers, alarms, access and evacuation arrangements.</w:t>
            </w:r>
          </w:p>
        </w:tc>
      </w:tr>
      <w:tr w:rsidR="00650896" w14:paraId="68D7DE17" w14:textId="77777777">
        <w:trPr>
          <w:jc w:val="center"/>
        </w:trPr>
        <w:tc>
          <w:tcPr>
            <w:tcW w:w="5112" w:type="dxa"/>
          </w:tcPr>
          <w:p w14:paraId="5F12E226" w14:textId="77777777" w:rsidR="00650896" w:rsidRDefault="00000000">
            <w:r>
              <w:rPr>
                <w:sz w:val="16"/>
              </w:rPr>
              <w:t>Evacuation</w:t>
            </w:r>
          </w:p>
        </w:tc>
        <w:tc>
          <w:tcPr>
            <w:tcW w:w="5112" w:type="dxa"/>
          </w:tcPr>
          <w:p w14:paraId="727AB753" w14:textId="77777777" w:rsidR="00650896" w:rsidRDefault="00000000">
            <w:r>
              <w:rPr>
                <w:sz w:val="16"/>
              </w:rPr>
              <w:t>Clearly identify routes and muster points and keep them unobstructed.</w:t>
            </w:r>
          </w:p>
        </w:tc>
      </w:tr>
      <w:tr w:rsidR="00650896" w14:paraId="670E4C44" w14:textId="77777777">
        <w:trPr>
          <w:jc w:val="center"/>
        </w:trPr>
        <w:tc>
          <w:tcPr>
            <w:tcW w:w="5112" w:type="dxa"/>
          </w:tcPr>
          <w:p w14:paraId="3C700AC6" w14:textId="77777777" w:rsidR="00650896" w:rsidRDefault="00000000">
            <w:r>
              <w:rPr>
                <w:sz w:val="16"/>
              </w:rPr>
              <w:t>Rescue</w:t>
            </w:r>
          </w:p>
        </w:tc>
        <w:tc>
          <w:tcPr>
            <w:tcW w:w="5112" w:type="dxa"/>
          </w:tcPr>
          <w:p w14:paraId="315A0F6B" w14:textId="77777777" w:rsidR="00650896" w:rsidRDefault="00000000">
            <w:r>
              <w:rPr>
                <w:sz w:val="16"/>
              </w:rPr>
              <w:t>Provide task-specific rescue arrangements for height, excavation, confined space and other high-risk activities.</w:t>
            </w:r>
          </w:p>
        </w:tc>
      </w:tr>
      <w:tr w:rsidR="00650896" w14:paraId="19DD9E9C" w14:textId="77777777">
        <w:trPr>
          <w:jc w:val="center"/>
        </w:trPr>
        <w:tc>
          <w:tcPr>
            <w:tcW w:w="5112" w:type="dxa"/>
          </w:tcPr>
          <w:p w14:paraId="2A90C916" w14:textId="77777777" w:rsidR="00650896" w:rsidRDefault="00000000">
            <w:r>
              <w:rPr>
                <w:sz w:val="16"/>
              </w:rPr>
              <w:t>Utility emergency</w:t>
            </w:r>
          </w:p>
        </w:tc>
        <w:tc>
          <w:tcPr>
            <w:tcW w:w="5112" w:type="dxa"/>
          </w:tcPr>
          <w:p w14:paraId="0F7F188D" w14:textId="77777777" w:rsidR="00650896" w:rsidRDefault="00000000">
            <w:r>
              <w:rPr>
                <w:sz w:val="16"/>
              </w:rPr>
              <w:t>Maintain procedures for electrical, gas, water or other service damage.</w:t>
            </w:r>
          </w:p>
        </w:tc>
      </w:tr>
      <w:tr w:rsidR="00650896" w14:paraId="5D34B38E" w14:textId="77777777">
        <w:trPr>
          <w:jc w:val="center"/>
        </w:trPr>
        <w:tc>
          <w:tcPr>
            <w:tcW w:w="5112" w:type="dxa"/>
          </w:tcPr>
          <w:p w14:paraId="661A81CA" w14:textId="77777777" w:rsidR="00650896" w:rsidRDefault="00000000">
            <w:r>
              <w:rPr>
                <w:sz w:val="16"/>
              </w:rPr>
              <w:t>Post-incident</w:t>
            </w:r>
          </w:p>
        </w:tc>
        <w:tc>
          <w:tcPr>
            <w:tcW w:w="5112" w:type="dxa"/>
          </w:tcPr>
          <w:p w14:paraId="21F2084A" w14:textId="77777777" w:rsidR="00650896" w:rsidRDefault="00000000">
            <w:r>
              <w:rPr>
                <w:sz w:val="16"/>
              </w:rPr>
              <w:t>Provide medical response, reporting, investigation and corrective action.</w:t>
            </w:r>
          </w:p>
        </w:tc>
      </w:tr>
    </w:tbl>
    <w:p w14:paraId="49D94306" w14:textId="77777777" w:rsidR="00650896" w:rsidRDefault="00650896"/>
    <w:p w14:paraId="2EED215C" w14:textId="77777777" w:rsidR="00650896" w:rsidRDefault="00000000">
      <w:pPr>
        <w:pStyle w:val="Heading1"/>
      </w:pPr>
      <w:r>
        <w:t>16. Roles and Responsibilities</w:t>
      </w:r>
    </w:p>
    <w:tbl>
      <w:tblPr>
        <w:tblStyle w:val="TableGrid"/>
        <w:tblW w:w="0" w:type="auto"/>
        <w:jc w:val="center"/>
        <w:tblLook w:val="04A0" w:firstRow="1" w:lastRow="0" w:firstColumn="1" w:lastColumn="0" w:noHBand="0" w:noVBand="1"/>
      </w:tblPr>
      <w:tblGrid>
        <w:gridCol w:w="5112"/>
        <w:gridCol w:w="5112"/>
      </w:tblGrid>
      <w:tr w:rsidR="00650896" w14:paraId="770CD2AD" w14:textId="77777777">
        <w:trPr>
          <w:tblHeader/>
          <w:jc w:val="center"/>
        </w:trPr>
        <w:tc>
          <w:tcPr>
            <w:tcW w:w="5112" w:type="dxa"/>
            <w:shd w:val="clear" w:color="auto" w:fill="0F3D5E"/>
          </w:tcPr>
          <w:p w14:paraId="5A259AA4" w14:textId="77777777" w:rsidR="00650896" w:rsidRDefault="00000000">
            <w:r>
              <w:rPr>
                <w:b/>
                <w:color w:val="FFFFFF"/>
              </w:rPr>
              <w:t>Role</w:t>
            </w:r>
          </w:p>
        </w:tc>
        <w:tc>
          <w:tcPr>
            <w:tcW w:w="5112" w:type="dxa"/>
            <w:shd w:val="clear" w:color="auto" w:fill="0F3D5E"/>
          </w:tcPr>
          <w:p w14:paraId="6FAA65B5" w14:textId="77777777" w:rsidR="00650896" w:rsidRDefault="00000000">
            <w:r>
              <w:rPr>
                <w:b/>
                <w:color w:val="FFFFFF"/>
              </w:rPr>
              <w:t>Responsibility</w:t>
            </w:r>
          </w:p>
        </w:tc>
      </w:tr>
      <w:tr w:rsidR="00650896" w14:paraId="0B06A0B4" w14:textId="77777777">
        <w:trPr>
          <w:jc w:val="center"/>
        </w:trPr>
        <w:tc>
          <w:tcPr>
            <w:tcW w:w="5112" w:type="dxa"/>
          </w:tcPr>
          <w:p w14:paraId="41FB35DA" w14:textId="77777777" w:rsidR="00650896" w:rsidRDefault="00000000">
            <w:r>
              <w:rPr>
                <w:sz w:val="16"/>
              </w:rPr>
              <w:t>Project / Construction Manager</w:t>
            </w:r>
          </w:p>
        </w:tc>
        <w:tc>
          <w:tcPr>
            <w:tcW w:w="5112" w:type="dxa"/>
          </w:tcPr>
          <w:p w14:paraId="5D4DC18A" w14:textId="77777777" w:rsidR="00650896" w:rsidRDefault="00000000">
            <w:r>
              <w:rPr>
                <w:sz w:val="16"/>
              </w:rPr>
              <w:t>Provide resources and ensure site HSE requirements are implemented.</w:t>
            </w:r>
          </w:p>
        </w:tc>
      </w:tr>
      <w:tr w:rsidR="00650896" w14:paraId="276E20E8" w14:textId="77777777">
        <w:trPr>
          <w:jc w:val="center"/>
        </w:trPr>
        <w:tc>
          <w:tcPr>
            <w:tcW w:w="5112" w:type="dxa"/>
          </w:tcPr>
          <w:p w14:paraId="184FDD81" w14:textId="77777777" w:rsidR="00650896" w:rsidRDefault="00000000">
            <w:r>
              <w:rPr>
                <w:sz w:val="16"/>
              </w:rPr>
              <w:t>Construction Manager / Supervisors</w:t>
            </w:r>
          </w:p>
        </w:tc>
        <w:tc>
          <w:tcPr>
            <w:tcW w:w="5112" w:type="dxa"/>
          </w:tcPr>
          <w:p w14:paraId="4AF1559C" w14:textId="77777777" w:rsidR="00650896" w:rsidRDefault="00000000">
            <w:r>
              <w:rPr>
                <w:sz w:val="16"/>
              </w:rPr>
              <w:t>Plan work, coordinate trades, monitor controls and stop unsafe activities.</w:t>
            </w:r>
          </w:p>
        </w:tc>
      </w:tr>
      <w:tr w:rsidR="00650896" w14:paraId="5F41ABC2" w14:textId="77777777">
        <w:trPr>
          <w:jc w:val="center"/>
        </w:trPr>
        <w:tc>
          <w:tcPr>
            <w:tcW w:w="5112" w:type="dxa"/>
          </w:tcPr>
          <w:p w14:paraId="46F138F3" w14:textId="77777777" w:rsidR="00650896" w:rsidRDefault="00000000">
            <w:r>
              <w:rPr>
                <w:sz w:val="16"/>
              </w:rPr>
              <w:t>HSE Team</w:t>
            </w:r>
          </w:p>
        </w:tc>
        <w:tc>
          <w:tcPr>
            <w:tcW w:w="5112" w:type="dxa"/>
          </w:tcPr>
          <w:p w14:paraId="2F22A5DC" w14:textId="77777777" w:rsidR="00650896" w:rsidRDefault="00000000">
            <w:r>
              <w:rPr>
                <w:sz w:val="16"/>
              </w:rPr>
              <w:t>Inspect, advise, monitor compliance, support risk assessment and verify corrective actions.</w:t>
            </w:r>
          </w:p>
        </w:tc>
      </w:tr>
      <w:tr w:rsidR="00650896" w14:paraId="48D3334F" w14:textId="77777777">
        <w:trPr>
          <w:jc w:val="center"/>
        </w:trPr>
        <w:tc>
          <w:tcPr>
            <w:tcW w:w="5112" w:type="dxa"/>
          </w:tcPr>
          <w:p w14:paraId="75670C36" w14:textId="77777777" w:rsidR="00650896" w:rsidRDefault="00000000">
            <w:r>
              <w:rPr>
                <w:sz w:val="16"/>
              </w:rPr>
              <w:t>Engineers / Technical Personnel</w:t>
            </w:r>
          </w:p>
        </w:tc>
        <w:tc>
          <w:tcPr>
            <w:tcW w:w="5112" w:type="dxa"/>
          </w:tcPr>
          <w:p w14:paraId="0D4C728D" w14:textId="77777777" w:rsidR="00650896" w:rsidRDefault="00000000">
            <w:r>
              <w:rPr>
                <w:sz w:val="16"/>
              </w:rPr>
              <w:t>Provide technical controls, approved methods and specialist input where required.</w:t>
            </w:r>
          </w:p>
        </w:tc>
      </w:tr>
      <w:tr w:rsidR="00650896" w14:paraId="6782AE46" w14:textId="77777777">
        <w:trPr>
          <w:jc w:val="center"/>
        </w:trPr>
        <w:tc>
          <w:tcPr>
            <w:tcW w:w="5112" w:type="dxa"/>
          </w:tcPr>
          <w:p w14:paraId="69643E5B" w14:textId="77777777" w:rsidR="00650896" w:rsidRDefault="00000000">
            <w:r>
              <w:rPr>
                <w:sz w:val="16"/>
              </w:rPr>
              <w:t>Plant / Lifting Supervisors</w:t>
            </w:r>
          </w:p>
        </w:tc>
        <w:tc>
          <w:tcPr>
            <w:tcW w:w="5112" w:type="dxa"/>
          </w:tcPr>
          <w:p w14:paraId="45B90F09" w14:textId="77777777" w:rsidR="00650896" w:rsidRDefault="00000000">
            <w:r>
              <w:rPr>
                <w:sz w:val="16"/>
              </w:rPr>
              <w:t>Control equipment, operators, lifting activities and exclusion zones.</w:t>
            </w:r>
          </w:p>
        </w:tc>
      </w:tr>
      <w:tr w:rsidR="00650896" w14:paraId="0E128040" w14:textId="77777777">
        <w:trPr>
          <w:jc w:val="center"/>
        </w:trPr>
        <w:tc>
          <w:tcPr>
            <w:tcW w:w="5112" w:type="dxa"/>
          </w:tcPr>
          <w:p w14:paraId="1B64A3C0" w14:textId="77777777" w:rsidR="00650896" w:rsidRDefault="00000000">
            <w:r>
              <w:rPr>
                <w:sz w:val="16"/>
              </w:rPr>
              <w:t>Workers</w:t>
            </w:r>
          </w:p>
        </w:tc>
        <w:tc>
          <w:tcPr>
            <w:tcW w:w="5112" w:type="dxa"/>
          </w:tcPr>
          <w:p w14:paraId="7EEABAF0" w14:textId="77777777" w:rsidR="00650896" w:rsidRDefault="00000000">
            <w:r>
              <w:rPr>
                <w:sz w:val="16"/>
              </w:rPr>
              <w:t>Follow procedures, use controls and PPE, attend briefings and report hazards.</w:t>
            </w:r>
          </w:p>
        </w:tc>
      </w:tr>
      <w:tr w:rsidR="00650896" w14:paraId="61343BB4" w14:textId="77777777">
        <w:trPr>
          <w:jc w:val="center"/>
        </w:trPr>
        <w:tc>
          <w:tcPr>
            <w:tcW w:w="5112" w:type="dxa"/>
          </w:tcPr>
          <w:p w14:paraId="76CEE2DA" w14:textId="77777777" w:rsidR="00650896" w:rsidRDefault="00000000">
            <w:r>
              <w:rPr>
                <w:sz w:val="16"/>
              </w:rPr>
              <w:t>Subcontractors</w:t>
            </w:r>
          </w:p>
        </w:tc>
        <w:tc>
          <w:tcPr>
            <w:tcW w:w="5112" w:type="dxa"/>
          </w:tcPr>
          <w:p w14:paraId="79E1A999" w14:textId="77777777" w:rsidR="00650896" w:rsidRDefault="00000000">
            <w:r>
              <w:rPr>
                <w:sz w:val="16"/>
              </w:rPr>
              <w:t>Comply with project requirements and provide task-specific risk assessments and method statements.</w:t>
            </w:r>
          </w:p>
        </w:tc>
      </w:tr>
      <w:tr w:rsidR="00650896" w14:paraId="3B00CCF7" w14:textId="77777777">
        <w:trPr>
          <w:jc w:val="center"/>
        </w:trPr>
        <w:tc>
          <w:tcPr>
            <w:tcW w:w="5112" w:type="dxa"/>
          </w:tcPr>
          <w:p w14:paraId="2BE3629A" w14:textId="77777777" w:rsidR="00650896" w:rsidRDefault="00000000">
            <w:r>
              <w:rPr>
                <w:sz w:val="16"/>
              </w:rPr>
              <w:t>Visitors</w:t>
            </w:r>
          </w:p>
        </w:tc>
        <w:tc>
          <w:tcPr>
            <w:tcW w:w="5112" w:type="dxa"/>
          </w:tcPr>
          <w:p w14:paraId="4D4A6B3C" w14:textId="77777777" w:rsidR="00650896" w:rsidRDefault="00000000">
            <w:r>
              <w:rPr>
                <w:sz w:val="16"/>
              </w:rPr>
              <w:t>Follow site induction, access restrictions and instructions from site personnel.</w:t>
            </w:r>
          </w:p>
        </w:tc>
      </w:tr>
    </w:tbl>
    <w:p w14:paraId="28C3F659" w14:textId="77777777" w:rsidR="00650896" w:rsidRDefault="00650896"/>
    <w:p w14:paraId="00CE8D47" w14:textId="77777777" w:rsidR="00650896" w:rsidRDefault="00000000">
      <w:pPr>
        <w:pStyle w:val="Heading1"/>
      </w:pPr>
      <w:r>
        <w:t>17. Worker Briefing / Acknowledgement</w:t>
      </w:r>
    </w:p>
    <w:p w14:paraId="0F0E8136" w14:textId="77777777" w:rsidR="00650896" w:rsidRDefault="00000000">
      <w:r>
        <w:t>Personnel affected by the activities covered by this assessment should be briefed on applicable hazards, controls, emergency arrangements, access restrictions and stop-work requirements before starting work.</w:t>
      </w:r>
    </w:p>
    <w:tbl>
      <w:tblPr>
        <w:tblStyle w:val="TableGrid"/>
        <w:tblW w:w="0" w:type="auto"/>
        <w:jc w:val="center"/>
        <w:tblLook w:val="04A0" w:firstRow="1" w:lastRow="0" w:firstColumn="1" w:lastColumn="0" w:noHBand="0" w:noVBand="1"/>
      </w:tblPr>
      <w:tblGrid>
        <w:gridCol w:w="1704"/>
        <w:gridCol w:w="1704"/>
        <w:gridCol w:w="1704"/>
        <w:gridCol w:w="1704"/>
        <w:gridCol w:w="1704"/>
        <w:gridCol w:w="1704"/>
      </w:tblGrid>
      <w:tr w:rsidR="00650896" w14:paraId="3AD93AFA" w14:textId="77777777">
        <w:trPr>
          <w:tblHeader/>
          <w:jc w:val="center"/>
        </w:trPr>
        <w:tc>
          <w:tcPr>
            <w:tcW w:w="1704" w:type="dxa"/>
            <w:shd w:val="clear" w:color="auto" w:fill="0F3D5E"/>
          </w:tcPr>
          <w:p w14:paraId="3A7FB2BC" w14:textId="77777777" w:rsidR="00650896" w:rsidRDefault="00000000">
            <w:r>
              <w:rPr>
                <w:b/>
                <w:color w:val="FFFFFF"/>
              </w:rPr>
              <w:lastRenderedPageBreak/>
              <w:t>No.</w:t>
            </w:r>
          </w:p>
        </w:tc>
        <w:tc>
          <w:tcPr>
            <w:tcW w:w="1704" w:type="dxa"/>
            <w:shd w:val="clear" w:color="auto" w:fill="0F3D5E"/>
          </w:tcPr>
          <w:p w14:paraId="4FF8AB87" w14:textId="77777777" w:rsidR="00650896" w:rsidRDefault="00000000">
            <w:r>
              <w:rPr>
                <w:b/>
                <w:color w:val="FFFFFF"/>
              </w:rPr>
              <w:t>Name</w:t>
            </w:r>
          </w:p>
        </w:tc>
        <w:tc>
          <w:tcPr>
            <w:tcW w:w="1704" w:type="dxa"/>
            <w:shd w:val="clear" w:color="auto" w:fill="0F3D5E"/>
          </w:tcPr>
          <w:p w14:paraId="11D9384E" w14:textId="77777777" w:rsidR="00650896" w:rsidRDefault="00000000">
            <w:r>
              <w:rPr>
                <w:b/>
                <w:color w:val="FFFFFF"/>
              </w:rPr>
              <w:t>Position</w:t>
            </w:r>
          </w:p>
        </w:tc>
        <w:tc>
          <w:tcPr>
            <w:tcW w:w="1704" w:type="dxa"/>
            <w:shd w:val="clear" w:color="auto" w:fill="0F3D5E"/>
          </w:tcPr>
          <w:p w14:paraId="5551CF24" w14:textId="77777777" w:rsidR="00650896" w:rsidRDefault="00000000">
            <w:r>
              <w:rPr>
                <w:b/>
                <w:color w:val="FFFFFF"/>
              </w:rPr>
              <w:t>Company</w:t>
            </w:r>
          </w:p>
        </w:tc>
        <w:tc>
          <w:tcPr>
            <w:tcW w:w="1704" w:type="dxa"/>
            <w:shd w:val="clear" w:color="auto" w:fill="0F3D5E"/>
          </w:tcPr>
          <w:p w14:paraId="3E848ADE" w14:textId="77777777" w:rsidR="00650896" w:rsidRDefault="00000000">
            <w:r>
              <w:rPr>
                <w:b/>
                <w:color w:val="FFFFFF"/>
              </w:rPr>
              <w:t>Signature</w:t>
            </w:r>
          </w:p>
        </w:tc>
        <w:tc>
          <w:tcPr>
            <w:tcW w:w="1704" w:type="dxa"/>
            <w:shd w:val="clear" w:color="auto" w:fill="0F3D5E"/>
          </w:tcPr>
          <w:p w14:paraId="7DD04AF9" w14:textId="77777777" w:rsidR="00650896" w:rsidRDefault="00000000">
            <w:r>
              <w:rPr>
                <w:b/>
                <w:color w:val="FFFFFF"/>
              </w:rPr>
              <w:t>Date</w:t>
            </w:r>
          </w:p>
        </w:tc>
      </w:tr>
      <w:tr w:rsidR="00650896" w14:paraId="1BDBD6EA" w14:textId="77777777">
        <w:trPr>
          <w:jc w:val="center"/>
        </w:trPr>
        <w:tc>
          <w:tcPr>
            <w:tcW w:w="1704" w:type="dxa"/>
          </w:tcPr>
          <w:p w14:paraId="3AB860DD" w14:textId="77777777" w:rsidR="00650896" w:rsidRDefault="00000000">
            <w:r>
              <w:rPr>
                <w:sz w:val="17"/>
              </w:rPr>
              <w:t>1</w:t>
            </w:r>
          </w:p>
        </w:tc>
        <w:tc>
          <w:tcPr>
            <w:tcW w:w="1704" w:type="dxa"/>
          </w:tcPr>
          <w:p w14:paraId="4E68C22B" w14:textId="77777777" w:rsidR="00650896" w:rsidRDefault="00650896"/>
        </w:tc>
        <w:tc>
          <w:tcPr>
            <w:tcW w:w="1704" w:type="dxa"/>
          </w:tcPr>
          <w:p w14:paraId="23EDDB31" w14:textId="77777777" w:rsidR="00650896" w:rsidRDefault="00650896"/>
        </w:tc>
        <w:tc>
          <w:tcPr>
            <w:tcW w:w="1704" w:type="dxa"/>
          </w:tcPr>
          <w:p w14:paraId="76FEAC08" w14:textId="77777777" w:rsidR="00650896" w:rsidRDefault="00650896"/>
        </w:tc>
        <w:tc>
          <w:tcPr>
            <w:tcW w:w="1704" w:type="dxa"/>
          </w:tcPr>
          <w:p w14:paraId="231AA8D1" w14:textId="77777777" w:rsidR="00650896" w:rsidRDefault="00650896"/>
        </w:tc>
        <w:tc>
          <w:tcPr>
            <w:tcW w:w="1704" w:type="dxa"/>
          </w:tcPr>
          <w:p w14:paraId="50CB21C8" w14:textId="77777777" w:rsidR="00650896" w:rsidRDefault="00650896"/>
        </w:tc>
      </w:tr>
      <w:tr w:rsidR="00650896" w14:paraId="18E25328" w14:textId="77777777">
        <w:trPr>
          <w:jc w:val="center"/>
        </w:trPr>
        <w:tc>
          <w:tcPr>
            <w:tcW w:w="1704" w:type="dxa"/>
          </w:tcPr>
          <w:p w14:paraId="5BD0A001" w14:textId="77777777" w:rsidR="00650896" w:rsidRDefault="00000000">
            <w:r>
              <w:rPr>
                <w:sz w:val="17"/>
              </w:rPr>
              <w:t>2</w:t>
            </w:r>
          </w:p>
        </w:tc>
        <w:tc>
          <w:tcPr>
            <w:tcW w:w="1704" w:type="dxa"/>
          </w:tcPr>
          <w:p w14:paraId="6D972DC3" w14:textId="77777777" w:rsidR="00650896" w:rsidRDefault="00650896"/>
        </w:tc>
        <w:tc>
          <w:tcPr>
            <w:tcW w:w="1704" w:type="dxa"/>
          </w:tcPr>
          <w:p w14:paraId="5BC38527" w14:textId="77777777" w:rsidR="00650896" w:rsidRDefault="00650896"/>
        </w:tc>
        <w:tc>
          <w:tcPr>
            <w:tcW w:w="1704" w:type="dxa"/>
          </w:tcPr>
          <w:p w14:paraId="76D817FC" w14:textId="77777777" w:rsidR="00650896" w:rsidRDefault="00650896"/>
        </w:tc>
        <w:tc>
          <w:tcPr>
            <w:tcW w:w="1704" w:type="dxa"/>
          </w:tcPr>
          <w:p w14:paraId="5B1D1130" w14:textId="77777777" w:rsidR="00650896" w:rsidRDefault="00650896"/>
        </w:tc>
        <w:tc>
          <w:tcPr>
            <w:tcW w:w="1704" w:type="dxa"/>
          </w:tcPr>
          <w:p w14:paraId="052934FC" w14:textId="77777777" w:rsidR="00650896" w:rsidRDefault="00650896"/>
        </w:tc>
      </w:tr>
      <w:tr w:rsidR="00650896" w14:paraId="6E2A91F8" w14:textId="77777777">
        <w:trPr>
          <w:jc w:val="center"/>
        </w:trPr>
        <w:tc>
          <w:tcPr>
            <w:tcW w:w="1704" w:type="dxa"/>
          </w:tcPr>
          <w:p w14:paraId="3D9CF46E" w14:textId="77777777" w:rsidR="00650896" w:rsidRDefault="00000000">
            <w:r>
              <w:rPr>
                <w:sz w:val="17"/>
              </w:rPr>
              <w:t>3</w:t>
            </w:r>
          </w:p>
        </w:tc>
        <w:tc>
          <w:tcPr>
            <w:tcW w:w="1704" w:type="dxa"/>
          </w:tcPr>
          <w:p w14:paraId="495A0411" w14:textId="77777777" w:rsidR="00650896" w:rsidRDefault="00650896"/>
        </w:tc>
        <w:tc>
          <w:tcPr>
            <w:tcW w:w="1704" w:type="dxa"/>
          </w:tcPr>
          <w:p w14:paraId="1D5ACD6E" w14:textId="77777777" w:rsidR="00650896" w:rsidRDefault="00650896"/>
        </w:tc>
        <w:tc>
          <w:tcPr>
            <w:tcW w:w="1704" w:type="dxa"/>
          </w:tcPr>
          <w:p w14:paraId="3F87B2DA" w14:textId="77777777" w:rsidR="00650896" w:rsidRDefault="00650896"/>
        </w:tc>
        <w:tc>
          <w:tcPr>
            <w:tcW w:w="1704" w:type="dxa"/>
          </w:tcPr>
          <w:p w14:paraId="53E53062" w14:textId="77777777" w:rsidR="00650896" w:rsidRDefault="00650896"/>
        </w:tc>
        <w:tc>
          <w:tcPr>
            <w:tcW w:w="1704" w:type="dxa"/>
          </w:tcPr>
          <w:p w14:paraId="1A7DFB9E" w14:textId="77777777" w:rsidR="00650896" w:rsidRDefault="00650896"/>
        </w:tc>
      </w:tr>
      <w:tr w:rsidR="00650896" w14:paraId="22F861D0" w14:textId="77777777">
        <w:trPr>
          <w:jc w:val="center"/>
        </w:trPr>
        <w:tc>
          <w:tcPr>
            <w:tcW w:w="1704" w:type="dxa"/>
          </w:tcPr>
          <w:p w14:paraId="722ED26C" w14:textId="77777777" w:rsidR="00650896" w:rsidRDefault="00000000">
            <w:r>
              <w:rPr>
                <w:sz w:val="17"/>
              </w:rPr>
              <w:t>4</w:t>
            </w:r>
          </w:p>
        </w:tc>
        <w:tc>
          <w:tcPr>
            <w:tcW w:w="1704" w:type="dxa"/>
          </w:tcPr>
          <w:p w14:paraId="094B78D7" w14:textId="77777777" w:rsidR="00650896" w:rsidRDefault="00650896"/>
        </w:tc>
        <w:tc>
          <w:tcPr>
            <w:tcW w:w="1704" w:type="dxa"/>
          </w:tcPr>
          <w:p w14:paraId="2F679078" w14:textId="77777777" w:rsidR="00650896" w:rsidRDefault="00650896"/>
        </w:tc>
        <w:tc>
          <w:tcPr>
            <w:tcW w:w="1704" w:type="dxa"/>
          </w:tcPr>
          <w:p w14:paraId="331E268F" w14:textId="77777777" w:rsidR="00650896" w:rsidRDefault="00650896"/>
        </w:tc>
        <w:tc>
          <w:tcPr>
            <w:tcW w:w="1704" w:type="dxa"/>
          </w:tcPr>
          <w:p w14:paraId="26BA030F" w14:textId="77777777" w:rsidR="00650896" w:rsidRDefault="00650896"/>
        </w:tc>
        <w:tc>
          <w:tcPr>
            <w:tcW w:w="1704" w:type="dxa"/>
          </w:tcPr>
          <w:p w14:paraId="49141863" w14:textId="77777777" w:rsidR="00650896" w:rsidRDefault="00650896"/>
        </w:tc>
      </w:tr>
      <w:tr w:rsidR="00650896" w14:paraId="50733975" w14:textId="77777777">
        <w:trPr>
          <w:jc w:val="center"/>
        </w:trPr>
        <w:tc>
          <w:tcPr>
            <w:tcW w:w="1704" w:type="dxa"/>
          </w:tcPr>
          <w:p w14:paraId="2DCD25DB" w14:textId="77777777" w:rsidR="00650896" w:rsidRDefault="00000000">
            <w:r>
              <w:rPr>
                <w:sz w:val="17"/>
              </w:rPr>
              <w:t>5</w:t>
            </w:r>
          </w:p>
        </w:tc>
        <w:tc>
          <w:tcPr>
            <w:tcW w:w="1704" w:type="dxa"/>
          </w:tcPr>
          <w:p w14:paraId="32320C5D" w14:textId="77777777" w:rsidR="00650896" w:rsidRDefault="00650896"/>
        </w:tc>
        <w:tc>
          <w:tcPr>
            <w:tcW w:w="1704" w:type="dxa"/>
          </w:tcPr>
          <w:p w14:paraId="45112267" w14:textId="77777777" w:rsidR="00650896" w:rsidRDefault="00650896"/>
        </w:tc>
        <w:tc>
          <w:tcPr>
            <w:tcW w:w="1704" w:type="dxa"/>
          </w:tcPr>
          <w:p w14:paraId="3D61A25C" w14:textId="77777777" w:rsidR="00650896" w:rsidRDefault="00650896"/>
        </w:tc>
        <w:tc>
          <w:tcPr>
            <w:tcW w:w="1704" w:type="dxa"/>
          </w:tcPr>
          <w:p w14:paraId="659E6E33" w14:textId="77777777" w:rsidR="00650896" w:rsidRDefault="00650896"/>
        </w:tc>
        <w:tc>
          <w:tcPr>
            <w:tcW w:w="1704" w:type="dxa"/>
          </w:tcPr>
          <w:p w14:paraId="09F67F03" w14:textId="77777777" w:rsidR="00650896" w:rsidRDefault="00650896"/>
        </w:tc>
      </w:tr>
      <w:tr w:rsidR="00650896" w14:paraId="0BB06993" w14:textId="77777777">
        <w:trPr>
          <w:jc w:val="center"/>
        </w:trPr>
        <w:tc>
          <w:tcPr>
            <w:tcW w:w="1704" w:type="dxa"/>
          </w:tcPr>
          <w:p w14:paraId="6F700D26" w14:textId="77777777" w:rsidR="00650896" w:rsidRDefault="00000000">
            <w:r>
              <w:rPr>
                <w:sz w:val="17"/>
              </w:rPr>
              <w:t>6</w:t>
            </w:r>
          </w:p>
        </w:tc>
        <w:tc>
          <w:tcPr>
            <w:tcW w:w="1704" w:type="dxa"/>
          </w:tcPr>
          <w:p w14:paraId="38B56E3B" w14:textId="77777777" w:rsidR="00650896" w:rsidRDefault="00650896"/>
        </w:tc>
        <w:tc>
          <w:tcPr>
            <w:tcW w:w="1704" w:type="dxa"/>
          </w:tcPr>
          <w:p w14:paraId="235297FD" w14:textId="77777777" w:rsidR="00650896" w:rsidRDefault="00650896"/>
        </w:tc>
        <w:tc>
          <w:tcPr>
            <w:tcW w:w="1704" w:type="dxa"/>
          </w:tcPr>
          <w:p w14:paraId="329D947C" w14:textId="77777777" w:rsidR="00650896" w:rsidRDefault="00650896"/>
        </w:tc>
        <w:tc>
          <w:tcPr>
            <w:tcW w:w="1704" w:type="dxa"/>
          </w:tcPr>
          <w:p w14:paraId="62562F23" w14:textId="77777777" w:rsidR="00650896" w:rsidRDefault="00650896"/>
        </w:tc>
        <w:tc>
          <w:tcPr>
            <w:tcW w:w="1704" w:type="dxa"/>
          </w:tcPr>
          <w:p w14:paraId="1F5B469B" w14:textId="77777777" w:rsidR="00650896" w:rsidRDefault="00650896"/>
        </w:tc>
      </w:tr>
      <w:tr w:rsidR="00650896" w14:paraId="447F05BF" w14:textId="77777777">
        <w:trPr>
          <w:jc w:val="center"/>
        </w:trPr>
        <w:tc>
          <w:tcPr>
            <w:tcW w:w="1704" w:type="dxa"/>
          </w:tcPr>
          <w:p w14:paraId="09CEE7E6" w14:textId="77777777" w:rsidR="00650896" w:rsidRDefault="00000000">
            <w:r>
              <w:rPr>
                <w:sz w:val="17"/>
              </w:rPr>
              <w:t>7</w:t>
            </w:r>
          </w:p>
        </w:tc>
        <w:tc>
          <w:tcPr>
            <w:tcW w:w="1704" w:type="dxa"/>
          </w:tcPr>
          <w:p w14:paraId="61A31E92" w14:textId="77777777" w:rsidR="00650896" w:rsidRDefault="00650896"/>
        </w:tc>
        <w:tc>
          <w:tcPr>
            <w:tcW w:w="1704" w:type="dxa"/>
          </w:tcPr>
          <w:p w14:paraId="49D8B3D6" w14:textId="77777777" w:rsidR="00650896" w:rsidRDefault="00650896"/>
        </w:tc>
        <w:tc>
          <w:tcPr>
            <w:tcW w:w="1704" w:type="dxa"/>
          </w:tcPr>
          <w:p w14:paraId="1977E8B1" w14:textId="77777777" w:rsidR="00650896" w:rsidRDefault="00650896"/>
        </w:tc>
        <w:tc>
          <w:tcPr>
            <w:tcW w:w="1704" w:type="dxa"/>
          </w:tcPr>
          <w:p w14:paraId="2826A0E0" w14:textId="77777777" w:rsidR="00650896" w:rsidRDefault="00650896"/>
        </w:tc>
        <w:tc>
          <w:tcPr>
            <w:tcW w:w="1704" w:type="dxa"/>
          </w:tcPr>
          <w:p w14:paraId="6CF66B4B" w14:textId="77777777" w:rsidR="00650896" w:rsidRDefault="00650896"/>
        </w:tc>
      </w:tr>
      <w:tr w:rsidR="00650896" w14:paraId="7F175449" w14:textId="77777777">
        <w:trPr>
          <w:jc w:val="center"/>
        </w:trPr>
        <w:tc>
          <w:tcPr>
            <w:tcW w:w="1704" w:type="dxa"/>
          </w:tcPr>
          <w:p w14:paraId="580C40A2" w14:textId="77777777" w:rsidR="00650896" w:rsidRDefault="00000000">
            <w:r>
              <w:rPr>
                <w:sz w:val="17"/>
              </w:rPr>
              <w:t>8</w:t>
            </w:r>
          </w:p>
        </w:tc>
        <w:tc>
          <w:tcPr>
            <w:tcW w:w="1704" w:type="dxa"/>
          </w:tcPr>
          <w:p w14:paraId="6918754B" w14:textId="77777777" w:rsidR="00650896" w:rsidRDefault="00650896"/>
        </w:tc>
        <w:tc>
          <w:tcPr>
            <w:tcW w:w="1704" w:type="dxa"/>
          </w:tcPr>
          <w:p w14:paraId="6A58B468" w14:textId="77777777" w:rsidR="00650896" w:rsidRDefault="00650896"/>
        </w:tc>
        <w:tc>
          <w:tcPr>
            <w:tcW w:w="1704" w:type="dxa"/>
          </w:tcPr>
          <w:p w14:paraId="680DE4C7" w14:textId="77777777" w:rsidR="00650896" w:rsidRDefault="00650896"/>
        </w:tc>
        <w:tc>
          <w:tcPr>
            <w:tcW w:w="1704" w:type="dxa"/>
          </w:tcPr>
          <w:p w14:paraId="780E8ED1" w14:textId="77777777" w:rsidR="00650896" w:rsidRDefault="00650896"/>
        </w:tc>
        <w:tc>
          <w:tcPr>
            <w:tcW w:w="1704" w:type="dxa"/>
          </w:tcPr>
          <w:p w14:paraId="6189D0AC" w14:textId="77777777" w:rsidR="00650896" w:rsidRDefault="00650896"/>
        </w:tc>
      </w:tr>
      <w:tr w:rsidR="00650896" w14:paraId="3171821E" w14:textId="77777777">
        <w:trPr>
          <w:jc w:val="center"/>
        </w:trPr>
        <w:tc>
          <w:tcPr>
            <w:tcW w:w="1704" w:type="dxa"/>
          </w:tcPr>
          <w:p w14:paraId="3D0973C0" w14:textId="77777777" w:rsidR="00650896" w:rsidRDefault="00000000">
            <w:r>
              <w:rPr>
                <w:sz w:val="17"/>
              </w:rPr>
              <w:t>9</w:t>
            </w:r>
          </w:p>
        </w:tc>
        <w:tc>
          <w:tcPr>
            <w:tcW w:w="1704" w:type="dxa"/>
          </w:tcPr>
          <w:p w14:paraId="2EAA50B6" w14:textId="77777777" w:rsidR="00650896" w:rsidRDefault="00650896"/>
        </w:tc>
        <w:tc>
          <w:tcPr>
            <w:tcW w:w="1704" w:type="dxa"/>
          </w:tcPr>
          <w:p w14:paraId="56E7264A" w14:textId="77777777" w:rsidR="00650896" w:rsidRDefault="00650896"/>
        </w:tc>
        <w:tc>
          <w:tcPr>
            <w:tcW w:w="1704" w:type="dxa"/>
          </w:tcPr>
          <w:p w14:paraId="7CB4CC5B" w14:textId="77777777" w:rsidR="00650896" w:rsidRDefault="00650896"/>
        </w:tc>
        <w:tc>
          <w:tcPr>
            <w:tcW w:w="1704" w:type="dxa"/>
          </w:tcPr>
          <w:p w14:paraId="3F10B958" w14:textId="77777777" w:rsidR="00650896" w:rsidRDefault="00650896"/>
        </w:tc>
        <w:tc>
          <w:tcPr>
            <w:tcW w:w="1704" w:type="dxa"/>
          </w:tcPr>
          <w:p w14:paraId="7FA3293A" w14:textId="77777777" w:rsidR="00650896" w:rsidRDefault="00650896"/>
        </w:tc>
      </w:tr>
      <w:tr w:rsidR="00650896" w14:paraId="6551E74A" w14:textId="77777777">
        <w:trPr>
          <w:jc w:val="center"/>
        </w:trPr>
        <w:tc>
          <w:tcPr>
            <w:tcW w:w="1704" w:type="dxa"/>
          </w:tcPr>
          <w:p w14:paraId="6A99900A" w14:textId="77777777" w:rsidR="00650896" w:rsidRDefault="00000000">
            <w:r>
              <w:rPr>
                <w:sz w:val="17"/>
              </w:rPr>
              <w:t>10</w:t>
            </w:r>
          </w:p>
        </w:tc>
        <w:tc>
          <w:tcPr>
            <w:tcW w:w="1704" w:type="dxa"/>
          </w:tcPr>
          <w:p w14:paraId="2037B2FD" w14:textId="77777777" w:rsidR="00650896" w:rsidRDefault="00650896"/>
        </w:tc>
        <w:tc>
          <w:tcPr>
            <w:tcW w:w="1704" w:type="dxa"/>
          </w:tcPr>
          <w:p w14:paraId="13DA6835" w14:textId="77777777" w:rsidR="00650896" w:rsidRDefault="00650896"/>
        </w:tc>
        <w:tc>
          <w:tcPr>
            <w:tcW w:w="1704" w:type="dxa"/>
          </w:tcPr>
          <w:p w14:paraId="3CDC79FE" w14:textId="77777777" w:rsidR="00650896" w:rsidRDefault="00650896"/>
        </w:tc>
        <w:tc>
          <w:tcPr>
            <w:tcW w:w="1704" w:type="dxa"/>
          </w:tcPr>
          <w:p w14:paraId="7140DCB6" w14:textId="77777777" w:rsidR="00650896" w:rsidRDefault="00650896"/>
        </w:tc>
        <w:tc>
          <w:tcPr>
            <w:tcW w:w="1704" w:type="dxa"/>
          </w:tcPr>
          <w:p w14:paraId="60603158" w14:textId="77777777" w:rsidR="00650896" w:rsidRDefault="00650896"/>
        </w:tc>
      </w:tr>
    </w:tbl>
    <w:p w14:paraId="1222F86C" w14:textId="77777777" w:rsidR="00650896" w:rsidRDefault="00650896"/>
    <w:p w14:paraId="62A10858" w14:textId="77777777" w:rsidR="00650896" w:rsidRDefault="00000000">
      <w:pPr>
        <w:pStyle w:val="Heading1"/>
      </w:pPr>
      <w:r>
        <w:t>18. Review and Approval</w:t>
      </w:r>
    </w:p>
    <w:tbl>
      <w:tblPr>
        <w:tblStyle w:val="TableGrid"/>
        <w:tblW w:w="0" w:type="auto"/>
        <w:jc w:val="center"/>
        <w:tblLook w:val="04A0" w:firstRow="1" w:lastRow="0" w:firstColumn="1" w:lastColumn="0" w:noHBand="0" w:noVBand="1"/>
      </w:tblPr>
      <w:tblGrid>
        <w:gridCol w:w="2556"/>
        <w:gridCol w:w="2556"/>
        <w:gridCol w:w="2556"/>
        <w:gridCol w:w="2556"/>
      </w:tblGrid>
      <w:tr w:rsidR="00650896" w14:paraId="7AE94877" w14:textId="77777777">
        <w:trPr>
          <w:tblHeader/>
          <w:jc w:val="center"/>
        </w:trPr>
        <w:tc>
          <w:tcPr>
            <w:tcW w:w="2556" w:type="dxa"/>
            <w:shd w:val="clear" w:color="auto" w:fill="0F3D5E"/>
          </w:tcPr>
          <w:p w14:paraId="56CA1240" w14:textId="77777777" w:rsidR="00650896" w:rsidRDefault="00000000">
            <w:r>
              <w:rPr>
                <w:b/>
                <w:color w:val="FFFFFF"/>
              </w:rPr>
              <w:t>Role</w:t>
            </w:r>
          </w:p>
        </w:tc>
        <w:tc>
          <w:tcPr>
            <w:tcW w:w="2556" w:type="dxa"/>
            <w:shd w:val="clear" w:color="auto" w:fill="0F3D5E"/>
          </w:tcPr>
          <w:p w14:paraId="212B0BE0" w14:textId="77777777" w:rsidR="00650896" w:rsidRDefault="00000000">
            <w:r>
              <w:rPr>
                <w:b/>
                <w:color w:val="FFFFFF"/>
              </w:rPr>
              <w:t>Name</w:t>
            </w:r>
          </w:p>
        </w:tc>
        <w:tc>
          <w:tcPr>
            <w:tcW w:w="2556" w:type="dxa"/>
            <w:shd w:val="clear" w:color="auto" w:fill="0F3D5E"/>
          </w:tcPr>
          <w:p w14:paraId="0B735610" w14:textId="77777777" w:rsidR="00650896" w:rsidRDefault="00000000">
            <w:r>
              <w:rPr>
                <w:b/>
                <w:color w:val="FFFFFF"/>
              </w:rPr>
              <w:t>Signature</w:t>
            </w:r>
          </w:p>
        </w:tc>
        <w:tc>
          <w:tcPr>
            <w:tcW w:w="2556" w:type="dxa"/>
            <w:shd w:val="clear" w:color="auto" w:fill="0F3D5E"/>
          </w:tcPr>
          <w:p w14:paraId="62B95470" w14:textId="77777777" w:rsidR="00650896" w:rsidRDefault="00000000">
            <w:r>
              <w:rPr>
                <w:b/>
                <w:color w:val="FFFFFF"/>
              </w:rPr>
              <w:t>Date</w:t>
            </w:r>
          </w:p>
        </w:tc>
      </w:tr>
      <w:tr w:rsidR="00650896" w14:paraId="7688388B" w14:textId="77777777">
        <w:trPr>
          <w:jc w:val="center"/>
        </w:trPr>
        <w:tc>
          <w:tcPr>
            <w:tcW w:w="2556" w:type="dxa"/>
          </w:tcPr>
          <w:p w14:paraId="628E0021" w14:textId="77777777" w:rsidR="00650896" w:rsidRDefault="00000000">
            <w:r>
              <w:rPr>
                <w:sz w:val="18"/>
              </w:rPr>
              <w:t>Prepared By</w:t>
            </w:r>
          </w:p>
        </w:tc>
        <w:tc>
          <w:tcPr>
            <w:tcW w:w="2556" w:type="dxa"/>
          </w:tcPr>
          <w:p w14:paraId="7CA7D869" w14:textId="77777777" w:rsidR="00650896" w:rsidRDefault="00650896"/>
        </w:tc>
        <w:tc>
          <w:tcPr>
            <w:tcW w:w="2556" w:type="dxa"/>
          </w:tcPr>
          <w:p w14:paraId="4E263FF6" w14:textId="77777777" w:rsidR="00650896" w:rsidRDefault="00650896"/>
        </w:tc>
        <w:tc>
          <w:tcPr>
            <w:tcW w:w="2556" w:type="dxa"/>
          </w:tcPr>
          <w:p w14:paraId="2C70981C" w14:textId="77777777" w:rsidR="00650896" w:rsidRDefault="00650896"/>
        </w:tc>
      </w:tr>
      <w:tr w:rsidR="00650896" w14:paraId="66AD734C" w14:textId="77777777">
        <w:trPr>
          <w:jc w:val="center"/>
        </w:trPr>
        <w:tc>
          <w:tcPr>
            <w:tcW w:w="2556" w:type="dxa"/>
          </w:tcPr>
          <w:p w14:paraId="62EE2C8C" w14:textId="77777777" w:rsidR="00650896" w:rsidRDefault="00000000">
            <w:r>
              <w:rPr>
                <w:sz w:val="18"/>
              </w:rPr>
              <w:t>Reviewed By</w:t>
            </w:r>
          </w:p>
        </w:tc>
        <w:tc>
          <w:tcPr>
            <w:tcW w:w="2556" w:type="dxa"/>
          </w:tcPr>
          <w:p w14:paraId="662FE108" w14:textId="77777777" w:rsidR="00650896" w:rsidRDefault="00650896"/>
        </w:tc>
        <w:tc>
          <w:tcPr>
            <w:tcW w:w="2556" w:type="dxa"/>
          </w:tcPr>
          <w:p w14:paraId="55D8D881" w14:textId="77777777" w:rsidR="00650896" w:rsidRDefault="00650896"/>
        </w:tc>
        <w:tc>
          <w:tcPr>
            <w:tcW w:w="2556" w:type="dxa"/>
          </w:tcPr>
          <w:p w14:paraId="7AF6BC94" w14:textId="77777777" w:rsidR="00650896" w:rsidRDefault="00650896"/>
        </w:tc>
      </w:tr>
      <w:tr w:rsidR="00650896" w14:paraId="11CC6BAB" w14:textId="77777777">
        <w:trPr>
          <w:jc w:val="center"/>
        </w:trPr>
        <w:tc>
          <w:tcPr>
            <w:tcW w:w="2556" w:type="dxa"/>
          </w:tcPr>
          <w:p w14:paraId="272D1C6D" w14:textId="77777777" w:rsidR="00650896" w:rsidRDefault="00000000">
            <w:r>
              <w:rPr>
                <w:sz w:val="18"/>
              </w:rPr>
              <w:t>Approved By</w:t>
            </w:r>
          </w:p>
        </w:tc>
        <w:tc>
          <w:tcPr>
            <w:tcW w:w="2556" w:type="dxa"/>
          </w:tcPr>
          <w:p w14:paraId="08A85812" w14:textId="77777777" w:rsidR="00650896" w:rsidRDefault="00650896"/>
        </w:tc>
        <w:tc>
          <w:tcPr>
            <w:tcW w:w="2556" w:type="dxa"/>
          </w:tcPr>
          <w:p w14:paraId="3D474F2E" w14:textId="77777777" w:rsidR="00650896" w:rsidRDefault="00650896"/>
        </w:tc>
        <w:tc>
          <w:tcPr>
            <w:tcW w:w="2556" w:type="dxa"/>
          </w:tcPr>
          <w:p w14:paraId="73B56ABB" w14:textId="77777777" w:rsidR="00650896" w:rsidRDefault="00650896"/>
        </w:tc>
      </w:tr>
    </w:tbl>
    <w:p w14:paraId="6A4B299A" w14:textId="77777777" w:rsidR="00650896" w:rsidRDefault="00650896"/>
    <w:p w14:paraId="6087F8C5" w14:textId="77777777" w:rsidR="00650896" w:rsidRDefault="00000000">
      <w:pPr>
        <w:pStyle w:val="Heading1"/>
      </w:pPr>
      <w:r>
        <w:t>19. Disclaimer</w:t>
      </w:r>
    </w:p>
    <w:p w14:paraId="5B5F991F" w14:textId="77777777" w:rsidR="00650896" w:rsidRDefault="00000000">
      <w:r>
        <w:t>This document is a general completed reference risk assessment for construction-site activities. It is not a substitute for project-specific risk assessments, method statements, permits, lifting plans, excavation permits, electrical procedures, confined-space assessments, engineered designs or specialist assessments. A competent person must review and adapt the assessment to actual site conditions, work methods, equipment, workforce competency, client requirements and applicable requirements. Additional controls may be required where the actual risk is higher than represented in this reference document. Risk ratings must be verified before work starts and whenever conditions change.</w:t>
      </w:r>
    </w:p>
    <w:sectPr w:rsidR="00650896" w:rsidSect="00034616">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C3B5E" w14:textId="77777777" w:rsidR="00A26AA6" w:rsidRDefault="00A26AA6">
      <w:pPr>
        <w:spacing w:after="0" w:line="240" w:lineRule="auto"/>
      </w:pPr>
      <w:r>
        <w:separator/>
      </w:r>
    </w:p>
  </w:endnote>
  <w:endnote w:type="continuationSeparator" w:id="0">
    <w:p w14:paraId="69F502BE" w14:textId="77777777" w:rsidR="00A26AA6" w:rsidRDefault="00A2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8074" w14:textId="77777777" w:rsidR="00614FAE" w:rsidRDefault="00614FAE" w:rsidP="00614FAE">
    <w:pPr>
      <w:pStyle w:val="Footer"/>
    </w:pPr>
    <w:r>
      <w:t>The HSEVerse</w:t>
    </w:r>
    <w:r w:rsidRPr="00DE1A36">
      <w:t xml:space="preserve"> | www.</w:t>
    </w:r>
    <w:r>
      <w:t>thehseverse</w:t>
    </w:r>
    <w:r w:rsidRPr="00DE1A36">
      <w:t>.com</w:t>
    </w:r>
  </w:p>
  <w:p w14:paraId="547B8812" w14:textId="7A4CC2D1" w:rsidR="00650896" w:rsidRPr="00614FAE" w:rsidRDefault="00614FAE" w:rsidP="00614FAE">
    <w:pPr>
      <w:pStyle w:val="Footer"/>
      <w:jc w:val="right"/>
    </w:pPr>
    <w:r>
      <w:rPr>
        <w:color w:val="7F7F7F"/>
        <w:sz w:val="17"/>
      </w:rPr>
      <w:t>THV-HSE-</w:t>
    </w:r>
    <w:r>
      <w:rPr>
        <w:color w:val="7F7F7F"/>
        <w:sz w:val="17"/>
      </w:rPr>
      <w:t>RA</w:t>
    </w:r>
    <w:r>
      <w:rPr>
        <w:color w:val="7F7F7F"/>
        <w:sz w:val="17"/>
      </w:rPr>
      <w:t>-00</w:t>
    </w:r>
    <w:r>
      <w:rPr>
        <w:color w:val="7F7F7F"/>
        <w:sz w:val="17"/>
      </w:rPr>
      <w:t>1</w:t>
    </w:r>
    <w:r>
      <w:rPr>
        <w:color w:val="7F7F7F"/>
        <w:sz w:val="17"/>
      </w:rPr>
      <w:t xml:space="preserve"> | Rev: 00 | Page </w:t>
    </w:r>
    <w:r>
      <w:fldChar w:fldCharType="begin"/>
    </w:r>
    <w:r>
      <w:instrText>PAGE</w:instrText>
    </w:r>
    <w:r>
      <w:fldChar w:fldCharType="separate"/>
    </w:r>
    <w:r>
      <w:t>1</w:t>
    </w:r>
    <w:r>
      <w:fldChar w:fldCharType="end"/>
    </w:r>
    <w:r>
      <w:rPr>
        <w:color w:val="7F7F7F"/>
        <w:sz w:val="17"/>
      </w:rPr>
      <w:t xml:space="preserve"> of </w:t>
    </w:r>
    <w:r>
      <w:fldChar w:fldCharType="begin"/>
    </w:r>
    <w:r>
      <w:instrText>NUMPAGES</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449DF" w14:textId="77777777" w:rsidR="00A26AA6" w:rsidRDefault="00A26AA6">
      <w:pPr>
        <w:spacing w:after="0" w:line="240" w:lineRule="auto"/>
      </w:pPr>
      <w:r>
        <w:separator/>
      </w:r>
    </w:p>
  </w:footnote>
  <w:footnote w:type="continuationSeparator" w:id="0">
    <w:p w14:paraId="7BDC6D1D" w14:textId="77777777" w:rsidR="00A26AA6" w:rsidRDefault="00A26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6403" w14:textId="69353309" w:rsidR="00614FAE" w:rsidRDefault="00614FAE">
    <w:pPr>
      <w:pStyle w:val="Header"/>
    </w:pPr>
    <w:r>
      <w:rPr>
        <w:noProof/>
      </w:rPr>
      <w:drawing>
        <wp:anchor distT="0" distB="0" distL="114300" distR="114300" simplePos="0" relativeHeight="251659264" behindDoc="1" locked="0" layoutInCell="1" allowOverlap="1" wp14:anchorId="38F3BDDB" wp14:editId="059356EA">
          <wp:simplePos x="0" y="0"/>
          <wp:positionH relativeFrom="column">
            <wp:posOffset>0</wp:posOffset>
          </wp:positionH>
          <wp:positionV relativeFrom="paragraph">
            <wp:posOffset>-411370</wp:posOffset>
          </wp:positionV>
          <wp:extent cx="1557963" cy="556260"/>
          <wp:effectExtent l="0" t="0" r="4445" b="0"/>
          <wp:wrapTight wrapText="bothSides">
            <wp:wrapPolygon edited="0">
              <wp:start x="2377" y="0"/>
              <wp:lineTo x="528" y="2959"/>
              <wp:lineTo x="0" y="5918"/>
              <wp:lineTo x="264" y="14055"/>
              <wp:lineTo x="2642" y="20712"/>
              <wp:lineTo x="3962" y="20712"/>
              <wp:lineTo x="12944" y="19973"/>
              <wp:lineTo x="21397" y="17014"/>
              <wp:lineTo x="21397" y="8877"/>
              <wp:lineTo x="17963" y="6658"/>
              <wp:lineTo x="4227" y="0"/>
              <wp:lineTo x="2377" y="0"/>
            </wp:wrapPolygon>
          </wp:wrapTight>
          <wp:docPr id="204128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8701" name="Picture 204128701"/>
                  <pic:cNvPicPr/>
                </pic:nvPicPr>
                <pic:blipFill rotWithShape="1">
                  <a:blip r:embed="rId1"/>
                  <a:srcRect l="7976" t="24285" r="6667" b="30000"/>
                  <a:stretch>
                    <a:fillRect/>
                  </a:stretch>
                </pic:blipFill>
                <pic:spPr bwMode="auto">
                  <a:xfrm>
                    <a:off x="0" y="0"/>
                    <a:ext cx="1557963" cy="55626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42949064">
    <w:abstractNumId w:val="8"/>
  </w:num>
  <w:num w:numId="2" w16cid:durableId="165173553">
    <w:abstractNumId w:val="6"/>
  </w:num>
  <w:num w:numId="3" w16cid:durableId="851798437">
    <w:abstractNumId w:val="5"/>
  </w:num>
  <w:num w:numId="4" w16cid:durableId="704719195">
    <w:abstractNumId w:val="4"/>
  </w:num>
  <w:num w:numId="5" w16cid:durableId="1788963460">
    <w:abstractNumId w:val="7"/>
  </w:num>
  <w:num w:numId="6" w16cid:durableId="1638411795">
    <w:abstractNumId w:val="3"/>
  </w:num>
  <w:num w:numId="7" w16cid:durableId="913784394">
    <w:abstractNumId w:val="2"/>
  </w:num>
  <w:num w:numId="8" w16cid:durableId="1494682340">
    <w:abstractNumId w:val="1"/>
  </w:num>
  <w:num w:numId="9" w16cid:durableId="1174611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6F32"/>
    <w:rsid w:val="0029639D"/>
    <w:rsid w:val="00326F90"/>
    <w:rsid w:val="00405351"/>
    <w:rsid w:val="00614FAE"/>
    <w:rsid w:val="00650896"/>
    <w:rsid w:val="00833FED"/>
    <w:rsid w:val="00A26AA6"/>
    <w:rsid w:val="00AA1D8D"/>
    <w:rsid w:val="00B47730"/>
    <w:rsid w:val="00CB0664"/>
    <w:rsid w:val="00E20F99"/>
    <w:rsid w:val="00F024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C6D8E2"/>
  <w14:defaultImageDpi w14:val="300"/>
  <w15:docId w15:val="{A7418E27-37E7-4924-8A29-3A494805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3362</Words>
  <Characters>19166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Mohsin Raza</cp:lastModifiedBy>
  <cp:revision>4</cp:revision>
  <dcterms:created xsi:type="dcterms:W3CDTF">2013-12-23T23:15:00Z</dcterms:created>
  <dcterms:modified xsi:type="dcterms:W3CDTF">2026-08-16T06:51:00Z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9fbe6ad5-0c66-4847-89b8-b3567de543cf</vt:lpwstr>
  </property>
</Properties>
</file>