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E2551" w14:textId="5AF71DE6" w:rsidR="00BD633A" w:rsidRDefault="00000000">
      <w:pPr>
        <w:spacing w:after="40"/>
        <w:jc w:val="center"/>
      </w:pPr>
      <w:r>
        <w:rPr>
          <w:rFonts w:ascii="Arial" w:hAnsi="Arial"/>
          <w:b/>
          <w:color w:val="1B365D"/>
          <w:sz w:val="32"/>
        </w:rPr>
        <w:t>ELECTRICAL SAFETY CHECKLIST</w:t>
      </w:r>
      <w:r w:rsidR="0057532A">
        <w:rPr>
          <w:rFonts w:ascii="Arial" w:hAnsi="Arial"/>
          <w:b/>
          <w:color w:val="1B365D"/>
          <w:sz w:val="32"/>
        </w:rPr>
        <w:t xml:space="preserve"> </w:t>
      </w:r>
    </w:p>
    <w:p w14:paraId="740A8770" w14:textId="77777777" w:rsidR="00BD633A" w:rsidRDefault="00000000">
      <w:pPr>
        <w:jc w:val="center"/>
      </w:pPr>
      <w:r>
        <w:rPr>
          <w:rFonts w:ascii="Arial" w:hAnsi="Arial"/>
          <w:b/>
          <w:color w:val="333333"/>
          <w:sz w:val="20"/>
        </w:rPr>
        <w:t>HEALTH, SAFETY &amp; ENVIRONMENT MANAGEMENT SYSTEM</w:t>
      </w:r>
    </w:p>
    <w:p w14:paraId="52FACCEC" w14:textId="77777777" w:rsidR="00BD633A" w:rsidRDefault="00000000">
      <w:pPr>
        <w:spacing w:before="120" w:after="80"/>
      </w:pPr>
      <w:r>
        <w:rPr>
          <w:rFonts w:ascii="Arial" w:hAnsi="Arial"/>
          <w:b/>
          <w:color w:val="1B365D"/>
        </w:rPr>
        <w:t>1. INSPECTION INFORMATION</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2592"/>
        <w:gridCol w:w="2642"/>
        <w:gridCol w:w="2592"/>
        <w:gridCol w:w="2642"/>
      </w:tblGrid>
      <w:tr w:rsidR="00BD633A" w14:paraId="68CDC34D" w14:textId="77777777">
        <w:trPr>
          <w:jc w:val="center"/>
        </w:trPr>
        <w:tc>
          <w:tcPr>
            <w:tcW w:w="2592" w:type="dxa"/>
            <w:shd w:val="clear" w:color="auto" w:fill="F0F4F8"/>
            <w:tcMar>
              <w:top w:w="80" w:type="dxa"/>
              <w:left w:w="100" w:type="dxa"/>
              <w:bottom w:w="80" w:type="dxa"/>
              <w:right w:w="100" w:type="dxa"/>
            </w:tcMar>
            <w:vAlign w:val="center"/>
          </w:tcPr>
          <w:p w14:paraId="7A944FAD" w14:textId="77777777" w:rsidR="00BD633A" w:rsidRDefault="00000000">
            <w:pPr>
              <w:spacing w:after="0"/>
            </w:pPr>
            <w:r>
              <w:rPr>
                <w:rFonts w:ascii="Calibri" w:hAnsi="Calibri"/>
                <w:b/>
                <w:sz w:val="19"/>
              </w:rPr>
              <w:t>Project / Site:</w:t>
            </w:r>
          </w:p>
        </w:tc>
        <w:tc>
          <w:tcPr>
            <w:tcW w:w="2642" w:type="dxa"/>
            <w:tcMar>
              <w:top w:w="80" w:type="dxa"/>
              <w:left w:w="100" w:type="dxa"/>
              <w:bottom w:w="80" w:type="dxa"/>
              <w:right w:w="100" w:type="dxa"/>
            </w:tcMar>
            <w:vAlign w:val="center"/>
          </w:tcPr>
          <w:p w14:paraId="26C186CD" w14:textId="77777777" w:rsidR="00BD633A" w:rsidRDefault="00BD633A">
            <w:pPr>
              <w:spacing w:after="0"/>
            </w:pPr>
          </w:p>
        </w:tc>
        <w:tc>
          <w:tcPr>
            <w:tcW w:w="2592" w:type="dxa"/>
            <w:shd w:val="clear" w:color="auto" w:fill="F0F4F8"/>
            <w:tcMar>
              <w:top w:w="80" w:type="dxa"/>
              <w:left w:w="100" w:type="dxa"/>
              <w:bottom w:w="80" w:type="dxa"/>
              <w:right w:w="100" w:type="dxa"/>
            </w:tcMar>
            <w:vAlign w:val="center"/>
          </w:tcPr>
          <w:p w14:paraId="695D3020" w14:textId="77777777" w:rsidR="00BD633A" w:rsidRDefault="00000000">
            <w:pPr>
              <w:spacing w:after="0"/>
            </w:pPr>
            <w:r>
              <w:rPr>
                <w:rFonts w:ascii="Calibri" w:hAnsi="Calibri"/>
                <w:b/>
                <w:sz w:val="19"/>
              </w:rPr>
              <w:t>Location / Area:</w:t>
            </w:r>
          </w:p>
        </w:tc>
        <w:tc>
          <w:tcPr>
            <w:tcW w:w="2642" w:type="dxa"/>
            <w:tcMar>
              <w:top w:w="80" w:type="dxa"/>
              <w:left w:w="100" w:type="dxa"/>
              <w:bottom w:w="80" w:type="dxa"/>
              <w:right w:w="100" w:type="dxa"/>
            </w:tcMar>
            <w:vAlign w:val="center"/>
          </w:tcPr>
          <w:p w14:paraId="370C2AAB" w14:textId="77777777" w:rsidR="00BD633A" w:rsidRDefault="00BD633A">
            <w:pPr>
              <w:spacing w:after="0"/>
            </w:pPr>
          </w:p>
        </w:tc>
      </w:tr>
      <w:tr w:rsidR="00BD633A" w14:paraId="68353C93" w14:textId="77777777">
        <w:trPr>
          <w:jc w:val="center"/>
        </w:trPr>
        <w:tc>
          <w:tcPr>
            <w:tcW w:w="2592" w:type="dxa"/>
            <w:shd w:val="clear" w:color="auto" w:fill="F0F4F8"/>
            <w:tcMar>
              <w:top w:w="80" w:type="dxa"/>
              <w:left w:w="100" w:type="dxa"/>
              <w:bottom w:w="80" w:type="dxa"/>
              <w:right w:w="100" w:type="dxa"/>
            </w:tcMar>
            <w:vAlign w:val="center"/>
          </w:tcPr>
          <w:p w14:paraId="38CA515E" w14:textId="77777777" w:rsidR="00BD633A" w:rsidRDefault="00000000">
            <w:pPr>
              <w:spacing w:after="0"/>
            </w:pPr>
            <w:r>
              <w:rPr>
                <w:rFonts w:ascii="Calibri" w:hAnsi="Calibri"/>
                <w:b/>
                <w:sz w:val="19"/>
              </w:rPr>
              <w:t>Inspection Date:</w:t>
            </w:r>
          </w:p>
        </w:tc>
        <w:tc>
          <w:tcPr>
            <w:tcW w:w="2642" w:type="dxa"/>
            <w:tcMar>
              <w:top w:w="80" w:type="dxa"/>
              <w:left w:w="100" w:type="dxa"/>
              <w:bottom w:w="80" w:type="dxa"/>
              <w:right w:w="100" w:type="dxa"/>
            </w:tcMar>
            <w:vAlign w:val="center"/>
          </w:tcPr>
          <w:p w14:paraId="44A0484F" w14:textId="77777777" w:rsidR="00BD633A" w:rsidRDefault="00BD633A">
            <w:pPr>
              <w:spacing w:after="0"/>
            </w:pPr>
          </w:p>
        </w:tc>
        <w:tc>
          <w:tcPr>
            <w:tcW w:w="2592" w:type="dxa"/>
            <w:shd w:val="clear" w:color="auto" w:fill="F0F4F8"/>
            <w:tcMar>
              <w:top w:w="80" w:type="dxa"/>
              <w:left w:w="100" w:type="dxa"/>
              <w:bottom w:w="80" w:type="dxa"/>
              <w:right w:w="100" w:type="dxa"/>
            </w:tcMar>
            <w:vAlign w:val="center"/>
          </w:tcPr>
          <w:p w14:paraId="5402CB46" w14:textId="77777777" w:rsidR="00BD633A" w:rsidRDefault="00000000">
            <w:pPr>
              <w:spacing w:after="0"/>
            </w:pPr>
            <w:r>
              <w:rPr>
                <w:rFonts w:ascii="Calibri" w:hAnsi="Calibri"/>
                <w:b/>
                <w:sz w:val="19"/>
              </w:rPr>
              <w:t>Inspection Time:</w:t>
            </w:r>
          </w:p>
        </w:tc>
        <w:tc>
          <w:tcPr>
            <w:tcW w:w="2642" w:type="dxa"/>
            <w:tcMar>
              <w:top w:w="80" w:type="dxa"/>
              <w:left w:w="100" w:type="dxa"/>
              <w:bottom w:w="80" w:type="dxa"/>
              <w:right w:w="100" w:type="dxa"/>
            </w:tcMar>
            <w:vAlign w:val="center"/>
          </w:tcPr>
          <w:p w14:paraId="0A3D2EB3" w14:textId="77777777" w:rsidR="00BD633A" w:rsidRDefault="00BD633A">
            <w:pPr>
              <w:spacing w:after="0"/>
            </w:pPr>
          </w:p>
        </w:tc>
      </w:tr>
      <w:tr w:rsidR="00BD633A" w14:paraId="1827F757" w14:textId="77777777">
        <w:trPr>
          <w:jc w:val="center"/>
        </w:trPr>
        <w:tc>
          <w:tcPr>
            <w:tcW w:w="2592" w:type="dxa"/>
            <w:shd w:val="clear" w:color="auto" w:fill="F0F4F8"/>
            <w:tcMar>
              <w:top w:w="80" w:type="dxa"/>
              <w:left w:w="100" w:type="dxa"/>
              <w:bottom w:w="80" w:type="dxa"/>
              <w:right w:w="100" w:type="dxa"/>
            </w:tcMar>
            <w:vAlign w:val="center"/>
          </w:tcPr>
          <w:p w14:paraId="5D61D268" w14:textId="77777777" w:rsidR="00BD633A" w:rsidRDefault="00000000">
            <w:pPr>
              <w:spacing w:after="0"/>
            </w:pPr>
            <w:r>
              <w:rPr>
                <w:rFonts w:ascii="Calibri" w:hAnsi="Calibri"/>
                <w:b/>
                <w:sz w:val="19"/>
              </w:rPr>
              <w:t>Inspector Name:</w:t>
            </w:r>
          </w:p>
        </w:tc>
        <w:tc>
          <w:tcPr>
            <w:tcW w:w="2642" w:type="dxa"/>
            <w:tcMar>
              <w:top w:w="80" w:type="dxa"/>
              <w:left w:w="100" w:type="dxa"/>
              <w:bottom w:w="80" w:type="dxa"/>
              <w:right w:w="100" w:type="dxa"/>
            </w:tcMar>
            <w:vAlign w:val="center"/>
          </w:tcPr>
          <w:p w14:paraId="0CD1B50E" w14:textId="77777777" w:rsidR="00BD633A" w:rsidRDefault="00BD633A">
            <w:pPr>
              <w:spacing w:after="0"/>
            </w:pPr>
          </w:p>
        </w:tc>
        <w:tc>
          <w:tcPr>
            <w:tcW w:w="2592" w:type="dxa"/>
            <w:shd w:val="clear" w:color="auto" w:fill="F0F4F8"/>
            <w:tcMar>
              <w:top w:w="80" w:type="dxa"/>
              <w:left w:w="100" w:type="dxa"/>
              <w:bottom w:w="80" w:type="dxa"/>
              <w:right w:w="100" w:type="dxa"/>
            </w:tcMar>
            <w:vAlign w:val="center"/>
          </w:tcPr>
          <w:p w14:paraId="641B8252" w14:textId="77777777" w:rsidR="00BD633A" w:rsidRDefault="00000000">
            <w:pPr>
              <w:spacing w:after="0"/>
            </w:pPr>
            <w:r>
              <w:rPr>
                <w:rFonts w:ascii="Calibri" w:hAnsi="Calibri"/>
                <w:b/>
                <w:sz w:val="19"/>
              </w:rPr>
              <w:t>Company / Contractor:</w:t>
            </w:r>
          </w:p>
        </w:tc>
        <w:tc>
          <w:tcPr>
            <w:tcW w:w="2642" w:type="dxa"/>
            <w:tcMar>
              <w:top w:w="80" w:type="dxa"/>
              <w:left w:w="100" w:type="dxa"/>
              <w:bottom w:w="80" w:type="dxa"/>
              <w:right w:w="100" w:type="dxa"/>
            </w:tcMar>
            <w:vAlign w:val="center"/>
          </w:tcPr>
          <w:p w14:paraId="0E637263" w14:textId="77777777" w:rsidR="00BD633A" w:rsidRDefault="00BD633A">
            <w:pPr>
              <w:spacing w:after="0"/>
            </w:pPr>
          </w:p>
        </w:tc>
      </w:tr>
      <w:tr w:rsidR="00BD633A" w14:paraId="6DB2E7C0" w14:textId="77777777">
        <w:trPr>
          <w:jc w:val="center"/>
        </w:trPr>
        <w:tc>
          <w:tcPr>
            <w:tcW w:w="2592" w:type="dxa"/>
            <w:shd w:val="clear" w:color="auto" w:fill="F0F4F8"/>
            <w:tcMar>
              <w:top w:w="80" w:type="dxa"/>
              <w:left w:w="100" w:type="dxa"/>
              <w:bottom w:w="80" w:type="dxa"/>
              <w:right w:w="100" w:type="dxa"/>
            </w:tcMar>
            <w:vAlign w:val="center"/>
          </w:tcPr>
          <w:p w14:paraId="504880FF" w14:textId="77777777" w:rsidR="00BD633A" w:rsidRDefault="00000000">
            <w:pPr>
              <w:spacing w:after="0"/>
            </w:pPr>
            <w:r>
              <w:rPr>
                <w:rFonts w:ascii="Calibri" w:hAnsi="Calibri"/>
                <w:b/>
                <w:sz w:val="19"/>
              </w:rPr>
              <w:t>Activity / Work Area:</w:t>
            </w:r>
          </w:p>
        </w:tc>
        <w:tc>
          <w:tcPr>
            <w:tcW w:w="2642" w:type="dxa"/>
            <w:tcMar>
              <w:top w:w="80" w:type="dxa"/>
              <w:left w:w="100" w:type="dxa"/>
              <w:bottom w:w="80" w:type="dxa"/>
              <w:right w:w="100" w:type="dxa"/>
            </w:tcMar>
            <w:vAlign w:val="center"/>
          </w:tcPr>
          <w:p w14:paraId="08899FEA" w14:textId="77777777" w:rsidR="00BD633A" w:rsidRDefault="00BD633A">
            <w:pPr>
              <w:spacing w:after="0"/>
            </w:pPr>
          </w:p>
        </w:tc>
        <w:tc>
          <w:tcPr>
            <w:tcW w:w="2592" w:type="dxa"/>
            <w:shd w:val="clear" w:color="auto" w:fill="F0F4F8"/>
            <w:tcMar>
              <w:top w:w="80" w:type="dxa"/>
              <w:left w:w="100" w:type="dxa"/>
              <w:bottom w:w="80" w:type="dxa"/>
              <w:right w:w="100" w:type="dxa"/>
            </w:tcMar>
            <w:vAlign w:val="center"/>
          </w:tcPr>
          <w:p w14:paraId="22C88F5A" w14:textId="77777777" w:rsidR="00BD633A" w:rsidRDefault="00000000">
            <w:pPr>
              <w:spacing w:after="0"/>
            </w:pPr>
            <w:r>
              <w:rPr>
                <w:rFonts w:ascii="Calibri" w:hAnsi="Calibri"/>
                <w:b/>
                <w:sz w:val="19"/>
              </w:rPr>
              <w:t>Electrical System / Equipment:</w:t>
            </w:r>
          </w:p>
        </w:tc>
        <w:tc>
          <w:tcPr>
            <w:tcW w:w="2642" w:type="dxa"/>
            <w:tcMar>
              <w:top w:w="80" w:type="dxa"/>
              <w:left w:w="100" w:type="dxa"/>
              <w:bottom w:w="80" w:type="dxa"/>
              <w:right w:w="100" w:type="dxa"/>
            </w:tcMar>
            <w:vAlign w:val="center"/>
          </w:tcPr>
          <w:p w14:paraId="03304425" w14:textId="77777777" w:rsidR="00BD633A" w:rsidRDefault="00BD633A">
            <w:pPr>
              <w:spacing w:after="0"/>
            </w:pPr>
          </w:p>
        </w:tc>
      </w:tr>
      <w:tr w:rsidR="00BD633A" w14:paraId="6E24A9C0" w14:textId="77777777" w:rsidTr="0057532A">
        <w:trPr>
          <w:trHeight w:val="567"/>
          <w:jc w:val="center"/>
        </w:trPr>
        <w:tc>
          <w:tcPr>
            <w:tcW w:w="2592" w:type="dxa"/>
            <w:shd w:val="clear" w:color="auto" w:fill="F0F4F8"/>
            <w:tcMar>
              <w:top w:w="80" w:type="dxa"/>
              <w:left w:w="100" w:type="dxa"/>
              <w:bottom w:w="80" w:type="dxa"/>
              <w:right w:w="100" w:type="dxa"/>
            </w:tcMar>
            <w:vAlign w:val="center"/>
          </w:tcPr>
          <w:p w14:paraId="0371A652" w14:textId="77777777" w:rsidR="00BD633A" w:rsidRDefault="00000000">
            <w:pPr>
              <w:spacing w:after="0"/>
            </w:pPr>
            <w:r>
              <w:rPr>
                <w:rFonts w:ascii="Calibri" w:hAnsi="Calibri"/>
                <w:b/>
                <w:sz w:val="19"/>
              </w:rPr>
              <w:t>Voltage / Supply:</w:t>
            </w:r>
          </w:p>
        </w:tc>
        <w:tc>
          <w:tcPr>
            <w:tcW w:w="7876" w:type="dxa"/>
            <w:gridSpan w:val="3"/>
            <w:tcMar>
              <w:top w:w="80" w:type="dxa"/>
              <w:left w:w="100" w:type="dxa"/>
              <w:bottom w:w="80" w:type="dxa"/>
              <w:right w:w="100" w:type="dxa"/>
            </w:tcMar>
            <w:vAlign w:val="center"/>
          </w:tcPr>
          <w:p w14:paraId="6CDCD001" w14:textId="77777777" w:rsidR="00BD633A" w:rsidRDefault="00BD633A">
            <w:pPr>
              <w:spacing w:after="0"/>
            </w:pPr>
          </w:p>
        </w:tc>
      </w:tr>
    </w:tbl>
    <w:p w14:paraId="0F912077" w14:textId="77777777" w:rsidR="00BD633A" w:rsidRDefault="00000000">
      <w:pPr>
        <w:spacing w:before="120" w:after="160"/>
      </w:pPr>
      <w:r>
        <w:rPr>
          <w:rFonts w:ascii="Calibri" w:hAnsi="Calibri"/>
          <w:i/>
          <w:color w:val="333333"/>
          <w:sz w:val="18"/>
        </w:rPr>
        <w:t>Instructions: Mark ✓ under Yes, No, or N/A for each applicable item. Record details of any non-compliance in the Remarks / Corrective Action column. Significant findings should be transferred to the Findings &amp; Corrective Actions section.</w:t>
      </w:r>
    </w:p>
    <w:p w14:paraId="4D97367E" w14:textId="77777777" w:rsidR="00BD633A" w:rsidRDefault="00000000">
      <w:pPr>
        <w:spacing w:before="120" w:after="80"/>
      </w:pPr>
      <w:r>
        <w:rPr>
          <w:rFonts w:ascii="Arial" w:hAnsi="Arial"/>
          <w:b/>
          <w:color w:val="1B365D"/>
        </w:rPr>
        <w:t>2. ELECTRICAL SAFETY INSPECTION CHECKLIST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576"/>
        <w:gridCol w:w="5861"/>
        <w:gridCol w:w="648"/>
        <w:gridCol w:w="648"/>
        <w:gridCol w:w="648"/>
        <w:gridCol w:w="2088"/>
      </w:tblGrid>
      <w:tr w:rsidR="00BD633A" w14:paraId="27B068D9" w14:textId="77777777">
        <w:trPr>
          <w:tblHeader/>
          <w:jc w:val="center"/>
        </w:trPr>
        <w:tc>
          <w:tcPr>
            <w:tcW w:w="576" w:type="dxa"/>
            <w:shd w:val="clear" w:color="auto" w:fill="1B365D"/>
            <w:tcMar>
              <w:top w:w="100" w:type="dxa"/>
              <w:left w:w="60" w:type="dxa"/>
              <w:bottom w:w="100" w:type="dxa"/>
              <w:right w:w="60" w:type="dxa"/>
            </w:tcMar>
            <w:vAlign w:val="center"/>
          </w:tcPr>
          <w:p w14:paraId="3D1261A1" w14:textId="77777777" w:rsidR="00BD633A" w:rsidRDefault="00000000">
            <w:pPr>
              <w:spacing w:after="0"/>
              <w:jc w:val="center"/>
            </w:pPr>
            <w:r>
              <w:rPr>
                <w:rFonts w:ascii="Arial" w:hAnsi="Arial"/>
                <w:b/>
                <w:color w:val="FFFFFF"/>
                <w:sz w:val="18"/>
              </w:rPr>
              <w:t>No.</w:t>
            </w:r>
          </w:p>
        </w:tc>
        <w:tc>
          <w:tcPr>
            <w:tcW w:w="5861" w:type="dxa"/>
            <w:shd w:val="clear" w:color="auto" w:fill="1B365D"/>
            <w:tcMar>
              <w:top w:w="100" w:type="dxa"/>
              <w:left w:w="60" w:type="dxa"/>
              <w:bottom w:w="100" w:type="dxa"/>
              <w:right w:w="60" w:type="dxa"/>
            </w:tcMar>
            <w:vAlign w:val="center"/>
          </w:tcPr>
          <w:p w14:paraId="05383FDF" w14:textId="77777777" w:rsidR="00BD633A" w:rsidRDefault="00000000">
            <w:pPr>
              <w:spacing w:after="0"/>
            </w:pPr>
            <w:r>
              <w:rPr>
                <w:rFonts w:ascii="Arial" w:hAnsi="Arial"/>
                <w:b/>
                <w:color w:val="FFFFFF"/>
                <w:sz w:val="18"/>
              </w:rPr>
              <w:t>Inspection Item</w:t>
            </w:r>
          </w:p>
        </w:tc>
        <w:tc>
          <w:tcPr>
            <w:tcW w:w="648" w:type="dxa"/>
            <w:shd w:val="clear" w:color="auto" w:fill="1B365D"/>
            <w:tcMar>
              <w:top w:w="100" w:type="dxa"/>
              <w:left w:w="60" w:type="dxa"/>
              <w:bottom w:w="100" w:type="dxa"/>
              <w:right w:w="60" w:type="dxa"/>
            </w:tcMar>
            <w:vAlign w:val="center"/>
          </w:tcPr>
          <w:p w14:paraId="59F71471" w14:textId="77777777" w:rsidR="00BD633A" w:rsidRDefault="00000000">
            <w:pPr>
              <w:spacing w:after="0"/>
              <w:jc w:val="center"/>
            </w:pPr>
            <w:r>
              <w:rPr>
                <w:rFonts w:ascii="Arial" w:hAnsi="Arial"/>
                <w:b/>
                <w:color w:val="FFFFFF"/>
                <w:sz w:val="18"/>
              </w:rPr>
              <w:t>Yes</w:t>
            </w:r>
          </w:p>
        </w:tc>
        <w:tc>
          <w:tcPr>
            <w:tcW w:w="648" w:type="dxa"/>
            <w:shd w:val="clear" w:color="auto" w:fill="1B365D"/>
            <w:tcMar>
              <w:top w:w="100" w:type="dxa"/>
              <w:left w:w="60" w:type="dxa"/>
              <w:bottom w:w="100" w:type="dxa"/>
              <w:right w:w="60" w:type="dxa"/>
            </w:tcMar>
            <w:vAlign w:val="center"/>
          </w:tcPr>
          <w:p w14:paraId="76D8295C" w14:textId="77777777" w:rsidR="00BD633A" w:rsidRDefault="00000000">
            <w:pPr>
              <w:spacing w:after="0"/>
              <w:jc w:val="center"/>
            </w:pPr>
            <w:r>
              <w:rPr>
                <w:rFonts w:ascii="Arial" w:hAnsi="Arial"/>
                <w:b/>
                <w:color w:val="FFFFFF"/>
                <w:sz w:val="18"/>
              </w:rPr>
              <w:t>No</w:t>
            </w:r>
          </w:p>
        </w:tc>
        <w:tc>
          <w:tcPr>
            <w:tcW w:w="648" w:type="dxa"/>
            <w:shd w:val="clear" w:color="auto" w:fill="1B365D"/>
            <w:tcMar>
              <w:top w:w="100" w:type="dxa"/>
              <w:left w:w="60" w:type="dxa"/>
              <w:bottom w:w="100" w:type="dxa"/>
              <w:right w:w="60" w:type="dxa"/>
            </w:tcMar>
            <w:vAlign w:val="center"/>
          </w:tcPr>
          <w:p w14:paraId="5DB7A75B" w14:textId="77777777" w:rsidR="00BD633A" w:rsidRDefault="00000000">
            <w:pPr>
              <w:spacing w:after="0"/>
              <w:jc w:val="center"/>
            </w:pPr>
            <w:r>
              <w:rPr>
                <w:rFonts w:ascii="Arial" w:hAnsi="Arial"/>
                <w:b/>
                <w:color w:val="FFFFFF"/>
                <w:sz w:val="18"/>
              </w:rPr>
              <w:t>N/A</w:t>
            </w:r>
          </w:p>
        </w:tc>
        <w:tc>
          <w:tcPr>
            <w:tcW w:w="2088" w:type="dxa"/>
            <w:shd w:val="clear" w:color="auto" w:fill="1B365D"/>
            <w:tcMar>
              <w:top w:w="100" w:type="dxa"/>
              <w:left w:w="60" w:type="dxa"/>
              <w:bottom w:w="100" w:type="dxa"/>
              <w:right w:w="60" w:type="dxa"/>
            </w:tcMar>
            <w:vAlign w:val="center"/>
          </w:tcPr>
          <w:p w14:paraId="699C2E7D" w14:textId="77777777" w:rsidR="00BD633A" w:rsidRDefault="00000000">
            <w:pPr>
              <w:spacing w:after="0"/>
            </w:pPr>
            <w:r>
              <w:rPr>
                <w:rFonts w:ascii="Arial" w:hAnsi="Arial"/>
                <w:b/>
                <w:color w:val="FFFFFF"/>
                <w:sz w:val="18"/>
              </w:rPr>
              <w:t>Remarks / Corrective Action</w:t>
            </w:r>
          </w:p>
        </w:tc>
      </w:tr>
      <w:tr w:rsidR="00BD633A" w14:paraId="105BBE11" w14:textId="77777777">
        <w:trPr>
          <w:jc w:val="center"/>
        </w:trPr>
        <w:tc>
          <w:tcPr>
            <w:tcW w:w="576" w:type="dxa"/>
            <w:tcMar>
              <w:top w:w="60" w:type="dxa"/>
              <w:left w:w="60" w:type="dxa"/>
              <w:bottom w:w="60" w:type="dxa"/>
              <w:right w:w="60" w:type="dxa"/>
            </w:tcMar>
            <w:vAlign w:val="center"/>
          </w:tcPr>
          <w:p w14:paraId="35B314D7" w14:textId="77777777" w:rsidR="00BD633A" w:rsidRDefault="00000000">
            <w:pPr>
              <w:spacing w:after="0"/>
              <w:jc w:val="center"/>
            </w:pPr>
            <w:r>
              <w:rPr>
                <w:rFonts w:ascii="Calibri" w:hAnsi="Calibri"/>
                <w:sz w:val="18"/>
              </w:rPr>
              <w:t>1</w:t>
            </w:r>
          </w:p>
        </w:tc>
        <w:tc>
          <w:tcPr>
            <w:tcW w:w="5861" w:type="dxa"/>
            <w:tcMar>
              <w:top w:w="60" w:type="dxa"/>
              <w:left w:w="60" w:type="dxa"/>
              <w:bottom w:w="60" w:type="dxa"/>
              <w:right w:w="60" w:type="dxa"/>
            </w:tcMar>
            <w:vAlign w:val="center"/>
          </w:tcPr>
          <w:p w14:paraId="323344F0" w14:textId="77777777" w:rsidR="00BD633A" w:rsidRDefault="00000000">
            <w:pPr>
              <w:spacing w:after="0"/>
            </w:pPr>
            <w:r>
              <w:rPr>
                <w:rFonts w:ascii="Calibri" w:hAnsi="Calibri"/>
                <w:sz w:val="18"/>
              </w:rPr>
              <w:t>Has the electrical work or activity been properly planned and assessed before work starts?</w:t>
            </w:r>
          </w:p>
        </w:tc>
        <w:tc>
          <w:tcPr>
            <w:tcW w:w="648" w:type="dxa"/>
            <w:tcMar>
              <w:top w:w="60" w:type="dxa"/>
              <w:left w:w="60" w:type="dxa"/>
              <w:bottom w:w="60" w:type="dxa"/>
              <w:right w:w="60" w:type="dxa"/>
            </w:tcMar>
            <w:vAlign w:val="center"/>
          </w:tcPr>
          <w:p w14:paraId="73E873F1"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7B4CCB4"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2E1DDB73"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4A789E3F" w14:textId="77777777" w:rsidR="00BD633A" w:rsidRDefault="00BD633A">
            <w:pPr>
              <w:spacing w:after="0"/>
            </w:pPr>
          </w:p>
        </w:tc>
      </w:tr>
      <w:tr w:rsidR="00BD633A" w14:paraId="432BB8DE" w14:textId="77777777">
        <w:trPr>
          <w:jc w:val="center"/>
        </w:trPr>
        <w:tc>
          <w:tcPr>
            <w:tcW w:w="576" w:type="dxa"/>
            <w:shd w:val="clear" w:color="auto" w:fill="FAFAFA"/>
            <w:tcMar>
              <w:top w:w="60" w:type="dxa"/>
              <w:left w:w="60" w:type="dxa"/>
              <w:bottom w:w="60" w:type="dxa"/>
              <w:right w:w="60" w:type="dxa"/>
            </w:tcMar>
            <w:vAlign w:val="center"/>
          </w:tcPr>
          <w:p w14:paraId="2A974A39" w14:textId="77777777" w:rsidR="00BD633A" w:rsidRDefault="00000000">
            <w:pPr>
              <w:spacing w:after="0"/>
              <w:jc w:val="center"/>
            </w:pPr>
            <w:r>
              <w:rPr>
                <w:rFonts w:ascii="Calibri" w:hAnsi="Calibri"/>
                <w:sz w:val="18"/>
              </w:rPr>
              <w:t>2</w:t>
            </w:r>
          </w:p>
        </w:tc>
        <w:tc>
          <w:tcPr>
            <w:tcW w:w="5861" w:type="dxa"/>
            <w:shd w:val="clear" w:color="auto" w:fill="FAFAFA"/>
            <w:tcMar>
              <w:top w:w="60" w:type="dxa"/>
              <w:left w:w="60" w:type="dxa"/>
              <w:bottom w:w="60" w:type="dxa"/>
              <w:right w:w="60" w:type="dxa"/>
            </w:tcMar>
            <w:vAlign w:val="center"/>
          </w:tcPr>
          <w:p w14:paraId="09074174" w14:textId="77777777" w:rsidR="00BD633A" w:rsidRDefault="00000000">
            <w:pPr>
              <w:spacing w:after="0"/>
            </w:pPr>
            <w:r>
              <w:rPr>
                <w:rFonts w:ascii="Calibri" w:hAnsi="Calibri"/>
                <w:sz w:val="18"/>
              </w:rPr>
              <w:t>Has a suitable electrical risk assessment or task-specific hazard assessment been completed?</w:t>
            </w:r>
          </w:p>
        </w:tc>
        <w:tc>
          <w:tcPr>
            <w:tcW w:w="648" w:type="dxa"/>
            <w:shd w:val="clear" w:color="auto" w:fill="FAFAFA"/>
            <w:tcMar>
              <w:top w:w="60" w:type="dxa"/>
              <w:left w:w="60" w:type="dxa"/>
              <w:bottom w:w="60" w:type="dxa"/>
              <w:right w:w="60" w:type="dxa"/>
            </w:tcMar>
            <w:vAlign w:val="center"/>
          </w:tcPr>
          <w:p w14:paraId="7666C353"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F602C3B"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78DAEA0"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6170E5C6" w14:textId="77777777" w:rsidR="00BD633A" w:rsidRDefault="00BD633A">
            <w:pPr>
              <w:spacing w:after="0"/>
            </w:pPr>
          </w:p>
        </w:tc>
      </w:tr>
      <w:tr w:rsidR="00BD633A" w14:paraId="05C797A8" w14:textId="77777777">
        <w:trPr>
          <w:jc w:val="center"/>
        </w:trPr>
        <w:tc>
          <w:tcPr>
            <w:tcW w:w="576" w:type="dxa"/>
            <w:tcMar>
              <w:top w:w="60" w:type="dxa"/>
              <w:left w:w="60" w:type="dxa"/>
              <w:bottom w:w="60" w:type="dxa"/>
              <w:right w:w="60" w:type="dxa"/>
            </w:tcMar>
            <w:vAlign w:val="center"/>
          </w:tcPr>
          <w:p w14:paraId="7F5FF19D" w14:textId="77777777" w:rsidR="00BD633A" w:rsidRDefault="00000000">
            <w:pPr>
              <w:spacing w:after="0"/>
              <w:jc w:val="center"/>
            </w:pPr>
            <w:r>
              <w:rPr>
                <w:rFonts w:ascii="Calibri" w:hAnsi="Calibri"/>
                <w:sz w:val="18"/>
              </w:rPr>
              <w:t>3</w:t>
            </w:r>
          </w:p>
        </w:tc>
        <w:tc>
          <w:tcPr>
            <w:tcW w:w="5861" w:type="dxa"/>
            <w:tcMar>
              <w:top w:w="60" w:type="dxa"/>
              <w:left w:w="60" w:type="dxa"/>
              <w:bottom w:w="60" w:type="dxa"/>
              <w:right w:w="60" w:type="dxa"/>
            </w:tcMar>
            <w:vAlign w:val="center"/>
          </w:tcPr>
          <w:p w14:paraId="1EC5137E" w14:textId="77777777" w:rsidR="00BD633A" w:rsidRDefault="00000000">
            <w:pPr>
              <w:spacing w:after="0"/>
            </w:pPr>
            <w:r>
              <w:rPr>
                <w:rFonts w:ascii="Calibri" w:hAnsi="Calibri"/>
                <w:sz w:val="18"/>
              </w:rPr>
              <w:t>Are electrical installations, equipment and systems inspected and maintained by competent persons?</w:t>
            </w:r>
          </w:p>
        </w:tc>
        <w:tc>
          <w:tcPr>
            <w:tcW w:w="648" w:type="dxa"/>
            <w:tcMar>
              <w:top w:w="60" w:type="dxa"/>
              <w:left w:w="60" w:type="dxa"/>
              <w:bottom w:w="60" w:type="dxa"/>
              <w:right w:w="60" w:type="dxa"/>
            </w:tcMar>
            <w:vAlign w:val="center"/>
          </w:tcPr>
          <w:p w14:paraId="09897B34"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A4836BB"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F6890A8"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29824617" w14:textId="77777777" w:rsidR="00BD633A" w:rsidRDefault="00BD633A">
            <w:pPr>
              <w:spacing w:after="0"/>
            </w:pPr>
          </w:p>
        </w:tc>
      </w:tr>
      <w:tr w:rsidR="00BD633A" w14:paraId="658D7BF4" w14:textId="77777777">
        <w:trPr>
          <w:jc w:val="center"/>
        </w:trPr>
        <w:tc>
          <w:tcPr>
            <w:tcW w:w="576" w:type="dxa"/>
            <w:shd w:val="clear" w:color="auto" w:fill="FAFAFA"/>
            <w:tcMar>
              <w:top w:w="60" w:type="dxa"/>
              <w:left w:w="60" w:type="dxa"/>
              <w:bottom w:w="60" w:type="dxa"/>
              <w:right w:w="60" w:type="dxa"/>
            </w:tcMar>
            <w:vAlign w:val="center"/>
          </w:tcPr>
          <w:p w14:paraId="5511BD74" w14:textId="77777777" w:rsidR="00BD633A" w:rsidRDefault="00000000">
            <w:pPr>
              <w:spacing w:after="0"/>
              <w:jc w:val="center"/>
            </w:pPr>
            <w:r>
              <w:rPr>
                <w:rFonts w:ascii="Calibri" w:hAnsi="Calibri"/>
                <w:sz w:val="18"/>
              </w:rPr>
              <w:t>4</w:t>
            </w:r>
          </w:p>
        </w:tc>
        <w:tc>
          <w:tcPr>
            <w:tcW w:w="5861" w:type="dxa"/>
            <w:shd w:val="clear" w:color="auto" w:fill="FAFAFA"/>
            <w:tcMar>
              <w:top w:w="60" w:type="dxa"/>
              <w:left w:w="60" w:type="dxa"/>
              <w:bottom w:w="60" w:type="dxa"/>
              <w:right w:w="60" w:type="dxa"/>
            </w:tcMar>
            <w:vAlign w:val="center"/>
          </w:tcPr>
          <w:p w14:paraId="249DF88A" w14:textId="77777777" w:rsidR="00BD633A" w:rsidRDefault="00000000">
            <w:pPr>
              <w:spacing w:after="0"/>
            </w:pPr>
            <w:r>
              <w:rPr>
                <w:rFonts w:ascii="Calibri" w:hAnsi="Calibri"/>
                <w:sz w:val="18"/>
              </w:rPr>
              <w:t>Are electrical workers suitably trained, competent and authorized for the work they perform?</w:t>
            </w:r>
          </w:p>
        </w:tc>
        <w:tc>
          <w:tcPr>
            <w:tcW w:w="648" w:type="dxa"/>
            <w:shd w:val="clear" w:color="auto" w:fill="FAFAFA"/>
            <w:tcMar>
              <w:top w:w="60" w:type="dxa"/>
              <w:left w:w="60" w:type="dxa"/>
              <w:bottom w:w="60" w:type="dxa"/>
              <w:right w:w="60" w:type="dxa"/>
            </w:tcMar>
            <w:vAlign w:val="center"/>
          </w:tcPr>
          <w:p w14:paraId="5B54811A"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3E99A69"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43D5916D"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338CFEC" w14:textId="77777777" w:rsidR="00BD633A" w:rsidRDefault="00BD633A">
            <w:pPr>
              <w:spacing w:after="0"/>
            </w:pPr>
          </w:p>
        </w:tc>
      </w:tr>
      <w:tr w:rsidR="00BD633A" w14:paraId="12054173" w14:textId="77777777">
        <w:trPr>
          <w:jc w:val="center"/>
        </w:trPr>
        <w:tc>
          <w:tcPr>
            <w:tcW w:w="576" w:type="dxa"/>
            <w:tcMar>
              <w:top w:w="60" w:type="dxa"/>
              <w:left w:w="60" w:type="dxa"/>
              <w:bottom w:w="60" w:type="dxa"/>
              <w:right w:w="60" w:type="dxa"/>
            </w:tcMar>
            <w:vAlign w:val="center"/>
          </w:tcPr>
          <w:p w14:paraId="7FD93D24" w14:textId="77777777" w:rsidR="00BD633A" w:rsidRDefault="00000000">
            <w:pPr>
              <w:spacing w:after="0"/>
              <w:jc w:val="center"/>
            </w:pPr>
            <w:r>
              <w:rPr>
                <w:rFonts w:ascii="Calibri" w:hAnsi="Calibri"/>
                <w:sz w:val="18"/>
              </w:rPr>
              <w:t>5</w:t>
            </w:r>
          </w:p>
        </w:tc>
        <w:tc>
          <w:tcPr>
            <w:tcW w:w="5861" w:type="dxa"/>
            <w:tcMar>
              <w:top w:w="60" w:type="dxa"/>
              <w:left w:w="60" w:type="dxa"/>
              <w:bottom w:w="60" w:type="dxa"/>
              <w:right w:w="60" w:type="dxa"/>
            </w:tcMar>
            <w:vAlign w:val="center"/>
          </w:tcPr>
          <w:p w14:paraId="4C0B97CC" w14:textId="77777777" w:rsidR="00BD633A" w:rsidRDefault="00000000">
            <w:pPr>
              <w:spacing w:after="0"/>
            </w:pPr>
            <w:r>
              <w:rPr>
                <w:rFonts w:ascii="Calibri" w:hAnsi="Calibri"/>
                <w:sz w:val="18"/>
              </w:rPr>
              <w:t>Are electrical panels, distribution boards and switchboards properly secured and protected against unauthorized access?</w:t>
            </w:r>
          </w:p>
        </w:tc>
        <w:tc>
          <w:tcPr>
            <w:tcW w:w="648" w:type="dxa"/>
            <w:tcMar>
              <w:top w:w="60" w:type="dxa"/>
              <w:left w:w="60" w:type="dxa"/>
              <w:bottom w:w="60" w:type="dxa"/>
              <w:right w:w="60" w:type="dxa"/>
            </w:tcMar>
            <w:vAlign w:val="center"/>
          </w:tcPr>
          <w:p w14:paraId="73CB418D"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79EB342"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E4FE0AF"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596BA77D" w14:textId="77777777" w:rsidR="00BD633A" w:rsidRDefault="00BD633A">
            <w:pPr>
              <w:spacing w:after="0"/>
            </w:pPr>
          </w:p>
        </w:tc>
      </w:tr>
      <w:tr w:rsidR="00BD633A" w14:paraId="7C6092E2" w14:textId="77777777">
        <w:trPr>
          <w:jc w:val="center"/>
        </w:trPr>
        <w:tc>
          <w:tcPr>
            <w:tcW w:w="576" w:type="dxa"/>
            <w:shd w:val="clear" w:color="auto" w:fill="FAFAFA"/>
            <w:tcMar>
              <w:top w:w="60" w:type="dxa"/>
              <w:left w:w="60" w:type="dxa"/>
              <w:bottom w:w="60" w:type="dxa"/>
              <w:right w:w="60" w:type="dxa"/>
            </w:tcMar>
            <w:vAlign w:val="center"/>
          </w:tcPr>
          <w:p w14:paraId="6EACA6DA" w14:textId="77777777" w:rsidR="00BD633A" w:rsidRDefault="00000000">
            <w:pPr>
              <w:spacing w:after="0"/>
              <w:jc w:val="center"/>
            </w:pPr>
            <w:r>
              <w:rPr>
                <w:rFonts w:ascii="Calibri" w:hAnsi="Calibri"/>
                <w:sz w:val="18"/>
              </w:rPr>
              <w:t>6</w:t>
            </w:r>
          </w:p>
        </w:tc>
        <w:tc>
          <w:tcPr>
            <w:tcW w:w="5861" w:type="dxa"/>
            <w:shd w:val="clear" w:color="auto" w:fill="FAFAFA"/>
            <w:tcMar>
              <w:top w:w="60" w:type="dxa"/>
              <w:left w:w="60" w:type="dxa"/>
              <w:bottom w:w="60" w:type="dxa"/>
              <w:right w:w="60" w:type="dxa"/>
            </w:tcMar>
            <w:vAlign w:val="center"/>
          </w:tcPr>
          <w:p w14:paraId="7089DD5F" w14:textId="77777777" w:rsidR="00BD633A" w:rsidRDefault="00000000">
            <w:pPr>
              <w:spacing w:after="0"/>
            </w:pPr>
            <w:r>
              <w:rPr>
                <w:rFonts w:ascii="Calibri" w:hAnsi="Calibri"/>
                <w:sz w:val="18"/>
              </w:rPr>
              <w:t>Are electrical panels clearly identified and provided with appropriate circuit identification?</w:t>
            </w:r>
          </w:p>
        </w:tc>
        <w:tc>
          <w:tcPr>
            <w:tcW w:w="648" w:type="dxa"/>
            <w:shd w:val="clear" w:color="auto" w:fill="FAFAFA"/>
            <w:tcMar>
              <w:top w:w="60" w:type="dxa"/>
              <w:left w:w="60" w:type="dxa"/>
              <w:bottom w:w="60" w:type="dxa"/>
              <w:right w:w="60" w:type="dxa"/>
            </w:tcMar>
            <w:vAlign w:val="center"/>
          </w:tcPr>
          <w:p w14:paraId="73FE802B"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587D8CD"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4794E898"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36ABEAEF" w14:textId="77777777" w:rsidR="00BD633A" w:rsidRDefault="00BD633A">
            <w:pPr>
              <w:spacing w:after="0"/>
            </w:pPr>
          </w:p>
        </w:tc>
      </w:tr>
      <w:tr w:rsidR="00BD633A" w14:paraId="25E2F59E" w14:textId="77777777">
        <w:trPr>
          <w:jc w:val="center"/>
        </w:trPr>
        <w:tc>
          <w:tcPr>
            <w:tcW w:w="576" w:type="dxa"/>
            <w:tcMar>
              <w:top w:w="60" w:type="dxa"/>
              <w:left w:w="60" w:type="dxa"/>
              <w:bottom w:w="60" w:type="dxa"/>
              <w:right w:w="60" w:type="dxa"/>
            </w:tcMar>
            <w:vAlign w:val="center"/>
          </w:tcPr>
          <w:p w14:paraId="1FEFF3EC" w14:textId="77777777" w:rsidR="00BD633A" w:rsidRDefault="00000000">
            <w:pPr>
              <w:spacing w:after="0"/>
              <w:jc w:val="center"/>
            </w:pPr>
            <w:r>
              <w:rPr>
                <w:rFonts w:ascii="Calibri" w:hAnsi="Calibri"/>
                <w:sz w:val="18"/>
              </w:rPr>
              <w:t>7</w:t>
            </w:r>
          </w:p>
        </w:tc>
        <w:tc>
          <w:tcPr>
            <w:tcW w:w="5861" w:type="dxa"/>
            <w:tcMar>
              <w:top w:w="60" w:type="dxa"/>
              <w:left w:w="60" w:type="dxa"/>
              <w:bottom w:w="60" w:type="dxa"/>
              <w:right w:w="60" w:type="dxa"/>
            </w:tcMar>
            <w:vAlign w:val="center"/>
          </w:tcPr>
          <w:p w14:paraId="536D561C" w14:textId="77777777" w:rsidR="00BD633A" w:rsidRDefault="00000000">
            <w:pPr>
              <w:spacing w:after="0"/>
            </w:pPr>
            <w:r>
              <w:rPr>
                <w:rFonts w:ascii="Calibri" w:hAnsi="Calibri"/>
                <w:sz w:val="18"/>
              </w:rPr>
              <w:t>Are electrical panels free from exposed live parts, damage, overheating or other visible defects?</w:t>
            </w:r>
          </w:p>
        </w:tc>
        <w:tc>
          <w:tcPr>
            <w:tcW w:w="648" w:type="dxa"/>
            <w:tcMar>
              <w:top w:w="60" w:type="dxa"/>
              <w:left w:w="60" w:type="dxa"/>
              <w:bottom w:w="60" w:type="dxa"/>
              <w:right w:w="60" w:type="dxa"/>
            </w:tcMar>
            <w:vAlign w:val="center"/>
          </w:tcPr>
          <w:p w14:paraId="248D64EA"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F651855"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4635EFA"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333F7E74" w14:textId="77777777" w:rsidR="00BD633A" w:rsidRDefault="00BD633A">
            <w:pPr>
              <w:spacing w:after="0"/>
            </w:pPr>
          </w:p>
        </w:tc>
      </w:tr>
      <w:tr w:rsidR="00BD633A" w14:paraId="55DDA7E3" w14:textId="77777777">
        <w:trPr>
          <w:jc w:val="center"/>
        </w:trPr>
        <w:tc>
          <w:tcPr>
            <w:tcW w:w="576" w:type="dxa"/>
            <w:shd w:val="clear" w:color="auto" w:fill="FAFAFA"/>
            <w:tcMar>
              <w:top w:w="60" w:type="dxa"/>
              <w:left w:w="60" w:type="dxa"/>
              <w:bottom w:w="60" w:type="dxa"/>
              <w:right w:w="60" w:type="dxa"/>
            </w:tcMar>
            <w:vAlign w:val="center"/>
          </w:tcPr>
          <w:p w14:paraId="0EF58133" w14:textId="77777777" w:rsidR="00BD633A" w:rsidRDefault="00000000">
            <w:pPr>
              <w:spacing w:after="0"/>
              <w:jc w:val="center"/>
            </w:pPr>
            <w:r>
              <w:rPr>
                <w:rFonts w:ascii="Calibri" w:hAnsi="Calibri"/>
                <w:sz w:val="18"/>
              </w:rPr>
              <w:t>8</w:t>
            </w:r>
          </w:p>
        </w:tc>
        <w:tc>
          <w:tcPr>
            <w:tcW w:w="5861" w:type="dxa"/>
            <w:shd w:val="clear" w:color="auto" w:fill="FAFAFA"/>
            <w:tcMar>
              <w:top w:w="60" w:type="dxa"/>
              <w:left w:w="60" w:type="dxa"/>
              <w:bottom w:w="60" w:type="dxa"/>
              <w:right w:w="60" w:type="dxa"/>
            </w:tcMar>
            <w:vAlign w:val="center"/>
          </w:tcPr>
          <w:p w14:paraId="7B6A29FC" w14:textId="77777777" w:rsidR="00BD633A" w:rsidRDefault="00000000">
            <w:pPr>
              <w:spacing w:after="0"/>
            </w:pPr>
            <w:r>
              <w:rPr>
                <w:rFonts w:ascii="Calibri" w:hAnsi="Calibri"/>
                <w:sz w:val="18"/>
              </w:rPr>
              <w:t>Are suitable protective devices such as circuit breakers and residual-current protection provided where required?</w:t>
            </w:r>
          </w:p>
        </w:tc>
        <w:tc>
          <w:tcPr>
            <w:tcW w:w="648" w:type="dxa"/>
            <w:shd w:val="clear" w:color="auto" w:fill="FAFAFA"/>
            <w:tcMar>
              <w:top w:w="60" w:type="dxa"/>
              <w:left w:w="60" w:type="dxa"/>
              <w:bottom w:w="60" w:type="dxa"/>
              <w:right w:w="60" w:type="dxa"/>
            </w:tcMar>
            <w:vAlign w:val="center"/>
          </w:tcPr>
          <w:p w14:paraId="32D9AC0C"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3AA19CE"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0FACDEB0"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5E7BA29" w14:textId="77777777" w:rsidR="00BD633A" w:rsidRDefault="00BD633A">
            <w:pPr>
              <w:spacing w:after="0"/>
            </w:pPr>
          </w:p>
        </w:tc>
      </w:tr>
      <w:tr w:rsidR="00BD633A" w14:paraId="58B5A9F0" w14:textId="77777777">
        <w:trPr>
          <w:jc w:val="center"/>
        </w:trPr>
        <w:tc>
          <w:tcPr>
            <w:tcW w:w="576" w:type="dxa"/>
            <w:tcMar>
              <w:top w:w="60" w:type="dxa"/>
              <w:left w:w="60" w:type="dxa"/>
              <w:bottom w:w="60" w:type="dxa"/>
              <w:right w:w="60" w:type="dxa"/>
            </w:tcMar>
            <w:vAlign w:val="center"/>
          </w:tcPr>
          <w:p w14:paraId="337E8602" w14:textId="77777777" w:rsidR="00BD633A" w:rsidRDefault="00000000">
            <w:pPr>
              <w:spacing w:after="0"/>
              <w:jc w:val="center"/>
            </w:pPr>
            <w:r>
              <w:rPr>
                <w:rFonts w:ascii="Calibri" w:hAnsi="Calibri"/>
                <w:sz w:val="18"/>
              </w:rPr>
              <w:t>9</w:t>
            </w:r>
          </w:p>
        </w:tc>
        <w:tc>
          <w:tcPr>
            <w:tcW w:w="5861" w:type="dxa"/>
            <w:tcMar>
              <w:top w:w="60" w:type="dxa"/>
              <w:left w:w="60" w:type="dxa"/>
              <w:bottom w:w="60" w:type="dxa"/>
              <w:right w:w="60" w:type="dxa"/>
            </w:tcMar>
            <w:vAlign w:val="center"/>
          </w:tcPr>
          <w:p w14:paraId="17E7CCB3" w14:textId="77777777" w:rsidR="00BD633A" w:rsidRDefault="00000000">
            <w:pPr>
              <w:spacing w:after="0"/>
            </w:pPr>
            <w:r>
              <w:rPr>
                <w:rFonts w:ascii="Calibri" w:hAnsi="Calibri"/>
                <w:sz w:val="18"/>
              </w:rPr>
              <w:t>Is effective grounding/earthing provided for electrical systems and equipment where required?</w:t>
            </w:r>
          </w:p>
        </w:tc>
        <w:tc>
          <w:tcPr>
            <w:tcW w:w="648" w:type="dxa"/>
            <w:tcMar>
              <w:top w:w="60" w:type="dxa"/>
              <w:left w:w="60" w:type="dxa"/>
              <w:bottom w:w="60" w:type="dxa"/>
              <w:right w:w="60" w:type="dxa"/>
            </w:tcMar>
            <w:vAlign w:val="center"/>
          </w:tcPr>
          <w:p w14:paraId="32A4BDEE"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5171133"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0FBC525"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25C6DA69" w14:textId="77777777" w:rsidR="00BD633A" w:rsidRDefault="00BD633A">
            <w:pPr>
              <w:spacing w:after="0"/>
            </w:pPr>
          </w:p>
        </w:tc>
      </w:tr>
      <w:tr w:rsidR="00BD633A" w14:paraId="00055ADD" w14:textId="77777777">
        <w:trPr>
          <w:jc w:val="center"/>
        </w:trPr>
        <w:tc>
          <w:tcPr>
            <w:tcW w:w="576" w:type="dxa"/>
            <w:shd w:val="clear" w:color="auto" w:fill="FAFAFA"/>
            <w:tcMar>
              <w:top w:w="60" w:type="dxa"/>
              <w:left w:w="60" w:type="dxa"/>
              <w:bottom w:w="60" w:type="dxa"/>
              <w:right w:w="60" w:type="dxa"/>
            </w:tcMar>
            <w:vAlign w:val="center"/>
          </w:tcPr>
          <w:p w14:paraId="4C453414" w14:textId="77777777" w:rsidR="00BD633A" w:rsidRDefault="00000000">
            <w:pPr>
              <w:spacing w:after="0"/>
              <w:jc w:val="center"/>
            </w:pPr>
            <w:r>
              <w:rPr>
                <w:rFonts w:ascii="Calibri" w:hAnsi="Calibri"/>
                <w:sz w:val="18"/>
              </w:rPr>
              <w:t>10</w:t>
            </w:r>
          </w:p>
        </w:tc>
        <w:tc>
          <w:tcPr>
            <w:tcW w:w="5861" w:type="dxa"/>
            <w:shd w:val="clear" w:color="auto" w:fill="FAFAFA"/>
            <w:tcMar>
              <w:top w:w="60" w:type="dxa"/>
              <w:left w:w="60" w:type="dxa"/>
              <w:bottom w:w="60" w:type="dxa"/>
              <w:right w:w="60" w:type="dxa"/>
            </w:tcMar>
            <w:vAlign w:val="center"/>
          </w:tcPr>
          <w:p w14:paraId="15EBBF95" w14:textId="77777777" w:rsidR="00BD633A" w:rsidRDefault="00000000">
            <w:pPr>
              <w:spacing w:after="0"/>
            </w:pPr>
            <w:r>
              <w:rPr>
                <w:rFonts w:ascii="Calibri" w:hAnsi="Calibri"/>
                <w:sz w:val="18"/>
              </w:rPr>
              <w:t>Are electrical cables and cords free from cuts, exposed conductors, damaged insulation or unsafe repairs?</w:t>
            </w:r>
          </w:p>
        </w:tc>
        <w:tc>
          <w:tcPr>
            <w:tcW w:w="648" w:type="dxa"/>
            <w:shd w:val="clear" w:color="auto" w:fill="FAFAFA"/>
            <w:tcMar>
              <w:top w:w="60" w:type="dxa"/>
              <w:left w:w="60" w:type="dxa"/>
              <w:bottom w:w="60" w:type="dxa"/>
              <w:right w:w="60" w:type="dxa"/>
            </w:tcMar>
            <w:vAlign w:val="center"/>
          </w:tcPr>
          <w:p w14:paraId="10216237"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BC19C76"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7D9C5BD1"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27B51FD" w14:textId="77777777" w:rsidR="00BD633A" w:rsidRDefault="00BD633A">
            <w:pPr>
              <w:spacing w:after="0"/>
            </w:pPr>
          </w:p>
        </w:tc>
      </w:tr>
      <w:tr w:rsidR="00BD633A" w14:paraId="22226F5C" w14:textId="77777777">
        <w:trPr>
          <w:jc w:val="center"/>
        </w:trPr>
        <w:tc>
          <w:tcPr>
            <w:tcW w:w="576" w:type="dxa"/>
            <w:tcMar>
              <w:top w:w="60" w:type="dxa"/>
              <w:left w:w="60" w:type="dxa"/>
              <w:bottom w:w="60" w:type="dxa"/>
              <w:right w:w="60" w:type="dxa"/>
            </w:tcMar>
            <w:vAlign w:val="center"/>
          </w:tcPr>
          <w:p w14:paraId="687B7ED0" w14:textId="77777777" w:rsidR="00BD633A" w:rsidRDefault="00000000">
            <w:pPr>
              <w:spacing w:after="0"/>
              <w:jc w:val="center"/>
            </w:pPr>
            <w:r>
              <w:rPr>
                <w:rFonts w:ascii="Calibri" w:hAnsi="Calibri"/>
                <w:sz w:val="18"/>
              </w:rPr>
              <w:t>11</w:t>
            </w:r>
          </w:p>
        </w:tc>
        <w:tc>
          <w:tcPr>
            <w:tcW w:w="5861" w:type="dxa"/>
            <w:tcMar>
              <w:top w:w="60" w:type="dxa"/>
              <w:left w:w="60" w:type="dxa"/>
              <w:bottom w:w="60" w:type="dxa"/>
              <w:right w:w="60" w:type="dxa"/>
            </w:tcMar>
            <w:vAlign w:val="center"/>
          </w:tcPr>
          <w:p w14:paraId="64BCEA0C" w14:textId="77777777" w:rsidR="00BD633A" w:rsidRDefault="00000000">
            <w:pPr>
              <w:spacing w:after="0"/>
            </w:pPr>
            <w:r>
              <w:rPr>
                <w:rFonts w:ascii="Calibri" w:hAnsi="Calibri"/>
                <w:sz w:val="18"/>
              </w:rPr>
              <w:t>Are cables routed and protected to prevent mechanical damage, crushing, trip hazards and contact with water?</w:t>
            </w:r>
          </w:p>
        </w:tc>
        <w:tc>
          <w:tcPr>
            <w:tcW w:w="648" w:type="dxa"/>
            <w:tcMar>
              <w:top w:w="60" w:type="dxa"/>
              <w:left w:w="60" w:type="dxa"/>
              <w:bottom w:w="60" w:type="dxa"/>
              <w:right w:w="60" w:type="dxa"/>
            </w:tcMar>
            <w:vAlign w:val="center"/>
          </w:tcPr>
          <w:p w14:paraId="3E6BB90F"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5A7411A"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C795551"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15CADA39" w14:textId="77777777" w:rsidR="00BD633A" w:rsidRDefault="00BD633A">
            <w:pPr>
              <w:spacing w:after="0"/>
            </w:pPr>
          </w:p>
        </w:tc>
      </w:tr>
      <w:tr w:rsidR="00BD633A" w14:paraId="1DC82E34" w14:textId="77777777">
        <w:trPr>
          <w:jc w:val="center"/>
        </w:trPr>
        <w:tc>
          <w:tcPr>
            <w:tcW w:w="576" w:type="dxa"/>
            <w:shd w:val="clear" w:color="auto" w:fill="FAFAFA"/>
            <w:tcMar>
              <w:top w:w="60" w:type="dxa"/>
              <w:left w:w="60" w:type="dxa"/>
              <w:bottom w:w="60" w:type="dxa"/>
              <w:right w:w="60" w:type="dxa"/>
            </w:tcMar>
            <w:vAlign w:val="center"/>
          </w:tcPr>
          <w:p w14:paraId="1E16EE2C" w14:textId="77777777" w:rsidR="00BD633A" w:rsidRDefault="00000000">
            <w:pPr>
              <w:spacing w:after="0"/>
              <w:jc w:val="center"/>
            </w:pPr>
            <w:r>
              <w:rPr>
                <w:rFonts w:ascii="Calibri" w:hAnsi="Calibri"/>
                <w:sz w:val="18"/>
              </w:rPr>
              <w:t>12</w:t>
            </w:r>
          </w:p>
        </w:tc>
        <w:tc>
          <w:tcPr>
            <w:tcW w:w="5861" w:type="dxa"/>
            <w:shd w:val="clear" w:color="auto" w:fill="FAFAFA"/>
            <w:tcMar>
              <w:top w:w="60" w:type="dxa"/>
              <w:left w:w="60" w:type="dxa"/>
              <w:bottom w:w="60" w:type="dxa"/>
              <w:right w:w="60" w:type="dxa"/>
            </w:tcMar>
            <w:vAlign w:val="center"/>
          </w:tcPr>
          <w:p w14:paraId="70BBC7FA" w14:textId="77777777" w:rsidR="00BD633A" w:rsidRDefault="00000000">
            <w:pPr>
              <w:spacing w:after="0"/>
            </w:pPr>
            <w:r>
              <w:rPr>
                <w:rFonts w:ascii="Calibri" w:hAnsi="Calibri"/>
                <w:sz w:val="18"/>
              </w:rPr>
              <w:t>Are temporary electrical connections properly installed and protected from unauthorized modification?</w:t>
            </w:r>
          </w:p>
        </w:tc>
        <w:tc>
          <w:tcPr>
            <w:tcW w:w="648" w:type="dxa"/>
            <w:shd w:val="clear" w:color="auto" w:fill="FAFAFA"/>
            <w:tcMar>
              <w:top w:w="60" w:type="dxa"/>
              <w:left w:w="60" w:type="dxa"/>
              <w:bottom w:w="60" w:type="dxa"/>
              <w:right w:w="60" w:type="dxa"/>
            </w:tcMar>
            <w:vAlign w:val="center"/>
          </w:tcPr>
          <w:p w14:paraId="6EF3B249"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160B8D16"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430547D"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D2634E5" w14:textId="77777777" w:rsidR="00BD633A" w:rsidRDefault="00BD633A">
            <w:pPr>
              <w:spacing w:after="0"/>
            </w:pPr>
          </w:p>
        </w:tc>
      </w:tr>
      <w:tr w:rsidR="00BD633A" w14:paraId="4D75E113" w14:textId="77777777">
        <w:trPr>
          <w:jc w:val="center"/>
        </w:trPr>
        <w:tc>
          <w:tcPr>
            <w:tcW w:w="576" w:type="dxa"/>
            <w:tcMar>
              <w:top w:w="60" w:type="dxa"/>
              <w:left w:w="60" w:type="dxa"/>
              <w:bottom w:w="60" w:type="dxa"/>
              <w:right w:w="60" w:type="dxa"/>
            </w:tcMar>
            <w:vAlign w:val="center"/>
          </w:tcPr>
          <w:p w14:paraId="23A141C8" w14:textId="77777777" w:rsidR="00BD633A" w:rsidRDefault="00000000">
            <w:pPr>
              <w:spacing w:after="0"/>
              <w:jc w:val="center"/>
            </w:pPr>
            <w:r>
              <w:rPr>
                <w:rFonts w:ascii="Calibri" w:hAnsi="Calibri"/>
                <w:sz w:val="18"/>
              </w:rPr>
              <w:t>13</w:t>
            </w:r>
          </w:p>
        </w:tc>
        <w:tc>
          <w:tcPr>
            <w:tcW w:w="5861" w:type="dxa"/>
            <w:tcMar>
              <w:top w:w="60" w:type="dxa"/>
              <w:left w:w="60" w:type="dxa"/>
              <w:bottom w:w="60" w:type="dxa"/>
              <w:right w:w="60" w:type="dxa"/>
            </w:tcMar>
            <w:vAlign w:val="center"/>
          </w:tcPr>
          <w:p w14:paraId="7C6554AB" w14:textId="77777777" w:rsidR="00BD633A" w:rsidRDefault="00000000">
            <w:pPr>
              <w:spacing w:after="0"/>
            </w:pPr>
            <w:r>
              <w:rPr>
                <w:rFonts w:ascii="Calibri" w:hAnsi="Calibri"/>
                <w:sz w:val="18"/>
              </w:rPr>
              <w:t>Are plugs, sockets, connectors and extension leads in good condition and suitable for the intended use?</w:t>
            </w:r>
          </w:p>
        </w:tc>
        <w:tc>
          <w:tcPr>
            <w:tcW w:w="648" w:type="dxa"/>
            <w:tcMar>
              <w:top w:w="60" w:type="dxa"/>
              <w:left w:w="60" w:type="dxa"/>
              <w:bottom w:w="60" w:type="dxa"/>
              <w:right w:w="60" w:type="dxa"/>
            </w:tcMar>
            <w:vAlign w:val="center"/>
          </w:tcPr>
          <w:p w14:paraId="566E1B1B"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912C5BB"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038787E"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51734048" w14:textId="77777777" w:rsidR="00BD633A" w:rsidRDefault="00BD633A">
            <w:pPr>
              <w:spacing w:after="0"/>
            </w:pPr>
          </w:p>
        </w:tc>
      </w:tr>
      <w:tr w:rsidR="00BD633A" w14:paraId="00608A88" w14:textId="77777777">
        <w:trPr>
          <w:jc w:val="center"/>
        </w:trPr>
        <w:tc>
          <w:tcPr>
            <w:tcW w:w="576" w:type="dxa"/>
            <w:shd w:val="clear" w:color="auto" w:fill="FAFAFA"/>
            <w:tcMar>
              <w:top w:w="60" w:type="dxa"/>
              <w:left w:w="60" w:type="dxa"/>
              <w:bottom w:w="60" w:type="dxa"/>
              <w:right w:w="60" w:type="dxa"/>
            </w:tcMar>
            <w:vAlign w:val="center"/>
          </w:tcPr>
          <w:p w14:paraId="3E48645A" w14:textId="77777777" w:rsidR="00BD633A" w:rsidRDefault="00000000">
            <w:pPr>
              <w:spacing w:after="0"/>
              <w:jc w:val="center"/>
            </w:pPr>
            <w:r>
              <w:rPr>
                <w:rFonts w:ascii="Calibri" w:hAnsi="Calibri"/>
                <w:sz w:val="18"/>
              </w:rPr>
              <w:t>14</w:t>
            </w:r>
          </w:p>
        </w:tc>
        <w:tc>
          <w:tcPr>
            <w:tcW w:w="5861" w:type="dxa"/>
            <w:shd w:val="clear" w:color="auto" w:fill="FAFAFA"/>
            <w:tcMar>
              <w:top w:w="60" w:type="dxa"/>
              <w:left w:w="60" w:type="dxa"/>
              <w:bottom w:w="60" w:type="dxa"/>
              <w:right w:w="60" w:type="dxa"/>
            </w:tcMar>
            <w:vAlign w:val="center"/>
          </w:tcPr>
          <w:p w14:paraId="7A3EB159" w14:textId="77777777" w:rsidR="00BD633A" w:rsidRDefault="00000000">
            <w:pPr>
              <w:spacing w:after="0"/>
            </w:pPr>
            <w:r>
              <w:rPr>
                <w:rFonts w:ascii="Calibri" w:hAnsi="Calibri"/>
                <w:sz w:val="18"/>
              </w:rPr>
              <w:t xml:space="preserve">Are multiple plugs, adapters and extension arrangements used safely without </w:t>
            </w:r>
            <w:r>
              <w:rPr>
                <w:rFonts w:ascii="Calibri" w:hAnsi="Calibri"/>
                <w:sz w:val="18"/>
              </w:rPr>
              <w:lastRenderedPageBreak/>
              <w:t>overloading circuits?</w:t>
            </w:r>
          </w:p>
        </w:tc>
        <w:tc>
          <w:tcPr>
            <w:tcW w:w="648" w:type="dxa"/>
            <w:shd w:val="clear" w:color="auto" w:fill="FAFAFA"/>
            <w:tcMar>
              <w:top w:w="60" w:type="dxa"/>
              <w:left w:w="60" w:type="dxa"/>
              <w:bottom w:w="60" w:type="dxa"/>
              <w:right w:w="60" w:type="dxa"/>
            </w:tcMar>
            <w:vAlign w:val="center"/>
          </w:tcPr>
          <w:p w14:paraId="5226AFAC" w14:textId="77777777" w:rsidR="00BD633A" w:rsidRDefault="00000000">
            <w:pPr>
              <w:spacing w:after="0"/>
              <w:jc w:val="center"/>
            </w:pPr>
            <w:r>
              <w:rPr>
                <w:rFonts w:ascii="Arial" w:hAnsi="Arial"/>
                <w:sz w:val="20"/>
              </w:rPr>
              <w:lastRenderedPageBreak/>
              <w:t>☐</w:t>
            </w:r>
          </w:p>
        </w:tc>
        <w:tc>
          <w:tcPr>
            <w:tcW w:w="648" w:type="dxa"/>
            <w:shd w:val="clear" w:color="auto" w:fill="FAFAFA"/>
            <w:tcMar>
              <w:top w:w="60" w:type="dxa"/>
              <w:left w:w="60" w:type="dxa"/>
              <w:bottom w:w="60" w:type="dxa"/>
              <w:right w:w="60" w:type="dxa"/>
            </w:tcMar>
            <w:vAlign w:val="center"/>
          </w:tcPr>
          <w:p w14:paraId="312E3B91"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5AFFA99"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B2DA003" w14:textId="77777777" w:rsidR="00BD633A" w:rsidRDefault="00BD633A">
            <w:pPr>
              <w:spacing w:after="0"/>
            </w:pPr>
          </w:p>
        </w:tc>
      </w:tr>
      <w:tr w:rsidR="00BD633A" w14:paraId="6172C49C" w14:textId="77777777">
        <w:trPr>
          <w:jc w:val="center"/>
        </w:trPr>
        <w:tc>
          <w:tcPr>
            <w:tcW w:w="576" w:type="dxa"/>
            <w:tcMar>
              <w:top w:w="60" w:type="dxa"/>
              <w:left w:w="60" w:type="dxa"/>
              <w:bottom w:w="60" w:type="dxa"/>
              <w:right w:w="60" w:type="dxa"/>
            </w:tcMar>
            <w:vAlign w:val="center"/>
          </w:tcPr>
          <w:p w14:paraId="12AF250D" w14:textId="77777777" w:rsidR="00BD633A" w:rsidRDefault="00000000">
            <w:pPr>
              <w:spacing w:after="0"/>
              <w:jc w:val="center"/>
            </w:pPr>
            <w:r>
              <w:rPr>
                <w:rFonts w:ascii="Calibri" w:hAnsi="Calibri"/>
                <w:sz w:val="18"/>
              </w:rPr>
              <w:t>15</w:t>
            </w:r>
          </w:p>
        </w:tc>
        <w:tc>
          <w:tcPr>
            <w:tcW w:w="5861" w:type="dxa"/>
            <w:tcMar>
              <w:top w:w="60" w:type="dxa"/>
              <w:left w:w="60" w:type="dxa"/>
              <w:bottom w:w="60" w:type="dxa"/>
              <w:right w:w="60" w:type="dxa"/>
            </w:tcMar>
            <w:vAlign w:val="center"/>
          </w:tcPr>
          <w:p w14:paraId="642D2C8D" w14:textId="77777777" w:rsidR="00BD633A" w:rsidRDefault="00000000">
            <w:pPr>
              <w:spacing w:after="0"/>
            </w:pPr>
            <w:r>
              <w:rPr>
                <w:rFonts w:ascii="Calibri" w:hAnsi="Calibri"/>
                <w:sz w:val="18"/>
              </w:rPr>
              <w:t>Are portable electrical tools and equipment inspected before use and free from visible defects?</w:t>
            </w:r>
          </w:p>
        </w:tc>
        <w:tc>
          <w:tcPr>
            <w:tcW w:w="648" w:type="dxa"/>
            <w:tcMar>
              <w:top w:w="60" w:type="dxa"/>
              <w:left w:w="60" w:type="dxa"/>
              <w:bottom w:w="60" w:type="dxa"/>
              <w:right w:w="60" w:type="dxa"/>
            </w:tcMar>
            <w:vAlign w:val="center"/>
          </w:tcPr>
          <w:p w14:paraId="34131AB6"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BF47CFA"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D6B59E3"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2A6435DA" w14:textId="77777777" w:rsidR="00BD633A" w:rsidRDefault="00BD633A">
            <w:pPr>
              <w:spacing w:after="0"/>
            </w:pPr>
          </w:p>
        </w:tc>
      </w:tr>
      <w:tr w:rsidR="00BD633A" w14:paraId="26D03D7A" w14:textId="77777777">
        <w:trPr>
          <w:jc w:val="center"/>
        </w:trPr>
        <w:tc>
          <w:tcPr>
            <w:tcW w:w="576" w:type="dxa"/>
            <w:shd w:val="clear" w:color="auto" w:fill="FAFAFA"/>
            <w:tcMar>
              <w:top w:w="60" w:type="dxa"/>
              <w:left w:w="60" w:type="dxa"/>
              <w:bottom w:w="60" w:type="dxa"/>
              <w:right w:w="60" w:type="dxa"/>
            </w:tcMar>
            <w:vAlign w:val="center"/>
          </w:tcPr>
          <w:p w14:paraId="0AED7B67" w14:textId="77777777" w:rsidR="00BD633A" w:rsidRDefault="00000000">
            <w:pPr>
              <w:spacing w:after="0"/>
              <w:jc w:val="center"/>
            </w:pPr>
            <w:r>
              <w:rPr>
                <w:rFonts w:ascii="Calibri" w:hAnsi="Calibri"/>
                <w:sz w:val="18"/>
              </w:rPr>
              <w:t>16</w:t>
            </w:r>
          </w:p>
        </w:tc>
        <w:tc>
          <w:tcPr>
            <w:tcW w:w="5861" w:type="dxa"/>
            <w:shd w:val="clear" w:color="auto" w:fill="FAFAFA"/>
            <w:tcMar>
              <w:top w:w="60" w:type="dxa"/>
              <w:left w:w="60" w:type="dxa"/>
              <w:bottom w:w="60" w:type="dxa"/>
              <w:right w:w="60" w:type="dxa"/>
            </w:tcMar>
            <w:vAlign w:val="center"/>
          </w:tcPr>
          <w:p w14:paraId="53A3D304" w14:textId="77777777" w:rsidR="00BD633A" w:rsidRDefault="00000000">
            <w:pPr>
              <w:spacing w:after="0"/>
            </w:pPr>
            <w:r>
              <w:rPr>
                <w:rFonts w:ascii="Calibri" w:hAnsi="Calibri"/>
                <w:sz w:val="18"/>
              </w:rPr>
              <w:t>Are electrical tools and equipment fitted with required guards, protective devices and suitable cables?</w:t>
            </w:r>
          </w:p>
        </w:tc>
        <w:tc>
          <w:tcPr>
            <w:tcW w:w="648" w:type="dxa"/>
            <w:shd w:val="clear" w:color="auto" w:fill="FAFAFA"/>
            <w:tcMar>
              <w:top w:w="60" w:type="dxa"/>
              <w:left w:w="60" w:type="dxa"/>
              <w:bottom w:w="60" w:type="dxa"/>
              <w:right w:w="60" w:type="dxa"/>
            </w:tcMar>
            <w:vAlign w:val="center"/>
          </w:tcPr>
          <w:p w14:paraId="4EE32DEC"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7C659F08"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192F01D"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D126C43" w14:textId="77777777" w:rsidR="00BD633A" w:rsidRDefault="00BD633A">
            <w:pPr>
              <w:spacing w:after="0"/>
            </w:pPr>
          </w:p>
        </w:tc>
      </w:tr>
      <w:tr w:rsidR="00BD633A" w14:paraId="5CE2201C" w14:textId="77777777">
        <w:trPr>
          <w:jc w:val="center"/>
        </w:trPr>
        <w:tc>
          <w:tcPr>
            <w:tcW w:w="576" w:type="dxa"/>
            <w:tcMar>
              <w:top w:w="60" w:type="dxa"/>
              <w:left w:w="60" w:type="dxa"/>
              <w:bottom w:w="60" w:type="dxa"/>
              <w:right w:w="60" w:type="dxa"/>
            </w:tcMar>
            <w:vAlign w:val="center"/>
          </w:tcPr>
          <w:p w14:paraId="1DD343D2" w14:textId="77777777" w:rsidR="00BD633A" w:rsidRDefault="00000000">
            <w:pPr>
              <w:spacing w:after="0"/>
              <w:jc w:val="center"/>
            </w:pPr>
            <w:r>
              <w:rPr>
                <w:rFonts w:ascii="Calibri" w:hAnsi="Calibri"/>
                <w:sz w:val="18"/>
              </w:rPr>
              <w:t>17</w:t>
            </w:r>
          </w:p>
        </w:tc>
        <w:tc>
          <w:tcPr>
            <w:tcW w:w="5861" w:type="dxa"/>
            <w:tcMar>
              <w:top w:w="60" w:type="dxa"/>
              <w:left w:w="60" w:type="dxa"/>
              <w:bottom w:w="60" w:type="dxa"/>
              <w:right w:w="60" w:type="dxa"/>
            </w:tcMar>
            <w:vAlign w:val="center"/>
          </w:tcPr>
          <w:p w14:paraId="4CDD823D" w14:textId="77777777" w:rsidR="00BD633A" w:rsidRDefault="00000000">
            <w:pPr>
              <w:spacing w:after="0"/>
            </w:pPr>
            <w:r>
              <w:rPr>
                <w:rFonts w:ascii="Calibri" w:hAnsi="Calibri"/>
                <w:sz w:val="18"/>
              </w:rPr>
              <w:t>Are defective electrical tools, equipment and cables immediately removed from service?</w:t>
            </w:r>
          </w:p>
        </w:tc>
        <w:tc>
          <w:tcPr>
            <w:tcW w:w="648" w:type="dxa"/>
            <w:tcMar>
              <w:top w:w="60" w:type="dxa"/>
              <w:left w:w="60" w:type="dxa"/>
              <w:bottom w:w="60" w:type="dxa"/>
              <w:right w:w="60" w:type="dxa"/>
            </w:tcMar>
            <w:vAlign w:val="center"/>
          </w:tcPr>
          <w:p w14:paraId="68DA4BC7"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99A0788"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51FB802"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6CE30921" w14:textId="77777777" w:rsidR="00BD633A" w:rsidRDefault="00BD633A">
            <w:pPr>
              <w:spacing w:after="0"/>
            </w:pPr>
          </w:p>
        </w:tc>
      </w:tr>
      <w:tr w:rsidR="00BD633A" w14:paraId="653F8743" w14:textId="77777777">
        <w:trPr>
          <w:jc w:val="center"/>
        </w:trPr>
        <w:tc>
          <w:tcPr>
            <w:tcW w:w="576" w:type="dxa"/>
            <w:shd w:val="clear" w:color="auto" w:fill="FAFAFA"/>
            <w:tcMar>
              <w:top w:w="60" w:type="dxa"/>
              <w:left w:w="60" w:type="dxa"/>
              <w:bottom w:w="60" w:type="dxa"/>
              <w:right w:w="60" w:type="dxa"/>
            </w:tcMar>
            <w:vAlign w:val="center"/>
          </w:tcPr>
          <w:p w14:paraId="69F6CC61" w14:textId="77777777" w:rsidR="00BD633A" w:rsidRDefault="00000000">
            <w:pPr>
              <w:spacing w:after="0"/>
              <w:jc w:val="center"/>
            </w:pPr>
            <w:r>
              <w:rPr>
                <w:rFonts w:ascii="Calibri" w:hAnsi="Calibri"/>
                <w:sz w:val="18"/>
              </w:rPr>
              <w:t>18</w:t>
            </w:r>
          </w:p>
        </w:tc>
        <w:tc>
          <w:tcPr>
            <w:tcW w:w="5861" w:type="dxa"/>
            <w:shd w:val="clear" w:color="auto" w:fill="FAFAFA"/>
            <w:tcMar>
              <w:top w:w="60" w:type="dxa"/>
              <w:left w:w="60" w:type="dxa"/>
              <w:bottom w:w="60" w:type="dxa"/>
              <w:right w:w="60" w:type="dxa"/>
            </w:tcMar>
            <w:vAlign w:val="center"/>
          </w:tcPr>
          <w:p w14:paraId="3C0B88E5" w14:textId="77777777" w:rsidR="00BD633A" w:rsidRDefault="00000000">
            <w:pPr>
              <w:spacing w:after="0"/>
            </w:pPr>
            <w:r>
              <w:rPr>
                <w:rFonts w:ascii="Calibri" w:hAnsi="Calibri"/>
                <w:sz w:val="18"/>
              </w:rPr>
              <w:t>Are electrical installations and equipment adequately protected from water, moisture and adverse environmental conditions?</w:t>
            </w:r>
          </w:p>
        </w:tc>
        <w:tc>
          <w:tcPr>
            <w:tcW w:w="648" w:type="dxa"/>
            <w:shd w:val="clear" w:color="auto" w:fill="FAFAFA"/>
            <w:tcMar>
              <w:top w:w="60" w:type="dxa"/>
              <w:left w:w="60" w:type="dxa"/>
              <w:bottom w:w="60" w:type="dxa"/>
              <w:right w:w="60" w:type="dxa"/>
            </w:tcMar>
            <w:vAlign w:val="center"/>
          </w:tcPr>
          <w:p w14:paraId="218F82FF"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19A14742"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B37618D"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6A64F5D" w14:textId="77777777" w:rsidR="00BD633A" w:rsidRDefault="00BD633A">
            <w:pPr>
              <w:spacing w:after="0"/>
            </w:pPr>
          </w:p>
        </w:tc>
      </w:tr>
      <w:tr w:rsidR="00BD633A" w14:paraId="50ADC1F8" w14:textId="77777777">
        <w:trPr>
          <w:jc w:val="center"/>
        </w:trPr>
        <w:tc>
          <w:tcPr>
            <w:tcW w:w="576" w:type="dxa"/>
            <w:tcMar>
              <w:top w:w="60" w:type="dxa"/>
              <w:left w:w="60" w:type="dxa"/>
              <w:bottom w:w="60" w:type="dxa"/>
              <w:right w:w="60" w:type="dxa"/>
            </w:tcMar>
            <w:vAlign w:val="center"/>
          </w:tcPr>
          <w:p w14:paraId="51350582" w14:textId="77777777" w:rsidR="00BD633A" w:rsidRDefault="00000000">
            <w:pPr>
              <w:spacing w:after="0"/>
              <w:jc w:val="center"/>
            </w:pPr>
            <w:r>
              <w:rPr>
                <w:rFonts w:ascii="Calibri" w:hAnsi="Calibri"/>
                <w:sz w:val="18"/>
              </w:rPr>
              <w:t>19</w:t>
            </w:r>
          </w:p>
        </w:tc>
        <w:tc>
          <w:tcPr>
            <w:tcW w:w="5861" w:type="dxa"/>
            <w:tcMar>
              <w:top w:w="60" w:type="dxa"/>
              <w:left w:w="60" w:type="dxa"/>
              <w:bottom w:w="60" w:type="dxa"/>
              <w:right w:w="60" w:type="dxa"/>
            </w:tcMar>
            <w:vAlign w:val="center"/>
          </w:tcPr>
          <w:p w14:paraId="7A2122D7" w14:textId="77777777" w:rsidR="00BD633A" w:rsidRDefault="00000000">
            <w:pPr>
              <w:spacing w:after="0"/>
            </w:pPr>
            <w:r>
              <w:rPr>
                <w:rFonts w:ascii="Calibri" w:hAnsi="Calibri"/>
                <w:sz w:val="18"/>
              </w:rPr>
              <w:t>Are electrical cables kept away from sharp edges, hot surfaces, moving equipment and other sources of damage?</w:t>
            </w:r>
          </w:p>
        </w:tc>
        <w:tc>
          <w:tcPr>
            <w:tcW w:w="648" w:type="dxa"/>
            <w:tcMar>
              <w:top w:w="60" w:type="dxa"/>
              <w:left w:w="60" w:type="dxa"/>
              <w:bottom w:w="60" w:type="dxa"/>
              <w:right w:w="60" w:type="dxa"/>
            </w:tcMar>
            <w:vAlign w:val="center"/>
          </w:tcPr>
          <w:p w14:paraId="64429168"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68D133FF"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CC4A916"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5F977699" w14:textId="77777777" w:rsidR="00BD633A" w:rsidRDefault="00BD633A">
            <w:pPr>
              <w:spacing w:after="0"/>
            </w:pPr>
          </w:p>
        </w:tc>
      </w:tr>
      <w:tr w:rsidR="00BD633A" w14:paraId="468F6EF8" w14:textId="77777777">
        <w:trPr>
          <w:jc w:val="center"/>
        </w:trPr>
        <w:tc>
          <w:tcPr>
            <w:tcW w:w="576" w:type="dxa"/>
            <w:shd w:val="clear" w:color="auto" w:fill="FAFAFA"/>
            <w:tcMar>
              <w:top w:w="60" w:type="dxa"/>
              <w:left w:w="60" w:type="dxa"/>
              <w:bottom w:w="60" w:type="dxa"/>
              <w:right w:w="60" w:type="dxa"/>
            </w:tcMar>
            <w:vAlign w:val="center"/>
          </w:tcPr>
          <w:p w14:paraId="34F720A2" w14:textId="77777777" w:rsidR="00BD633A" w:rsidRDefault="00000000">
            <w:pPr>
              <w:spacing w:after="0"/>
              <w:jc w:val="center"/>
            </w:pPr>
            <w:r>
              <w:rPr>
                <w:rFonts w:ascii="Calibri" w:hAnsi="Calibri"/>
                <w:sz w:val="18"/>
              </w:rPr>
              <w:t>20</w:t>
            </w:r>
          </w:p>
        </w:tc>
        <w:tc>
          <w:tcPr>
            <w:tcW w:w="5861" w:type="dxa"/>
            <w:shd w:val="clear" w:color="auto" w:fill="FAFAFA"/>
            <w:tcMar>
              <w:top w:w="60" w:type="dxa"/>
              <w:left w:w="60" w:type="dxa"/>
              <w:bottom w:w="60" w:type="dxa"/>
              <w:right w:w="60" w:type="dxa"/>
            </w:tcMar>
            <w:vAlign w:val="center"/>
          </w:tcPr>
          <w:p w14:paraId="07ABC304" w14:textId="77777777" w:rsidR="00BD633A" w:rsidRDefault="00000000">
            <w:pPr>
              <w:spacing w:after="0"/>
            </w:pPr>
            <w:r>
              <w:rPr>
                <w:rFonts w:ascii="Calibri" w:hAnsi="Calibri"/>
                <w:sz w:val="18"/>
              </w:rPr>
              <w:t>Are electrical equipment and cables positioned to prevent contact with standing water or wet areas?</w:t>
            </w:r>
          </w:p>
        </w:tc>
        <w:tc>
          <w:tcPr>
            <w:tcW w:w="648" w:type="dxa"/>
            <w:shd w:val="clear" w:color="auto" w:fill="FAFAFA"/>
            <w:tcMar>
              <w:top w:w="60" w:type="dxa"/>
              <w:left w:w="60" w:type="dxa"/>
              <w:bottom w:w="60" w:type="dxa"/>
              <w:right w:w="60" w:type="dxa"/>
            </w:tcMar>
            <w:vAlign w:val="center"/>
          </w:tcPr>
          <w:p w14:paraId="636533F6"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3C875775"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2F32FD58"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22DEAA4" w14:textId="77777777" w:rsidR="00BD633A" w:rsidRDefault="00BD633A">
            <w:pPr>
              <w:spacing w:after="0"/>
            </w:pPr>
          </w:p>
        </w:tc>
      </w:tr>
      <w:tr w:rsidR="00BD633A" w14:paraId="7D3848A4" w14:textId="77777777">
        <w:trPr>
          <w:jc w:val="center"/>
        </w:trPr>
        <w:tc>
          <w:tcPr>
            <w:tcW w:w="576" w:type="dxa"/>
            <w:tcMar>
              <w:top w:w="60" w:type="dxa"/>
              <w:left w:w="60" w:type="dxa"/>
              <w:bottom w:w="60" w:type="dxa"/>
              <w:right w:w="60" w:type="dxa"/>
            </w:tcMar>
            <w:vAlign w:val="center"/>
          </w:tcPr>
          <w:p w14:paraId="07A0EE53" w14:textId="77777777" w:rsidR="00BD633A" w:rsidRDefault="00000000">
            <w:pPr>
              <w:spacing w:after="0"/>
              <w:jc w:val="center"/>
            </w:pPr>
            <w:r>
              <w:rPr>
                <w:rFonts w:ascii="Calibri" w:hAnsi="Calibri"/>
                <w:sz w:val="18"/>
              </w:rPr>
              <w:t>21</w:t>
            </w:r>
          </w:p>
        </w:tc>
        <w:tc>
          <w:tcPr>
            <w:tcW w:w="5861" w:type="dxa"/>
            <w:tcMar>
              <w:top w:w="60" w:type="dxa"/>
              <w:left w:w="60" w:type="dxa"/>
              <w:bottom w:w="60" w:type="dxa"/>
              <w:right w:w="60" w:type="dxa"/>
            </w:tcMar>
            <w:vAlign w:val="center"/>
          </w:tcPr>
          <w:p w14:paraId="43E38B8B" w14:textId="77777777" w:rsidR="00BD633A" w:rsidRDefault="00000000">
            <w:pPr>
              <w:spacing w:after="0"/>
            </w:pPr>
            <w:r>
              <w:rPr>
                <w:rFonts w:ascii="Calibri" w:hAnsi="Calibri"/>
                <w:sz w:val="18"/>
              </w:rPr>
              <w:t>Are safe clearances maintained from overhead power lines and other energized electrical sources?</w:t>
            </w:r>
          </w:p>
        </w:tc>
        <w:tc>
          <w:tcPr>
            <w:tcW w:w="648" w:type="dxa"/>
            <w:tcMar>
              <w:top w:w="60" w:type="dxa"/>
              <w:left w:w="60" w:type="dxa"/>
              <w:bottom w:w="60" w:type="dxa"/>
              <w:right w:w="60" w:type="dxa"/>
            </w:tcMar>
            <w:vAlign w:val="center"/>
          </w:tcPr>
          <w:p w14:paraId="0B6D1F7A"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45D45D6"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94D1DA0"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5E7658C4" w14:textId="77777777" w:rsidR="00BD633A" w:rsidRDefault="00BD633A">
            <w:pPr>
              <w:spacing w:after="0"/>
            </w:pPr>
          </w:p>
        </w:tc>
      </w:tr>
      <w:tr w:rsidR="00BD633A" w14:paraId="6A7F795C" w14:textId="77777777">
        <w:trPr>
          <w:jc w:val="center"/>
        </w:trPr>
        <w:tc>
          <w:tcPr>
            <w:tcW w:w="576" w:type="dxa"/>
            <w:shd w:val="clear" w:color="auto" w:fill="FAFAFA"/>
            <w:tcMar>
              <w:top w:w="60" w:type="dxa"/>
              <w:left w:w="60" w:type="dxa"/>
              <w:bottom w:w="60" w:type="dxa"/>
              <w:right w:w="60" w:type="dxa"/>
            </w:tcMar>
            <w:vAlign w:val="center"/>
          </w:tcPr>
          <w:p w14:paraId="7347BBED" w14:textId="77777777" w:rsidR="00BD633A" w:rsidRDefault="00000000">
            <w:pPr>
              <w:spacing w:after="0"/>
              <w:jc w:val="center"/>
            </w:pPr>
            <w:r>
              <w:rPr>
                <w:rFonts w:ascii="Calibri" w:hAnsi="Calibri"/>
                <w:sz w:val="18"/>
              </w:rPr>
              <w:t>22</w:t>
            </w:r>
          </w:p>
        </w:tc>
        <w:tc>
          <w:tcPr>
            <w:tcW w:w="5861" w:type="dxa"/>
            <w:shd w:val="clear" w:color="auto" w:fill="FAFAFA"/>
            <w:tcMar>
              <w:top w:w="60" w:type="dxa"/>
              <w:left w:w="60" w:type="dxa"/>
              <w:bottom w:w="60" w:type="dxa"/>
              <w:right w:w="60" w:type="dxa"/>
            </w:tcMar>
            <w:vAlign w:val="center"/>
          </w:tcPr>
          <w:p w14:paraId="22017926" w14:textId="77777777" w:rsidR="00BD633A" w:rsidRDefault="00000000">
            <w:pPr>
              <w:spacing w:after="0"/>
            </w:pPr>
            <w:r>
              <w:rPr>
                <w:rFonts w:ascii="Calibri" w:hAnsi="Calibri"/>
                <w:sz w:val="18"/>
              </w:rPr>
              <w:t>Are underground electrical services identified and protected before excavation or ground-disturbance activities?</w:t>
            </w:r>
          </w:p>
        </w:tc>
        <w:tc>
          <w:tcPr>
            <w:tcW w:w="648" w:type="dxa"/>
            <w:shd w:val="clear" w:color="auto" w:fill="FAFAFA"/>
            <w:tcMar>
              <w:top w:w="60" w:type="dxa"/>
              <w:left w:w="60" w:type="dxa"/>
              <w:bottom w:w="60" w:type="dxa"/>
              <w:right w:w="60" w:type="dxa"/>
            </w:tcMar>
            <w:vAlign w:val="center"/>
          </w:tcPr>
          <w:p w14:paraId="2D9158A2"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3C0210AC"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36467DD0"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49555A8C" w14:textId="77777777" w:rsidR="00BD633A" w:rsidRDefault="00BD633A">
            <w:pPr>
              <w:spacing w:after="0"/>
            </w:pPr>
          </w:p>
        </w:tc>
      </w:tr>
      <w:tr w:rsidR="00BD633A" w14:paraId="4B29DB2F" w14:textId="77777777">
        <w:trPr>
          <w:jc w:val="center"/>
        </w:trPr>
        <w:tc>
          <w:tcPr>
            <w:tcW w:w="576" w:type="dxa"/>
            <w:tcMar>
              <w:top w:w="60" w:type="dxa"/>
              <w:left w:w="60" w:type="dxa"/>
              <w:bottom w:w="60" w:type="dxa"/>
              <w:right w:w="60" w:type="dxa"/>
            </w:tcMar>
            <w:vAlign w:val="center"/>
          </w:tcPr>
          <w:p w14:paraId="375FA9B8" w14:textId="77777777" w:rsidR="00BD633A" w:rsidRDefault="00000000">
            <w:pPr>
              <w:spacing w:after="0"/>
              <w:jc w:val="center"/>
            </w:pPr>
            <w:r>
              <w:rPr>
                <w:rFonts w:ascii="Calibri" w:hAnsi="Calibri"/>
                <w:sz w:val="18"/>
              </w:rPr>
              <w:t>23</w:t>
            </w:r>
          </w:p>
        </w:tc>
        <w:tc>
          <w:tcPr>
            <w:tcW w:w="5861" w:type="dxa"/>
            <w:tcMar>
              <w:top w:w="60" w:type="dxa"/>
              <w:left w:w="60" w:type="dxa"/>
              <w:bottom w:w="60" w:type="dxa"/>
              <w:right w:w="60" w:type="dxa"/>
            </w:tcMar>
            <w:vAlign w:val="center"/>
          </w:tcPr>
          <w:p w14:paraId="6BFED5E0" w14:textId="77777777" w:rsidR="00BD633A" w:rsidRDefault="00000000">
            <w:pPr>
              <w:spacing w:after="0"/>
            </w:pPr>
            <w:r>
              <w:rPr>
                <w:rFonts w:ascii="Calibri" w:hAnsi="Calibri"/>
                <w:sz w:val="18"/>
              </w:rPr>
              <w:t>Are appropriate lockout/tagout or isolation procedures implemented before electrical maintenance or repair work?</w:t>
            </w:r>
          </w:p>
        </w:tc>
        <w:tc>
          <w:tcPr>
            <w:tcW w:w="648" w:type="dxa"/>
            <w:tcMar>
              <w:top w:w="60" w:type="dxa"/>
              <w:left w:w="60" w:type="dxa"/>
              <w:bottom w:w="60" w:type="dxa"/>
              <w:right w:w="60" w:type="dxa"/>
            </w:tcMar>
            <w:vAlign w:val="center"/>
          </w:tcPr>
          <w:p w14:paraId="2A5FF101"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3DAD8C4E"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5EC571D"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16D6D804" w14:textId="77777777" w:rsidR="00BD633A" w:rsidRDefault="00BD633A">
            <w:pPr>
              <w:spacing w:after="0"/>
            </w:pPr>
          </w:p>
        </w:tc>
      </w:tr>
      <w:tr w:rsidR="00BD633A" w14:paraId="12526518" w14:textId="77777777">
        <w:trPr>
          <w:jc w:val="center"/>
        </w:trPr>
        <w:tc>
          <w:tcPr>
            <w:tcW w:w="576" w:type="dxa"/>
            <w:shd w:val="clear" w:color="auto" w:fill="FAFAFA"/>
            <w:tcMar>
              <w:top w:w="60" w:type="dxa"/>
              <w:left w:w="60" w:type="dxa"/>
              <w:bottom w:w="60" w:type="dxa"/>
              <w:right w:w="60" w:type="dxa"/>
            </w:tcMar>
            <w:vAlign w:val="center"/>
          </w:tcPr>
          <w:p w14:paraId="1FCA69BA" w14:textId="77777777" w:rsidR="00BD633A" w:rsidRDefault="00000000">
            <w:pPr>
              <w:spacing w:after="0"/>
              <w:jc w:val="center"/>
            </w:pPr>
            <w:r>
              <w:rPr>
                <w:rFonts w:ascii="Calibri" w:hAnsi="Calibri"/>
                <w:sz w:val="18"/>
              </w:rPr>
              <w:t>24</w:t>
            </w:r>
          </w:p>
        </w:tc>
        <w:tc>
          <w:tcPr>
            <w:tcW w:w="5861" w:type="dxa"/>
            <w:shd w:val="clear" w:color="auto" w:fill="FAFAFA"/>
            <w:tcMar>
              <w:top w:w="60" w:type="dxa"/>
              <w:left w:w="60" w:type="dxa"/>
              <w:bottom w:w="60" w:type="dxa"/>
              <w:right w:w="60" w:type="dxa"/>
            </w:tcMar>
            <w:vAlign w:val="center"/>
          </w:tcPr>
          <w:p w14:paraId="3346BB45" w14:textId="77777777" w:rsidR="00BD633A" w:rsidRDefault="00000000">
            <w:pPr>
              <w:spacing w:after="0"/>
            </w:pPr>
            <w:r>
              <w:rPr>
                <w:rFonts w:ascii="Calibri" w:hAnsi="Calibri"/>
                <w:sz w:val="18"/>
              </w:rPr>
              <w:t>Is the absence of voltage verified before work begins on isolated electrical equipment where required?</w:t>
            </w:r>
          </w:p>
        </w:tc>
        <w:tc>
          <w:tcPr>
            <w:tcW w:w="648" w:type="dxa"/>
            <w:shd w:val="clear" w:color="auto" w:fill="FAFAFA"/>
            <w:tcMar>
              <w:top w:w="60" w:type="dxa"/>
              <w:left w:w="60" w:type="dxa"/>
              <w:bottom w:w="60" w:type="dxa"/>
              <w:right w:w="60" w:type="dxa"/>
            </w:tcMar>
            <w:vAlign w:val="center"/>
          </w:tcPr>
          <w:p w14:paraId="3B8B1079"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103B398"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60DAC8D"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35A1915D" w14:textId="77777777" w:rsidR="00BD633A" w:rsidRDefault="00BD633A">
            <w:pPr>
              <w:spacing w:after="0"/>
            </w:pPr>
          </w:p>
        </w:tc>
      </w:tr>
      <w:tr w:rsidR="00BD633A" w14:paraId="2AE86019" w14:textId="77777777">
        <w:trPr>
          <w:jc w:val="center"/>
        </w:trPr>
        <w:tc>
          <w:tcPr>
            <w:tcW w:w="576" w:type="dxa"/>
            <w:tcMar>
              <w:top w:w="60" w:type="dxa"/>
              <w:left w:w="60" w:type="dxa"/>
              <w:bottom w:w="60" w:type="dxa"/>
              <w:right w:w="60" w:type="dxa"/>
            </w:tcMar>
            <w:vAlign w:val="center"/>
          </w:tcPr>
          <w:p w14:paraId="7DFD080E" w14:textId="77777777" w:rsidR="00BD633A" w:rsidRDefault="00000000">
            <w:pPr>
              <w:spacing w:after="0"/>
              <w:jc w:val="center"/>
            </w:pPr>
            <w:r>
              <w:rPr>
                <w:rFonts w:ascii="Calibri" w:hAnsi="Calibri"/>
                <w:sz w:val="18"/>
              </w:rPr>
              <w:t>25</w:t>
            </w:r>
          </w:p>
        </w:tc>
        <w:tc>
          <w:tcPr>
            <w:tcW w:w="5861" w:type="dxa"/>
            <w:tcMar>
              <w:top w:w="60" w:type="dxa"/>
              <w:left w:w="60" w:type="dxa"/>
              <w:bottom w:w="60" w:type="dxa"/>
              <w:right w:w="60" w:type="dxa"/>
            </w:tcMar>
            <w:vAlign w:val="center"/>
          </w:tcPr>
          <w:p w14:paraId="6F2B0615" w14:textId="77777777" w:rsidR="00BD633A" w:rsidRDefault="00000000">
            <w:pPr>
              <w:spacing w:after="0"/>
            </w:pPr>
            <w:r>
              <w:rPr>
                <w:rFonts w:ascii="Calibri" w:hAnsi="Calibri"/>
                <w:sz w:val="18"/>
              </w:rPr>
              <w:t>Are suitable electrical PPE and insulated tools provided and used for electrical work where required?</w:t>
            </w:r>
          </w:p>
        </w:tc>
        <w:tc>
          <w:tcPr>
            <w:tcW w:w="648" w:type="dxa"/>
            <w:tcMar>
              <w:top w:w="60" w:type="dxa"/>
              <w:left w:w="60" w:type="dxa"/>
              <w:bottom w:w="60" w:type="dxa"/>
              <w:right w:w="60" w:type="dxa"/>
            </w:tcMar>
            <w:vAlign w:val="center"/>
          </w:tcPr>
          <w:p w14:paraId="60953D5A"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85F8AEC"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646168C8"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07FDB3D3" w14:textId="77777777" w:rsidR="00BD633A" w:rsidRDefault="00BD633A">
            <w:pPr>
              <w:spacing w:after="0"/>
            </w:pPr>
          </w:p>
        </w:tc>
      </w:tr>
      <w:tr w:rsidR="00BD633A" w14:paraId="30B27E1D" w14:textId="77777777">
        <w:trPr>
          <w:jc w:val="center"/>
        </w:trPr>
        <w:tc>
          <w:tcPr>
            <w:tcW w:w="576" w:type="dxa"/>
            <w:shd w:val="clear" w:color="auto" w:fill="FAFAFA"/>
            <w:tcMar>
              <w:top w:w="60" w:type="dxa"/>
              <w:left w:w="60" w:type="dxa"/>
              <w:bottom w:w="60" w:type="dxa"/>
              <w:right w:w="60" w:type="dxa"/>
            </w:tcMar>
            <w:vAlign w:val="center"/>
          </w:tcPr>
          <w:p w14:paraId="2FBB6CA2" w14:textId="77777777" w:rsidR="00BD633A" w:rsidRDefault="00000000">
            <w:pPr>
              <w:spacing w:after="0"/>
              <w:jc w:val="center"/>
            </w:pPr>
            <w:r>
              <w:rPr>
                <w:rFonts w:ascii="Calibri" w:hAnsi="Calibri"/>
                <w:sz w:val="18"/>
              </w:rPr>
              <w:t>26</w:t>
            </w:r>
          </w:p>
        </w:tc>
        <w:tc>
          <w:tcPr>
            <w:tcW w:w="5861" w:type="dxa"/>
            <w:shd w:val="clear" w:color="auto" w:fill="FAFAFA"/>
            <w:tcMar>
              <w:top w:w="60" w:type="dxa"/>
              <w:left w:w="60" w:type="dxa"/>
              <w:bottom w:w="60" w:type="dxa"/>
              <w:right w:w="60" w:type="dxa"/>
            </w:tcMar>
            <w:vAlign w:val="center"/>
          </w:tcPr>
          <w:p w14:paraId="44435C9E" w14:textId="77777777" w:rsidR="00BD633A" w:rsidRDefault="00000000">
            <w:pPr>
              <w:spacing w:after="0"/>
            </w:pPr>
            <w:r>
              <w:rPr>
                <w:rFonts w:ascii="Calibri" w:hAnsi="Calibri"/>
                <w:sz w:val="18"/>
              </w:rPr>
              <w:t>Are electrical rooms, panels and equipment areas kept clear of combustible materials and unnecessary storage?</w:t>
            </w:r>
          </w:p>
        </w:tc>
        <w:tc>
          <w:tcPr>
            <w:tcW w:w="648" w:type="dxa"/>
            <w:shd w:val="clear" w:color="auto" w:fill="FAFAFA"/>
            <w:tcMar>
              <w:top w:w="60" w:type="dxa"/>
              <w:left w:w="60" w:type="dxa"/>
              <w:bottom w:w="60" w:type="dxa"/>
              <w:right w:w="60" w:type="dxa"/>
            </w:tcMar>
            <w:vAlign w:val="center"/>
          </w:tcPr>
          <w:p w14:paraId="6744E41A"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8EF96F4"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7A7F02DA"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759D5AD4" w14:textId="77777777" w:rsidR="00BD633A" w:rsidRDefault="00BD633A">
            <w:pPr>
              <w:spacing w:after="0"/>
            </w:pPr>
          </w:p>
        </w:tc>
      </w:tr>
      <w:tr w:rsidR="00BD633A" w14:paraId="5A246A2E" w14:textId="77777777">
        <w:trPr>
          <w:jc w:val="center"/>
        </w:trPr>
        <w:tc>
          <w:tcPr>
            <w:tcW w:w="576" w:type="dxa"/>
            <w:tcMar>
              <w:top w:w="60" w:type="dxa"/>
              <w:left w:w="60" w:type="dxa"/>
              <w:bottom w:w="60" w:type="dxa"/>
              <w:right w:w="60" w:type="dxa"/>
            </w:tcMar>
            <w:vAlign w:val="center"/>
          </w:tcPr>
          <w:p w14:paraId="4A9CE531" w14:textId="77777777" w:rsidR="00BD633A" w:rsidRDefault="00000000">
            <w:pPr>
              <w:spacing w:after="0"/>
              <w:jc w:val="center"/>
            </w:pPr>
            <w:r>
              <w:rPr>
                <w:rFonts w:ascii="Calibri" w:hAnsi="Calibri"/>
                <w:sz w:val="18"/>
              </w:rPr>
              <w:t>27</w:t>
            </w:r>
          </w:p>
        </w:tc>
        <w:tc>
          <w:tcPr>
            <w:tcW w:w="5861" w:type="dxa"/>
            <w:tcMar>
              <w:top w:w="60" w:type="dxa"/>
              <w:left w:w="60" w:type="dxa"/>
              <w:bottom w:w="60" w:type="dxa"/>
              <w:right w:w="60" w:type="dxa"/>
            </w:tcMar>
            <w:vAlign w:val="center"/>
          </w:tcPr>
          <w:p w14:paraId="00116DA9" w14:textId="77777777" w:rsidR="00BD633A" w:rsidRDefault="00000000">
            <w:pPr>
              <w:spacing w:after="0"/>
            </w:pPr>
            <w:r>
              <w:rPr>
                <w:rFonts w:ascii="Calibri" w:hAnsi="Calibri"/>
                <w:sz w:val="18"/>
              </w:rPr>
              <w:t>Is adequate access and working space maintained around electrical panels and equipment?</w:t>
            </w:r>
          </w:p>
        </w:tc>
        <w:tc>
          <w:tcPr>
            <w:tcW w:w="648" w:type="dxa"/>
            <w:tcMar>
              <w:top w:w="60" w:type="dxa"/>
              <w:left w:w="60" w:type="dxa"/>
              <w:bottom w:w="60" w:type="dxa"/>
              <w:right w:w="60" w:type="dxa"/>
            </w:tcMar>
            <w:vAlign w:val="center"/>
          </w:tcPr>
          <w:p w14:paraId="37A88C3D"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5818E191"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4D92643F"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041CA64C" w14:textId="77777777" w:rsidR="00BD633A" w:rsidRDefault="00BD633A">
            <w:pPr>
              <w:spacing w:after="0"/>
            </w:pPr>
          </w:p>
        </w:tc>
      </w:tr>
      <w:tr w:rsidR="00BD633A" w14:paraId="7B4830FA" w14:textId="77777777">
        <w:trPr>
          <w:jc w:val="center"/>
        </w:trPr>
        <w:tc>
          <w:tcPr>
            <w:tcW w:w="576" w:type="dxa"/>
            <w:shd w:val="clear" w:color="auto" w:fill="FAFAFA"/>
            <w:tcMar>
              <w:top w:w="60" w:type="dxa"/>
              <w:left w:w="60" w:type="dxa"/>
              <w:bottom w:w="60" w:type="dxa"/>
              <w:right w:w="60" w:type="dxa"/>
            </w:tcMar>
            <w:vAlign w:val="center"/>
          </w:tcPr>
          <w:p w14:paraId="420A45DF" w14:textId="77777777" w:rsidR="00BD633A" w:rsidRDefault="00000000">
            <w:pPr>
              <w:spacing w:after="0"/>
              <w:jc w:val="center"/>
            </w:pPr>
            <w:r>
              <w:rPr>
                <w:rFonts w:ascii="Calibri" w:hAnsi="Calibri"/>
                <w:sz w:val="18"/>
              </w:rPr>
              <w:t>28</w:t>
            </w:r>
          </w:p>
        </w:tc>
        <w:tc>
          <w:tcPr>
            <w:tcW w:w="5861" w:type="dxa"/>
            <w:shd w:val="clear" w:color="auto" w:fill="FAFAFA"/>
            <w:tcMar>
              <w:top w:w="60" w:type="dxa"/>
              <w:left w:w="60" w:type="dxa"/>
              <w:bottom w:w="60" w:type="dxa"/>
              <w:right w:w="60" w:type="dxa"/>
            </w:tcMar>
            <w:vAlign w:val="center"/>
          </w:tcPr>
          <w:p w14:paraId="1F2749B7" w14:textId="77777777" w:rsidR="00BD633A" w:rsidRDefault="00000000">
            <w:pPr>
              <w:spacing w:after="0"/>
            </w:pPr>
            <w:r>
              <w:rPr>
                <w:rFonts w:ascii="Calibri" w:hAnsi="Calibri"/>
                <w:sz w:val="18"/>
              </w:rPr>
              <w:t>Are warning signs, electrical hazard labels and required emergency information clearly displayed?</w:t>
            </w:r>
          </w:p>
        </w:tc>
        <w:tc>
          <w:tcPr>
            <w:tcW w:w="648" w:type="dxa"/>
            <w:shd w:val="clear" w:color="auto" w:fill="FAFAFA"/>
            <w:tcMar>
              <w:top w:w="60" w:type="dxa"/>
              <w:left w:w="60" w:type="dxa"/>
              <w:bottom w:w="60" w:type="dxa"/>
              <w:right w:w="60" w:type="dxa"/>
            </w:tcMar>
            <w:vAlign w:val="center"/>
          </w:tcPr>
          <w:p w14:paraId="4143B2D1"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5D2FE4C0"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11677803"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4973D1E6" w14:textId="77777777" w:rsidR="00BD633A" w:rsidRDefault="00BD633A">
            <w:pPr>
              <w:spacing w:after="0"/>
            </w:pPr>
          </w:p>
        </w:tc>
      </w:tr>
      <w:tr w:rsidR="00BD633A" w14:paraId="6E0ED06F" w14:textId="77777777">
        <w:trPr>
          <w:jc w:val="center"/>
        </w:trPr>
        <w:tc>
          <w:tcPr>
            <w:tcW w:w="576" w:type="dxa"/>
            <w:tcMar>
              <w:top w:w="60" w:type="dxa"/>
              <w:left w:w="60" w:type="dxa"/>
              <w:bottom w:w="60" w:type="dxa"/>
              <w:right w:w="60" w:type="dxa"/>
            </w:tcMar>
            <w:vAlign w:val="center"/>
          </w:tcPr>
          <w:p w14:paraId="1B8BF184" w14:textId="77777777" w:rsidR="00BD633A" w:rsidRDefault="00000000">
            <w:pPr>
              <w:spacing w:after="0"/>
              <w:jc w:val="center"/>
            </w:pPr>
            <w:r>
              <w:rPr>
                <w:rFonts w:ascii="Calibri" w:hAnsi="Calibri"/>
                <w:sz w:val="18"/>
              </w:rPr>
              <w:t>29</w:t>
            </w:r>
          </w:p>
        </w:tc>
        <w:tc>
          <w:tcPr>
            <w:tcW w:w="5861" w:type="dxa"/>
            <w:tcMar>
              <w:top w:w="60" w:type="dxa"/>
              <w:left w:w="60" w:type="dxa"/>
              <w:bottom w:w="60" w:type="dxa"/>
              <w:right w:w="60" w:type="dxa"/>
            </w:tcMar>
            <w:vAlign w:val="center"/>
          </w:tcPr>
          <w:p w14:paraId="62BD10D2" w14:textId="77777777" w:rsidR="00BD633A" w:rsidRDefault="00000000">
            <w:pPr>
              <w:spacing w:after="0"/>
            </w:pPr>
            <w:r>
              <w:rPr>
                <w:rFonts w:ascii="Calibri" w:hAnsi="Calibri"/>
                <w:sz w:val="18"/>
              </w:rPr>
              <w:t>Are suitable emergency arrangements available for electrical shock, electrical fire and other foreseeable electrical emergencies?</w:t>
            </w:r>
          </w:p>
        </w:tc>
        <w:tc>
          <w:tcPr>
            <w:tcW w:w="648" w:type="dxa"/>
            <w:tcMar>
              <w:top w:w="60" w:type="dxa"/>
              <w:left w:w="60" w:type="dxa"/>
              <w:bottom w:w="60" w:type="dxa"/>
              <w:right w:w="60" w:type="dxa"/>
            </w:tcMar>
            <w:vAlign w:val="center"/>
          </w:tcPr>
          <w:p w14:paraId="0A3B2727"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1A59B4FF" w14:textId="77777777" w:rsidR="00BD633A" w:rsidRDefault="00000000">
            <w:pPr>
              <w:spacing w:after="0"/>
              <w:jc w:val="center"/>
            </w:pPr>
            <w:r>
              <w:rPr>
                <w:rFonts w:ascii="Arial" w:hAnsi="Arial"/>
                <w:sz w:val="20"/>
              </w:rPr>
              <w:t>☐</w:t>
            </w:r>
          </w:p>
        </w:tc>
        <w:tc>
          <w:tcPr>
            <w:tcW w:w="648" w:type="dxa"/>
            <w:tcMar>
              <w:top w:w="60" w:type="dxa"/>
              <w:left w:w="60" w:type="dxa"/>
              <w:bottom w:w="60" w:type="dxa"/>
              <w:right w:w="60" w:type="dxa"/>
            </w:tcMar>
            <w:vAlign w:val="center"/>
          </w:tcPr>
          <w:p w14:paraId="7E816C74" w14:textId="77777777" w:rsidR="00BD633A" w:rsidRDefault="00000000">
            <w:pPr>
              <w:spacing w:after="0"/>
              <w:jc w:val="center"/>
            </w:pPr>
            <w:r>
              <w:rPr>
                <w:rFonts w:ascii="Arial" w:hAnsi="Arial"/>
                <w:sz w:val="20"/>
              </w:rPr>
              <w:t>☐</w:t>
            </w:r>
          </w:p>
        </w:tc>
        <w:tc>
          <w:tcPr>
            <w:tcW w:w="2088" w:type="dxa"/>
            <w:tcMar>
              <w:top w:w="60" w:type="dxa"/>
              <w:left w:w="60" w:type="dxa"/>
              <w:bottom w:w="60" w:type="dxa"/>
              <w:right w:w="60" w:type="dxa"/>
            </w:tcMar>
            <w:vAlign w:val="center"/>
          </w:tcPr>
          <w:p w14:paraId="462AABD4" w14:textId="77777777" w:rsidR="00BD633A" w:rsidRDefault="00BD633A">
            <w:pPr>
              <w:spacing w:after="0"/>
            </w:pPr>
          </w:p>
        </w:tc>
      </w:tr>
      <w:tr w:rsidR="00BD633A" w14:paraId="247ECA01" w14:textId="77777777">
        <w:trPr>
          <w:jc w:val="center"/>
        </w:trPr>
        <w:tc>
          <w:tcPr>
            <w:tcW w:w="576" w:type="dxa"/>
            <w:shd w:val="clear" w:color="auto" w:fill="FAFAFA"/>
            <w:tcMar>
              <w:top w:w="60" w:type="dxa"/>
              <w:left w:w="60" w:type="dxa"/>
              <w:bottom w:w="60" w:type="dxa"/>
              <w:right w:w="60" w:type="dxa"/>
            </w:tcMar>
            <w:vAlign w:val="center"/>
          </w:tcPr>
          <w:p w14:paraId="495F2C28" w14:textId="77777777" w:rsidR="00BD633A" w:rsidRDefault="00000000">
            <w:pPr>
              <w:spacing w:after="0"/>
              <w:jc w:val="center"/>
            </w:pPr>
            <w:r>
              <w:rPr>
                <w:rFonts w:ascii="Calibri" w:hAnsi="Calibri"/>
                <w:sz w:val="18"/>
              </w:rPr>
              <w:t>30</w:t>
            </w:r>
          </w:p>
        </w:tc>
        <w:tc>
          <w:tcPr>
            <w:tcW w:w="5861" w:type="dxa"/>
            <w:shd w:val="clear" w:color="auto" w:fill="FAFAFA"/>
            <w:tcMar>
              <w:top w:w="60" w:type="dxa"/>
              <w:left w:w="60" w:type="dxa"/>
              <w:bottom w:w="60" w:type="dxa"/>
              <w:right w:w="60" w:type="dxa"/>
            </w:tcMar>
            <w:vAlign w:val="center"/>
          </w:tcPr>
          <w:p w14:paraId="632DE1DB" w14:textId="77777777" w:rsidR="00BD633A" w:rsidRDefault="00000000">
            <w:pPr>
              <w:spacing w:after="0"/>
            </w:pPr>
            <w:r>
              <w:rPr>
                <w:rFonts w:ascii="Calibri" w:hAnsi="Calibri"/>
                <w:sz w:val="18"/>
              </w:rPr>
              <w:t>Are identified electrical deficiencies corrected and verified before the affected equipment or installation is returned to service?</w:t>
            </w:r>
          </w:p>
        </w:tc>
        <w:tc>
          <w:tcPr>
            <w:tcW w:w="648" w:type="dxa"/>
            <w:shd w:val="clear" w:color="auto" w:fill="FAFAFA"/>
            <w:tcMar>
              <w:top w:w="60" w:type="dxa"/>
              <w:left w:w="60" w:type="dxa"/>
              <w:bottom w:w="60" w:type="dxa"/>
              <w:right w:w="60" w:type="dxa"/>
            </w:tcMar>
            <w:vAlign w:val="center"/>
          </w:tcPr>
          <w:p w14:paraId="723E7AE7"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1FDE2C8" w14:textId="77777777" w:rsidR="00BD633A" w:rsidRDefault="00000000">
            <w:pPr>
              <w:spacing w:after="0"/>
              <w:jc w:val="center"/>
            </w:pPr>
            <w:r>
              <w:rPr>
                <w:rFonts w:ascii="Arial" w:hAnsi="Arial"/>
                <w:sz w:val="20"/>
              </w:rPr>
              <w:t>☐</w:t>
            </w:r>
          </w:p>
        </w:tc>
        <w:tc>
          <w:tcPr>
            <w:tcW w:w="648" w:type="dxa"/>
            <w:shd w:val="clear" w:color="auto" w:fill="FAFAFA"/>
            <w:tcMar>
              <w:top w:w="60" w:type="dxa"/>
              <w:left w:w="60" w:type="dxa"/>
              <w:bottom w:w="60" w:type="dxa"/>
              <w:right w:w="60" w:type="dxa"/>
            </w:tcMar>
            <w:vAlign w:val="center"/>
          </w:tcPr>
          <w:p w14:paraId="63F1FE07" w14:textId="77777777" w:rsidR="00BD633A" w:rsidRDefault="00000000">
            <w:pPr>
              <w:spacing w:after="0"/>
              <w:jc w:val="center"/>
            </w:pPr>
            <w:r>
              <w:rPr>
                <w:rFonts w:ascii="Arial" w:hAnsi="Arial"/>
                <w:sz w:val="20"/>
              </w:rPr>
              <w:t>☐</w:t>
            </w:r>
          </w:p>
        </w:tc>
        <w:tc>
          <w:tcPr>
            <w:tcW w:w="2088" w:type="dxa"/>
            <w:shd w:val="clear" w:color="auto" w:fill="FAFAFA"/>
            <w:tcMar>
              <w:top w:w="60" w:type="dxa"/>
              <w:left w:w="60" w:type="dxa"/>
              <w:bottom w:w="60" w:type="dxa"/>
              <w:right w:w="60" w:type="dxa"/>
            </w:tcMar>
            <w:vAlign w:val="center"/>
          </w:tcPr>
          <w:p w14:paraId="55AB378C" w14:textId="77777777" w:rsidR="00BD633A" w:rsidRDefault="00BD633A">
            <w:pPr>
              <w:spacing w:after="0"/>
            </w:pPr>
          </w:p>
        </w:tc>
      </w:tr>
    </w:tbl>
    <w:p w14:paraId="2F186188" w14:textId="77777777" w:rsidR="00BD633A" w:rsidRDefault="00000000">
      <w:pPr>
        <w:spacing w:before="240" w:after="80"/>
      </w:pPr>
      <w:r>
        <w:rPr>
          <w:rFonts w:ascii="Arial" w:hAnsi="Arial"/>
          <w:b/>
          <w:color w:val="1B365D"/>
        </w:rPr>
        <w:t>3. FINDINGS &amp; CORRECTIVE ACTIONS</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576"/>
        <w:gridCol w:w="3413"/>
        <w:gridCol w:w="1296"/>
        <w:gridCol w:w="3024"/>
        <w:gridCol w:w="1584"/>
        <w:gridCol w:w="640"/>
      </w:tblGrid>
      <w:tr w:rsidR="00BD633A" w14:paraId="07B1335E" w14:textId="77777777">
        <w:trPr>
          <w:jc w:val="center"/>
        </w:trPr>
        <w:tc>
          <w:tcPr>
            <w:tcW w:w="576" w:type="dxa"/>
            <w:shd w:val="clear" w:color="auto" w:fill="1B365D"/>
            <w:tcMar>
              <w:top w:w="80" w:type="dxa"/>
              <w:left w:w="60" w:type="dxa"/>
              <w:bottom w:w="80" w:type="dxa"/>
              <w:right w:w="60" w:type="dxa"/>
            </w:tcMar>
            <w:vAlign w:val="center"/>
          </w:tcPr>
          <w:p w14:paraId="556257BA" w14:textId="77777777" w:rsidR="00BD633A" w:rsidRDefault="00000000">
            <w:pPr>
              <w:spacing w:after="0"/>
              <w:jc w:val="center"/>
            </w:pPr>
            <w:r>
              <w:rPr>
                <w:rFonts w:ascii="Arial" w:hAnsi="Arial"/>
                <w:b/>
                <w:color w:val="FFFFFF"/>
                <w:sz w:val="17"/>
              </w:rPr>
              <w:t>No.</w:t>
            </w:r>
          </w:p>
        </w:tc>
        <w:tc>
          <w:tcPr>
            <w:tcW w:w="3413" w:type="dxa"/>
            <w:shd w:val="clear" w:color="auto" w:fill="1B365D"/>
            <w:tcMar>
              <w:top w:w="80" w:type="dxa"/>
              <w:left w:w="60" w:type="dxa"/>
              <w:bottom w:w="80" w:type="dxa"/>
              <w:right w:w="60" w:type="dxa"/>
            </w:tcMar>
            <w:vAlign w:val="center"/>
          </w:tcPr>
          <w:p w14:paraId="38CC52B0" w14:textId="77777777" w:rsidR="00BD633A" w:rsidRDefault="00000000">
            <w:pPr>
              <w:spacing w:after="0"/>
            </w:pPr>
            <w:r>
              <w:rPr>
                <w:rFonts w:ascii="Arial" w:hAnsi="Arial"/>
                <w:b/>
                <w:color w:val="FFFFFF"/>
                <w:sz w:val="17"/>
              </w:rPr>
              <w:t>Finding / Observation</w:t>
            </w:r>
          </w:p>
        </w:tc>
        <w:tc>
          <w:tcPr>
            <w:tcW w:w="1296" w:type="dxa"/>
            <w:shd w:val="clear" w:color="auto" w:fill="1B365D"/>
            <w:tcMar>
              <w:top w:w="80" w:type="dxa"/>
              <w:left w:w="60" w:type="dxa"/>
              <w:bottom w:w="80" w:type="dxa"/>
              <w:right w:w="60" w:type="dxa"/>
            </w:tcMar>
            <w:vAlign w:val="center"/>
          </w:tcPr>
          <w:p w14:paraId="118CF4CB" w14:textId="77777777" w:rsidR="00BD633A" w:rsidRDefault="00000000">
            <w:pPr>
              <w:spacing w:after="0"/>
            </w:pPr>
            <w:r>
              <w:rPr>
                <w:rFonts w:ascii="Arial" w:hAnsi="Arial"/>
                <w:b/>
                <w:color w:val="FFFFFF"/>
                <w:sz w:val="17"/>
              </w:rPr>
              <w:t>Risk Level</w:t>
            </w:r>
          </w:p>
        </w:tc>
        <w:tc>
          <w:tcPr>
            <w:tcW w:w="3024" w:type="dxa"/>
            <w:shd w:val="clear" w:color="auto" w:fill="1B365D"/>
            <w:tcMar>
              <w:top w:w="80" w:type="dxa"/>
              <w:left w:w="60" w:type="dxa"/>
              <w:bottom w:w="80" w:type="dxa"/>
              <w:right w:w="60" w:type="dxa"/>
            </w:tcMar>
            <w:vAlign w:val="center"/>
          </w:tcPr>
          <w:p w14:paraId="6797D4D4" w14:textId="77777777" w:rsidR="00BD633A" w:rsidRDefault="00000000">
            <w:pPr>
              <w:spacing w:after="0"/>
            </w:pPr>
            <w:r>
              <w:rPr>
                <w:rFonts w:ascii="Arial" w:hAnsi="Arial"/>
                <w:b/>
                <w:color w:val="FFFFFF"/>
                <w:sz w:val="17"/>
              </w:rPr>
              <w:t>Corrective Action</w:t>
            </w:r>
          </w:p>
        </w:tc>
        <w:tc>
          <w:tcPr>
            <w:tcW w:w="1584" w:type="dxa"/>
            <w:shd w:val="clear" w:color="auto" w:fill="1B365D"/>
            <w:tcMar>
              <w:top w:w="80" w:type="dxa"/>
              <w:left w:w="60" w:type="dxa"/>
              <w:bottom w:w="80" w:type="dxa"/>
              <w:right w:w="60" w:type="dxa"/>
            </w:tcMar>
            <w:vAlign w:val="center"/>
          </w:tcPr>
          <w:p w14:paraId="46CCB4FD" w14:textId="77777777" w:rsidR="00BD633A" w:rsidRDefault="00000000">
            <w:pPr>
              <w:spacing w:after="0"/>
            </w:pPr>
            <w:r>
              <w:rPr>
                <w:rFonts w:ascii="Arial" w:hAnsi="Arial"/>
                <w:b/>
                <w:color w:val="FFFFFF"/>
                <w:sz w:val="17"/>
              </w:rPr>
              <w:t>Responsible Person</w:t>
            </w:r>
          </w:p>
        </w:tc>
        <w:tc>
          <w:tcPr>
            <w:tcW w:w="576" w:type="dxa"/>
            <w:shd w:val="clear" w:color="auto" w:fill="1B365D"/>
            <w:tcMar>
              <w:top w:w="80" w:type="dxa"/>
              <w:left w:w="60" w:type="dxa"/>
              <w:bottom w:w="80" w:type="dxa"/>
              <w:right w:w="60" w:type="dxa"/>
            </w:tcMar>
            <w:vAlign w:val="center"/>
          </w:tcPr>
          <w:p w14:paraId="36481DEF" w14:textId="77777777" w:rsidR="00BD633A" w:rsidRDefault="00000000">
            <w:pPr>
              <w:spacing w:after="0"/>
            </w:pPr>
            <w:r>
              <w:rPr>
                <w:rFonts w:ascii="Arial" w:hAnsi="Arial"/>
                <w:b/>
                <w:color w:val="FFFFFF"/>
                <w:sz w:val="17"/>
              </w:rPr>
              <w:t>Due Date / Status</w:t>
            </w:r>
          </w:p>
        </w:tc>
      </w:tr>
      <w:tr w:rsidR="00BD633A" w14:paraId="7B72968C" w14:textId="77777777">
        <w:trPr>
          <w:jc w:val="center"/>
        </w:trPr>
        <w:tc>
          <w:tcPr>
            <w:tcW w:w="576" w:type="dxa"/>
            <w:tcMar>
              <w:top w:w="100" w:type="dxa"/>
              <w:left w:w="60" w:type="dxa"/>
              <w:bottom w:w="100" w:type="dxa"/>
              <w:right w:w="60" w:type="dxa"/>
            </w:tcMar>
            <w:vAlign w:val="center"/>
          </w:tcPr>
          <w:p w14:paraId="340C52F3" w14:textId="77777777" w:rsidR="00BD633A" w:rsidRDefault="00000000">
            <w:pPr>
              <w:spacing w:after="0"/>
              <w:jc w:val="center"/>
            </w:pPr>
            <w:r>
              <w:rPr>
                <w:rFonts w:ascii="Calibri" w:hAnsi="Calibri"/>
                <w:sz w:val="18"/>
              </w:rPr>
              <w:t>1</w:t>
            </w:r>
          </w:p>
        </w:tc>
        <w:tc>
          <w:tcPr>
            <w:tcW w:w="3413" w:type="dxa"/>
            <w:tcMar>
              <w:top w:w="100" w:type="dxa"/>
              <w:left w:w="60" w:type="dxa"/>
              <w:bottom w:w="100" w:type="dxa"/>
              <w:right w:w="60" w:type="dxa"/>
            </w:tcMar>
            <w:vAlign w:val="center"/>
          </w:tcPr>
          <w:p w14:paraId="57D6F7C9" w14:textId="77777777" w:rsidR="00BD633A" w:rsidRDefault="00BD633A">
            <w:pPr>
              <w:spacing w:after="0"/>
            </w:pPr>
          </w:p>
        </w:tc>
        <w:tc>
          <w:tcPr>
            <w:tcW w:w="1296" w:type="dxa"/>
            <w:tcMar>
              <w:top w:w="100" w:type="dxa"/>
              <w:left w:w="60" w:type="dxa"/>
              <w:bottom w:w="100" w:type="dxa"/>
              <w:right w:w="60" w:type="dxa"/>
            </w:tcMar>
            <w:vAlign w:val="center"/>
          </w:tcPr>
          <w:p w14:paraId="6CECCD1B" w14:textId="77777777" w:rsidR="00BD633A" w:rsidRDefault="00BD633A">
            <w:pPr>
              <w:spacing w:after="0"/>
            </w:pPr>
          </w:p>
        </w:tc>
        <w:tc>
          <w:tcPr>
            <w:tcW w:w="3024" w:type="dxa"/>
            <w:tcMar>
              <w:top w:w="100" w:type="dxa"/>
              <w:left w:w="60" w:type="dxa"/>
              <w:bottom w:w="100" w:type="dxa"/>
              <w:right w:w="60" w:type="dxa"/>
            </w:tcMar>
            <w:vAlign w:val="center"/>
          </w:tcPr>
          <w:p w14:paraId="53858503" w14:textId="77777777" w:rsidR="00BD633A" w:rsidRDefault="00BD633A">
            <w:pPr>
              <w:spacing w:after="0"/>
            </w:pPr>
          </w:p>
        </w:tc>
        <w:tc>
          <w:tcPr>
            <w:tcW w:w="1584" w:type="dxa"/>
            <w:tcMar>
              <w:top w:w="100" w:type="dxa"/>
              <w:left w:w="60" w:type="dxa"/>
              <w:bottom w:w="100" w:type="dxa"/>
              <w:right w:w="60" w:type="dxa"/>
            </w:tcMar>
            <w:vAlign w:val="center"/>
          </w:tcPr>
          <w:p w14:paraId="444C95D6" w14:textId="77777777" w:rsidR="00BD633A" w:rsidRDefault="00BD633A">
            <w:pPr>
              <w:spacing w:after="0"/>
            </w:pPr>
          </w:p>
        </w:tc>
        <w:tc>
          <w:tcPr>
            <w:tcW w:w="576" w:type="dxa"/>
            <w:tcMar>
              <w:top w:w="100" w:type="dxa"/>
              <w:left w:w="60" w:type="dxa"/>
              <w:bottom w:w="100" w:type="dxa"/>
              <w:right w:w="60" w:type="dxa"/>
            </w:tcMar>
            <w:vAlign w:val="center"/>
          </w:tcPr>
          <w:p w14:paraId="491D131A" w14:textId="77777777" w:rsidR="00BD633A" w:rsidRDefault="00BD633A">
            <w:pPr>
              <w:spacing w:after="0"/>
            </w:pPr>
          </w:p>
        </w:tc>
      </w:tr>
      <w:tr w:rsidR="00BD633A" w14:paraId="2839A631" w14:textId="77777777">
        <w:trPr>
          <w:jc w:val="center"/>
        </w:trPr>
        <w:tc>
          <w:tcPr>
            <w:tcW w:w="576" w:type="dxa"/>
            <w:tcMar>
              <w:top w:w="100" w:type="dxa"/>
              <w:left w:w="60" w:type="dxa"/>
              <w:bottom w:w="100" w:type="dxa"/>
              <w:right w:w="60" w:type="dxa"/>
            </w:tcMar>
            <w:vAlign w:val="center"/>
          </w:tcPr>
          <w:p w14:paraId="76066B59" w14:textId="77777777" w:rsidR="00BD633A" w:rsidRDefault="00000000">
            <w:pPr>
              <w:spacing w:after="0"/>
              <w:jc w:val="center"/>
            </w:pPr>
            <w:r>
              <w:rPr>
                <w:rFonts w:ascii="Calibri" w:hAnsi="Calibri"/>
                <w:sz w:val="18"/>
              </w:rPr>
              <w:t>2</w:t>
            </w:r>
          </w:p>
        </w:tc>
        <w:tc>
          <w:tcPr>
            <w:tcW w:w="3413" w:type="dxa"/>
            <w:tcMar>
              <w:top w:w="100" w:type="dxa"/>
              <w:left w:w="60" w:type="dxa"/>
              <w:bottom w:w="100" w:type="dxa"/>
              <w:right w:w="60" w:type="dxa"/>
            </w:tcMar>
            <w:vAlign w:val="center"/>
          </w:tcPr>
          <w:p w14:paraId="6F512426" w14:textId="77777777" w:rsidR="00BD633A" w:rsidRDefault="00BD633A">
            <w:pPr>
              <w:spacing w:after="0"/>
            </w:pPr>
          </w:p>
        </w:tc>
        <w:tc>
          <w:tcPr>
            <w:tcW w:w="1296" w:type="dxa"/>
            <w:tcMar>
              <w:top w:w="100" w:type="dxa"/>
              <w:left w:w="60" w:type="dxa"/>
              <w:bottom w:w="100" w:type="dxa"/>
              <w:right w:w="60" w:type="dxa"/>
            </w:tcMar>
            <w:vAlign w:val="center"/>
          </w:tcPr>
          <w:p w14:paraId="16E4B886" w14:textId="77777777" w:rsidR="00BD633A" w:rsidRDefault="00BD633A">
            <w:pPr>
              <w:spacing w:after="0"/>
            </w:pPr>
          </w:p>
        </w:tc>
        <w:tc>
          <w:tcPr>
            <w:tcW w:w="3024" w:type="dxa"/>
            <w:tcMar>
              <w:top w:w="100" w:type="dxa"/>
              <w:left w:w="60" w:type="dxa"/>
              <w:bottom w:w="100" w:type="dxa"/>
              <w:right w:w="60" w:type="dxa"/>
            </w:tcMar>
            <w:vAlign w:val="center"/>
          </w:tcPr>
          <w:p w14:paraId="5F87A3C0" w14:textId="77777777" w:rsidR="00BD633A" w:rsidRDefault="00BD633A">
            <w:pPr>
              <w:spacing w:after="0"/>
            </w:pPr>
          </w:p>
        </w:tc>
        <w:tc>
          <w:tcPr>
            <w:tcW w:w="1584" w:type="dxa"/>
            <w:tcMar>
              <w:top w:w="100" w:type="dxa"/>
              <w:left w:w="60" w:type="dxa"/>
              <w:bottom w:w="100" w:type="dxa"/>
              <w:right w:w="60" w:type="dxa"/>
            </w:tcMar>
            <w:vAlign w:val="center"/>
          </w:tcPr>
          <w:p w14:paraId="71A1E9FE" w14:textId="77777777" w:rsidR="00BD633A" w:rsidRDefault="00BD633A">
            <w:pPr>
              <w:spacing w:after="0"/>
            </w:pPr>
          </w:p>
        </w:tc>
        <w:tc>
          <w:tcPr>
            <w:tcW w:w="576" w:type="dxa"/>
            <w:tcMar>
              <w:top w:w="100" w:type="dxa"/>
              <w:left w:w="60" w:type="dxa"/>
              <w:bottom w:w="100" w:type="dxa"/>
              <w:right w:w="60" w:type="dxa"/>
            </w:tcMar>
            <w:vAlign w:val="center"/>
          </w:tcPr>
          <w:p w14:paraId="6B9AAF08" w14:textId="77777777" w:rsidR="00BD633A" w:rsidRDefault="00BD633A">
            <w:pPr>
              <w:spacing w:after="0"/>
            </w:pPr>
          </w:p>
        </w:tc>
      </w:tr>
      <w:tr w:rsidR="00BD633A" w14:paraId="1B1B60D2" w14:textId="77777777">
        <w:trPr>
          <w:jc w:val="center"/>
        </w:trPr>
        <w:tc>
          <w:tcPr>
            <w:tcW w:w="576" w:type="dxa"/>
            <w:tcMar>
              <w:top w:w="100" w:type="dxa"/>
              <w:left w:w="60" w:type="dxa"/>
              <w:bottom w:w="100" w:type="dxa"/>
              <w:right w:w="60" w:type="dxa"/>
            </w:tcMar>
            <w:vAlign w:val="center"/>
          </w:tcPr>
          <w:p w14:paraId="46A96903" w14:textId="77777777" w:rsidR="00BD633A" w:rsidRDefault="00000000">
            <w:pPr>
              <w:spacing w:after="0"/>
              <w:jc w:val="center"/>
            </w:pPr>
            <w:r>
              <w:rPr>
                <w:rFonts w:ascii="Calibri" w:hAnsi="Calibri"/>
                <w:sz w:val="18"/>
              </w:rPr>
              <w:t>3</w:t>
            </w:r>
          </w:p>
        </w:tc>
        <w:tc>
          <w:tcPr>
            <w:tcW w:w="3413" w:type="dxa"/>
            <w:tcMar>
              <w:top w:w="100" w:type="dxa"/>
              <w:left w:w="60" w:type="dxa"/>
              <w:bottom w:w="100" w:type="dxa"/>
              <w:right w:w="60" w:type="dxa"/>
            </w:tcMar>
            <w:vAlign w:val="center"/>
          </w:tcPr>
          <w:p w14:paraId="6C2E6F4E" w14:textId="77777777" w:rsidR="00BD633A" w:rsidRDefault="00BD633A">
            <w:pPr>
              <w:spacing w:after="0"/>
            </w:pPr>
          </w:p>
        </w:tc>
        <w:tc>
          <w:tcPr>
            <w:tcW w:w="1296" w:type="dxa"/>
            <w:tcMar>
              <w:top w:w="100" w:type="dxa"/>
              <w:left w:w="60" w:type="dxa"/>
              <w:bottom w:w="100" w:type="dxa"/>
              <w:right w:w="60" w:type="dxa"/>
            </w:tcMar>
            <w:vAlign w:val="center"/>
          </w:tcPr>
          <w:p w14:paraId="4C70EDA9" w14:textId="77777777" w:rsidR="00BD633A" w:rsidRDefault="00BD633A">
            <w:pPr>
              <w:spacing w:after="0"/>
            </w:pPr>
          </w:p>
        </w:tc>
        <w:tc>
          <w:tcPr>
            <w:tcW w:w="3024" w:type="dxa"/>
            <w:tcMar>
              <w:top w:w="100" w:type="dxa"/>
              <w:left w:w="60" w:type="dxa"/>
              <w:bottom w:w="100" w:type="dxa"/>
              <w:right w:w="60" w:type="dxa"/>
            </w:tcMar>
            <w:vAlign w:val="center"/>
          </w:tcPr>
          <w:p w14:paraId="235A3CA5" w14:textId="77777777" w:rsidR="00BD633A" w:rsidRDefault="00BD633A">
            <w:pPr>
              <w:spacing w:after="0"/>
            </w:pPr>
          </w:p>
        </w:tc>
        <w:tc>
          <w:tcPr>
            <w:tcW w:w="1584" w:type="dxa"/>
            <w:tcMar>
              <w:top w:w="100" w:type="dxa"/>
              <w:left w:w="60" w:type="dxa"/>
              <w:bottom w:w="100" w:type="dxa"/>
              <w:right w:w="60" w:type="dxa"/>
            </w:tcMar>
            <w:vAlign w:val="center"/>
          </w:tcPr>
          <w:p w14:paraId="57D54E05" w14:textId="77777777" w:rsidR="00BD633A" w:rsidRDefault="00BD633A">
            <w:pPr>
              <w:spacing w:after="0"/>
            </w:pPr>
          </w:p>
        </w:tc>
        <w:tc>
          <w:tcPr>
            <w:tcW w:w="576" w:type="dxa"/>
            <w:tcMar>
              <w:top w:w="100" w:type="dxa"/>
              <w:left w:w="60" w:type="dxa"/>
              <w:bottom w:w="100" w:type="dxa"/>
              <w:right w:w="60" w:type="dxa"/>
            </w:tcMar>
            <w:vAlign w:val="center"/>
          </w:tcPr>
          <w:p w14:paraId="2D1F0BFB" w14:textId="77777777" w:rsidR="00BD633A" w:rsidRDefault="00BD633A">
            <w:pPr>
              <w:spacing w:after="0"/>
            </w:pPr>
          </w:p>
        </w:tc>
      </w:tr>
      <w:tr w:rsidR="00BD633A" w14:paraId="0B488CAA" w14:textId="77777777">
        <w:trPr>
          <w:jc w:val="center"/>
        </w:trPr>
        <w:tc>
          <w:tcPr>
            <w:tcW w:w="576" w:type="dxa"/>
            <w:tcMar>
              <w:top w:w="100" w:type="dxa"/>
              <w:left w:w="60" w:type="dxa"/>
              <w:bottom w:w="100" w:type="dxa"/>
              <w:right w:w="60" w:type="dxa"/>
            </w:tcMar>
            <w:vAlign w:val="center"/>
          </w:tcPr>
          <w:p w14:paraId="045E1A74" w14:textId="77777777" w:rsidR="00BD633A" w:rsidRDefault="00000000">
            <w:pPr>
              <w:spacing w:after="0"/>
              <w:jc w:val="center"/>
            </w:pPr>
            <w:r>
              <w:rPr>
                <w:rFonts w:ascii="Calibri" w:hAnsi="Calibri"/>
                <w:sz w:val="18"/>
              </w:rPr>
              <w:t>4</w:t>
            </w:r>
          </w:p>
        </w:tc>
        <w:tc>
          <w:tcPr>
            <w:tcW w:w="3413" w:type="dxa"/>
            <w:tcMar>
              <w:top w:w="100" w:type="dxa"/>
              <w:left w:w="60" w:type="dxa"/>
              <w:bottom w:w="100" w:type="dxa"/>
              <w:right w:w="60" w:type="dxa"/>
            </w:tcMar>
            <w:vAlign w:val="center"/>
          </w:tcPr>
          <w:p w14:paraId="29299687" w14:textId="77777777" w:rsidR="00BD633A" w:rsidRDefault="00BD633A">
            <w:pPr>
              <w:spacing w:after="0"/>
            </w:pPr>
          </w:p>
        </w:tc>
        <w:tc>
          <w:tcPr>
            <w:tcW w:w="1296" w:type="dxa"/>
            <w:tcMar>
              <w:top w:w="100" w:type="dxa"/>
              <w:left w:w="60" w:type="dxa"/>
              <w:bottom w:w="100" w:type="dxa"/>
              <w:right w:w="60" w:type="dxa"/>
            </w:tcMar>
            <w:vAlign w:val="center"/>
          </w:tcPr>
          <w:p w14:paraId="3B809056" w14:textId="77777777" w:rsidR="00BD633A" w:rsidRDefault="00BD633A">
            <w:pPr>
              <w:spacing w:after="0"/>
            </w:pPr>
          </w:p>
        </w:tc>
        <w:tc>
          <w:tcPr>
            <w:tcW w:w="3024" w:type="dxa"/>
            <w:tcMar>
              <w:top w:w="100" w:type="dxa"/>
              <w:left w:w="60" w:type="dxa"/>
              <w:bottom w:w="100" w:type="dxa"/>
              <w:right w:w="60" w:type="dxa"/>
            </w:tcMar>
            <w:vAlign w:val="center"/>
          </w:tcPr>
          <w:p w14:paraId="4E2DFE2C" w14:textId="77777777" w:rsidR="00BD633A" w:rsidRDefault="00BD633A">
            <w:pPr>
              <w:spacing w:after="0"/>
            </w:pPr>
          </w:p>
        </w:tc>
        <w:tc>
          <w:tcPr>
            <w:tcW w:w="1584" w:type="dxa"/>
            <w:tcMar>
              <w:top w:w="100" w:type="dxa"/>
              <w:left w:w="60" w:type="dxa"/>
              <w:bottom w:w="100" w:type="dxa"/>
              <w:right w:w="60" w:type="dxa"/>
            </w:tcMar>
            <w:vAlign w:val="center"/>
          </w:tcPr>
          <w:p w14:paraId="557CAA09" w14:textId="77777777" w:rsidR="00BD633A" w:rsidRDefault="00BD633A">
            <w:pPr>
              <w:spacing w:after="0"/>
            </w:pPr>
          </w:p>
        </w:tc>
        <w:tc>
          <w:tcPr>
            <w:tcW w:w="576" w:type="dxa"/>
            <w:tcMar>
              <w:top w:w="100" w:type="dxa"/>
              <w:left w:w="60" w:type="dxa"/>
              <w:bottom w:w="100" w:type="dxa"/>
              <w:right w:w="60" w:type="dxa"/>
            </w:tcMar>
            <w:vAlign w:val="center"/>
          </w:tcPr>
          <w:p w14:paraId="2A94031F" w14:textId="77777777" w:rsidR="00BD633A" w:rsidRDefault="00BD633A">
            <w:pPr>
              <w:spacing w:after="0"/>
            </w:pPr>
          </w:p>
        </w:tc>
      </w:tr>
      <w:tr w:rsidR="00BD633A" w14:paraId="1858BCD1" w14:textId="77777777">
        <w:trPr>
          <w:jc w:val="center"/>
        </w:trPr>
        <w:tc>
          <w:tcPr>
            <w:tcW w:w="576" w:type="dxa"/>
            <w:tcMar>
              <w:top w:w="100" w:type="dxa"/>
              <w:left w:w="60" w:type="dxa"/>
              <w:bottom w:w="100" w:type="dxa"/>
              <w:right w:w="60" w:type="dxa"/>
            </w:tcMar>
            <w:vAlign w:val="center"/>
          </w:tcPr>
          <w:p w14:paraId="79490569" w14:textId="77777777" w:rsidR="00BD633A" w:rsidRDefault="00000000">
            <w:pPr>
              <w:spacing w:after="0"/>
              <w:jc w:val="center"/>
            </w:pPr>
            <w:r>
              <w:rPr>
                <w:rFonts w:ascii="Calibri" w:hAnsi="Calibri"/>
                <w:sz w:val="18"/>
              </w:rPr>
              <w:lastRenderedPageBreak/>
              <w:t>5</w:t>
            </w:r>
          </w:p>
        </w:tc>
        <w:tc>
          <w:tcPr>
            <w:tcW w:w="3413" w:type="dxa"/>
            <w:tcMar>
              <w:top w:w="100" w:type="dxa"/>
              <w:left w:w="60" w:type="dxa"/>
              <w:bottom w:w="100" w:type="dxa"/>
              <w:right w:w="60" w:type="dxa"/>
            </w:tcMar>
            <w:vAlign w:val="center"/>
          </w:tcPr>
          <w:p w14:paraId="01617B12" w14:textId="77777777" w:rsidR="00BD633A" w:rsidRDefault="00BD633A">
            <w:pPr>
              <w:spacing w:after="0"/>
            </w:pPr>
          </w:p>
        </w:tc>
        <w:tc>
          <w:tcPr>
            <w:tcW w:w="1296" w:type="dxa"/>
            <w:tcMar>
              <w:top w:w="100" w:type="dxa"/>
              <w:left w:w="60" w:type="dxa"/>
              <w:bottom w:w="100" w:type="dxa"/>
              <w:right w:w="60" w:type="dxa"/>
            </w:tcMar>
            <w:vAlign w:val="center"/>
          </w:tcPr>
          <w:p w14:paraId="13BB00A3" w14:textId="77777777" w:rsidR="00BD633A" w:rsidRDefault="00BD633A">
            <w:pPr>
              <w:spacing w:after="0"/>
            </w:pPr>
          </w:p>
        </w:tc>
        <w:tc>
          <w:tcPr>
            <w:tcW w:w="3024" w:type="dxa"/>
            <w:tcMar>
              <w:top w:w="100" w:type="dxa"/>
              <w:left w:w="60" w:type="dxa"/>
              <w:bottom w:w="100" w:type="dxa"/>
              <w:right w:w="60" w:type="dxa"/>
            </w:tcMar>
            <w:vAlign w:val="center"/>
          </w:tcPr>
          <w:p w14:paraId="08142F4E" w14:textId="77777777" w:rsidR="00BD633A" w:rsidRDefault="00BD633A">
            <w:pPr>
              <w:spacing w:after="0"/>
            </w:pPr>
          </w:p>
        </w:tc>
        <w:tc>
          <w:tcPr>
            <w:tcW w:w="1584" w:type="dxa"/>
            <w:tcMar>
              <w:top w:w="100" w:type="dxa"/>
              <w:left w:w="60" w:type="dxa"/>
              <w:bottom w:w="100" w:type="dxa"/>
              <w:right w:w="60" w:type="dxa"/>
            </w:tcMar>
            <w:vAlign w:val="center"/>
          </w:tcPr>
          <w:p w14:paraId="09678A42" w14:textId="77777777" w:rsidR="00BD633A" w:rsidRDefault="00BD633A">
            <w:pPr>
              <w:spacing w:after="0"/>
            </w:pPr>
          </w:p>
        </w:tc>
        <w:tc>
          <w:tcPr>
            <w:tcW w:w="576" w:type="dxa"/>
            <w:tcMar>
              <w:top w:w="100" w:type="dxa"/>
              <w:left w:w="60" w:type="dxa"/>
              <w:bottom w:w="100" w:type="dxa"/>
              <w:right w:w="60" w:type="dxa"/>
            </w:tcMar>
            <w:vAlign w:val="center"/>
          </w:tcPr>
          <w:p w14:paraId="642FC9AC" w14:textId="77777777" w:rsidR="00BD633A" w:rsidRDefault="00BD633A">
            <w:pPr>
              <w:spacing w:after="0"/>
            </w:pPr>
          </w:p>
        </w:tc>
      </w:tr>
      <w:tr w:rsidR="00BD633A" w14:paraId="11F6FDB0" w14:textId="77777777">
        <w:trPr>
          <w:jc w:val="center"/>
        </w:trPr>
        <w:tc>
          <w:tcPr>
            <w:tcW w:w="576" w:type="dxa"/>
            <w:tcMar>
              <w:top w:w="100" w:type="dxa"/>
              <w:left w:w="60" w:type="dxa"/>
              <w:bottom w:w="100" w:type="dxa"/>
              <w:right w:w="60" w:type="dxa"/>
            </w:tcMar>
            <w:vAlign w:val="center"/>
          </w:tcPr>
          <w:p w14:paraId="1F505A52" w14:textId="77777777" w:rsidR="00BD633A" w:rsidRDefault="00000000">
            <w:pPr>
              <w:spacing w:after="0"/>
              <w:jc w:val="center"/>
            </w:pPr>
            <w:r>
              <w:rPr>
                <w:rFonts w:ascii="Calibri" w:hAnsi="Calibri"/>
                <w:sz w:val="18"/>
              </w:rPr>
              <w:t>6</w:t>
            </w:r>
          </w:p>
        </w:tc>
        <w:tc>
          <w:tcPr>
            <w:tcW w:w="3413" w:type="dxa"/>
            <w:tcMar>
              <w:top w:w="100" w:type="dxa"/>
              <w:left w:w="60" w:type="dxa"/>
              <w:bottom w:w="100" w:type="dxa"/>
              <w:right w:w="60" w:type="dxa"/>
            </w:tcMar>
            <w:vAlign w:val="center"/>
          </w:tcPr>
          <w:p w14:paraId="68A5BEB3" w14:textId="77777777" w:rsidR="00BD633A" w:rsidRDefault="00BD633A">
            <w:pPr>
              <w:spacing w:after="0"/>
            </w:pPr>
          </w:p>
        </w:tc>
        <w:tc>
          <w:tcPr>
            <w:tcW w:w="1296" w:type="dxa"/>
            <w:tcMar>
              <w:top w:w="100" w:type="dxa"/>
              <w:left w:w="60" w:type="dxa"/>
              <w:bottom w:w="100" w:type="dxa"/>
              <w:right w:w="60" w:type="dxa"/>
            </w:tcMar>
            <w:vAlign w:val="center"/>
          </w:tcPr>
          <w:p w14:paraId="3991BABC" w14:textId="77777777" w:rsidR="00BD633A" w:rsidRDefault="00BD633A">
            <w:pPr>
              <w:spacing w:after="0"/>
            </w:pPr>
          </w:p>
        </w:tc>
        <w:tc>
          <w:tcPr>
            <w:tcW w:w="3024" w:type="dxa"/>
            <w:tcMar>
              <w:top w:w="100" w:type="dxa"/>
              <w:left w:w="60" w:type="dxa"/>
              <w:bottom w:w="100" w:type="dxa"/>
              <w:right w:w="60" w:type="dxa"/>
            </w:tcMar>
            <w:vAlign w:val="center"/>
          </w:tcPr>
          <w:p w14:paraId="26B592BE" w14:textId="77777777" w:rsidR="00BD633A" w:rsidRDefault="00BD633A">
            <w:pPr>
              <w:spacing w:after="0"/>
            </w:pPr>
          </w:p>
        </w:tc>
        <w:tc>
          <w:tcPr>
            <w:tcW w:w="1584" w:type="dxa"/>
            <w:tcMar>
              <w:top w:w="100" w:type="dxa"/>
              <w:left w:w="60" w:type="dxa"/>
              <w:bottom w:w="100" w:type="dxa"/>
              <w:right w:w="60" w:type="dxa"/>
            </w:tcMar>
            <w:vAlign w:val="center"/>
          </w:tcPr>
          <w:p w14:paraId="1ECB51B3" w14:textId="77777777" w:rsidR="00BD633A" w:rsidRDefault="00BD633A">
            <w:pPr>
              <w:spacing w:after="0"/>
            </w:pPr>
          </w:p>
        </w:tc>
        <w:tc>
          <w:tcPr>
            <w:tcW w:w="576" w:type="dxa"/>
            <w:tcMar>
              <w:top w:w="100" w:type="dxa"/>
              <w:left w:w="60" w:type="dxa"/>
              <w:bottom w:w="100" w:type="dxa"/>
              <w:right w:w="60" w:type="dxa"/>
            </w:tcMar>
            <w:vAlign w:val="center"/>
          </w:tcPr>
          <w:p w14:paraId="790A0F39" w14:textId="77777777" w:rsidR="00BD633A" w:rsidRDefault="00BD633A">
            <w:pPr>
              <w:spacing w:after="0"/>
            </w:pPr>
          </w:p>
        </w:tc>
      </w:tr>
    </w:tbl>
    <w:p w14:paraId="4B6F05B4" w14:textId="77777777" w:rsidR="00BD633A" w:rsidRDefault="00000000">
      <w:pPr>
        <w:spacing w:before="80"/>
      </w:pPr>
      <w:r>
        <w:rPr>
          <w:rFonts w:ascii="Calibri" w:hAnsi="Calibri"/>
          <w:i/>
          <w:color w:val="333333"/>
          <w:sz w:val="17"/>
        </w:rPr>
        <w:t>Risk Level: Low / Medium / High / Critical    |    Status: Open / In Progress / Closed / Verification Required</w:t>
      </w:r>
    </w:p>
    <w:p w14:paraId="7D3AB024" w14:textId="77777777" w:rsidR="00BD633A" w:rsidRDefault="00000000">
      <w:pPr>
        <w:spacing w:before="120" w:after="80"/>
      </w:pPr>
      <w:r>
        <w:rPr>
          <w:rFonts w:ascii="Arial" w:hAnsi="Arial"/>
          <w:b/>
          <w:color w:val="1B365D"/>
        </w:rPr>
        <w:t>4. OVERALL ASSESSMENT</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2592"/>
        <w:gridCol w:w="2592"/>
        <w:gridCol w:w="2592"/>
        <w:gridCol w:w="2693"/>
      </w:tblGrid>
      <w:tr w:rsidR="00BD633A" w14:paraId="732B31F3" w14:textId="77777777">
        <w:trPr>
          <w:jc w:val="center"/>
        </w:trPr>
        <w:tc>
          <w:tcPr>
            <w:tcW w:w="2592" w:type="dxa"/>
            <w:shd w:val="clear" w:color="auto" w:fill="F0F4F8"/>
            <w:tcMar>
              <w:top w:w="80" w:type="dxa"/>
              <w:left w:w="80" w:type="dxa"/>
              <w:bottom w:w="80" w:type="dxa"/>
              <w:right w:w="80" w:type="dxa"/>
            </w:tcMar>
            <w:vAlign w:val="center"/>
          </w:tcPr>
          <w:p w14:paraId="4F84488B" w14:textId="77777777" w:rsidR="00BD633A" w:rsidRDefault="00000000">
            <w:pPr>
              <w:spacing w:after="0"/>
            </w:pPr>
            <w:r>
              <w:rPr>
                <w:rFonts w:ascii="Calibri" w:hAnsi="Calibri"/>
                <w:b/>
                <w:sz w:val="19"/>
              </w:rPr>
              <w:t>☐ Satisfactory</w:t>
            </w:r>
          </w:p>
        </w:tc>
        <w:tc>
          <w:tcPr>
            <w:tcW w:w="2592" w:type="dxa"/>
            <w:shd w:val="clear" w:color="auto" w:fill="F0F4F8"/>
            <w:tcMar>
              <w:top w:w="80" w:type="dxa"/>
              <w:left w:w="80" w:type="dxa"/>
              <w:bottom w:w="80" w:type="dxa"/>
              <w:right w:w="80" w:type="dxa"/>
            </w:tcMar>
            <w:vAlign w:val="center"/>
          </w:tcPr>
          <w:p w14:paraId="20DFD2E4" w14:textId="77777777" w:rsidR="00BD633A" w:rsidRDefault="00000000">
            <w:pPr>
              <w:spacing w:after="0"/>
            </w:pPr>
            <w:r>
              <w:rPr>
                <w:rFonts w:ascii="Calibri" w:hAnsi="Calibri"/>
                <w:b/>
                <w:sz w:val="19"/>
              </w:rPr>
              <w:t>☐ Needs Improvement</w:t>
            </w:r>
          </w:p>
        </w:tc>
        <w:tc>
          <w:tcPr>
            <w:tcW w:w="2592" w:type="dxa"/>
            <w:shd w:val="clear" w:color="auto" w:fill="F0F4F8"/>
            <w:tcMar>
              <w:top w:w="80" w:type="dxa"/>
              <w:left w:w="80" w:type="dxa"/>
              <w:bottom w:w="80" w:type="dxa"/>
              <w:right w:w="80" w:type="dxa"/>
            </w:tcMar>
            <w:vAlign w:val="center"/>
          </w:tcPr>
          <w:p w14:paraId="45AA38DD" w14:textId="77777777" w:rsidR="00BD633A" w:rsidRDefault="00000000">
            <w:pPr>
              <w:spacing w:after="0"/>
            </w:pPr>
            <w:r>
              <w:rPr>
                <w:rFonts w:ascii="Calibri" w:hAnsi="Calibri"/>
                <w:b/>
                <w:sz w:val="19"/>
              </w:rPr>
              <w:t>☐ Unsatisfactory</w:t>
            </w:r>
          </w:p>
        </w:tc>
        <w:tc>
          <w:tcPr>
            <w:tcW w:w="2693" w:type="dxa"/>
            <w:shd w:val="clear" w:color="auto" w:fill="F0F4F8"/>
            <w:tcMar>
              <w:top w:w="80" w:type="dxa"/>
              <w:left w:w="80" w:type="dxa"/>
              <w:bottom w:w="80" w:type="dxa"/>
              <w:right w:w="80" w:type="dxa"/>
            </w:tcMar>
            <w:vAlign w:val="center"/>
          </w:tcPr>
          <w:p w14:paraId="2E544D6E" w14:textId="77777777" w:rsidR="00BD633A" w:rsidRDefault="00000000">
            <w:pPr>
              <w:spacing w:after="0"/>
            </w:pPr>
            <w:r>
              <w:rPr>
                <w:rFonts w:ascii="Calibri" w:hAnsi="Calibri"/>
                <w:b/>
                <w:sz w:val="19"/>
              </w:rPr>
              <w:t>☐ Immediate Action Required</w:t>
            </w:r>
          </w:p>
        </w:tc>
      </w:tr>
      <w:tr w:rsidR="00BD633A" w14:paraId="04CB2F6A" w14:textId="77777777">
        <w:trPr>
          <w:jc w:val="center"/>
        </w:trPr>
        <w:tc>
          <w:tcPr>
            <w:tcW w:w="5184" w:type="dxa"/>
            <w:gridSpan w:val="2"/>
            <w:shd w:val="clear" w:color="auto" w:fill="FAFAFA"/>
            <w:tcMar>
              <w:top w:w="80" w:type="dxa"/>
              <w:left w:w="80" w:type="dxa"/>
              <w:bottom w:w="80" w:type="dxa"/>
              <w:right w:w="80" w:type="dxa"/>
            </w:tcMar>
            <w:vAlign w:val="center"/>
          </w:tcPr>
          <w:p w14:paraId="5B2831EF" w14:textId="77777777" w:rsidR="00BD633A" w:rsidRDefault="00000000">
            <w:pPr>
              <w:spacing w:after="0"/>
            </w:pPr>
            <w:r>
              <w:rPr>
                <w:rFonts w:ascii="Calibri" w:hAnsi="Calibri"/>
                <w:b/>
                <w:sz w:val="19"/>
              </w:rPr>
              <w:t>Positive Safety Practices Observed</w:t>
            </w:r>
          </w:p>
        </w:tc>
        <w:tc>
          <w:tcPr>
            <w:tcW w:w="5285" w:type="dxa"/>
            <w:gridSpan w:val="2"/>
            <w:tcMar>
              <w:top w:w="120" w:type="dxa"/>
              <w:left w:w="80" w:type="dxa"/>
              <w:bottom w:w="120" w:type="dxa"/>
              <w:right w:w="80" w:type="dxa"/>
            </w:tcMar>
            <w:vAlign w:val="center"/>
          </w:tcPr>
          <w:p w14:paraId="30108500" w14:textId="77777777" w:rsidR="00BD633A" w:rsidRDefault="00BD633A">
            <w:pPr>
              <w:spacing w:after="0"/>
            </w:pPr>
          </w:p>
        </w:tc>
      </w:tr>
      <w:tr w:rsidR="00BD633A" w14:paraId="5401262B" w14:textId="77777777">
        <w:trPr>
          <w:jc w:val="center"/>
        </w:trPr>
        <w:tc>
          <w:tcPr>
            <w:tcW w:w="5184" w:type="dxa"/>
            <w:gridSpan w:val="2"/>
            <w:shd w:val="clear" w:color="auto" w:fill="FAFAFA"/>
            <w:tcMar>
              <w:top w:w="80" w:type="dxa"/>
              <w:left w:w="80" w:type="dxa"/>
              <w:bottom w:w="80" w:type="dxa"/>
              <w:right w:w="80" w:type="dxa"/>
            </w:tcMar>
            <w:vAlign w:val="center"/>
          </w:tcPr>
          <w:p w14:paraId="01E6A3E4" w14:textId="77777777" w:rsidR="00BD633A" w:rsidRDefault="00000000">
            <w:pPr>
              <w:spacing w:after="0"/>
            </w:pPr>
            <w:r>
              <w:rPr>
                <w:rFonts w:ascii="Calibri" w:hAnsi="Calibri"/>
                <w:b/>
                <w:sz w:val="19"/>
              </w:rPr>
              <w:t>Key Areas Requiring Improvement</w:t>
            </w:r>
          </w:p>
        </w:tc>
        <w:tc>
          <w:tcPr>
            <w:tcW w:w="5285" w:type="dxa"/>
            <w:gridSpan w:val="2"/>
            <w:tcMar>
              <w:top w:w="120" w:type="dxa"/>
              <w:left w:w="80" w:type="dxa"/>
              <w:bottom w:w="120" w:type="dxa"/>
              <w:right w:w="80" w:type="dxa"/>
            </w:tcMar>
            <w:vAlign w:val="center"/>
          </w:tcPr>
          <w:p w14:paraId="082A2604" w14:textId="77777777" w:rsidR="00BD633A" w:rsidRDefault="00BD633A">
            <w:pPr>
              <w:spacing w:after="0"/>
            </w:pPr>
          </w:p>
        </w:tc>
      </w:tr>
      <w:tr w:rsidR="00BD633A" w14:paraId="50C4CBE9" w14:textId="77777777">
        <w:trPr>
          <w:jc w:val="center"/>
        </w:trPr>
        <w:tc>
          <w:tcPr>
            <w:tcW w:w="5184" w:type="dxa"/>
            <w:gridSpan w:val="2"/>
            <w:shd w:val="clear" w:color="auto" w:fill="FAFAFA"/>
            <w:tcMar>
              <w:top w:w="80" w:type="dxa"/>
              <w:left w:w="80" w:type="dxa"/>
              <w:bottom w:w="80" w:type="dxa"/>
              <w:right w:w="80" w:type="dxa"/>
            </w:tcMar>
            <w:vAlign w:val="center"/>
          </w:tcPr>
          <w:p w14:paraId="4B2231BA" w14:textId="77777777" w:rsidR="00BD633A" w:rsidRDefault="00000000">
            <w:pPr>
              <w:spacing w:after="0"/>
            </w:pPr>
            <w:r>
              <w:rPr>
                <w:rFonts w:ascii="Calibri" w:hAnsi="Calibri"/>
                <w:b/>
                <w:sz w:val="19"/>
              </w:rPr>
              <w:t>Immediate Actions Required (if any)</w:t>
            </w:r>
          </w:p>
        </w:tc>
        <w:tc>
          <w:tcPr>
            <w:tcW w:w="5285" w:type="dxa"/>
            <w:gridSpan w:val="2"/>
            <w:tcMar>
              <w:top w:w="120" w:type="dxa"/>
              <w:left w:w="80" w:type="dxa"/>
              <w:bottom w:w="120" w:type="dxa"/>
              <w:right w:w="80" w:type="dxa"/>
            </w:tcMar>
            <w:vAlign w:val="center"/>
          </w:tcPr>
          <w:p w14:paraId="79DA8F9F" w14:textId="77777777" w:rsidR="00BD633A" w:rsidRDefault="00BD633A">
            <w:pPr>
              <w:spacing w:after="0"/>
            </w:pPr>
          </w:p>
        </w:tc>
      </w:tr>
    </w:tbl>
    <w:p w14:paraId="28CF7AF2" w14:textId="77777777" w:rsidR="00BD633A" w:rsidRDefault="00000000">
      <w:pPr>
        <w:spacing w:before="240" w:after="80"/>
      </w:pPr>
      <w:r>
        <w:rPr>
          <w:rFonts w:ascii="Arial" w:hAnsi="Arial"/>
          <w:b/>
          <w:color w:val="1B365D"/>
        </w:rPr>
        <w:t>5. SIGN-OFF</w:t>
      </w:r>
    </w:p>
    <w:tbl>
      <w:tblPr>
        <w:tblW w:w="0" w:type="auto"/>
        <w:jc w:val="cente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5234"/>
        <w:gridCol w:w="5234"/>
      </w:tblGrid>
      <w:tr w:rsidR="00BD633A" w14:paraId="782BF5E7" w14:textId="77777777">
        <w:trPr>
          <w:jc w:val="center"/>
        </w:trPr>
        <w:tc>
          <w:tcPr>
            <w:tcW w:w="5234" w:type="dxa"/>
            <w:shd w:val="clear" w:color="auto" w:fill="1B365D"/>
            <w:tcMar>
              <w:top w:w="80" w:type="dxa"/>
              <w:left w:w="100" w:type="dxa"/>
              <w:bottom w:w="80" w:type="dxa"/>
              <w:right w:w="100" w:type="dxa"/>
            </w:tcMar>
            <w:vAlign w:val="center"/>
          </w:tcPr>
          <w:p w14:paraId="3AAC4C76" w14:textId="77777777" w:rsidR="00BD633A" w:rsidRDefault="00000000">
            <w:pPr>
              <w:spacing w:after="0"/>
            </w:pPr>
            <w:r>
              <w:rPr>
                <w:rFonts w:ascii="Arial" w:hAnsi="Arial"/>
                <w:b/>
                <w:color w:val="FFFFFF"/>
                <w:sz w:val="18"/>
              </w:rPr>
              <w:t>INSPECTOR</w:t>
            </w:r>
          </w:p>
        </w:tc>
        <w:tc>
          <w:tcPr>
            <w:tcW w:w="5234" w:type="dxa"/>
            <w:shd w:val="clear" w:color="auto" w:fill="1B365D"/>
            <w:tcMar>
              <w:top w:w="80" w:type="dxa"/>
              <w:left w:w="100" w:type="dxa"/>
              <w:bottom w:w="80" w:type="dxa"/>
              <w:right w:w="100" w:type="dxa"/>
            </w:tcMar>
            <w:vAlign w:val="center"/>
          </w:tcPr>
          <w:p w14:paraId="7EFE2DB2" w14:textId="77777777" w:rsidR="00BD633A" w:rsidRDefault="00000000">
            <w:pPr>
              <w:spacing w:after="0"/>
            </w:pPr>
            <w:r>
              <w:rPr>
                <w:rFonts w:ascii="Arial" w:hAnsi="Arial"/>
                <w:b/>
                <w:color w:val="FFFFFF"/>
                <w:sz w:val="18"/>
              </w:rPr>
              <w:t>SUPERVISOR / RESPONSIBLE PERSON</w:t>
            </w:r>
          </w:p>
        </w:tc>
      </w:tr>
      <w:tr w:rsidR="00BD633A" w14:paraId="6FA9C165" w14:textId="77777777">
        <w:trPr>
          <w:jc w:val="center"/>
        </w:trPr>
        <w:tc>
          <w:tcPr>
            <w:tcW w:w="5234" w:type="dxa"/>
            <w:tcMar>
              <w:top w:w="80" w:type="dxa"/>
              <w:left w:w="100" w:type="dxa"/>
              <w:bottom w:w="80" w:type="dxa"/>
              <w:right w:w="100" w:type="dxa"/>
            </w:tcMar>
            <w:vAlign w:val="center"/>
          </w:tcPr>
          <w:p w14:paraId="4985A304" w14:textId="77777777" w:rsidR="00BD633A" w:rsidRDefault="00000000">
            <w:pPr>
              <w:spacing w:after="0"/>
            </w:pPr>
            <w:r>
              <w:rPr>
                <w:rFonts w:ascii="Calibri" w:hAnsi="Calibri"/>
                <w:b/>
                <w:sz w:val="19"/>
              </w:rPr>
              <w:t>Name:</w:t>
            </w:r>
          </w:p>
        </w:tc>
        <w:tc>
          <w:tcPr>
            <w:tcW w:w="5234" w:type="dxa"/>
            <w:tcMar>
              <w:top w:w="80" w:type="dxa"/>
              <w:left w:w="100" w:type="dxa"/>
              <w:bottom w:w="80" w:type="dxa"/>
              <w:right w:w="100" w:type="dxa"/>
            </w:tcMar>
            <w:vAlign w:val="center"/>
          </w:tcPr>
          <w:p w14:paraId="26CBB349" w14:textId="77777777" w:rsidR="00BD633A" w:rsidRDefault="00000000">
            <w:pPr>
              <w:spacing w:after="0"/>
            </w:pPr>
            <w:r>
              <w:rPr>
                <w:rFonts w:ascii="Calibri" w:hAnsi="Calibri"/>
                <w:b/>
                <w:sz w:val="19"/>
              </w:rPr>
              <w:t>Name:</w:t>
            </w:r>
          </w:p>
        </w:tc>
      </w:tr>
      <w:tr w:rsidR="00BD633A" w14:paraId="50665714" w14:textId="77777777">
        <w:trPr>
          <w:jc w:val="center"/>
        </w:trPr>
        <w:tc>
          <w:tcPr>
            <w:tcW w:w="5234" w:type="dxa"/>
            <w:tcMar>
              <w:top w:w="80" w:type="dxa"/>
              <w:left w:w="100" w:type="dxa"/>
              <w:bottom w:w="80" w:type="dxa"/>
              <w:right w:w="100" w:type="dxa"/>
            </w:tcMar>
            <w:vAlign w:val="center"/>
          </w:tcPr>
          <w:p w14:paraId="5E6D43A3" w14:textId="77777777" w:rsidR="00BD633A" w:rsidRDefault="00000000">
            <w:pPr>
              <w:spacing w:after="0"/>
            </w:pPr>
            <w:r>
              <w:rPr>
                <w:rFonts w:ascii="Calibri" w:hAnsi="Calibri"/>
                <w:b/>
                <w:sz w:val="19"/>
              </w:rPr>
              <w:t>Signature:</w:t>
            </w:r>
          </w:p>
        </w:tc>
        <w:tc>
          <w:tcPr>
            <w:tcW w:w="5234" w:type="dxa"/>
            <w:tcMar>
              <w:top w:w="80" w:type="dxa"/>
              <w:left w:w="100" w:type="dxa"/>
              <w:bottom w:w="80" w:type="dxa"/>
              <w:right w:w="100" w:type="dxa"/>
            </w:tcMar>
            <w:vAlign w:val="center"/>
          </w:tcPr>
          <w:p w14:paraId="20C8BF79" w14:textId="77777777" w:rsidR="00BD633A" w:rsidRDefault="00000000">
            <w:pPr>
              <w:spacing w:after="0"/>
            </w:pPr>
            <w:r>
              <w:rPr>
                <w:rFonts w:ascii="Calibri" w:hAnsi="Calibri"/>
                <w:b/>
                <w:sz w:val="19"/>
              </w:rPr>
              <w:t>Signature:</w:t>
            </w:r>
          </w:p>
        </w:tc>
      </w:tr>
      <w:tr w:rsidR="00BD633A" w14:paraId="40AC30B3" w14:textId="77777777">
        <w:trPr>
          <w:jc w:val="center"/>
        </w:trPr>
        <w:tc>
          <w:tcPr>
            <w:tcW w:w="5234" w:type="dxa"/>
            <w:tcMar>
              <w:top w:w="80" w:type="dxa"/>
              <w:left w:w="100" w:type="dxa"/>
              <w:bottom w:w="80" w:type="dxa"/>
              <w:right w:w="100" w:type="dxa"/>
            </w:tcMar>
            <w:vAlign w:val="center"/>
          </w:tcPr>
          <w:p w14:paraId="0127771B" w14:textId="77777777" w:rsidR="00BD633A" w:rsidRDefault="00000000">
            <w:pPr>
              <w:spacing w:after="0"/>
            </w:pPr>
            <w:r>
              <w:rPr>
                <w:rFonts w:ascii="Calibri" w:hAnsi="Calibri"/>
                <w:b/>
                <w:sz w:val="19"/>
              </w:rPr>
              <w:t>Date:</w:t>
            </w:r>
          </w:p>
        </w:tc>
        <w:tc>
          <w:tcPr>
            <w:tcW w:w="5234" w:type="dxa"/>
            <w:tcMar>
              <w:top w:w="80" w:type="dxa"/>
              <w:left w:w="100" w:type="dxa"/>
              <w:bottom w:w="80" w:type="dxa"/>
              <w:right w:w="100" w:type="dxa"/>
            </w:tcMar>
            <w:vAlign w:val="center"/>
          </w:tcPr>
          <w:p w14:paraId="6210FC4E" w14:textId="77777777" w:rsidR="00BD633A" w:rsidRDefault="00000000">
            <w:pPr>
              <w:spacing w:after="0"/>
            </w:pPr>
            <w:r>
              <w:rPr>
                <w:rFonts w:ascii="Calibri" w:hAnsi="Calibri"/>
                <w:b/>
                <w:sz w:val="19"/>
              </w:rPr>
              <w:t>Date:</w:t>
            </w:r>
          </w:p>
        </w:tc>
      </w:tr>
    </w:tbl>
    <w:p w14:paraId="28D52BB4" w14:textId="77777777" w:rsidR="00BD633A" w:rsidRDefault="00BD633A">
      <w:pPr>
        <w:spacing w:after="120"/>
      </w:pPr>
    </w:p>
    <w:tbl>
      <w:tblPr>
        <w:tblW w:w="0" w:type="auto"/>
        <w:jc w:val="center"/>
        <w:tblBorders>
          <w:left w:val="single" w:sz="24" w:space="0" w:color="1B365D"/>
        </w:tblBorders>
        <w:tblLook w:val="04A0" w:firstRow="1" w:lastRow="0" w:firstColumn="1" w:lastColumn="0" w:noHBand="0" w:noVBand="1"/>
      </w:tblPr>
      <w:tblGrid>
        <w:gridCol w:w="10469"/>
      </w:tblGrid>
      <w:tr w:rsidR="00BD633A" w14:paraId="60E44415" w14:textId="77777777">
        <w:trPr>
          <w:jc w:val="center"/>
        </w:trPr>
        <w:tc>
          <w:tcPr>
            <w:tcW w:w="10469" w:type="dxa"/>
            <w:shd w:val="clear" w:color="auto" w:fill="F0F4F8"/>
            <w:tcMar>
              <w:top w:w="100" w:type="dxa"/>
              <w:left w:w="150" w:type="dxa"/>
              <w:bottom w:w="100" w:type="dxa"/>
              <w:right w:w="150" w:type="dxa"/>
            </w:tcMar>
          </w:tcPr>
          <w:p w14:paraId="14FA68B7" w14:textId="77777777" w:rsidR="00BD633A" w:rsidRDefault="00000000">
            <w:pPr>
              <w:spacing w:after="40"/>
            </w:pPr>
            <w:r>
              <w:rPr>
                <w:rFonts w:ascii="Arial" w:hAnsi="Arial"/>
                <w:b/>
                <w:color w:val="1B365D"/>
                <w:sz w:val="17"/>
              </w:rPr>
              <w:t>IMPORTANT SAFETY DISCLAIMER</w:t>
            </w:r>
          </w:p>
          <w:p w14:paraId="65900387" w14:textId="77777777" w:rsidR="00BD633A" w:rsidRDefault="00000000">
            <w:pPr>
              <w:spacing w:after="0"/>
            </w:pPr>
            <w:r>
              <w:rPr>
                <w:rFonts w:ascii="Calibri" w:hAnsi="Calibri"/>
                <w:i/>
                <w:color w:val="333333"/>
                <w:sz w:val="16"/>
              </w:rPr>
              <w:t>This checklist is provided as a practical safety inspection aid. It does not replace applicable legislation, regulatory requirements, project-specific HSE requirements, risk assessments, method statements, approved procedures, electrical codes, manufacturer instructions, or competent professional judgment. Users should adapt the checklist to the specific project, electrical systems, equipment, activities, hazards, contractual requirements, and applicable legal and regulatory requirements.</w:t>
            </w:r>
          </w:p>
        </w:tc>
      </w:tr>
    </w:tbl>
    <w:p w14:paraId="3014C501" w14:textId="77777777" w:rsidR="00EA4E35" w:rsidRDefault="00EA4E35"/>
    <w:sectPr w:rsidR="00EA4E35" w:rsidSect="00034616">
      <w:headerReference w:type="default" r:id="rId8"/>
      <w:footerReference w:type="default" r:id="rId9"/>
      <w:pgSz w:w="11909" w:h="16834"/>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8AC8" w14:textId="77777777" w:rsidR="00EA4E35" w:rsidRDefault="00EA4E35" w:rsidP="0057532A">
      <w:pPr>
        <w:spacing w:after="0" w:line="240" w:lineRule="auto"/>
      </w:pPr>
      <w:r>
        <w:separator/>
      </w:r>
    </w:p>
  </w:endnote>
  <w:endnote w:type="continuationSeparator" w:id="0">
    <w:p w14:paraId="3DA860BA" w14:textId="77777777" w:rsidR="00EA4E35" w:rsidRDefault="00EA4E35" w:rsidP="0057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D6B17" w14:textId="657A03C6" w:rsidR="0057532A" w:rsidRDefault="0057532A" w:rsidP="0057532A">
    <w:pPr>
      <w:pStyle w:val="Footer"/>
      <w:jc w:val="center"/>
    </w:pPr>
    <w:r>
      <w:t>The HSEVerse</w:t>
    </w:r>
    <w:r w:rsidRPr="00DE1A36">
      <w:t xml:space="preserve"> | www.</w:t>
    </w:r>
    <w:r>
      <w:t>thehseverse</w:t>
    </w:r>
    <w:r w:rsidRPr="00DE1A36">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77580" w14:textId="77777777" w:rsidR="00EA4E35" w:rsidRDefault="00EA4E35" w:rsidP="0057532A">
      <w:pPr>
        <w:spacing w:after="0" w:line="240" w:lineRule="auto"/>
      </w:pPr>
      <w:r>
        <w:separator/>
      </w:r>
    </w:p>
  </w:footnote>
  <w:footnote w:type="continuationSeparator" w:id="0">
    <w:p w14:paraId="6F2ED825" w14:textId="77777777" w:rsidR="00EA4E35" w:rsidRDefault="00EA4E35" w:rsidP="005753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2C57" w14:textId="319F4D15" w:rsidR="0057532A" w:rsidRDefault="0057532A">
    <w:pPr>
      <w:pStyle w:val="Header"/>
    </w:pPr>
    <w:r>
      <w:rPr>
        <w:noProof/>
      </w:rPr>
      <w:drawing>
        <wp:anchor distT="0" distB="0" distL="114300" distR="114300" simplePos="0" relativeHeight="251659264" behindDoc="1" locked="0" layoutInCell="1" allowOverlap="1" wp14:anchorId="475CDD0B" wp14:editId="1C445B6E">
          <wp:simplePos x="0" y="0"/>
          <wp:positionH relativeFrom="column">
            <wp:posOffset>0</wp:posOffset>
          </wp:positionH>
          <wp:positionV relativeFrom="paragraph">
            <wp:posOffset>-403860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2478507">
    <w:abstractNumId w:val="8"/>
  </w:num>
  <w:num w:numId="2" w16cid:durableId="710810460">
    <w:abstractNumId w:val="6"/>
  </w:num>
  <w:num w:numId="3" w16cid:durableId="944731534">
    <w:abstractNumId w:val="5"/>
  </w:num>
  <w:num w:numId="4" w16cid:durableId="944772149">
    <w:abstractNumId w:val="4"/>
  </w:num>
  <w:num w:numId="5" w16cid:durableId="1158838330">
    <w:abstractNumId w:val="7"/>
  </w:num>
  <w:num w:numId="6" w16cid:durableId="297995466">
    <w:abstractNumId w:val="3"/>
  </w:num>
  <w:num w:numId="7" w16cid:durableId="105851712">
    <w:abstractNumId w:val="2"/>
  </w:num>
  <w:num w:numId="8" w16cid:durableId="749084773">
    <w:abstractNumId w:val="1"/>
  </w:num>
  <w:num w:numId="9" w16cid:durableId="103627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7532A"/>
    <w:rsid w:val="00AA1D8D"/>
    <w:rsid w:val="00B47730"/>
    <w:rsid w:val="00BD633A"/>
    <w:rsid w:val="00BF0D43"/>
    <w:rsid w:val="00CB0664"/>
    <w:rsid w:val="00EA4E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74F803"/>
  <w14:defaultImageDpi w14:val="300"/>
  <w15:docId w15:val="{16C30F46-48CA-4800-ACD0-7A442F9B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2</cp:revision>
  <dcterms:created xsi:type="dcterms:W3CDTF">2013-12-23T23:15:00Z</dcterms:created>
  <dcterms:modified xsi:type="dcterms:W3CDTF">2026-08-13T06:31:00Z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bd56d2e6-43d0-46d0-a8a2-4ab27aa1e5a8</vt:lpwstr>
  </property>
</Properties>
</file>