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FBBC" w14:textId="77777777" w:rsidR="00C709D7" w:rsidRDefault="00C709D7" w:rsidP="00C709D7">
      <w:pPr>
        <w:jc w:val="center"/>
      </w:pPr>
    </w:p>
    <w:p w14:paraId="68242C38" w14:textId="77777777" w:rsidR="00C709D7" w:rsidRDefault="00C709D7" w:rsidP="00C709D7">
      <w:pPr>
        <w:jc w:val="center"/>
        <w:rPr>
          <w:b/>
          <w:sz w:val="56"/>
        </w:rPr>
      </w:pPr>
    </w:p>
    <w:p w14:paraId="4EC140C7" w14:textId="77777777" w:rsidR="00C709D7" w:rsidRDefault="00C709D7" w:rsidP="00C709D7">
      <w:pPr>
        <w:jc w:val="center"/>
        <w:rPr>
          <w:b/>
          <w:sz w:val="56"/>
        </w:rPr>
      </w:pPr>
    </w:p>
    <w:p w14:paraId="66DEE35D" w14:textId="77777777" w:rsidR="00C709D7" w:rsidRDefault="00C709D7" w:rsidP="00C709D7">
      <w:pPr>
        <w:jc w:val="center"/>
        <w:rPr>
          <w:b/>
          <w:sz w:val="56"/>
        </w:rPr>
      </w:pPr>
      <w:r w:rsidRPr="00614FAE">
        <w:rPr>
          <w:b/>
          <w:sz w:val="56"/>
        </w:rPr>
        <w:t>PROJECT NAME</w:t>
      </w:r>
    </w:p>
    <w:p w14:paraId="23AF3F60" w14:textId="77777777" w:rsidR="00C709D7" w:rsidRDefault="00C709D7" w:rsidP="00C709D7">
      <w:pPr>
        <w:jc w:val="center"/>
        <w:rPr>
          <w:b/>
          <w:sz w:val="56"/>
        </w:rPr>
      </w:pPr>
      <w:r>
        <w:rPr>
          <w:b/>
          <w:sz w:val="56"/>
        </w:rPr>
        <w:br/>
      </w:r>
      <w:r>
        <w:rPr>
          <w:b/>
          <w:sz w:val="56"/>
        </w:rPr>
        <w:br/>
      </w:r>
      <w:r w:rsidR="00000000">
        <w:rPr>
          <w:b/>
          <w:sz w:val="56"/>
        </w:rPr>
        <w:t>ELECTRICAL WORK</w:t>
      </w:r>
      <w:r w:rsidR="00000000">
        <w:rPr>
          <w:b/>
          <w:sz w:val="56"/>
        </w:rPr>
        <w:br/>
        <w:t>RISK ASSESSMENT</w:t>
      </w:r>
    </w:p>
    <w:p w14:paraId="6316C36C" w14:textId="77777777" w:rsidR="00C709D7" w:rsidRDefault="00C709D7" w:rsidP="00C709D7">
      <w:pPr>
        <w:jc w:val="center"/>
        <w:rPr>
          <w:b/>
          <w:sz w:val="56"/>
        </w:rPr>
      </w:pPr>
    </w:p>
    <w:p w14:paraId="660D26A0" w14:textId="151F0BDC" w:rsidR="00347918" w:rsidRDefault="00000000" w:rsidP="00C709D7">
      <w:pPr>
        <w:jc w:val="center"/>
      </w:pPr>
      <w:r>
        <w:br/>
      </w:r>
      <w:r>
        <w:br/>
        <w:t>Comprehensive Risk Assessment for Electrical Installation, Maintenance and Testing</w:t>
      </w:r>
      <w:r>
        <w:br/>
      </w:r>
      <w:r>
        <w:br/>
      </w:r>
      <w:r>
        <w:br/>
      </w:r>
    </w:p>
    <w:tbl>
      <w:tblPr>
        <w:tblStyle w:val="TableGrid"/>
        <w:tblW w:w="0" w:type="auto"/>
        <w:jc w:val="center"/>
        <w:tblLook w:val="04A0" w:firstRow="1" w:lastRow="0" w:firstColumn="1" w:lastColumn="0" w:noHBand="0" w:noVBand="1"/>
      </w:tblPr>
      <w:tblGrid>
        <w:gridCol w:w="5112"/>
        <w:gridCol w:w="5112"/>
      </w:tblGrid>
      <w:tr w:rsidR="00347918" w14:paraId="73EC6D88" w14:textId="77777777">
        <w:trPr>
          <w:tblHeader/>
          <w:jc w:val="center"/>
        </w:trPr>
        <w:tc>
          <w:tcPr>
            <w:tcW w:w="5112" w:type="dxa"/>
            <w:shd w:val="clear" w:color="auto" w:fill="0F3D5E"/>
          </w:tcPr>
          <w:p w14:paraId="218FADCE" w14:textId="77777777" w:rsidR="00347918" w:rsidRDefault="00000000">
            <w:r>
              <w:rPr>
                <w:b/>
                <w:color w:val="FFFFFF"/>
              </w:rPr>
              <w:t>Document Information</w:t>
            </w:r>
          </w:p>
        </w:tc>
        <w:tc>
          <w:tcPr>
            <w:tcW w:w="5112" w:type="dxa"/>
            <w:shd w:val="clear" w:color="auto" w:fill="0F3D5E"/>
          </w:tcPr>
          <w:p w14:paraId="200B7DF9" w14:textId="77777777" w:rsidR="00347918" w:rsidRDefault="00000000">
            <w:r>
              <w:rPr>
                <w:b/>
                <w:color w:val="FFFFFF"/>
              </w:rPr>
              <w:t>Details</w:t>
            </w:r>
          </w:p>
        </w:tc>
      </w:tr>
      <w:tr w:rsidR="00347918" w14:paraId="664B55A1" w14:textId="77777777">
        <w:trPr>
          <w:jc w:val="center"/>
        </w:trPr>
        <w:tc>
          <w:tcPr>
            <w:tcW w:w="5112" w:type="dxa"/>
          </w:tcPr>
          <w:p w14:paraId="5032DD76" w14:textId="77777777" w:rsidR="00347918" w:rsidRDefault="00000000">
            <w:r>
              <w:rPr>
                <w:sz w:val="18"/>
              </w:rPr>
              <w:t>Resource Category</w:t>
            </w:r>
          </w:p>
        </w:tc>
        <w:tc>
          <w:tcPr>
            <w:tcW w:w="5112" w:type="dxa"/>
          </w:tcPr>
          <w:p w14:paraId="4A66D6CD" w14:textId="77777777" w:rsidR="00347918" w:rsidRDefault="00000000">
            <w:r>
              <w:rPr>
                <w:sz w:val="18"/>
              </w:rPr>
              <w:t>Risk Assessments</w:t>
            </w:r>
          </w:p>
        </w:tc>
      </w:tr>
      <w:tr w:rsidR="00347918" w14:paraId="087E8B90" w14:textId="77777777">
        <w:trPr>
          <w:jc w:val="center"/>
        </w:trPr>
        <w:tc>
          <w:tcPr>
            <w:tcW w:w="5112" w:type="dxa"/>
          </w:tcPr>
          <w:p w14:paraId="7320F58D" w14:textId="77777777" w:rsidR="00347918" w:rsidRDefault="00000000">
            <w:r>
              <w:rPr>
                <w:sz w:val="18"/>
              </w:rPr>
              <w:t>Document Type</w:t>
            </w:r>
          </w:p>
        </w:tc>
        <w:tc>
          <w:tcPr>
            <w:tcW w:w="5112" w:type="dxa"/>
          </w:tcPr>
          <w:p w14:paraId="527909EC" w14:textId="77777777" w:rsidR="00347918" w:rsidRDefault="00000000">
            <w:r>
              <w:rPr>
                <w:sz w:val="18"/>
              </w:rPr>
              <w:t>Completed Practical Risk Assessment</w:t>
            </w:r>
          </w:p>
        </w:tc>
      </w:tr>
      <w:tr w:rsidR="00347918" w14:paraId="76C02B19" w14:textId="77777777">
        <w:trPr>
          <w:jc w:val="center"/>
        </w:trPr>
        <w:tc>
          <w:tcPr>
            <w:tcW w:w="5112" w:type="dxa"/>
          </w:tcPr>
          <w:p w14:paraId="79BCCB35" w14:textId="77777777" w:rsidR="00347918" w:rsidRDefault="00000000">
            <w:r>
              <w:rPr>
                <w:sz w:val="18"/>
              </w:rPr>
              <w:t>Revision</w:t>
            </w:r>
          </w:p>
        </w:tc>
        <w:tc>
          <w:tcPr>
            <w:tcW w:w="5112" w:type="dxa"/>
          </w:tcPr>
          <w:p w14:paraId="5ACC9D6C" w14:textId="77777777" w:rsidR="00347918" w:rsidRDefault="00000000">
            <w:r>
              <w:rPr>
                <w:sz w:val="18"/>
              </w:rPr>
              <w:t>Rev. 00</w:t>
            </w:r>
          </w:p>
        </w:tc>
      </w:tr>
      <w:tr w:rsidR="00347918" w14:paraId="4D4611B2" w14:textId="77777777">
        <w:trPr>
          <w:jc w:val="center"/>
        </w:trPr>
        <w:tc>
          <w:tcPr>
            <w:tcW w:w="5112" w:type="dxa"/>
          </w:tcPr>
          <w:p w14:paraId="45424961" w14:textId="77777777" w:rsidR="00347918" w:rsidRDefault="00000000">
            <w:r>
              <w:rPr>
                <w:sz w:val="18"/>
              </w:rPr>
              <w:t>Status</w:t>
            </w:r>
          </w:p>
        </w:tc>
        <w:tc>
          <w:tcPr>
            <w:tcW w:w="5112" w:type="dxa"/>
          </w:tcPr>
          <w:p w14:paraId="1B05EC47" w14:textId="77777777" w:rsidR="00347918" w:rsidRDefault="00000000">
            <w:r>
              <w:rPr>
                <w:sz w:val="18"/>
              </w:rPr>
              <w:t>Reference Document</w:t>
            </w:r>
          </w:p>
        </w:tc>
      </w:tr>
    </w:tbl>
    <w:p w14:paraId="1421B275" w14:textId="77777777" w:rsidR="00347918" w:rsidRDefault="00347918"/>
    <w:p w14:paraId="6BC7EF58" w14:textId="77777777" w:rsidR="00347918" w:rsidRDefault="00000000">
      <w:pPr>
        <w:jc w:val="center"/>
      </w:pPr>
      <w:r>
        <w:br/>
        <w:t>Prepared as a practical HSE reference resource.</w:t>
      </w:r>
    </w:p>
    <w:p w14:paraId="7035EFB0" w14:textId="77777777" w:rsidR="00347918" w:rsidRDefault="00000000">
      <w:r>
        <w:br w:type="page"/>
      </w:r>
    </w:p>
    <w:p w14:paraId="6039225B" w14:textId="77777777" w:rsidR="00347918" w:rsidRDefault="00000000">
      <w:pPr>
        <w:pStyle w:val="Heading1"/>
      </w:pPr>
      <w:r>
        <w:lastRenderedPageBreak/>
        <w:t>1. Document / Assessment Information</w:t>
      </w:r>
    </w:p>
    <w:tbl>
      <w:tblPr>
        <w:tblStyle w:val="TableGrid"/>
        <w:tblW w:w="0" w:type="auto"/>
        <w:jc w:val="center"/>
        <w:tblLook w:val="04A0" w:firstRow="1" w:lastRow="0" w:firstColumn="1" w:lastColumn="0" w:noHBand="0" w:noVBand="1"/>
      </w:tblPr>
      <w:tblGrid>
        <w:gridCol w:w="5112"/>
        <w:gridCol w:w="5112"/>
      </w:tblGrid>
      <w:tr w:rsidR="00347918" w14:paraId="496B97C6" w14:textId="77777777">
        <w:trPr>
          <w:tblHeader/>
          <w:jc w:val="center"/>
        </w:trPr>
        <w:tc>
          <w:tcPr>
            <w:tcW w:w="5112" w:type="dxa"/>
            <w:shd w:val="clear" w:color="auto" w:fill="0F3D5E"/>
          </w:tcPr>
          <w:p w14:paraId="0AE7DACC" w14:textId="77777777" w:rsidR="00347918" w:rsidRDefault="00000000">
            <w:r>
              <w:rPr>
                <w:b/>
                <w:color w:val="FFFFFF"/>
              </w:rPr>
              <w:t>Field</w:t>
            </w:r>
          </w:p>
        </w:tc>
        <w:tc>
          <w:tcPr>
            <w:tcW w:w="5112" w:type="dxa"/>
            <w:shd w:val="clear" w:color="auto" w:fill="0F3D5E"/>
          </w:tcPr>
          <w:p w14:paraId="7BC18080" w14:textId="77777777" w:rsidR="00347918" w:rsidRDefault="00000000">
            <w:r>
              <w:rPr>
                <w:b/>
                <w:color w:val="FFFFFF"/>
              </w:rPr>
              <w:t>Details</w:t>
            </w:r>
          </w:p>
        </w:tc>
      </w:tr>
      <w:tr w:rsidR="00347918" w14:paraId="512ED0F6" w14:textId="77777777">
        <w:trPr>
          <w:jc w:val="center"/>
        </w:trPr>
        <w:tc>
          <w:tcPr>
            <w:tcW w:w="5112" w:type="dxa"/>
          </w:tcPr>
          <w:p w14:paraId="3FAA68B6" w14:textId="77777777" w:rsidR="00347918" w:rsidRDefault="00000000">
            <w:r>
              <w:rPr>
                <w:sz w:val="18"/>
              </w:rPr>
              <w:t>Project / Site Name</w:t>
            </w:r>
          </w:p>
        </w:tc>
        <w:tc>
          <w:tcPr>
            <w:tcW w:w="5112" w:type="dxa"/>
          </w:tcPr>
          <w:p w14:paraId="077FE989" w14:textId="1550B4C9" w:rsidR="00347918" w:rsidRDefault="00347918"/>
        </w:tc>
      </w:tr>
      <w:tr w:rsidR="00347918" w14:paraId="3265EB78" w14:textId="77777777">
        <w:trPr>
          <w:jc w:val="center"/>
        </w:trPr>
        <w:tc>
          <w:tcPr>
            <w:tcW w:w="5112" w:type="dxa"/>
          </w:tcPr>
          <w:p w14:paraId="0C133CF2" w14:textId="77777777" w:rsidR="00347918" w:rsidRDefault="00000000">
            <w:r>
              <w:rPr>
                <w:sz w:val="18"/>
              </w:rPr>
              <w:t>Location</w:t>
            </w:r>
          </w:p>
        </w:tc>
        <w:tc>
          <w:tcPr>
            <w:tcW w:w="5112" w:type="dxa"/>
          </w:tcPr>
          <w:p w14:paraId="5915BFA4" w14:textId="543440E9" w:rsidR="00347918" w:rsidRDefault="00347918"/>
        </w:tc>
      </w:tr>
      <w:tr w:rsidR="00347918" w14:paraId="4FCBFEE3" w14:textId="77777777">
        <w:trPr>
          <w:jc w:val="center"/>
        </w:trPr>
        <w:tc>
          <w:tcPr>
            <w:tcW w:w="5112" w:type="dxa"/>
          </w:tcPr>
          <w:p w14:paraId="0B071BDC" w14:textId="77777777" w:rsidR="00347918" w:rsidRDefault="00000000">
            <w:r>
              <w:rPr>
                <w:sz w:val="18"/>
              </w:rPr>
              <w:t>Client</w:t>
            </w:r>
          </w:p>
        </w:tc>
        <w:tc>
          <w:tcPr>
            <w:tcW w:w="5112" w:type="dxa"/>
          </w:tcPr>
          <w:p w14:paraId="2AC4826B" w14:textId="73AB05D4" w:rsidR="00347918" w:rsidRDefault="00347918"/>
        </w:tc>
      </w:tr>
      <w:tr w:rsidR="00347918" w14:paraId="6CF54A74" w14:textId="77777777">
        <w:trPr>
          <w:jc w:val="center"/>
        </w:trPr>
        <w:tc>
          <w:tcPr>
            <w:tcW w:w="5112" w:type="dxa"/>
          </w:tcPr>
          <w:p w14:paraId="5FFE3742" w14:textId="77777777" w:rsidR="00347918" w:rsidRDefault="00000000">
            <w:r>
              <w:rPr>
                <w:sz w:val="18"/>
              </w:rPr>
              <w:t>Main Contractor</w:t>
            </w:r>
          </w:p>
        </w:tc>
        <w:tc>
          <w:tcPr>
            <w:tcW w:w="5112" w:type="dxa"/>
          </w:tcPr>
          <w:p w14:paraId="369AD54A" w14:textId="030B9865" w:rsidR="00347918" w:rsidRDefault="00347918"/>
        </w:tc>
      </w:tr>
      <w:tr w:rsidR="00347918" w14:paraId="6663D86A" w14:textId="77777777">
        <w:trPr>
          <w:jc w:val="center"/>
        </w:trPr>
        <w:tc>
          <w:tcPr>
            <w:tcW w:w="5112" w:type="dxa"/>
          </w:tcPr>
          <w:p w14:paraId="1936246D" w14:textId="77777777" w:rsidR="00347918" w:rsidRDefault="00000000">
            <w:r>
              <w:rPr>
                <w:sz w:val="18"/>
              </w:rPr>
              <w:t>Subcontractor</w:t>
            </w:r>
          </w:p>
        </w:tc>
        <w:tc>
          <w:tcPr>
            <w:tcW w:w="5112" w:type="dxa"/>
          </w:tcPr>
          <w:p w14:paraId="4D202CCF" w14:textId="6EE21043" w:rsidR="00347918" w:rsidRDefault="00347918"/>
        </w:tc>
      </w:tr>
      <w:tr w:rsidR="00347918" w14:paraId="670F5BB2" w14:textId="77777777">
        <w:trPr>
          <w:jc w:val="center"/>
        </w:trPr>
        <w:tc>
          <w:tcPr>
            <w:tcW w:w="5112" w:type="dxa"/>
          </w:tcPr>
          <w:p w14:paraId="1F7244D5" w14:textId="77777777" w:rsidR="00347918" w:rsidRDefault="00000000">
            <w:r>
              <w:rPr>
                <w:sz w:val="18"/>
              </w:rPr>
              <w:t>Assessment Reference</w:t>
            </w:r>
          </w:p>
        </w:tc>
        <w:tc>
          <w:tcPr>
            <w:tcW w:w="5112" w:type="dxa"/>
          </w:tcPr>
          <w:p w14:paraId="7DC76F8C" w14:textId="7196D5AC" w:rsidR="00347918" w:rsidRDefault="00347918"/>
        </w:tc>
      </w:tr>
      <w:tr w:rsidR="00347918" w14:paraId="2C2DB0B5" w14:textId="77777777">
        <w:trPr>
          <w:jc w:val="center"/>
        </w:trPr>
        <w:tc>
          <w:tcPr>
            <w:tcW w:w="5112" w:type="dxa"/>
          </w:tcPr>
          <w:p w14:paraId="533DB605" w14:textId="77777777" w:rsidR="00347918" w:rsidRDefault="00000000">
            <w:r>
              <w:rPr>
                <w:sz w:val="18"/>
              </w:rPr>
              <w:t>Assessment Date</w:t>
            </w:r>
          </w:p>
        </w:tc>
        <w:tc>
          <w:tcPr>
            <w:tcW w:w="5112" w:type="dxa"/>
          </w:tcPr>
          <w:p w14:paraId="017CCF69" w14:textId="429017A7" w:rsidR="00347918" w:rsidRDefault="00347918"/>
        </w:tc>
      </w:tr>
      <w:tr w:rsidR="00347918" w14:paraId="44EEC316" w14:textId="77777777">
        <w:trPr>
          <w:jc w:val="center"/>
        </w:trPr>
        <w:tc>
          <w:tcPr>
            <w:tcW w:w="5112" w:type="dxa"/>
          </w:tcPr>
          <w:p w14:paraId="6FE0E71E" w14:textId="77777777" w:rsidR="00347918" w:rsidRDefault="00000000">
            <w:r>
              <w:rPr>
                <w:sz w:val="18"/>
              </w:rPr>
              <w:t>Review Date</w:t>
            </w:r>
          </w:p>
        </w:tc>
        <w:tc>
          <w:tcPr>
            <w:tcW w:w="5112" w:type="dxa"/>
          </w:tcPr>
          <w:p w14:paraId="220F6DA9" w14:textId="2CE8385D" w:rsidR="00347918" w:rsidRDefault="00347918"/>
        </w:tc>
      </w:tr>
      <w:tr w:rsidR="00347918" w14:paraId="62A4D241" w14:textId="77777777">
        <w:trPr>
          <w:jc w:val="center"/>
        </w:trPr>
        <w:tc>
          <w:tcPr>
            <w:tcW w:w="5112" w:type="dxa"/>
          </w:tcPr>
          <w:p w14:paraId="16BF02E7" w14:textId="77777777" w:rsidR="00347918" w:rsidRDefault="00000000">
            <w:r>
              <w:rPr>
                <w:sz w:val="18"/>
              </w:rPr>
              <w:t>Activity</w:t>
            </w:r>
          </w:p>
        </w:tc>
        <w:tc>
          <w:tcPr>
            <w:tcW w:w="5112" w:type="dxa"/>
          </w:tcPr>
          <w:p w14:paraId="38DF1E93" w14:textId="77777777" w:rsidR="00347918" w:rsidRDefault="00000000">
            <w:r>
              <w:rPr>
                <w:sz w:val="18"/>
              </w:rPr>
              <w:t>Electrical Work</w:t>
            </w:r>
          </w:p>
        </w:tc>
      </w:tr>
      <w:tr w:rsidR="00347918" w14:paraId="03F99D9F" w14:textId="77777777">
        <w:trPr>
          <w:jc w:val="center"/>
        </w:trPr>
        <w:tc>
          <w:tcPr>
            <w:tcW w:w="5112" w:type="dxa"/>
          </w:tcPr>
          <w:p w14:paraId="6822F42F" w14:textId="77777777" w:rsidR="00347918" w:rsidRDefault="00000000">
            <w:r>
              <w:rPr>
                <w:sz w:val="18"/>
              </w:rPr>
              <w:t>Assessed By</w:t>
            </w:r>
          </w:p>
        </w:tc>
        <w:tc>
          <w:tcPr>
            <w:tcW w:w="5112" w:type="dxa"/>
          </w:tcPr>
          <w:p w14:paraId="1FFE907C" w14:textId="63C70154" w:rsidR="00347918" w:rsidRDefault="00347918"/>
        </w:tc>
      </w:tr>
      <w:tr w:rsidR="00347918" w14:paraId="47ED3401" w14:textId="77777777">
        <w:trPr>
          <w:jc w:val="center"/>
        </w:trPr>
        <w:tc>
          <w:tcPr>
            <w:tcW w:w="5112" w:type="dxa"/>
          </w:tcPr>
          <w:p w14:paraId="1A20958F" w14:textId="77777777" w:rsidR="00347918" w:rsidRDefault="00000000">
            <w:r>
              <w:rPr>
                <w:sz w:val="18"/>
              </w:rPr>
              <w:t>Position</w:t>
            </w:r>
          </w:p>
        </w:tc>
        <w:tc>
          <w:tcPr>
            <w:tcW w:w="5112" w:type="dxa"/>
          </w:tcPr>
          <w:p w14:paraId="6F165CA6" w14:textId="648AE089" w:rsidR="00347918" w:rsidRDefault="00347918"/>
        </w:tc>
      </w:tr>
      <w:tr w:rsidR="00347918" w14:paraId="1240D7FD" w14:textId="77777777">
        <w:trPr>
          <w:jc w:val="center"/>
        </w:trPr>
        <w:tc>
          <w:tcPr>
            <w:tcW w:w="5112" w:type="dxa"/>
          </w:tcPr>
          <w:p w14:paraId="71F0F32F" w14:textId="77777777" w:rsidR="00347918" w:rsidRDefault="00000000">
            <w:r>
              <w:rPr>
                <w:sz w:val="18"/>
              </w:rPr>
              <w:t>Reviewed By</w:t>
            </w:r>
          </w:p>
        </w:tc>
        <w:tc>
          <w:tcPr>
            <w:tcW w:w="5112" w:type="dxa"/>
          </w:tcPr>
          <w:p w14:paraId="43AE56B3" w14:textId="3ED4CCA0" w:rsidR="00347918" w:rsidRDefault="00347918"/>
        </w:tc>
      </w:tr>
      <w:tr w:rsidR="00347918" w14:paraId="26CA4ED7" w14:textId="77777777">
        <w:trPr>
          <w:jc w:val="center"/>
        </w:trPr>
        <w:tc>
          <w:tcPr>
            <w:tcW w:w="5112" w:type="dxa"/>
          </w:tcPr>
          <w:p w14:paraId="5CAAB8E9" w14:textId="77777777" w:rsidR="00347918" w:rsidRDefault="00000000">
            <w:r>
              <w:rPr>
                <w:sz w:val="18"/>
              </w:rPr>
              <w:t>Approved By</w:t>
            </w:r>
          </w:p>
        </w:tc>
        <w:tc>
          <w:tcPr>
            <w:tcW w:w="5112" w:type="dxa"/>
          </w:tcPr>
          <w:p w14:paraId="1C849EBC" w14:textId="04BADC56" w:rsidR="00347918" w:rsidRDefault="00347918"/>
        </w:tc>
      </w:tr>
      <w:tr w:rsidR="00347918" w14:paraId="77E73100" w14:textId="77777777">
        <w:trPr>
          <w:jc w:val="center"/>
        </w:trPr>
        <w:tc>
          <w:tcPr>
            <w:tcW w:w="5112" w:type="dxa"/>
          </w:tcPr>
          <w:p w14:paraId="3A3F5EF4" w14:textId="77777777" w:rsidR="00347918" w:rsidRDefault="00000000">
            <w:r>
              <w:rPr>
                <w:sz w:val="18"/>
              </w:rPr>
              <w:t>Persons at Risk</w:t>
            </w:r>
          </w:p>
        </w:tc>
        <w:tc>
          <w:tcPr>
            <w:tcW w:w="5112" w:type="dxa"/>
          </w:tcPr>
          <w:p w14:paraId="2C2A901B" w14:textId="77777777" w:rsidR="00347918" w:rsidRDefault="00000000">
            <w:r>
              <w:rPr>
                <w:sz w:val="18"/>
              </w:rPr>
              <w:t>Electricians, technicians, workers, supervisors, contractors, operators, visitors and others who may be exposed</w:t>
            </w:r>
          </w:p>
        </w:tc>
      </w:tr>
      <w:tr w:rsidR="00347918" w14:paraId="02F18B5A" w14:textId="77777777">
        <w:trPr>
          <w:jc w:val="center"/>
        </w:trPr>
        <w:tc>
          <w:tcPr>
            <w:tcW w:w="5112" w:type="dxa"/>
          </w:tcPr>
          <w:p w14:paraId="7B4FBAFE" w14:textId="77777777" w:rsidR="00347918" w:rsidRDefault="00000000">
            <w:r>
              <w:rPr>
                <w:sz w:val="18"/>
              </w:rPr>
              <w:t>Revision</w:t>
            </w:r>
          </w:p>
        </w:tc>
        <w:tc>
          <w:tcPr>
            <w:tcW w:w="5112" w:type="dxa"/>
          </w:tcPr>
          <w:p w14:paraId="3CC594FD" w14:textId="77777777" w:rsidR="00347918" w:rsidRDefault="00000000">
            <w:r>
              <w:rPr>
                <w:sz w:val="18"/>
              </w:rPr>
              <w:t>00</w:t>
            </w:r>
          </w:p>
        </w:tc>
      </w:tr>
      <w:tr w:rsidR="00347918" w14:paraId="18820314" w14:textId="77777777">
        <w:trPr>
          <w:jc w:val="center"/>
        </w:trPr>
        <w:tc>
          <w:tcPr>
            <w:tcW w:w="5112" w:type="dxa"/>
          </w:tcPr>
          <w:p w14:paraId="077B9C38" w14:textId="77777777" w:rsidR="00347918" w:rsidRDefault="00000000">
            <w:r>
              <w:rPr>
                <w:sz w:val="18"/>
              </w:rPr>
              <w:t>Document Status</w:t>
            </w:r>
          </w:p>
        </w:tc>
        <w:tc>
          <w:tcPr>
            <w:tcW w:w="5112" w:type="dxa"/>
          </w:tcPr>
          <w:p w14:paraId="2C24BD61" w14:textId="77777777" w:rsidR="00347918" w:rsidRDefault="00000000">
            <w:r>
              <w:rPr>
                <w:sz w:val="18"/>
              </w:rPr>
              <w:t>Completed Reference Assessment</w:t>
            </w:r>
          </w:p>
        </w:tc>
      </w:tr>
    </w:tbl>
    <w:p w14:paraId="4EBCE07B" w14:textId="77777777" w:rsidR="00347918" w:rsidRDefault="00347918"/>
    <w:p w14:paraId="3EFCB872" w14:textId="77777777" w:rsidR="00347918" w:rsidRDefault="00000000">
      <w:pPr>
        <w:pStyle w:val="Heading1"/>
      </w:pPr>
      <w:r>
        <w:t>2. Purpose</w:t>
      </w:r>
    </w:p>
    <w:p w14:paraId="003CC2D6" w14:textId="77777777" w:rsidR="00347918" w:rsidRDefault="00000000">
      <w:r>
        <w:t>This assessment identifies foreseeable hazards associated with electrical installation, maintenance, testing, temporary electrical systems and electrical interfaces, evaluates the potential risks, and establishes practical controls to prevent electric shock, arc flash, burns, fire, equipment damage and other harm. It is a completed practical reference assessment and does not replace a project-specific electrical risk assessment, isolation procedure, permit, design, competent-person determination or applicable electrical requirements.</w:t>
      </w:r>
    </w:p>
    <w:p w14:paraId="360B41EB" w14:textId="77777777" w:rsidR="00347918" w:rsidRDefault="00000000">
      <w:pPr>
        <w:pStyle w:val="Heading1"/>
      </w:pPr>
      <w:r>
        <w:t>3. Scope</w:t>
      </w:r>
    </w:p>
    <w:p w14:paraId="68EC945C" w14:textId="77777777" w:rsidR="00347918" w:rsidRDefault="00000000">
      <w:r>
        <w:t>The assessment covers electrical installation and maintenance, distribution boards, temporary power, cables, portable tools, generators, testing and commissioning, isolation and lockout/tagout, energized work, electrical panels, underground and overhead electrical services, damaged cables, wet environments, extension leads, earthing and bonding, residual-current protection, battery systems, arc-flash exposure, work near electrical equipment, housekeeping and emergency response.</w:t>
      </w:r>
    </w:p>
    <w:p w14:paraId="57047A4B" w14:textId="77777777" w:rsidR="00347918" w:rsidRDefault="00000000">
      <w:pPr>
        <w:pStyle w:val="Heading1"/>
      </w:pPr>
      <w:r>
        <w:t>4. Persons at Risk</w:t>
      </w:r>
    </w:p>
    <w:tbl>
      <w:tblPr>
        <w:tblStyle w:val="TableGrid"/>
        <w:tblW w:w="0" w:type="auto"/>
        <w:jc w:val="center"/>
        <w:tblLook w:val="04A0" w:firstRow="1" w:lastRow="0" w:firstColumn="1" w:lastColumn="0" w:noHBand="0" w:noVBand="1"/>
      </w:tblPr>
      <w:tblGrid>
        <w:gridCol w:w="3408"/>
        <w:gridCol w:w="3408"/>
        <w:gridCol w:w="3408"/>
      </w:tblGrid>
      <w:tr w:rsidR="00347918" w14:paraId="55EE411F" w14:textId="77777777">
        <w:trPr>
          <w:tblHeader/>
          <w:jc w:val="center"/>
        </w:trPr>
        <w:tc>
          <w:tcPr>
            <w:tcW w:w="3408" w:type="dxa"/>
            <w:shd w:val="clear" w:color="auto" w:fill="0F3D5E"/>
          </w:tcPr>
          <w:p w14:paraId="61D46629" w14:textId="77777777" w:rsidR="00347918" w:rsidRDefault="00000000">
            <w:r>
              <w:rPr>
                <w:b/>
                <w:color w:val="FFFFFF"/>
              </w:rPr>
              <w:t>No.</w:t>
            </w:r>
          </w:p>
        </w:tc>
        <w:tc>
          <w:tcPr>
            <w:tcW w:w="3408" w:type="dxa"/>
            <w:shd w:val="clear" w:color="auto" w:fill="0F3D5E"/>
          </w:tcPr>
          <w:p w14:paraId="2C6027B6" w14:textId="77777777" w:rsidR="00347918" w:rsidRDefault="00000000">
            <w:r>
              <w:rPr>
                <w:b/>
                <w:color w:val="FFFFFF"/>
              </w:rPr>
              <w:t>Person / Group</w:t>
            </w:r>
          </w:p>
        </w:tc>
        <w:tc>
          <w:tcPr>
            <w:tcW w:w="3408" w:type="dxa"/>
            <w:shd w:val="clear" w:color="auto" w:fill="0F3D5E"/>
          </w:tcPr>
          <w:p w14:paraId="7FE02B68" w14:textId="77777777" w:rsidR="00347918" w:rsidRDefault="00000000">
            <w:r>
              <w:rPr>
                <w:b/>
                <w:color w:val="FFFFFF"/>
              </w:rPr>
              <w:t>Potential Exposure</w:t>
            </w:r>
          </w:p>
        </w:tc>
      </w:tr>
      <w:tr w:rsidR="00347918" w14:paraId="11B38E6A" w14:textId="77777777">
        <w:trPr>
          <w:jc w:val="center"/>
        </w:trPr>
        <w:tc>
          <w:tcPr>
            <w:tcW w:w="3408" w:type="dxa"/>
          </w:tcPr>
          <w:p w14:paraId="30452458" w14:textId="77777777" w:rsidR="00347918" w:rsidRDefault="00000000">
            <w:r>
              <w:rPr>
                <w:sz w:val="17"/>
              </w:rPr>
              <w:t>1</w:t>
            </w:r>
          </w:p>
        </w:tc>
        <w:tc>
          <w:tcPr>
            <w:tcW w:w="3408" w:type="dxa"/>
          </w:tcPr>
          <w:p w14:paraId="679014E4" w14:textId="77777777" w:rsidR="00347918" w:rsidRDefault="00000000">
            <w:r>
              <w:rPr>
                <w:sz w:val="17"/>
              </w:rPr>
              <w:t>Electricians / technicians</w:t>
            </w:r>
          </w:p>
        </w:tc>
        <w:tc>
          <w:tcPr>
            <w:tcW w:w="3408" w:type="dxa"/>
          </w:tcPr>
          <w:p w14:paraId="1D7E4F43" w14:textId="77777777" w:rsidR="00347918" w:rsidRDefault="00000000">
            <w:r>
              <w:rPr>
                <w:sz w:val="17"/>
              </w:rPr>
              <w:t>Shock, arc flash, burns, falls and electrical equipment hazards</w:t>
            </w:r>
          </w:p>
        </w:tc>
      </w:tr>
      <w:tr w:rsidR="00347918" w14:paraId="1B03CF15" w14:textId="77777777">
        <w:trPr>
          <w:jc w:val="center"/>
        </w:trPr>
        <w:tc>
          <w:tcPr>
            <w:tcW w:w="3408" w:type="dxa"/>
          </w:tcPr>
          <w:p w14:paraId="306B4084" w14:textId="77777777" w:rsidR="00347918" w:rsidRDefault="00000000">
            <w:r>
              <w:rPr>
                <w:sz w:val="17"/>
              </w:rPr>
              <w:t>2</w:t>
            </w:r>
          </w:p>
        </w:tc>
        <w:tc>
          <w:tcPr>
            <w:tcW w:w="3408" w:type="dxa"/>
          </w:tcPr>
          <w:p w14:paraId="1D96D0C9" w14:textId="77777777" w:rsidR="00347918" w:rsidRDefault="00000000">
            <w:r>
              <w:rPr>
                <w:sz w:val="17"/>
              </w:rPr>
              <w:t>General workers</w:t>
            </w:r>
          </w:p>
        </w:tc>
        <w:tc>
          <w:tcPr>
            <w:tcW w:w="3408" w:type="dxa"/>
          </w:tcPr>
          <w:p w14:paraId="3DD477C6" w14:textId="77777777" w:rsidR="00347918" w:rsidRDefault="00000000">
            <w:r>
              <w:rPr>
                <w:sz w:val="17"/>
              </w:rPr>
              <w:t>Contact with energized equipment, cables or temporary power</w:t>
            </w:r>
          </w:p>
        </w:tc>
      </w:tr>
      <w:tr w:rsidR="00347918" w14:paraId="1614A203" w14:textId="77777777">
        <w:trPr>
          <w:jc w:val="center"/>
        </w:trPr>
        <w:tc>
          <w:tcPr>
            <w:tcW w:w="3408" w:type="dxa"/>
          </w:tcPr>
          <w:p w14:paraId="7C2C1E89" w14:textId="77777777" w:rsidR="00347918" w:rsidRDefault="00000000">
            <w:r>
              <w:rPr>
                <w:sz w:val="17"/>
              </w:rPr>
              <w:t>3</w:t>
            </w:r>
          </w:p>
        </w:tc>
        <w:tc>
          <w:tcPr>
            <w:tcW w:w="3408" w:type="dxa"/>
          </w:tcPr>
          <w:p w14:paraId="439C59AB" w14:textId="77777777" w:rsidR="00347918" w:rsidRDefault="00000000">
            <w:r>
              <w:rPr>
                <w:sz w:val="17"/>
              </w:rPr>
              <w:t>Supervisors / engineers / HSE personnel</w:t>
            </w:r>
          </w:p>
        </w:tc>
        <w:tc>
          <w:tcPr>
            <w:tcW w:w="3408" w:type="dxa"/>
          </w:tcPr>
          <w:p w14:paraId="6028BE2D" w14:textId="77777777" w:rsidR="00347918" w:rsidRDefault="00000000">
            <w:r>
              <w:rPr>
                <w:sz w:val="17"/>
              </w:rPr>
              <w:t>Exposure during inspection, testing or supervision</w:t>
            </w:r>
          </w:p>
        </w:tc>
      </w:tr>
      <w:tr w:rsidR="00347918" w14:paraId="22D9ABB5" w14:textId="77777777">
        <w:trPr>
          <w:jc w:val="center"/>
        </w:trPr>
        <w:tc>
          <w:tcPr>
            <w:tcW w:w="3408" w:type="dxa"/>
          </w:tcPr>
          <w:p w14:paraId="30980284" w14:textId="77777777" w:rsidR="00347918" w:rsidRDefault="00000000">
            <w:r>
              <w:rPr>
                <w:sz w:val="17"/>
              </w:rPr>
              <w:t>4</w:t>
            </w:r>
          </w:p>
        </w:tc>
        <w:tc>
          <w:tcPr>
            <w:tcW w:w="3408" w:type="dxa"/>
          </w:tcPr>
          <w:p w14:paraId="52A548FC" w14:textId="77777777" w:rsidR="00347918" w:rsidRDefault="00000000">
            <w:r>
              <w:rPr>
                <w:sz w:val="17"/>
              </w:rPr>
              <w:t>Plant / equipment operators</w:t>
            </w:r>
          </w:p>
        </w:tc>
        <w:tc>
          <w:tcPr>
            <w:tcW w:w="3408" w:type="dxa"/>
          </w:tcPr>
          <w:p w14:paraId="29EDCCE1" w14:textId="77777777" w:rsidR="00347918" w:rsidRDefault="00000000">
            <w:r>
              <w:rPr>
                <w:sz w:val="17"/>
              </w:rPr>
              <w:t>Electrical contact through equipment or temporary power systems</w:t>
            </w:r>
          </w:p>
        </w:tc>
      </w:tr>
      <w:tr w:rsidR="00347918" w14:paraId="5FAC884D" w14:textId="77777777">
        <w:trPr>
          <w:jc w:val="center"/>
        </w:trPr>
        <w:tc>
          <w:tcPr>
            <w:tcW w:w="3408" w:type="dxa"/>
          </w:tcPr>
          <w:p w14:paraId="139CFBAC" w14:textId="77777777" w:rsidR="00347918" w:rsidRDefault="00000000">
            <w:r>
              <w:rPr>
                <w:sz w:val="17"/>
              </w:rPr>
              <w:t>5</w:t>
            </w:r>
          </w:p>
        </w:tc>
        <w:tc>
          <w:tcPr>
            <w:tcW w:w="3408" w:type="dxa"/>
          </w:tcPr>
          <w:p w14:paraId="086FC2D0" w14:textId="77777777" w:rsidR="00347918" w:rsidRDefault="00000000">
            <w:r>
              <w:rPr>
                <w:sz w:val="17"/>
              </w:rPr>
              <w:t>Contractors / subcontractors</w:t>
            </w:r>
          </w:p>
        </w:tc>
        <w:tc>
          <w:tcPr>
            <w:tcW w:w="3408" w:type="dxa"/>
          </w:tcPr>
          <w:p w14:paraId="42916A6C" w14:textId="77777777" w:rsidR="00347918" w:rsidRDefault="00000000">
            <w:r>
              <w:rPr>
                <w:sz w:val="17"/>
              </w:rPr>
              <w:t>Electrical exposure during interfaces and concurrent work</w:t>
            </w:r>
          </w:p>
        </w:tc>
      </w:tr>
      <w:tr w:rsidR="00347918" w14:paraId="66C75D8E" w14:textId="77777777">
        <w:trPr>
          <w:jc w:val="center"/>
        </w:trPr>
        <w:tc>
          <w:tcPr>
            <w:tcW w:w="3408" w:type="dxa"/>
          </w:tcPr>
          <w:p w14:paraId="78F5CE5B" w14:textId="77777777" w:rsidR="00347918" w:rsidRDefault="00000000">
            <w:r>
              <w:rPr>
                <w:sz w:val="17"/>
              </w:rPr>
              <w:t>6</w:t>
            </w:r>
          </w:p>
        </w:tc>
        <w:tc>
          <w:tcPr>
            <w:tcW w:w="3408" w:type="dxa"/>
          </w:tcPr>
          <w:p w14:paraId="08FA77D7" w14:textId="77777777" w:rsidR="00347918" w:rsidRDefault="00000000">
            <w:r>
              <w:rPr>
                <w:sz w:val="17"/>
              </w:rPr>
              <w:t>Visitors</w:t>
            </w:r>
          </w:p>
        </w:tc>
        <w:tc>
          <w:tcPr>
            <w:tcW w:w="3408" w:type="dxa"/>
          </w:tcPr>
          <w:p w14:paraId="0BD43379" w14:textId="77777777" w:rsidR="00347918" w:rsidRDefault="00000000">
            <w:r>
              <w:rPr>
                <w:sz w:val="17"/>
              </w:rPr>
              <w:t>Unauthorized access to electrical work areas</w:t>
            </w:r>
          </w:p>
        </w:tc>
      </w:tr>
      <w:tr w:rsidR="00347918" w14:paraId="50140CDA" w14:textId="77777777">
        <w:trPr>
          <w:jc w:val="center"/>
        </w:trPr>
        <w:tc>
          <w:tcPr>
            <w:tcW w:w="3408" w:type="dxa"/>
          </w:tcPr>
          <w:p w14:paraId="095CFE0F" w14:textId="77777777" w:rsidR="00347918" w:rsidRDefault="00000000">
            <w:r>
              <w:rPr>
                <w:sz w:val="17"/>
              </w:rPr>
              <w:t>7</w:t>
            </w:r>
          </w:p>
        </w:tc>
        <w:tc>
          <w:tcPr>
            <w:tcW w:w="3408" w:type="dxa"/>
          </w:tcPr>
          <w:p w14:paraId="4F8B4763" w14:textId="77777777" w:rsidR="00347918" w:rsidRDefault="00000000">
            <w:r>
              <w:rPr>
                <w:sz w:val="17"/>
              </w:rPr>
              <w:t>Utility personnel</w:t>
            </w:r>
          </w:p>
        </w:tc>
        <w:tc>
          <w:tcPr>
            <w:tcW w:w="3408" w:type="dxa"/>
          </w:tcPr>
          <w:p w14:paraId="2D3E74D0" w14:textId="77777777" w:rsidR="00347918" w:rsidRDefault="00000000">
            <w:r>
              <w:rPr>
                <w:sz w:val="17"/>
              </w:rPr>
              <w:t>Exposure during service isolation or interface work</w:t>
            </w:r>
          </w:p>
        </w:tc>
      </w:tr>
      <w:tr w:rsidR="00347918" w14:paraId="48720533" w14:textId="77777777">
        <w:trPr>
          <w:jc w:val="center"/>
        </w:trPr>
        <w:tc>
          <w:tcPr>
            <w:tcW w:w="3408" w:type="dxa"/>
          </w:tcPr>
          <w:p w14:paraId="2C3DF75D" w14:textId="77777777" w:rsidR="00347918" w:rsidRDefault="00000000">
            <w:r>
              <w:rPr>
                <w:sz w:val="17"/>
              </w:rPr>
              <w:lastRenderedPageBreak/>
              <w:t>8</w:t>
            </w:r>
          </w:p>
        </w:tc>
        <w:tc>
          <w:tcPr>
            <w:tcW w:w="3408" w:type="dxa"/>
          </w:tcPr>
          <w:p w14:paraId="60478167" w14:textId="77777777" w:rsidR="00347918" w:rsidRDefault="00000000">
            <w:r>
              <w:rPr>
                <w:sz w:val="17"/>
              </w:rPr>
              <w:t>Emergency responders</w:t>
            </w:r>
          </w:p>
        </w:tc>
        <w:tc>
          <w:tcPr>
            <w:tcW w:w="3408" w:type="dxa"/>
          </w:tcPr>
          <w:p w14:paraId="323C255C" w14:textId="77777777" w:rsidR="00347918" w:rsidRDefault="00000000">
            <w:r>
              <w:rPr>
                <w:sz w:val="17"/>
              </w:rPr>
              <w:t>Electrical and fire exposure during incident response</w:t>
            </w:r>
          </w:p>
        </w:tc>
      </w:tr>
      <w:tr w:rsidR="00347918" w14:paraId="6934B53A" w14:textId="77777777">
        <w:trPr>
          <w:jc w:val="center"/>
        </w:trPr>
        <w:tc>
          <w:tcPr>
            <w:tcW w:w="3408" w:type="dxa"/>
          </w:tcPr>
          <w:p w14:paraId="593E5A01" w14:textId="77777777" w:rsidR="00347918" w:rsidRDefault="00000000">
            <w:r>
              <w:rPr>
                <w:sz w:val="17"/>
              </w:rPr>
              <w:t>9</w:t>
            </w:r>
          </w:p>
        </w:tc>
        <w:tc>
          <w:tcPr>
            <w:tcW w:w="3408" w:type="dxa"/>
          </w:tcPr>
          <w:p w14:paraId="480FC875" w14:textId="77777777" w:rsidR="00347918" w:rsidRDefault="00000000">
            <w:r>
              <w:rPr>
                <w:sz w:val="17"/>
              </w:rPr>
              <w:t>Public / third parties</w:t>
            </w:r>
          </w:p>
        </w:tc>
        <w:tc>
          <w:tcPr>
            <w:tcW w:w="3408" w:type="dxa"/>
          </w:tcPr>
          <w:p w14:paraId="208A0028" w14:textId="77777777" w:rsidR="00347918" w:rsidRDefault="00000000">
            <w:r>
              <w:rPr>
                <w:sz w:val="17"/>
              </w:rPr>
              <w:t>Exposure to temporary electrical installations or damaged services</w:t>
            </w:r>
          </w:p>
        </w:tc>
      </w:tr>
      <w:tr w:rsidR="00347918" w14:paraId="463C9D33" w14:textId="77777777">
        <w:trPr>
          <w:jc w:val="center"/>
        </w:trPr>
        <w:tc>
          <w:tcPr>
            <w:tcW w:w="3408" w:type="dxa"/>
          </w:tcPr>
          <w:p w14:paraId="261962D7" w14:textId="77777777" w:rsidR="00347918" w:rsidRDefault="00000000">
            <w:r>
              <w:rPr>
                <w:sz w:val="17"/>
              </w:rPr>
              <w:t>10</w:t>
            </w:r>
          </w:p>
        </w:tc>
        <w:tc>
          <w:tcPr>
            <w:tcW w:w="3408" w:type="dxa"/>
          </w:tcPr>
          <w:p w14:paraId="36F193BE" w14:textId="77777777" w:rsidR="00347918" w:rsidRDefault="00000000">
            <w:r>
              <w:rPr>
                <w:sz w:val="17"/>
              </w:rPr>
              <w:t>Maintenance personnel</w:t>
            </w:r>
          </w:p>
        </w:tc>
        <w:tc>
          <w:tcPr>
            <w:tcW w:w="3408" w:type="dxa"/>
          </w:tcPr>
          <w:p w14:paraId="6CBDBE5B" w14:textId="77777777" w:rsidR="00347918" w:rsidRDefault="00000000">
            <w:r>
              <w:rPr>
                <w:sz w:val="17"/>
              </w:rPr>
              <w:t>Unexpected energization and stored electrical energy</w:t>
            </w:r>
          </w:p>
        </w:tc>
      </w:tr>
    </w:tbl>
    <w:p w14:paraId="1E6775FC" w14:textId="77777777" w:rsidR="00347918" w:rsidRDefault="00347918"/>
    <w:p w14:paraId="022610D4" w14:textId="77777777" w:rsidR="00347918" w:rsidRDefault="00000000">
      <w:pPr>
        <w:pStyle w:val="Heading1"/>
      </w:pPr>
      <w:r>
        <w:t>5. Electrical Safety Control Principles</w:t>
      </w:r>
    </w:p>
    <w:p w14:paraId="0960450C" w14:textId="77777777" w:rsidR="00347918" w:rsidRDefault="00000000">
      <w:r>
        <w:t>Electrical work should be planned to eliminate exposure to energized systems wherever reasonably practicable. The preferred approach is to isolate, lock out, tag out, verify dead and control access before work. Energized work should only be undertaken when justified, authorized and subject to a suitable task-specific assessment and competent-person controls. Electrical systems must be installed, inspected, tested and maintained by competent persons.</w:t>
      </w:r>
    </w:p>
    <w:tbl>
      <w:tblPr>
        <w:tblStyle w:val="TableGrid"/>
        <w:tblW w:w="0" w:type="auto"/>
        <w:jc w:val="center"/>
        <w:tblLook w:val="04A0" w:firstRow="1" w:lastRow="0" w:firstColumn="1" w:lastColumn="0" w:noHBand="0" w:noVBand="1"/>
      </w:tblPr>
      <w:tblGrid>
        <w:gridCol w:w="3408"/>
        <w:gridCol w:w="3408"/>
        <w:gridCol w:w="3408"/>
      </w:tblGrid>
      <w:tr w:rsidR="00347918" w14:paraId="239A97D7" w14:textId="77777777">
        <w:trPr>
          <w:tblHeader/>
          <w:jc w:val="center"/>
        </w:trPr>
        <w:tc>
          <w:tcPr>
            <w:tcW w:w="3408" w:type="dxa"/>
            <w:shd w:val="clear" w:color="auto" w:fill="0F3D5E"/>
          </w:tcPr>
          <w:p w14:paraId="4D45A165" w14:textId="77777777" w:rsidR="00347918" w:rsidRDefault="00000000">
            <w:r>
              <w:rPr>
                <w:b/>
                <w:color w:val="FFFFFF"/>
              </w:rPr>
              <w:t>Priority</w:t>
            </w:r>
          </w:p>
        </w:tc>
        <w:tc>
          <w:tcPr>
            <w:tcW w:w="3408" w:type="dxa"/>
            <w:shd w:val="clear" w:color="auto" w:fill="0F3D5E"/>
          </w:tcPr>
          <w:p w14:paraId="034D8DD5" w14:textId="77777777" w:rsidR="00347918" w:rsidRDefault="00000000">
            <w:r>
              <w:rPr>
                <w:b/>
                <w:color w:val="FFFFFF"/>
              </w:rPr>
              <w:t>Principle</w:t>
            </w:r>
          </w:p>
        </w:tc>
        <w:tc>
          <w:tcPr>
            <w:tcW w:w="3408" w:type="dxa"/>
            <w:shd w:val="clear" w:color="auto" w:fill="0F3D5E"/>
          </w:tcPr>
          <w:p w14:paraId="5146C905" w14:textId="77777777" w:rsidR="00347918" w:rsidRDefault="00000000">
            <w:r>
              <w:rPr>
                <w:b/>
                <w:color w:val="FFFFFF"/>
              </w:rPr>
              <w:t>Examples</w:t>
            </w:r>
          </w:p>
        </w:tc>
      </w:tr>
      <w:tr w:rsidR="00347918" w14:paraId="69BFED65" w14:textId="77777777">
        <w:trPr>
          <w:jc w:val="center"/>
        </w:trPr>
        <w:tc>
          <w:tcPr>
            <w:tcW w:w="3408" w:type="dxa"/>
          </w:tcPr>
          <w:p w14:paraId="7CBFE779" w14:textId="77777777" w:rsidR="00347918" w:rsidRDefault="00000000">
            <w:r>
              <w:rPr>
                <w:sz w:val="17"/>
              </w:rPr>
              <w:t>1</w:t>
            </w:r>
          </w:p>
        </w:tc>
        <w:tc>
          <w:tcPr>
            <w:tcW w:w="3408" w:type="dxa"/>
          </w:tcPr>
          <w:p w14:paraId="691FFB06" w14:textId="77777777" w:rsidR="00347918" w:rsidRDefault="00000000">
            <w:r>
              <w:rPr>
                <w:sz w:val="17"/>
              </w:rPr>
              <w:t>Eliminate exposure</w:t>
            </w:r>
          </w:p>
        </w:tc>
        <w:tc>
          <w:tcPr>
            <w:tcW w:w="3408" w:type="dxa"/>
          </w:tcPr>
          <w:p w14:paraId="0AEE0EF1" w14:textId="77777777" w:rsidR="00347918" w:rsidRDefault="00000000">
            <w:r>
              <w:rPr>
                <w:sz w:val="17"/>
              </w:rPr>
              <w:t>De-energize and isolate before work whenever reasonably practicable.</w:t>
            </w:r>
          </w:p>
        </w:tc>
      </w:tr>
      <w:tr w:rsidR="00347918" w14:paraId="6BBB55C7" w14:textId="77777777">
        <w:trPr>
          <w:jc w:val="center"/>
        </w:trPr>
        <w:tc>
          <w:tcPr>
            <w:tcW w:w="3408" w:type="dxa"/>
          </w:tcPr>
          <w:p w14:paraId="03031E3A" w14:textId="77777777" w:rsidR="00347918" w:rsidRDefault="00000000">
            <w:r>
              <w:rPr>
                <w:sz w:val="17"/>
              </w:rPr>
              <w:t>2</w:t>
            </w:r>
          </w:p>
        </w:tc>
        <w:tc>
          <w:tcPr>
            <w:tcW w:w="3408" w:type="dxa"/>
          </w:tcPr>
          <w:p w14:paraId="29AB4514" w14:textId="77777777" w:rsidR="00347918" w:rsidRDefault="00000000">
            <w:r>
              <w:rPr>
                <w:sz w:val="17"/>
              </w:rPr>
              <w:t>Prevent contact</w:t>
            </w:r>
          </w:p>
        </w:tc>
        <w:tc>
          <w:tcPr>
            <w:tcW w:w="3408" w:type="dxa"/>
          </w:tcPr>
          <w:p w14:paraId="2A85D7FA" w14:textId="77777777" w:rsidR="00347918" w:rsidRDefault="00000000">
            <w:r>
              <w:rPr>
                <w:sz w:val="17"/>
              </w:rPr>
              <w:t>Use suitable insulation, enclosures, barriers, guarding, segregation and safe distances.</w:t>
            </w:r>
          </w:p>
        </w:tc>
      </w:tr>
      <w:tr w:rsidR="00347918" w14:paraId="6B5F5EB4" w14:textId="77777777">
        <w:trPr>
          <w:jc w:val="center"/>
        </w:trPr>
        <w:tc>
          <w:tcPr>
            <w:tcW w:w="3408" w:type="dxa"/>
          </w:tcPr>
          <w:p w14:paraId="0CD6A9D5" w14:textId="77777777" w:rsidR="00347918" w:rsidRDefault="00000000">
            <w:r>
              <w:rPr>
                <w:sz w:val="17"/>
              </w:rPr>
              <w:t>3</w:t>
            </w:r>
          </w:p>
        </w:tc>
        <w:tc>
          <w:tcPr>
            <w:tcW w:w="3408" w:type="dxa"/>
          </w:tcPr>
          <w:p w14:paraId="223E11A5" w14:textId="77777777" w:rsidR="00347918" w:rsidRDefault="00000000">
            <w:r>
              <w:rPr>
                <w:sz w:val="17"/>
              </w:rPr>
              <w:t>Control energy</w:t>
            </w:r>
          </w:p>
        </w:tc>
        <w:tc>
          <w:tcPr>
            <w:tcW w:w="3408" w:type="dxa"/>
          </w:tcPr>
          <w:p w14:paraId="4237A26F" w14:textId="77777777" w:rsidR="00347918" w:rsidRDefault="00000000">
            <w:r>
              <w:rPr>
                <w:sz w:val="17"/>
              </w:rPr>
              <w:t>Use isolation, lockout/tagout, discharge, earthing and verification procedures.</w:t>
            </w:r>
          </w:p>
        </w:tc>
      </w:tr>
      <w:tr w:rsidR="00347918" w14:paraId="62B4750D" w14:textId="77777777">
        <w:trPr>
          <w:jc w:val="center"/>
        </w:trPr>
        <w:tc>
          <w:tcPr>
            <w:tcW w:w="3408" w:type="dxa"/>
          </w:tcPr>
          <w:p w14:paraId="44C10C30" w14:textId="77777777" w:rsidR="00347918" w:rsidRDefault="00000000">
            <w:r>
              <w:rPr>
                <w:sz w:val="17"/>
              </w:rPr>
              <w:t>4</w:t>
            </w:r>
          </w:p>
        </w:tc>
        <w:tc>
          <w:tcPr>
            <w:tcW w:w="3408" w:type="dxa"/>
          </w:tcPr>
          <w:p w14:paraId="3CFD5D63" w14:textId="77777777" w:rsidR="00347918" w:rsidRDefault="00000000">
            <w:r>
              <w:rPr>
                <w:sz w:val="17"/>
              </w:rPr>
              <w:t>Protect people</w:t>
            </w:r>
          </w:p>
        </w:tc>
        <w:tc>
          <w:tcPr>
            <w:tcW w:w="3408" w:type="dxa"/>
          </w:tcPr>
          <w:p w14:paraId="5EF47189" w14:textId="77777777" w:rsidR="00347918" w:rsidRDefault="00000000">
            <w:r>
              <w:rPr>
                <w:sz w:val="17"/>
              </w:rPr>
              <w:t>Restrict access, use competent personnel, appropriate PPE and controlled work zones.</w:t>
            </w:r>
          </w:p>
        </w:tc>
      </w:tr>
      <w:tr w:rsidR="00347918" w14:paraId="49ABB9CA" w14:textId="77777777">
        <w:trPr>
          <w:jc w:val="center"/>
        </w:trPr>
        <w:tc>
          <w:tcPr>
            <w:tcW w:w="3408" w:type="dxa"/>
          </w:tcPr>
          <w:p w14:paraId="3FFB5D39" w14:textId="77777777" w:rsidR="00347918" w:rsidRDefault="00000000">
            <w:r>
              <w:rPr>
                <w:sz w:val="17"/>
              </w:rPr>
              <w:t>5</w:t>
            </w:r>
          </w:p>
        </w:tc>
        <w:tc>
          <w:tcPr>
            <w:tcW w:w="3408" w:type="dxa"/>
          </w:tcPr>
          <w:p w14:paraId="293423F5" w14:textId="77777777" w:rsidR="00347918" w:rsidRDefault="00000000">
            <w:r>
              <w:rPr>
                <w:sz w:val="17"/>
              </w:rPr>
              <w:t>Minimize consequences</w:t>
            </w:r>
          </w:p>
        </w:tc>
        <w:tc>
          <w:tcPr>
            <w:tcW w:w="3408" w:type="dxa"/>
          </w:tcPr>
          <w:p w14:paraId="50543616" w14:textId="77777777" w:rsidR="00347918" w:rsidRDefault="00000000">
            <w:r>
              <w:rPr>
                <w:sz w:val="17"/>
              </w:rPr>
              <w:t>Maintain fire protection, emergency response, rescue and first-aid arrangements.</w:t>
            </w:r>
          </w:p>
        </w:tc>
      </w:tr>
    </w:tbl>
    <w:p w14:paraId="5C036561" w14:textId="77777777" w:rsidR="00347918" w:rsidRDefault="00347918"/>
    <w:p w14:paraId="095522C4" w14:textId="77777777" w:rsidR="00347918" w:rsidRDefault="00000000">
      <w:pPr>
        <w:pStyle w:val="Heading1"/>
      </w:pPr>
      <w:r>
        <w:t>6. General Control Requirements</w:t>
      </w:r>
    </w:p>
    <w:tbl>
      <w:tblPr>
        <w:tblStyle w:val="TableGrid"/>
        <w:tblW w:w="0" w:type="auto"/>
        <w:jc w:val="center"/>
        <w:tblLook w:val="04A0" w:firstRow="1" w:lastRow="0" w:firstColumn="1" w:lastColumn="0" w:noHBand="0" w:noVBand="1"/>
      </w:tblPr>
      <w:tblGrid>
        <w:gridCol w:w="3408"/>
        <w:gridCol w:w="3408"/>
        <w:gridCol w:w="3408"/>
      </w:tblGrid>
      <w:tr w:rsidR="00347918" w14:paraId="7982A359" w14:textId="77777777">
        <w:trPr>
          <w:tblHeader/>
          <w:jc w:val="center"/>
        </w:trPr>
        <w:tc>
          <w:tcPr>
            <w:tcW w:w="3408" w:type="dxa"/>
            <w:shd w:val="clear" w:color="auto" w:fill="0F3D5E"/>
          </w:tcPr>
          <w:p w14:paraId="22237B97" w14:textId="77777777" w:rsidR="00347918" w:rsidRDefault="00000000">
            <w:r>
              <w:rPr>
                <w:b/>
                <w:color w:val="FFFFFF"/>
              </w:rPr>
              <w:t>No.</w:t>
            </w:r>
          </w:p>
        </w:tc>
        <w:tc>
          <w:tcPr>
            <w:tcW w:w="3408" w:type="dxa"/>
            <w:shd w:val="clear" w:color="auto" w:fill="0F3D5E"/>
          </w:tcPr>
          <w:p w14:paraId="46492726" w14:textId="77777777" w:rsidR="00347918" w:rsidRDefault="00000000">
            <w:r>
              <w:rPr>
                <w:b/>
                <w:color w:val="FFFFFF"/>
              </w:rPr>
              <w:t>Control Area</w:t>
            </w:r>
          </w:p>
        </w:tc>
        <w:tc>
          <w:tcPr>
            <w:tcW w:w="3408" w:type="dxa"/>
            <w:shd w:val="clear" w:color="auto" w:fill="0F3D5E"/>
          </w:tcPr>
          <w:p w14:paraId="7F6FA7BB" w14:textId="77777777" w:rsidR="00347918" w:rsidRDefault="00000000">
            <w:r>
              <w:rPr>
                <w:b/>
                <w:color w:val="FFFFFF"/>
              </w:rPr>
              <w:t>General Requirement</w:t>
            </w:r>
          </w:p>
        </w:tc>
      </w:tr>
      <w:tr w:rsidR="00347918" w14:paraId="1523EF79" w14:textId="77777777">
        <w:trPr>
          <w:jc w:val="center"/>
        </w:trPr>
        <w:tc>
          <w:tcPr>
            <w:tcW w:w="3408" w:type="dxa"/>
          </w:tcPr>
          <w:p w14:paraId="23C17542" w14:textId="77777777" w:rsidR="00347918" w:rsidRDefault="00000000">
            <w:r>
              <w:rPr>
                <w:sz w:val="16"/>
              </w:rPr>
              <w:t>1</w:t>
            </w:r>
          </w:p>
        </w:tc>
        <w:tc>
          <w:tcPr>
            <w:tcW w:w="3408" w:type="dxa"/>
          </w:tcPr>
          <w:p w14:paraId="4FBC3C6B" w14:textId="77777777" w:rsidR="00347918" w:rsidRDefault="00000000">
            <w:r>
              <w:rPr>
                <w:sz w:val="16"/>
              </w:rPr>
              <w:t>Planning</w:t>
            </w:r>
          </w:p>
        </w:tc>
        <w:tc>
          <w:tcPr>
            <w:tcW w:w="3408" w:type="dxa"/>
          </w:tcPr>
          <w:p w14:paraId="0366ADBD" w14:textId="77777777" w:rsidR="00347918" w:rsidRDefault="00000000">
            <w:r>
              <w:rPr>
                <w:sz w:val="16"/>
              </w:rPr>
              <w:t>Identify electrical hazards, circuits, equipment, interfaces and work method before starting.</w:t>
            </w:r>
          </w:p>
        </w:tc>
      </w:tr>
      <w:tr w:rsidR="00347918" w14:paraId="343BF5DD" w14:textId="77777777">
        <w:trPr>
          <w:jc w:val="center"/>
        </w:trPr>
        <w:tc>
          <w:tcPr>
            <w:tcW w:w="3408" w:type="dxa"/>
          </w:tcPr>
          <w:p w14:paraId="1EA6B732" w14:textId="77777777" w:rsidR="00347918" w:rsidRDefault="00000000">
            <w:r>
              <w:rPr>
                <w:sz w:val="16"/>
              </w:rPr>
              <w:t>2</w:t>
            </w:r>
          </w:p>
        </w:tc>
        <w:tc>
          <w:tcPr>
            <w:tcW w:w="3408" w:type="dxa"/>
          </w:tcPr>
          <w:p w14:paraId="7CCEC284" w14:textId="77777777" w:rsidR="00347918" w:rsidRDefault="00000000">
            <w:r>
              <w:rPr>
                <w:sz w:val="16"/>
              </w:rPr>
              <w:t>Competency</w:t>
            </w:r>
          </w:p>
        </w:tc>
        <w:tc>
          <w:tcPr>
            <w:tcW w:w="3408" w:type="dxa"/>
          </w:tcPr>
          <w:p w14:paraId="23093B7D" w14:textId="77777777" w:rsidR="00347918" w:rsidRDefault="00000000">
            <w:r>
              <w:rPr>
                <w:sz w:val="16"/>
              </w:rPr>
              <w:t>Use authorized and competent electrical personnel for electrical work.</w:t>
            </w:r>
          </w:p>
        </w:tc>
      </w:tr>
      <w:tr w:rsidR="00347918" w14:paraId="1A6ADFF9" w14:textId="77777777">
        <w:trPr>
          <w:jc w:val="center"/>
        </w:trPr>
        <w:tc>
          <w:tcPr>
            <w:tcW w:w="3408" w:type="dxa"/>
          </w:tcPr>
          <w:p w14:paraId="7B53F5C0" w14:textId="77777777" w:rsidR="00347918" w:rsidRDefault="00000000">
            <w:r>
              <w:rPr>
                <w:sz w:val="16"/>
              </w:rPr>
              <w:t>3</w:t>
            </w:r>
          </w:p>
        </w:tc>
        <w:tc>
          <w:tcPr>
            <w:tcW w:w="3408" w:type="dxa"/>
          </w:tcPr>
          <w:p w14:paraId="5F07B81D" w14:textId="77777777" w:rsidR="00347918" w:rsidRDefault="00000000">
            <w:r>
              <w:rPr>
                <w:sz w:val="16"/>
              </w:rPr>
              <w:t>Isolation</w:t>
            </w:r>
          </w:p>
        </w:tc>
        <w:tc>
          <w:tcPr>
            <w:tcW w:w="3408" w:type="dxa"/>
          </w:tcPr>
          <w:p w14:paraId="462F29FE" w14:textId="77777777" w:rsidR="00347918" w:rsidRDefault="00000000">
            <w:r>
              <w:rPr>
                <w:sz w:val="16"/>
              </w:rPr>
              <w:t>Isolate and lock/tag sources before work whenever practicable.</w:t>
            </w:r>
          </w:p>
        </w:tc>
      </w:tr>
      <w:tr w:rsidR="00347918" w14:paraId="28595A79" w14:textId="77777777">
        <w:trPr>
          <w:jc w:val="center"/>
        </w:trPr>
        <w:tc>
          <w:tcPr>
            <w:tcW w:w="3408" w:type="dxa"/>
          </w:tcPr>
          <w:p w14:paraId="111F201D" w14:textId="77777777" w:rsidR="00347918" w:rsidRDefault="00000000">
            <w:r>
              <w:rPr>
                <w:sz w:val="16"/>
              </w:rPr>
              <w:t>4</w:t>
            </w:r>
          </w:p>
        </w:tc>
        <w:tc>
          <w:tcPr>
            <w:tcW w:w="3408" w:type="dxa"/>
          </w:tcPr>
          <w:p w14:paraId="721FA50A" w14:textId="77777777" w:rsidR="00347918" w:rsidRDefault="00000000">
            <w:r>
              <w:rPr>
                <w:sz w:val="16"/>
              </w:rPr>
              <w:t>Verification</w:t>
            </w:r>
          </w:p>
        </w:tc>
        <w:tc>
          <w:tcPr>
            <w:tcW w:w="3408" w:type="dxa"/>
          </w:tcPr>
          <w:p w14:paraId="430B6CCA" w14:textId="77777777" w:rsidR="00347918" w:rsidRDefault="00000000">
            <w:r>
              <w:rPr>
                <w:sz w:val="16"/>
              </w:rPr>
              <w:t>Test for dead using suitable test equipment and verify isolation before touching conductors.</w:t>
            </w:r>
          </w:p>
        </w:tc>
      </w:tr>
      <w:tr w:rsidR="00347918" w14:paraId="1E534D8C" w14:textId="77777777">
        <w:trPr>
          <w:jc w:val="center"/>
        </w:trPr>
        <w:tc>
          <w:tcPr>
            <w:tcW w:w="3408" w:type="dxa"/>
          </w:tcPr>
          <w:p w14:paraId="06F0ACAD" w14:textId="77777777" w:rsidR="00347918" w:rsidRDefault="00000000">
            <w:r>
              <w:rPr>
                <w:sz w:val="16"/>
              </w:rPr>
              <w:t>5</w:t>
            </w:r>
          </w:p>
        </w:tc>
        <w:tc>
          <w:tcPr>
            <w:tcW w:w="3408" w:type="dxa"/>
          </w:tcPr>
          <w:p w14:paraId="5A1D1EB8" w14:textId="77777777" w:rsidR="00347918" w:rsidRDefault="00000000">
            <w:r>
              <w:rPr>
                <w:sz w:val="16"/>
              </w:rPr>
              <w:t>Backfeed</w:t>
            </w:r>
          </w:p>
        </w:tc>
        <w:tc>
          <w:tcPr>
            <w:tcW w:w="3408" w:type="dxa"/>
          </w:tcPr>
          <w:p w14:paraId="2A3069B0" w14:textId="77777777" w:rsidR="00347918" w:rsidRDefault="00000000">
            <w:r>
              <w:rPr>
                <w:sz w:val="16"/>
              </w:rPr>
              <w:t>Identify alternative supplies, generators, UPS systems, capacitors and other sources.</w:t>
            </w:r>
          </w:p>
        </w:tc>
      </w:tr>
      <w:tr w:rsidR="00347918" w14:paraId="5D68212A" w14:textId="77777777">
        <w:trPr>
          <w:jc w:val="center"/>
        </w:trPr>
        <w:tc>
          <w:tcPr>
            <w:tcW w:w="3408" w:type="dxa"/>
          </w:tcPr>
          <w:p w14:paraId="7CD2A7B5" w14:textId="77777777" w:rsidR="00347918" w:rsidRDefault="00000000">
            <w:r>
              <w:rPr>
                <w:sz w:val="16"/>
              </w:rPr>
              <w:t>6</w:t>
            </w:r>
          </w:p>
        </w:tc>
        <w:tc>
          <w:tcPr>
            <w:tcW w:w="3408" w:type="dxa"/>
          </w:tcPr>
          <w:p w14:paraId="3878BF45" w14:textId="77777777" w:rsidR="00347918" w:rsidRDefault="00000000">
            <w:r>
              <w:rPr>
                <w:sz w:val="16"/>
              </w:rPr>
              <w:t>Protection</w:t>
            </w:r>
          </w:p>
        </w:tc>
        <w:tc>
          <w:tcPr>
            <w:tcW w:w="3408" w:type="dxa"/>
          </w:tcPr>
          <w:p w14:paraId="0B4E7EEE" w14:textId="77777777" w:rsidR="00347918" w:rsidRDefault="00000000">
            <w:r>
              <w:rPr>
                <w:sz w:val="16"/>
              </w:rPr>
              <w:t>Use suitable enclosures, barriers, covers, insulation and residual-current protection as applicable.</w:t>
            </w:r>
          </w:p>
        </w:tc>
      </w:tr>
      <w:tr w:rsidR="00347918" w14:paraId="499014FB" w14:textId="77777777">
        <w:trPr>
          <w:jc w:val="center"/>
        </w:trPr>
        <w:tc>
          <w:tcPr>
            <w:tcW w:w="3408" w:type="dxa"/>
          </w:tcPr>
          <w:p w14:paraId="7ECD24A4" w14:textId="77777777" w:rsidR="00347918" w:rsidRDefault="00000000">
            <w:r>
              <w:rPr>
                <w:sz w:val="16"/>
              </w:rPr>
              <w:t>7</w:t>
            </w:r>
          </w:p>
        </w:tc>
        <w:tc>
          <w:tcPr>
            <w:tcW w:w="3408" w:type="dxa"/>
          </w:tcPr>
          <w:p w14:paraId="1F03A65C" w14:textId="77777777" w:rsidR="00347918" w:rsidRDefault="00000000">
            <w:r>
              <w:rPr>
                <w:sz w:val="16"/>
              </w:rPr>
              <w:t>Earthing / Bonding</w:t>
            </w:r>
          </w:p>
        </w:tc>
        <w:tc>
          <w:tcPr>
            <w:tcW w:w="3408" w:type="dxa"/>
          </w:tcPr>
          <w:p w14:paraId="6A11D7C8" w14:textId="77777777" w:rsidR="00347918" w:rsidRDefault="00000000">
            <w:r>
              <w:rPr>
                <w:sz w:val="16"/>
              </w:rPr>
              <w:t>Provide and verify appropriate earthing and bonding arrangements.</w:t>
            </w:r>
          </w:p>
        </w:tc>
      </w:tr>
      <w:tr w:rsidR="00347918" w14:paraId="13DEA7D8" w14:textId="77777777">
        <w:trPr>
          <w:jc w:val="center"/>
        </w:trPr>
        <w:tc>
          <w:tcPr>
            <w:tcW w:w="3408" w:type="dxa"/>
          </w:tcPr>
          <w:p w14:paraId="3781CEA8" w14:textId="77777777" w:rsidR="00347918" w:rsidRDefault="00000000">
            <w:r>
              <w:rPr>
                <w:sz w:val="16"/>
              </w:rPr>
              <w:t>8</w:t>
            </w:r>
          </w:p>
        </w:tc>
        <w:tc>
          <w:tcPr>
            <w:tcW w:w="3408" w:type="dxa"/>
          </w:tcPr>
          <w:p w14:paraId="09E1C4F9" w14:textId="77777777" w:rsidR="00347918" w:rsidRDefault="00000000">
            <w:r>
              <w:rPr>
                <w:sz w:val="16"/>
              </w:rPr>
              <w:t>Temporary Power</w:t>
            </w:r>
          </w:p>
        </w:tc>
        <w:tc>
          <w:tcPr>
            <w:tcW w:w="3408" w:type="dxa"/>
          </w:tcPr>
          <w:p w14:paraId="354E31F1" w14:textId="77777777" w:rsidR="00347918" w:rsidRDefault="00000000">
            <w:r>
              <w:rPr>
                <w:sz w:val="16"/>
              </w:rPr>
              <w:t>Inspect temporary distribution, cables, plugs, sockets and protection devices.</w:t>
            </w:r>
          </w:p>
        </w:tc>
      </w:tr>
      <w:tr w:rsidR="00347918" w14:paraId="3B5658C0" w14:textId="77777777">
        <w:trPr>
          <w:jc w:val="center"/>
        </w:trPr>
        <w:tc>
          <w:tcPr>
            <w:tcW w:w="3408" w:type="dxa"/>
          </w:tcPr>
          <w:p w14:paraId="5FD9D346" w14:textId="77777777" w:rsidR="00347918" w:rsidRDefault="00000000">
            <w:r>
              <w:rPr>
                <w:sz w:val="16"/>
              </w:rPr>
              <w:t>9</w:t>
            </w:r>
          </w:p>
        </w:tc>
        <w:tc>
          <w:tcPr>
            <w:tcW w:w="3408" w:type="dxa"/>
          </w:tcPr>
          <w:p w14:paraId="428AFB0C" w14:textId="77777777" w:rsidR="00347918" w:rsidRDefault="00000000">
            <w:r>
              <w:rPr>
                <w:sz w:val="16"/>
              </w:rPr>
              <w:t>Cables</w:t>
            </w:r>
          </w:p>
        </w:tc>
        <w:tc>
          <w:tcPr>
            <w:tcW w:w="3408" w:type="dxa"/>
          </w:tcPr>
          <w:p w14:paraId="68CDD44C" w14:textId="77777777" w:rsidR="00347918" w:rsidRDefault="00000000">
            <w:r>
              <w:rPr>
                <w:sz w:val="16"/>
              </w:rPr>
              <w:t>Protect cables from mechanical damage, water, heat, vehicles and sharp edges.</w:t>
            </w:r>
          </w:p>
        </w:tc>
      </w:tr>
      <w:tr w:rsidR="00347918" w14:paraId="035AA659" w14:textId="77777777">
        <w:trPr>
          <w:jc w:val="center"/>
        </w:trPr>
        <w:tc>
          <w:tcPr>
            <w:tcW w:w="3408" w:type="dxa"/>
          </w:tcPr>
          <w:p w14:paraId="7A97A23A" w14:textId="77777777" w:rsidR="00347918" w:rsidRDefault="00000000">
            <w:r>
              <w:rPr>
                <w:sz w:val="16"/>
              </w:rPr>
              <w:t>10</w:t>
            </w:r>
          </w:p>
        </w:tc>
        <w:tc>
          <w:tcPr>
            <w:tcW w:w="3408" w:type="dxa"/>
          </w:tcPr>
          <w:p w14:paraId="26377B2A" w14:textId="77777777" w:rsidR="00347918" w:rsidRDefault="00000000">
            <w:r>
              <w:rPr>
                <w:sz w:val="16"/>
              </w:rPr>
              <w:t>Wet Areas</w:t>
            </w:r>
          </w:p>
        </w:tc>
        <w:tc>
          <w:tcPr>
            <w:tcW w:w="3408" w:type="dxa"/>
          </w:tcPr>
          <w:p w14:paraId="397CC9E8" w14:textId="77777777" w:rsidR="00347918" w:rsidRDefault="00000000">
            <w:r>
              <w:rPr>
                <w:sz w:val="16"/>
              </w:rPr>
              <w:t>Control electrical work in damp or wet locations using suitable equipment and protection.</w:t>
            </w:r>
          </w:p>
        </w:tc>
      </w:tr>
      <w:tr w:rsidR="00347918" w14:paraId="4D5920DF" w14:textId="77777777">
        <w:trPr>
          <w:jc w:val="center"/>
        </w:trPr>
        <w:tc>
          <w:tcPr>
            <w:tcW w:w="3408" w:type="dxa"/>
          </w:tcPr>
          <w:p w14:paraId="47AC485F" w14:textId="77777777" w:rsidR="00347918" w:rsidRDefault="00000000">
            <w:r>
              <w:rPr>
                <w:sz w:val="16"/>
              </w:rPr>
              <w:t>11</w:t>
            </w:r>
          </w:p>
        </w:tc>
        <w:tc>
          <w:tcPr>
            <w:tcW w:w="3408" w:type="dxa"/>
          </w:tcPr>
          <w:p w14:paraId="37614C83" w14:textId="77777777" w:rsidR="00347918" w:rsidRDefault="00000000">
            <w:r>
              <w:rPr>
                <w:sz w:val="16"/>
              </w:rPr>
              <w:t>Overhead / Underground Services</w:t>
            </w:r>
          </w:p>
        </w:tc>
        <w:tc>
          <w:tcPr>
            <w:tcW w:w="3408" w:type="dxa"/>
          </w:tcPr>
          <w:p w14:paraId="2AC11BED" w14:textId="77777777" w:rsidR="00347918" w:rsidRDefault="00000000">
            <w:r>
              <w:rPr>
                <w:sz w:val="16"/>
              </w:rPr>
              <w:t>Identify services and maintain required clearances or isolation.</w:t>
            </w:r>
          </w:p>
        </w:tc>
      </w:tr>
      <w:tr w:rsidR="00347918" w14:paraId="120F1C3B" w14:textId="77777777">
        <w:trPr>
          <w:jc w:val="center"/>
        </w:trPr>
        <w:tc>
          <w:tcPr>
            <w:tcW w:w="3408" w:type="dxa"/>
          </w:tcPr>
          <w:p w14:paraId="6F4EF9AE" w14:textId="77777777" w:rsidR="00347918" w:rsidRDefault="00000000">
            <w:r>
              <w:rPr>
                <w:sz w:val="16"/>
              </w:rPr>
              <w:lastRenderedPageBreak/>
              <w:t>12</w:t>
            </w:r>
          </w:p>
        </w:tc>
        <w:tc>
          <w:tcPr>
            <w:tcW w:w="3408" w:type="dxa"/>
          </w:tcPr>
          <w:p w14:paraId="43CD6CEA" w14:textId="77777777" w:rsidR="00347918" w:rsidRDefault="00000000">
            <w:r>
              <w:rPr>
                <w:sz w:val="16"/>
              </w:rPr>
              <w:t>Arc Flash</w:t>
            </w:r>
          </w:p>
        </w:tc>
        <w:tc>
          <w:tcPr>
            <w:tcW w:w="3408" w:type="dxa"/>
          </w:tcPr>
          <w:p w14:paraId="3AD82BA5" w14:textId="77777777" w:rsidR="00347918" w:rsidRDefault="00000000">
            <w:r>
              <w:rPr>
                <w:sz w:val="16"/>
              </w:rPr>
              <w:t>Assess arc-flash exposure where applicable and control boundaries/PPE.</w:t>
            </w:r>
          </w:p>
        </w:tc>
      </w:tr>
      <w:tr w:rsidR="00347918" w14:paraId="2E0E01EA" w14:textId="77777777">
        <w:trPr>
          <w:jc w:val="center"/>
        </w:trPr>
        <w:tc>
          <w:tcPr>
            <w:tcW w:w="3408" w:type="dxa"/>
          </w:tcPr>
          <w:p w14:paraId="68BABB41" w14:textId="77777777" w:rsidR="00347918" w:rsidRDefault="00000000">
            <w:r>
              <w:rPr>
                <w:sz w:val="16"/>
              </w:rPr>
              <w:t>13</w:t>
            </w:r>
          </w:p>
        </w:tc>
        <w:tc>
          <w:tcPr>
            <w:tcW w:w="3408" w:type="dxa"/>
          </w:tcPr>
          <w:p w14:paraId="5EAE92D0" w14:textId="77777777" w:rsidR="00347918" w:rsidRDefault="00000000">
            <w:r>
              <w:rPr>
                <w:sz w:val="16"/>
              </w:rPr>
              <w:t>Tools / Test Equipment</w:t>
            </w:r>
          </w:p>
        </w:tc>
        <w:tc>
          <w:tcPr>
            <w:tcW w:w="3408" w:type="dxa"/>
          </w:tcPr>
          <w:p w14:paraId="6A432C79" w14:textId="77777777" w:rsidR="00347918" w:rsidRDefault="00000000">
            <w:r>
              <w:rPr>
                <w:sz w:val="16"/>
              </w:rPr>
              <w:t>Use suitable, inspected and correctly rated insulated tools and test equipment.</w:t>
            </w:r>
          </w:p>
        </w:tc>
      </w:tr>
      <w:tr w:rsidR="00347918" w14:paraId="56C0430F" w14:textId="77777777">
        <w:trPr>
          <w:jc w:val="center"/>
        </w:trPr>
        <w:tc>
          <w:tcPr>
            <w:tcW w:w="3408" w:type="dxa"/>
          </w:tcPr>
          <w:p w14:paraId="6A6C2D52" w14:textId="77777777" w:rsidR="00347918" w:rsidRDefault="00000000">
            <w:r>
              <w:rPr>
                <w:sz w:val="16"/>
              </w:rPr>
              <w:t>14</w:t>
            </w:r>
          </w:p>
        </w:tc>
        <w:tc>
          <w:tcPr>
            <w:tcW w:w="3408" w:type="dxa"/>
          </w:tcPr>
          <w:p w14:paraId="53138F49" w14:textId="77777777" w:rsidR="00347918" w:rsidRDefault="00000000">
            <w:r>
              <w:rPr>
                <w:sz w:val="16"/>
              </w:rPr>
              <w:t>Fire</w:t>
            </w:r>
          </w:p>
        </w:tc>
        <w:tc>
          <w:tcPr>
            <w:tcW w:w="3408" w:type="dxa"/>
          </w:tcPr>
          <w:p w14:paraId="306CBDF6" w14:textId="77777777" w:rsidR="00347918" w:rsidRDefault="00000000">
            <w:r>
              <w:rPr>
                <w:sz w:val="16"/>
              </w:rPr>
              <w:t>Control ignition sources and maintain suitable fire response arrangements.</w:t>
            </w:r>
          </w:p>
        </w:tc>
      </w:tr>
      <w:tr w:rsidR="00347918" w14:paraId="60D0EA6D" w14:textId="77777777">
        <w:trPr>
          <w:jc w:val="center"/>
        </w:trPr>
        <w:tc>
          <w:tcPr>
            <w:tcW w:w="3408" w:type="dxa"/>
          </w:tcPr>
          <w:p w14:paraId="28D9753C" w14:textId="77777777" w:rsidR="00347918" w:rsidRDefault="00000000">
            <w:r>
              <w:rPr>
                <w:sz w:val="16"/>
              </w:rPr>
              <w:t>15</w:t>
            </w:r>
          </w:p>
        </w:tc>
        <w:tc>
          <w:tcPr>
            <w:tcW w:w="3408" w:type="dxa"/>
          </w:tcPr>
          <w:p w14:paraId="39735005" w14:textId="77777777" w:rsidR="00347918" w:rsidRDefault="00000000">
            <w:r>
              <w:rPr>
                <w:sz w:val="16"/>
              </w:rPr>
              <w:t>Emergency</w:t>
            </w:r>
          </w:p>
        </w:tc>
        <w:tc>
          <w:tcPr>
            <w:tcW w:w="3408" w:type="dxa"/>
          </w:tcPr>
          <w:p w14:paraId="17D1A5C3" w14:textId="77777777" w:rsidR="00347918" w:rsidRDefault="00000000">
            <w:r>
              <w:rPr>
                <w:sz w:val="16"/>
              </w:rPr>
              <w:t>Maintain electrical rescue, first aid, fire and emergency isolation arrangements.</w:t>
            </w:r>
          </w:p>
        </w:tc>
      </w:tr>
    </w:tbl>
    <w:p w14:paraId="49BE4777" w14:textId="77777777" w:rsidR="00347918" w:rsidRDefault="00347918"/>
    <w:p w14:paraId="23C88157" w14:textId="77777777" w:rsidR="00347918" w:rsidRDefault="00000000">
      <w:pPr>
        <w:pStyle w:val="Heading1"/>
      </w:pPr>
      <w:r>
        <w:t>7. Equipment and Systems Covered</w:t>
      </w:r>
    </w:p>
    <w:p w14:paraId="5E16A9AA" w14:textId="77777777" w:rsidR="00347918" w:rsidRDefault="00000000">
      <w:r>
        <w:t>The assessment considers distribution boards, switchboards, breakers, isolators, generators, temporary power systems, cables, extension leads, plugs, sockets, portable electrical tools, testing instruments, battery systems, UPS systems, lighting circuits, electrical panels, motors, control equipment, earthing/bonding and electrical protective devices. Equipment must be suitable, inspected and used within its rated limits.</w:t>
      </w:r>
    </w:p>
    <w:p w14:paraId="2677CE67" w14:textId="77777777" w:rsidR="00347918" w:rsidRDefault="00000000">
      <w:pPr>
        <w:pStyle w:val="Heading1"/>
      </w:pPr>
      <w:r>
        <w:t>8. Risk Assessment Methodology</w:t>
      </w:r>
    </w:p>
    <w:p w14:paraId="5D36119E" w14:textId="77777777" w:rsidR="00347918" w:rsidRDefault="00000000">
      <w:r>
        <w:t>Risk is assessed using a 5 × 5 matrix. Risk score = Likelihood × Severity. Initial risk represents exposure before additional controls; residual risk represents the expected risk after the listed additional controls are implemented and verified.</w:t>
      </w:r>
    </w:p>
    <w:p w14:paraId="74985771" w14:textId="77777777" w:rsidR="007A4E7E" w:rsidRDefault="007A4E7E"/>
    <w:tbl>
      <w:tblPr>
        <w:tblStyle w:val="TableGrid"/>
        <w:tblW w:w="0" w:type="auto"/>
        <w:jc w:val="center"/>
        <w:tblLook w:val="04A0" w:firstRow="1" w:lastRow="0" w:firstColumn="1" w:lastColumn="0" w:noHBand="0" w:noVBand="1"/>
      </w:tblPr>
      <w:tblGrid>
        <w:gridCol w:w="5112"/>
        <w:gridCol w:w="5112"/>
      </w:tblGrid>
      <w:tr w:rsidR="00347918" w14:paraId="73CC630F" w14:textId="77777777">
        <w:trPr>
          <w:tblHeader/>
          <w:jc w:val="center"/>
        </w:trPr>
        <w:tc>
          <w:tcPr>
            <w:tcW w:w="5112" w:type="dxa"/>
            <w:shd w:val="clear" w:color="auto" w:fill="0F3D5E"/>
          </w:tcPr>
          <w:p w14:paraId="7E4ED02F" w14:textId="77777777" w:rsidR="00347918" w:rsidRDefault="00000000">
            <w:r>
              <w:rPr>
                <w:b/>
                <w:color w:val="FFFFFF"/>
              </w:rPr>
              <w:t>Likelihood</w:t>
            </w:r>
          </w:p>
        </w:tc>
        <w:tc>
          <w:tcPr>
            <w:tcW w:w="5112" w:type="dxa"/>
            <w:shd w:val="clear" w:color="auto" w:fill="0F3D5E"/>
          </w:tcPr>
          <w:p w14:paraId="30958998" w14:textId="77777777" w:rsidR="00347918" w:rsidRDefault="00000000">
            <w:r>
              <w:rPr>
                <w:b/>
                <w:color w:val="FFFFFF"/>
              </w:rPr>
              <w:t>Description</w:t>
            </w:r>
          </w:p>
        </w:tc>
      </w:tr>
      <w:tr w:rsidR="00347918" w14:paraId="175D2987" w14:textId="77777777">
        <w:trPr>
          <w:jc w:val="center"/>
        </w:trPr>
        <w:tc>
          <w:tcPr>
            <w:tcW w:w="5112" w:type="dxa"/>
          </w:tcPr>
          <w:p w14:paraId="0301244C" w14:textId="77777777" w:rsidR="00347918" w:rsidRDefault="00000000">
            <w:r>
              <w:rPr>
                <w:sz w:val="17"/>
              </w:rPr>
              <w:t>1</w:t>
            </w:r>
          </w:p>
        </w:tc>
        <w:tc>
          <w:tcPr>
            <w:tcW w:w="5112" w:type="dxa"/>
          </w:tcPr>
          <w:p w14:paraId="5DDA362C" w14:textId="77777777" w:rsidR="00347918" w:rsidRDefault="00000000">
            <w:r>
              <w:rPr>
                <w:sz w:val="17"/>
              </w:rPr>
              <w:t>Rare</w:t>
            </w:r>
          </w:p>
        </w:tc>
      </w:tr>
      <w:tr w:rsidR="00347918" w14:paraId="17F4D4C8" w14:textId="77777777">
        <w:trPr>
          <w:jc w:val="center"/>
        </w:trPr>
        <w:tc>
          <w:tcPr>
            <w:tcW w:w="5112" w:type="dxa"/>
          </w:tcPr>
          <w:p w14:paraId="6C0EEDF7" w14:textId="77777777" w:rsidR="00347918" w:rsidRDefault="00000000">
            <w:r>
              <w:rPr>
                <w:sz w:val="17"/>
              </w:rPr>
              <w:t>2</w:t>
            </w:r>
          </w:p>
        </w:tc>
        <w:tc>
          <w:tcPr>
            <w:tcW w:w="5112" w:type="dxa"/>
          </w:tcPr>
          <w:p w14:paraId="13CC1957" w14:textId="77777777" w:rsidR="00347918" w:rsidRDefault="00000000">
            <w:r>
              <w:rPr>
                <w:sz w:val="17"/>
              </w:rPr>
              <w:t>Unlikely</w:t>
            </w:r>
          </w:p>
        </w:tc>
      </w:tr>
      <w:tr w:rsidR="00347918" w14:paraId="2C200550" w14:textId="77777777">
        <w:trPr>
          <w:jc w:val="center"/>
        </w:trPr>
        <w:tc>
          <w:tcPr>
            <w:tcW w:w="5112" w:type="dxa"/>
          </w:tcPr>
          <w:p w14:paraId="2693BCA6" w14:textId="77777777" w:rsidR="00347918" w:rsidRDefault="00000000">
            <w:r>
              <w:rPr>
                <w:sz w:val="17"/>
              </w:rPr>
              <w:t>3</w:t>
            </w:r>
          </w:p>
        </w:tc>
        <w:tc>
          <w:tcPr>
            <w:tcW w:w="5112" w:type="dxa"/>
          </w:tcPr>
          <w:p w14:paraId="0CB8E46E" w14:textId="77777777" w:rsidR="00347918" w:rsidRDefault="00000000">
            <w:r>
              <w:rPr>
                <w:sz w:val="17"/>
              </w:rPr>
              <w:t>Possible</w:t>
            </w:r>
          </w:p>
        </w:tc>
      </w:tr>
      <w:tr w:rsidR="00347918" w14:paraId="1D40A1DC" w14:textId="77777777">
        <w:trPr>
          <w:jc w:val="center"/>
        </w:trPr>
        <w:tc>
          <w:tcPr>
            <w:tcW w:w="5112" w:type="dxa"/>
          </w:tcPr>
          <w:p w14:paraId="63788E20" w14:textId="77777777" w:rsidR="00347918" w:rsidRDefault="00000000">
            <w:r>
              <w:rPr>
                <w:sz w:val="17"/>
              </w:rPr>
              <w:t>4</w:t>
            </w:r>
          </w:p>
        </w:tc>
        <w:tc>
          <w:tcPr>
            <w:tcW w:w="5112" w:type="dxa"/>
          </w:tcPr>
          <w:p w14:paraId="22F14714" w14:textId="77777777" w:rsidR="00347918" w:rsidRDefault="00000000">
            <w:r>
              <w:rPr>
                <w:sz w:val="17"/>
              </w:rPr>
              <w:t>Likely</w:t>
            </w:r>
          </w:p>
        </w:tc>
      </w:tr>
      <w:tr w:rsidR="00347918" w14:paraId="0BF5220C" w14:textId="77777777">
        <w:trPr>
          <w:jc w:val="center"/>
        </w:trPr>
        <w:tc>
          <w:tcPr>
            <w:tcW w:w="5112" w:type="dxa"/>
          </w:tcPr>
          <w:p w14:paraId="538E355C" w14:textId="77777777" w:rsidR="00347918" w:rsidRDefault="00000000">
            <w:r>
              <w:rPr>
                <w:sz w:val="17"/>
              </w:rPr>
              <w:t>5</w:t>
            </w:r>
          </w:p>
        </w:tc>
        <w:tc>
          <w:tcPr>
            <w:tcW w:w="5112" w:type="dxa"/>
          </w:tcPr>
          <w:p w14:paraId="11A1EC5B" w14:textId="77777777" w:rsidR="00347918" w:rsidRDefault="00000000">
            <w:r>
              <w:rPr>
                <w:sz w:val="17"/>
              </w:rPr>
              <w:t>Almost Certain</w:t>
            </w:r>
          </w:p>
        </w:tc>
      </w:tr>
    </w:tbl>
    <w:p w14:paraId="5627E8AB" w14:textId="77777777" w:rsidR="00347918" w:rsidRDefault="00347918"/>
    <w:tbl>
      <w:tblPr>
        <w:tblStyle w:val="TableGrid"/>
        <w:tblW w:w="0" w:type="auto"/>
        <w:jc w:val="center"/>
        <w:tblLook w:val="04A0" w:firstRow="1" w:lastRow="0" w:firstColumn="1" w:lastColumn="0" w:noHBand="0" w:noVBand="1"/>
      </w:tblPr>
      <w:tblGrid>
        <w:gridCol w:w="5112"/>
        <w:gridCol w:w="5112"/>
      </w:tblGrid>
      <w:tr w:rsidR="00347918" w14:paraId="478BB4ED" w14:textId="77777777">
        <w:trPr>
          <w:tblHeader/>
          <w:jc w:val="center"/>
        </w:trPr>
        <w:tc>
          <w:tcPr>
            <w:tcW w:w="5112" w:type="dxa"/>
            <w:shd w:val="clear" w:color="auto" w:fill="0F3D5E"/>
          </w:tcPr>
          <w:p w14:paraId="5415DECE" w14:textId="77777777" w:rsidR="00347918" w:rsidRDefault="00000000">
            <w:r>
              <w:rPr>
                <w:b/>
                <w:color w:val="FFFFFF"/>
              </w:rPr>
              <w:t>Severity</w:t>
            </w:r>
          </w:p>
        </w:tc>
        <w:tc>
          <w:tcPr>
            <w:tcW w:w="5112" w:type="dxa"/>
            <w:shd w:val="clear" w:color="auto" w:fill="0F3D5E"/>
          </w:tcPr>
          <w:p w14:paraId="66117A3F" w14:textId="77777777" w:rsidR="00347918" w:rsidRDefault="00000000">
            <w:r>
              <w:rPr>
                <w:b/>
                <w:color w:val="FFFFFF"/>
              </w:rPr>
              <w:t>Description</w:t>
            </w:r>
          </w:p>
        </w:tc>
      </w:tr>
      <w:tr w:rsidR="00347918" w14:paraId="5CEFCCBA" w14:textId="77777777">
        <w:trPr>
          <w:jc w:val="center"/>
        </w:trPr>
        <w:tc>
          <w:tcPr>
            <w:tcW w:w="5112" w:type="dxa"/>
          </w:tcPr>
          <w:p w14:paraId="55A8D378" w14:textId="77777777" w:rsidR="00347918" w:rsidRDefault="00000000">
            <w:r>
              <w:rPr>
                <w:sz w:val="17"/>
              </w:rPr>
              <w:t>1</w:t>
            </w:r>
          </w:p>
        </w:tc>
        <w:tc>
          <w:tcPr>
            <w:tcW w:w="5112" w:type="dxa"/>
          </w:tcPr>
          <w:p w14:paraId="48C58799" w14:textId="77777777" w:rsidR="00347918" w:rsidRDefault="00000000">
            <w:r>
              <w:rPr>
                <w:sz w:val="17"/>
              </w:rPr>
              <w:t>Minor injury</w:t>
            </w:r>
          </w:p>
        </w:tc>
      </w:tr>
      <w:tr w:rsidR="00347918" w14:paraId="079CE861" w14:textId="77777777">
        <w:trPr>
          <w:jc w:val="center"/>
        </w:trPr>
        <w:tc>
          <w:tcPr>
            <w:tcW w:w="5112" w:type="dxa"/>
          </w:tcPr>
          <w:p w14:paraId="768DD4BB" w14:textId="77777777" w:rsidR="00347918" w:rsidRDefault="00000000">
            <w:r>
              <w:rPr>
                <w:sz w:val="17"/>
              </w:rPr>
              <w:t>2</w:t>
            </w:r>
          </w:p>
        </w:tc>
        <w:tc>
          <w:tcPr>
            <w:tcW w:w="5112" w:type="dxa"/>
          </w:tcPr>
          <w:p w14:paraId="3A270FFB" w14:textId="77777777" w:rsidR="00347918" w:rsidRDefault="00000000">
            <w:r>
              <w:rPr>
                <w:sz w:val="17"/>
              </w:rPr>
              <w:t>First-aid injury</w:t>
            </w:r>
          </w:p>
        </w:tc>
      </w:tr>
      <w:tr w:rsidR="00347918" w14:paraId="75759941" w14:textId="77777777">
        <w:trPr>
          <w:jc w:val="center"/>
        </w:trPr>
        <w:tc>
          <w:tcPr>
            <w:tcW w:w="5112" w:type="dxa"/>
          </w:tcPr>
          <w:p w14:paraId="298B7CB3" w14:textId="77777777" w:rsidR="00347918" w:rsidRDefault="00000000">
            <w:r>
              <w:rPr>
                <w:sz w:val="17"/>
              </w:rPr>
              <w:t>3</w:t>
            </w:r>
          </w:p>
        </w:tc>
        <w:tc>
          <w:tcPr>
            <w:tcW w:w="5112" w:type="dxa"/>
          </w:tcPr>
          <w:p w14:paraId="673B9FFD" w14:textId="77777777" w:rsidR="00347918" w:rsidRDefault="00000000">
            <w:r>
              <w:rPr>
                <w:sz w:val="17"/>
              </w:rPr>
              <w:t>Medical treatment injury</w:t>
            </w:r>
          </w:p>
        </w:tc>
      </w:tr>
      <w:tr w:rsidR="00347918" w14:paraId="31A31F4E" w14:textId="77777777">
        <w:trPr>
          <w:jc w:val="center"/>
        </w:trPr>
        <w:tc>
          <w:tcPr>
            <w:tcW w:w="5112" w:type="dxa"/>
          </w:tcPr>
          <w:p w14:paraId="3B85457B" w14:textId="77777777" w:rsidR="00347918" w:rsidRDefault="00000000">
            <w:r>
              <w:rPr>
                <w:sz w:val="17"/>
              </w:rPr>
              <w:t>4</w:t>
            </w:r>
          </w:p>
        </w:tc>
        <w:tc>
          <w:tcPr>
            <w:tcW w:w="5112" w:type="dxa"/>
          </w:tcPr>
          <w:p w14:paraId="02C744B2" w14:textId="77777777" w:rsidR="00347918" w:rsidRDefault="00000000">
            <w:r>
              <w:rPr>
                <w:sz w:val="17"/>
              </w:rPr>
              <w:t>Serious / major injury</w:t>
            </w:r>
          </w:p>
        </w:tc>
      </w:tr>
      <w:tr w:rsidR="00347918" w14:paraId="6EA1E6CF" w14:textId="77777777">
        <w:trPr>
          <w:jc w:val="center"/>
        </w:trPr>
        <w:tc>
          <w:tcPr>
            <w:tcW w:w="5112" w:type="dxa"/>
          </w:tcPr>
          <w:p w14:paraId="59F4C77B" w14:textId="77777777" w:rsidR="00347918" w:rsidRDefault="00000000">
            <w:r>
              <w:rPr>
                <w:sz w:val="17"/>
              </w:rPr>
              <w:t>5</w:t>
            </w:r>
          </w:p>
        </w:tc>
        <w:tc>
          <w:tcPr>
            <w:tcW w:w="5112" w:type="dxa"/>
          </w:tcPr>
          <w:p w14:paraId="1E95A9DB" w14:textId="77777777" w:rsidR="00347918" w:rsidRDefault="00000000">
            <w:r>
              <w:rPr>
                <w:sz w:val="17"/>
              </w:rPr>
              <w:t>Fatality / catastrophic consequence</w:t>
            </w:r>
          </w:p>
        </w:tc>
      </w:tr>
    </w:tbl>
    <w:p w14:paraId="54209280" w14:textId="77777777" w:rsidR="00347918" w:rsidRDefault="00347918"/>
    <w:p w14:paraId="00A129B9" w14:textId="77777777" w:rsidR="00347918" w:rsidRDefault="00000000">
      <w:pPr>
        <w:pStyle w:val="Heading1"/>
      </w:pPr>
      <w:r>
        <w:t>9. Risk Classification</w:t>
      </w:r>
    </w:p>
    <w:tbl>
      <w:tblPr>
        <w:tblStyle w:val="TableGrid"/>
        <w:tblW w:w="0" w:type="auto"/>
        <w:jc w:val="center"/>
        <w:tblLook w:val="04A0" w:firstRow="1" w:lastRow="0" w:firstColumn="1" w:lastColumn="0" w:noHBand="0" w:noVBand="1"/>
      </w:tblPr>
      <w:tblGrid>
        <w:gridCol w:w="3408"/>
        <w:gridCol w:w="3408"/>
        <w:gridCol w:w="3408"/>
      </w:tblGrid>
      <w:tr w:rsidR="00347918" w14:paraId="26539011" w14:textId="77777777">
        <w:trPr>
          <w:tblHeader/>
          <w:jc w:val="center"/>
        </w:trPr>
        <w:tc>
          <w:tcPr>
            <w:tcW w:w="3408" w:type="dxa"/>
            <w:shd w:val="clear" w:color="auto" w:fill="0F3D5E"/>
          </w:tcPr>
          <w:p w14:paraId="41CA3CEE" w14:textId="77777777" w:rsidR="00347918" w:rsidRDefault="00000000">
            <w:r>
              <w:rPr>
                <w:b/>
                <w:color w:val="FFFFFF"/>
              </w:rPr>
              <w:t>Score</w:t>
            </w:r>
          </w:p>
        </w:tc>
        <w:tc>
          <w:tcPr>
            <w:tcW w:w="3408" w:type="dxa"/>
            <w:shd w:val="clear" w:color="auto" w:fill="0F3D5E"/>
          </w:tcPr>
          <w:p w14:paraId="06903C13" w14:textId="77777777" w:rsidR="00347918" w:rsidRDefault="00000000">
            <w:r>
              <w:rPr>
                <w:b/>
                <w:color w:val="FFFFFF"/>
              </w:rPr>
              <w:t>Risk Level</w:t>
            </w:r>
          </w:p>
        </w:tc>
        <w:tc>
          <w:tcPr>
            <w:tcW w:w="3408" w:type="dxa"/>
            <w:shd w:val="clear" w:color="auto" w:fill="0F3D5E"/>
          </w:tcPr>
          <w:p w14:paraId="665D5A06" w14:textId="77777777" w:rsidR="00347918" w:rsidRDefault="00000000">
            <w:r>
              <w:rPr>
                <w:b/>
                <w:color w:val="FFFFFF"/>
              </w:rPr>
              <w:t>General Action</w:t>
            </w:r>
          </w:p>
        </w:tc>
      </w:tr>
      <w:tr w:rsidR="00347918" w14:paraId="1A6B8291" w14:textId="77777777">
        <w:trPr>
          <w:jc w:val="center"/>
        </w:trPr>
        <w:tc>
          <w:tcPr>
            <w:tcW w:w="3408" w:type="dxa"/>
          </w:tcPr>
          <w:p w14:paraId="6ECAA7A0" w14:textId="77777777" w:rsidR="00347918" w:rsidRDefault="00000000">
            <w:r>
              <w:rPr>
                <w:sz w:val="17"/>
              </w:rPr>
              <w:t>1–4</w:t>
            </w:r>
          </w:p>
        </w:tc>
        <w:tc>
          <w:tcPr>
            <w:tcW w:w="3408" w:type="dxa"/>
          </w:tcPr>
          <w:p w14:paraId="6F8DA1F4" w14:textId="77777777" w:rsidR="00347918" w:rsidRDefault="00000000">
            <w:r>
              <w:rPr>
                <w:sz w:val="17"/>
              </w:rPr>
              <w:t>Low</w:t>
            </w:r>
          </w:p>
        </w:tc>
        <w:tc>
          <w:tcPr>
            <w:tcW w:w="3408" w:type="dxa"/>
          </w:tcPr>
          <w:p w14:paraId="278AFF29" w14:textId="77777777" w:rsidR="00347918" w:rsidRDefault="00000000">
            <w:r>
              <w:rPr>
                <w:sz w:val="17"/>
              </w:rPr>
              <w:t>Maintain controls and monitor.</w:t>
            </w:r>
          </w:p>
        </w:tc>
      </w:tr>
      <w:tr w:rsidR="00347918" w14:paraId="706803AD" w14:textId="77777777">
        <w:trPr>
          <w:jc w:val="center"/>
        </w:trPr>
        <w:tc>
          <w:tcPr>
            <w:tcW w:w="3408" w:type="dxa"/>
          </w:tcPr>
          <w:p w14:paraId="297CB0C5" w14:textId="77777777" w:rsidR="00347918" w:rsidRDefault="00000000">
            <w:r>
              <w:rPr>
                <w:sz w:val="17"/>
              </w:rPr>
              <w:t>5–9</w:t>
            </w:r>
          </w:p>
        </w:tc>
        <w:tc>
          <w:tcPr>
            <w:tcW w:w="3408" w:type="dxa"/>
          </w:tcPr>
          <w:p w14:paraId="2F9642F8" w14:textId="77777777" w:rsidR="00347918" w:rsidRDefault="00000000">
            <w:r>
              <w:rPr>
                <w:sz w:val="17"/>
              </w:rPr>
              <w:t>Medium</w:t>
            </w:r>
          </w:p>
        </w:tc>
        <w:tc>
          <w:tcPr>
            <w:tcW w:w="3408" w:type="dxa"/>
          </w:tcPr>
          <w:p w14:paraId="3293EFEC" w14:textId="77777777" w:rsidR="00347918" w:rsidRDefault="00000000">
            <w:r>
              <w:rPr>
                <w:sz w:val="17"/>
              </w:rPr>
              <w:t>Improve controls where reasonably practicable.</w:t>
            </w:r>
          </w:p>
        </w:tc>
      </w:tr>
      <w:tr w:rsidR="00347918" w14:paraId="2025838C" w14:textId="77777777">
        <w:trPr>
          <w:jc w:val="center"/>
        </w:trPr>
        <w:tc>
          <w:tcPr>
            <w:tcW w:w="3408" w:type="dxa"/>
          </w:tcPr>
          <w:p w14:paraId="616206F8" w14:textId="77777777" w:rsidR="00347918" w:rsidRDefault="00000000">
            <w:r>
              <w:rPr>
                <w:sz w:val="17"/>
              </w:rPr>
              <w:t>10–16</w:t>
            </w:r>
          </w:p>
        </w:tc>
        <w:tc>
          <w:tcPr>
            <w:tcW w:w="3408" w:type="dxa"/>
          </w:tcPr>
          <w:p w14:paraId="08B25381" w14:textId="77777777" w:rsidR="00347918" w:rsidRDefault="00000000">
            <w:r>
              <w:rPr>
                <w:sz w:val="17"/>
              </w:rPr>
              <w:t>High</w:t>
            </w:r>
          </w:p>
        </w:tc>
        <w:tc>
          <w:tcPr>
            <w:tcW w:w="3408" w:type="dxa"/>
          </w:tcPr>
          <w:p w14:paraId="3C3A358F" w14:textId="77777777" w:rsidR="00347918" w:rsidRDefault="00000000">
            <w:r>
              <w:rPr>
                <w:sz w:val="17"/>
              </w:rPr>
              <w:t>Immediate management attention and additional controls required.</w:t>
            </w:r>
          </w:p>
        </w:tc>
      </w:tr>
      <w:tr w:rsidR="00347918" w14:paraId="17475DC9" w14:textId="77777777">
        <w:trPr>
          <w:jc w:val="center"/>
        </w:trPr>
        <w:tc>
          <w:tcPr>
            <w:tcW w:w="3408" w:type="dxa"/>
          </w:tcPr>
          <w:p w14:paraId="5A34481B" w14:textId="77777777" w:rsidR="00347918" w:rsidRDefault="00000000">
            <w:r>
              <w:rPr>
                <w:sz w:val="17"/>
              </w:rPr>
              <w:t>17–25</w:t>
            </w:r>
          </w:p>
        </w:tc>
        <w:tc>
          <w:tcPr>
            <w:tcW w:w="3408" w:type="dxa"/>
          </w:tcPr>
          <w:p w14:paraId="22BF2122" w14:textId="77777777" w:rsidR="00347918" w:rsidRDefault="00000000">
            <w:r>
              <w:rPr>
                <w:sz w:val="17"/>
              </w:rPr>
              <w:t>Very High</w:t>
            </w:r>
          </w:p>
        </w:tc>
        <w:tc>
          <w:tcPr>
            <w:tcW w:w="3408" w:type="dxa"/>
          </w:tcPr>
          <w:p w14:paraId="1966C95B" w14:textId="77777777" w:rsidR="00347918" w:rsidRDefault="00000000">
            <w:r>
              <w:rPr>
                <w:sz w:val="17"/>
              </w:rPr>
              <w:t>Work should not proceed until adequate controls reduce the risk.</w:t>
            </w:r>
          </w:p>
        </w:tc>
      </w:tr>
    </w:tbl>
    <w:p w14:paraId="27E5A490" w14:textId="77777777" w:rsidR="00347918" w:rsidRDefault="00347918"/>
    <w:p w14:paraId="2FE6F929" w14:textId="77777777" w:rsidR="00347918" w:rsidRDefault="00000000">
      <w:pPr>
        <w:pStyle w:val="Heading1"/>
      </w:pPr>
      <w:r>
        <w:lastRenderedPageBreak/>
        <w:t>10. 5 × 5 Risk Matrix</w:t>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347918" w14:paraId="34B454D5" w14:textId="77777777">
        <w:trPr>
          <w:tblHeader/>
          <w:jc w:val="center"/>
        </w:trPr>
        <w:tc>
          <w:tcPr>
            <w:tcW w:w="1704" w:type="dxa"/>
            <w:shd w:val="clear" w:color="auto" w:fill="0F3D5E"/>
          </w:tcPr>
          <w:p w14:paraId="4AF1735C" w14:textId="77777777" w:rsidR="00347918" w:rsidRDefault="00000000">
            <w:r>
              <w:rPr>
                <w:b/>
                <w:color w:val="FFFFFF"/>
              </w:rPr>
              <w:t>Likelihood ↓ / Severity →</w:t>
            </w:r>
          </w:p>
        </w:tc>
        <w:tc>
          <w:tcPr>
            <w:tcW w:w="1704" w:type="dxa"/>
            <w:shd w:val="clear" w:color="auto" w:fill="0F3D5E"/>
          </w:tcPr>
          <w:p w14:paraId="2BE3659E" w14:textId="77777777" w:rsidR="00347918" w:rsidRDefault="00000000">
            <w:r>
              <w:rPr>
                <w:b/>
                <w:color w:val="FFFFFF"/>
              </w:rPr>
              <w:t>1</w:t>
            </w:r>
          </w:p>
        </w:tc>
        <w:tc>
          <w:tcPr>
            <w:tcW w:w="1704" w:type="dxa"/>
            <w:shd w:val="clear" w:color="auto" w:fill="0F3D5E"/>
          </w:tcPr>
          <w:p w14:paraId="4DBE2608" w14:textId="77777777" w:rsidR="00347918" w:rsidRDefault="00000000">
            <w:r>
              <w:rPr>
                <w:b/>
                <w:color w:val="FFFFFF"/>
              </w:rPr>
              <w:t>2</w:t>
            </w:r>
          </w:p>
        </w:tc>
        <w:tc>
          <w:tcPr>
            <w:tcW w:w="1704" w:type="dxa"/>
            <w:shd w:val="clear" w:color="auto" w:fill="0F3D5E"/>
          </w:tcPr>
          <w:p w14:paraId="12C5CD43" w14:textId="77777777" w:rsidR="00347918" w:rsidRDefault="00000000">
            <w:r>
              <w:rPr>
                <w:b/>
                <w:color w:val="FFFFFF"/>
              </w:rPr>
              <w:t>3</w:t>
            </w:r>
          </w:p>
        </w:tc>
        <w:tc>
          <w:tcPr>
            <w:tcW w:w="1704" w:type="dxa"/>
            <w:shd w:val="clear" w:color="auto" w:fill="0F3D5E"/>
          </w:tcPr>
          <w:p w14:paraId="49603A56" w14:textId="77777777" w:rsidR="00347918" w:rsidRDefault="00000000">
            <w:r>
              <w:rPr>
                <w:b/>
                <w:color w:val="FFFFFF"/>
              </w:rPr>
              <w:t>4</w:t>
            </w:r>
          </w:p>
        </w:tc>
        <w:tc>
          <w:tcPr>
            <w:tcW w:w="1704" w:type="dxa"/>
            <w:shd w:val="clear" w:color="auto" w:fill="0F3D5E"/>
          </w:tcPr>
          <w:p w14:paraId="0BAADB86" w14:textId="77777777" w:rsidR="00347918" w:rsidRDefault="00000000">
            <w:r>
              <w:rPr>
                <w:b/>
                <w:color w:val="FFFFFF"/>
              </w:rPr>
              <w:t>5</w:t>
            </w:r>
          </w:p>
        </w:tc>
      </w:tr>
      <w:tr w:rsidR="00347918" w14:paraId="38BABB12" w14:textId="77777777">
        <w:trPr>
          <w:jc w:val="center"/>
        </w:trPr>
        <w:tc>
          <w:tcPr>
            <w:tcW w:w="1704" w:type="dxa"/>
          </w:tcPr>
          <w:p w14:paraId="05274F37" w14:textId="77777777" w:rsidR="00347918" w:rsidRDefault="00000000">
            <w:r>
              <w:rPr>
                <w:sz w:val="17"/>
              </w:rPr>
              <w:t>5 Almost Certain</w:t>
            </w:r>
          </w:p>
        </w:tc>
        <w:tc>
          <w:tcPr>
            <w:tcW w:w="1704" w:type="dxa"/>
          </w:tcPr>
          <w:p w14:paraId="5016B0AB" w14:textId="77777777" w:rsidR="00347918" w:rsidRDefault="00000000">
            <w:r>
              <w:rPr>
                <w:sz w:val="17"/>
              </w:rPr>
              <w:t>5</w:t>
            </w:r>
          </w:p>
        </w:tc>
        <w:tc>
          <w:tcPr>
            <w:tcW w:w="1704" w:type="dxa"/>
          </w:tcPr>
          <w:p w14:paraId="11847919" w14:textId="77777777" w:rsidR="00347918" w:rsidRDefault="00000000">
            <w:r>
              <w:rPr>
                <w:sz w:val="17"/>
              </w:rPr>
              <w:t>10</w:t>
            </w:r>
          </w:p>
        </w:tc>
        <w:tc>
          <w:tcPr>
            <w:tcW w:w="1704" w:type="dxa"/>
          </w:tcPr>
          <w:p w14:paraId="222679EB" w14:textId="77777777" w:rsidR="00347918" w:rsidRDefault="00000000">
            <w:r>
              <w:rPr>
                <w:sz w:val="17"/>
              </w:rPr>
              <w:t>15</w:t>
            </w:r>
          </w:p>
        </w:tc>
        <w:tc>
          <w:tcPr>
            <w:tcW w:w="1704" w:type="dxa"/>
          </w:tcPr>
          <w:p w14:paraId="391FEAF0" w14:textId="77777777" w:rsidR="00347918" w:rsidRDefault="00000000">
            <w:r>
              <w:rPr>
                <w:sz w:val="17"/>
              </w:rPr>
              <w:t>20</w:t>
            </w:r>
          </w:p>
        </w:tc>
        <w:tc>
          <w:tcPr>
            <w:tcW w:w="1704" w:type="dxa"/>
          </w:tcPr>
          <w:p w14:paraId="1884C65E" w14:textId="77777777" w:rsidR="00347918" w:rsidRDefault="00000000">
            <w:r>
              <w:rPr>
                <w:sz w:val="17"/>
              </w:rPr>
              <w:t>25</w:t>
            </w:r>
          </w:p>
        </w:tc>
      </w:tr>
      <w:tr w:rsidR="00347918" w14:paraId="135D875E" w14:textId="77777777">
        <w:trPr>
          <w:jc w:val="center"/>
        </w:trPr>
        <w:tc>
          <w:tcPr>
            <w:tcW w:w="1704" w:type="dxa"/>
          </w:tcPr>
          <w:p w14:paraId="6EA780D8" w14:textId="77777777" w:rsidR="00347918" w:rsidRDefault="00000000">
            <w:r>
              <w:rPr>
                <w:sz w:val="17"/>
              </w:rPr>
              <w:t>4 Likely</w:t>
            </w:r>
          </w:p>
        </w:tc>
        <w:tc>
          <w:tcPr>
            <w:tcW w:w="1704" w:type="dxa"/>
          </w:tcPr>
          <w:p w14:paraId="2B06E079" w14:textId="77777777" w:rsidR="00347918" w:rsidRDefault="00000000">
            <w:r>
              <w:rPr>
                <w:sz w:val="17"/>
              </w:rPr>
              <w:t>4</w:t>
            </w:r>
          </w:p>
        </w:tc>
        <w:tc>
          <w:tcPr>
            <w:tcW w:w="1704" w:type="dxa"/>
          </w:tcPr>
          <w:p w14:paraId="41DE3B21" w14:textId="77777777" w:rsidR="00347918" w:rsidRDefault="00000000">
            <w:r>
              <w:rPr>
                <w:sz w:val="17"/>
              </w:rPr>
              <w:t>8</w:t>
            </w:r>
          </w:p>
        </w:tc>
        <w:tc>
          <w:tcPr>
            <w:tcW w:w="1704" w:type="dxa"/>
          </w:tcPr>
          <w:p w14:paraId="058F2B2C" w14:textId="77777777" w:rsidR="00347918" w:rsidRDefault="00000000">
            <w:r>
              <w:rPr>
                <w:sz w:val="17"/>
              </w:rPr>
              <w:t>12</w:t>
            </w:r>
          </w:p>
        </w:tc>
        <w:tc>
          <w:tcPr>
            <w:tcW w:w="1704" w:type="dxa"/>
          </w:tcPr>
          <w:p w14:paraId="6077E3B7" w14:textId="77777777" w:rsidR="00347918" w:rsidRDefault="00000000">
            <w:r>
              <w:rPr>
                <w:sz w:val="17"/>
              </w:rPr>
              <w:t>16</w:t>
            </w:r>
          </w:p>
        </w:tc>
        <w:tc>
          <w:tcPr>
            <w:tcW w:w="1704" w:type="dxa"/>
          </w:tcPr>
          <w:p w14:paraId="7267CE2D" w14:textId="77777777" w:rsidR="00347918" w:rsidRDefault="00000000">
            <w:r>
              <w:rPr>
                <w:sz w:val="17"/>
              </w:rPr>
              <w:t>20</w:t>
            </w:r>
          </w:p>
        </w:tc>
      </w:tr>
      <w:tr w:rsidR="00347918" w14:paraId="0D42BDAA" w14:textId="77777777">
        <w:trPr>
          <w:jc w:val="center"/>
        </w:trPr>
        <w:tc>
          <w:tcPr>
            <w:tcW w:w="1704" w:type="dxa"/>
          </w:tcPr>
          <w:p w14:paraId="061ECDBC" w14:textId="77777777" w:rsidR="00347918" w:rsidRDefault="00000000">
            <w:r>
              <w:rPr>
                <w:sz w:val="17"/>
              </w:rPr>
              <w:t>3 Possible</w:t>
            </w:r>
          </w:p>
        </w:tc>
        <w:tc>
          <w:tcPr>
            <w:tcW w:w="1704" w:type="dxa"/>
          </w:tcPr>
          <w:p w14:paraId="66C75BB1" w14:textId="77777777" w:rsidR="00347918" w:rsidRDefault="00000000">
            <w:r>
              <w:rPr>
                <w:sz w:val="17"/>
              </w:rPr>
              <w:t>3</w:t>
            </w:r>
          </w:p>
        </w:tc>
        <w:tc>
          <w:tcPr>
            <w:tcW w:w="1704" w:type="dxa"/>
          </w:tcPr>
          <w:p w14:paraId="09159090" w14:textId="77777777" w:rsidR="00347918" w:rsidRDefault="00000000">
            <w:r>
              <w:rPr>
                <w:sz w:val="17"/>
              </w:rPr>
              <w:t>6</w:t>
            </w:r>
          </w:p>
        </w:tc>
        <w:tc>
          <w:tcPr>
            <w:tcW w:w="1704" w:type="dxa"/>
          </w:tcPr>
          <w:p w14:paraId="1B579013" w14:textId="77777777" w:rsidR="00347918" w:rsidRDefault="00000000">
            <w:r>
              <w:rPr>
                <w:sz w:val="17"/>
              </w:rPr>
              <w:t>9</w:t>
            </w:r>
          </w:p>
        </w:tc>
        <w:tc>
          <w:tcPr>
            <w:tcW w:w="1704" w:type="dxa"/>
          </w:tcPr>
          <w:p w14:paraId="093EDF61" w14:textId="77777777" w:rsidR="00347918" w:rsidRDefault="00000000">
            <w:r>
              <w:rPr>
                <w:sz w:val="17"/>
              </w:rPr>
              <w:t>12</w:t>
            </w:r>
          </w:p>
        </w:tc>
        <w:tc>
          <w:tcPr>
            <w:tcW w:w="1704" w:type="dxa"/>
          </w:tcPr>
          <w:p w14:paraId="4C0C41BD" w14:textId="77777777" w:rsidR="00347918" w:rsidRDefault="00000000">
            <w:r>
              <w:rPr>
                <w:sz w:val="17"/>
              </w:rPr>
              <w:t>15</w:t>
            </w:r>
          </w:p>
        </w:tc>
      </w:tr>
      <w:tr w:rsidR="00347918" w14:paraId="78EC7B21" w14:textId="77777777">
        <w:trPr>
          <w:jc w:val="center"/>
        </w:trPr>
        <w:tc>
          <w:tcPr>
            <w:tcW w:w="1704" w:type="dxa"/>
          </w:tcPr>
          <w:p w14:paraId="5472D99B" w14:textId="77777777" w:rsidR="00347918" w:rsidRDefault="00000000">
            <w:r>
              <w:rPr>
                <w:sz w:val="17"/>
              </w:rPr>
              <w:t>2 Unlikely</w:t>
            </w:r>
          </w:p>
        </w:tc>
        <w:tc>
          <w:tcPr>
            <w:tcW w:w="1704" w:type="dxa"/>
          </w:tcPr>
          <w:p w14:paraId="5512E7A6" w14:textId="77777777" w:rsidR="00347918" w:rsidRDefault="00000000">
            <w:r>
              <w:rPr>
                <w:sz w:val="17"/>
              </w:rPr>
              <w:t>2</w:t>
            </w:r>
          </w:p>
        </w:tc>
        <w:tc>
          <w:tcPr>
            <w:tcW w:w="1704" w:type="dxa"/>
          </w:tcPr>
          <w:p w14:paraId="514DAB10" w14:textId="77777777" w:rsidR="00347918" w:rsidRDefault="00000000">
            <w:r>
              <w:rPr>
                <w:sz w:val="17"/>
              </w:rPr>
              <w:t>4</w:t>
            </w:r>
          </w:p>
        </w:tc>
        <w:tc>
          <w:tcPr>
            <w:tcW w:w="1704" w:type="dxa"/>
          </w:tcPr>
          <w:p w14:paraId="2BA863E6" w14:textId="77777777" w:rsidR="00347918" w:rsidRDefault="00000000">
            <w:r>
              <w:rPr>
                <w:sz w:val="17"/>
              </w:rPr>
              <w:t>6</w:t>
            </w:r>
          </w:p>
        </w:tc>
        <w:tc>
          <w:tcPr>
            <w:tcW w:w="1704" w:type="dxa"/>
          </w:tcPr>
          <w:p w14:paraId="760D3549" w14:textId="77777777" w:rsidR="00347918" w:rsidRDefault="00000000">
            <w:r>
              <w:rPr>
                <w:sz w:val="17"/>
              </w:rPr>
              <w:t>8</w:t>
            </w:r>
          </w:p>
        </w:tc>
        <w:tc>
          <w:tcPr>
            <w:tcW w:w="1704" w:type="dxa"/>
          </w:tcPr>
          <w:p w14:paraId="73C21D57" w14:textId="77777777" w:rsidR="00347918" w:rsidRDefault="00000000">
            <w:r>
              <w:rPr>
                <w:sz w:val="17"/>
              </w:rPr>
              <w:t>10</w:t>
            </w:r>
          </w:p>
        </w:tc>
      </w:tr>
      <w:tr w:rsidR="00347918" w14:paraId="7147A8BE" w14:textId="77777777">
        <w:trPr>
          <w:jc w:val="center"/>
        </w:trPr>
        <w:tc>
          <w:tcPr>
            <w:tcW w:w="1704" w:type="dxa"/>
          </w:tcPr>
          <w:p w14:paraId="233C89D1" w14:textId="77777777" w:rsidR="00347918" w:rsidRDefault="00000000">
            <w:r>
              <w:rPr>
                <w:sz w:val="17"/>
              </w:rPr>
              <w:t>1 Rare</w:t>
            </w:r>
          </w:p>
        </w:tc>
        <w:tc>
          <w:tcPr>
            <w:tcW w:w="1704" w:type="dxa"/>
          </w:tcPr>
          <w:p w14:paraId="647FCEE5" w14:textId="77777777" w:rsidR="00347918" w:rsidRDefault="00000000">
            <w:r>
              <w:rPr>
                <w:sz w:val="17"/>
              </w:rPr>
              <w:t>1</w:t>
            </w:r>
          </w:p>
        </w:tc>
        <w:tc>
          <w:tcPr>
            <w:tcW w:w="1704" w:type="dxa"/>
          </w:tcPr>
          <w:p w14:paraId="16311B55" w14:textId="77777777" w:rsidR="00347918" w:rsidRDefault="00000000">
            <w:r>
              <w:rPr>
                <w:sz w:val="17"/>
              </w:rPr>
              <w:t>2</w:t>
            </w:r>
          </w:p>
        </w:tc>
        <w:tc>
          <w:tcPr>
            <w:tcW w:w="1704" w:type="dxa"/>
          </w:tcPr>
          <w:p w14:paraId="74F2542F" w14:textId="77777777" w:rsidR="00347918" w:rsidRDefault="00000000">
            <w:r>
              <w:rPr>
                <w:sz w:val="17"/>
              </w:rPr>
              <w:t>3</w:t>
            </w:r>
          </w:p>
        </w:tc>
        <w:tc>
          <w:tcPr>
            <w:tcW w:w="1704" w:type="dxa"/>
          </w:tcPr>
          <w:p w14:paraId="0F9473C8" w14:textId="77777777" w:rsidR="00347918" w:rsidRDefault="00000000">
            <w:r>
              <w:rPr>
                <w:sz w:val="17"/>
              </w:rPr>
              <w:t>4</w:t>
            </w:r>
          </w:p>
        </w:tc>
        <w:tc>
          <w:tcPr>
            <w:tcW w:w="1704" w:type="dxa"/>
          </w:tcPr>
          <w:p w14:paraId="4D2A77ED" w14:textId="77777777" w:rsidR="00347918" w:rsidRDefault="00000000">
            <w:r>
              <w:rPr>
                <w:sz w:val="17"/>
              </w:rPr>
              <w:t>5</w:t>
            </w:r>
          </w:p>
        </w:tc>
      </w:tr>
    </w:tbl>
    <w:p w14:paraId="65218592" w14:textId="77777777" w:rsidR="00347918" w:rsidRDefault="00347918"/>
    <w:p w14:paraId="520E1851" w14:textId="135F6E15" w:rsidR="00347918" w:rsidRDefault="00347918"/>
    <w:p w14:paraId="01C7B2F2" w14:textId="77777777" w:rsidR="00347918" w:rsidRDefault="00000000">
      <w:pPr>
        <w:pStyle w:val="Heading1"/>
      </w:pPr>
      <w:r>
        <w:t>11. Detailed Electrical Work Risk Assessment</w:t>
      </w:r>
    </w:p>
    <w:p w14:paraId="6528A762" w14:textId="77777777" w:rsidR="00347918" w:rsidRDefault="00000000">
      <w:r>
        <w:t>The following assessment addresses representative electrical-work hazards. Risk ratings are reference values and must be verified against the actual electrical system, voltage, equipment, work method, environment and isolation arrangements before implementation.</w:t>
      </w:r>
    </w:p>
    <w:p w14:paraId="63AA40A8" w14:textId="77777777" w:rsidR="00347918" w:rsidRDefault="00347918">
      <w:pPr>
        <w:sectPr w:rsidR="00347918">
          <w:headerReference w:type="default" r:id="rId8"/>
          <w:footerReference w:type="default" r:id="rId9"/>
          <w:pgSz w:w="12240" w:h="15840"/>
          <w:pgMar w:top="936" w:right="1008" w:bottom="936" w:left="1008" w:header="720" w:footer="720" w:gutter="0"/>
          <w:cols w:space="720"/>
          <w:docGrid w:linePitch="360"/>
        </w:sectPr>
      </w:pPr>
    </w:p>
    <w:tbl>
      <w:tblPr>
        <w:tblStyle w:val="TableGrid"/>
        <w:tblW w:w="0" w:type="auto"/>
        <w:jc w:val="center"/>
        <w:tblLook w:val="04A0" w:firstRow="1" w:lastRow="0" w:firstColumn="1" w:lastColumn="0" w:noHBand="0" w:noVBand="1"/>
      </w:tblPr>
      <w:tblGrid>
        <w:gridCol w:w="501"/>
        <w:gridCol w:w="962"/>
        <w:gridCol w:w="1169"/>
        <w:gridCol w:w="880"/>
        <w:gridCol w:w="1442"/>
        <w:gridCol w:w="1015"/>
        <w:gridCol w:w="684"/>
        <w:gridCol w:w="684"/>
        <w:gridCol w:w="689"/>
        <w:gridCol w:w="684"/>
        <w:gridCol w:w="1249"/>
        <w:gridCol w:w="929"/>
        <w:gridCol w:w="929"/>
        <w:gridCol w:w="929"/>
        <w:gridCol w:w="929"/>
        <w:gridCol w:w="1229"/>
      </w:tblGrid>
      <w:tr w:rsidR="00347918" w14:paraId="159E2F8A" w14:textId="77777777">
        <w:trPr>
          <w:tblHeader/>
          <w:jc w:val="center"/>
        </w:trPr>
        <w:tc>
          <w:tcPr>
            <w:tcW w:w="918" w:type="dxa"/>
            <w:shd w:val="clear" w:color="auto" w:fill="0F3D5E"/>
          </w:tcPr>
          <w:p w14:paraId="157F46A6" w14:textId="77777777" w:rsidR="00347918" w:rsidRDefault="00000000">
            <w:r>
              <w:rPr>
                <w:b/>
                <w:color w:val="FFFFFF"/>
              </w:rPr>
              <w:lastRenderedPageBreak/>
              <w:t>No.</w:t>
            </w:r>
          </w:p>
        </w:tc>
        <w:tc>
          <w:tcPr>
            <w:tcW w:w="918" w:type="dxa"/>
            <w:shd w:val="clear" w:color="auto" w:fill="0F3D5E"/>
          </w:tcPr>
          <w:p w14:paraId="4EC60B12" w14:textId="77777777" w:rsidR="00347918" w:rsidRDefault="00000000">
            <w:r>
              <w:rPr>
                <w:b/>
                <w:color w:val="FFFFFF"/>
              </w:rPr>
              <w:t>Activity / Hazard</w:t>
            </w:r>
          </w:p>
        </w:tc>
        <w:tc>
          <w:tcPr>
            <w:tcW w:w="918" w:type="dxa"/>
            <w:shd w:val="clear" w:color="auto" w:fill="0F3D5E"/>
          </w:tcPr>
          <w:p w14:paraId="1EA3974B" w14:textId="77777777" w:rsidR="00347918" w:rsidRDefault="00000000">
            <w:r>
              <w:rPr>
                <w:b/>
                <w:color w:val="FFFFFF"/>
              </w:rPr>
              <w:t>Hazard Description</w:t>
            </w:r>
          </w:p>
        </w:tc>
        <w:tc>
          <w:tcPr>
            <w:tcW w:w="918" w:type="dxa"/>
            <w:shd w:val="clear" w:color="auto" w:fill="0F3D5E"/>
          </w:tcPr>
          <w:p w14:paraId="04EFE55A" w14:textId="77777777" w:rsidR="00347918" w:rsidRDefault="00000000">
            <w:r>
              <w:rPr>
                <w:b/>
                <w:color w:val="FFFFFF"/>
              </w:rPr>
              <w:t>Persons at Risk</w:t>
            </w:r>
          </w:p>
        </w:tc>
        <w:tc>
          <w:tcPr>
            <w:tcW w:w="918" w:type="dxa"/>
            <w:shd w:val="clear" w:color="auto" w:fill="0F3D5E"/>
          </w:tcPr>
          <w:p w14:paraId="023E5DA7" w14:textId="77777777" w:rsidR="00347918" w:rsidRDefault="00000000">
            <w:r>
              <w:rPr>
                <w:b/>
                <w:color w:val="FFFFFF"/>
              </w:rPr>
              <w:t>Potential Consequences</w:t>
            </w:r>
          </w:p>
        </w:tc>
        <w:tc>
          <w:tcPr>
            <w:tcW w:w="918" w:type="dxa"/>
            <w:shd w:val="clear" w:color="auto" w:fill="0F3D5E"/>
          </w:tcPr>
          <w:p w14:paraId="2D9B8CBC" w14:textId="77777777" w:rsidR="00347918" w:rsidRDefault="00000000">
            <w:r>
              <w:rPr>
                <w:b/>
                <w:color w:val="FFFFFF"/>
              </w:rPr>
              <w:t>Existing Control Measures</w:t>
            </w:r>
          </w:p>
        </w:tc>
        <w:tc>
          <w:tcPr>
            <w:tcW w:w="918" w:type="dxa"/>
            <w:shd w:val="clear" w:color="auto" w:fill="0F3D5E"/>
          </w:tcPr>
          <w:p w14:paraId="4372E390" w14:textId="77777777" w:rsidR="00347918" w:rsidRDefault="00000000">
            <w:r>
              <w:rPr>
                <w:b/>
                <w:color w:val="FFFFFF"/>
              </w:rPr>
              <w:t>Initial L</w:t>
            </w:r>
          </w:p>
        </w:tc>
        <w:tc>
          <w:tcPr>
            <w:tcW w:w="918" w:type="dxa"/>
            <w:shd w:val="clear" w:color="auto" w:fill="0F3D5E"/>
          </w:tcPr>
          <w:p w14:paraId="2990DEEF" w14:textId="77777777" w:rsidR="00347918" w:rsidRDefault="00000000">
            <w:r>
              <w:rPr>
                <w:b/>
                <w:color w:val="FFFFFF"/>
              </w:rPr>
              <w:t>Initial S</w:t>
            </w:r>
          </w:p>
        </w:tc>
        <w:tc>
          <w:tcPr>
            <w:tcW w:w="918" w:type="dxa"/>
            <w:shd w:val="clear" w:color="auto" w:fill="0F3D5E"/>
          </w:tcPr>
          <w:p w14:paraId="35C54593" w14:textId="77777777" w:rsidR="00347918" w:rsidRDefault="00000000">
            <w:r>
              <w:rPr>
                <w:b/>
                <w:color w:val="FFFFFF"/>
              </w:rPr>
              <w:t>Initial Score</w:t>
            </w:r>
          </w:p>
        </w:tc>
        <w:tc>
          <w:tcPr>
            <w:tcW w:w="918" w:type="dxa"/>
            <w:shd w:val="clear" w:color="auto" w:fill="0F3D5E"/>
          </w:tcPr>
          <w:p w14:paraId="6C0AEE91" w14:textId="77777777" w:rsidR="00347918" w:rsidRDefault="00000000">
            <w:r>
              <w:rPr>
                <w:b/>
                <w:color w:val="FFFFFF"/>
              </w:rPr>
              <w:t>Initial Level</w:t>
            </w:r>
          </w:p>
        </w:tc>
        <w:tc>
          <w:tcPr>
            <w:tcW w:w="918" w:type="dxa"/>
            <w:shd w:val="clear" w:color="auto" w:fill="0F3D5E"/>
          </w:tcPr>
          <w:p w14:paraId="7A6F2C87" w14:textId="77777777" w:rsidR="00347918" w:rsidRDefault="00000000">
            <w:r>
              <w:rPr>
                <w:b/>
                <w:color w:val="FFFFFF"/>
              </w:rPr>
              <w:t>Further Controls</w:t>
            </w:r>
          </w:p>
        </w:tc>
        <w:tc>
          <w:tcPr>
            <w:tcW w:w="918" w:type="dxa"/>
            <w:shd w:val="clear" w:color="auto" w:fill="0F3D5E"/>
          </w:tcPr>
          <w:p w14:paraId="160C40FD" w14:textId="77777777" w:rsidR="00347918" w:rsidRDefault="00000000">
            <w:r>
              <w:rPr>
                <w:b/>
                <w:color w:val="FFFFFF"/>
              </w:rPr>
              <w:t>Residual L</w:t>
            </w:r>
          </w:p>
        </w:tc>
        <w:tc>
          <w:tcPr>
            <w:tcW w:w="918" w:type="dxa"/>
            <w:shd w:val="clear" w:color="auto" w:fill="0F3D5E"/>
          </w:tcPr>
          <w:p w14:paraId="6F25ECD2" w14:textId="77777777" w:rsidR="00347918" w:rsidRDefault="00000000">
            <w:r>
              <w:rPr>
                <w:b/>
                <w:color w:val="FFFFFF"/>
              </w:rPr>
              <w:t>Residual S</w:t>
            </w:r>
          </w:p>
        </w:tc>
        <w:tc>
          <w:tcPr>
            <w:tcW w:w="918" w:type="dxa"/>
            <w:shd w:val="clear" w:color="auto" w:fill="0F3D5E"/>
          </w:tcPr>
          <w:p w14:paraId="1CFB15FF" w14:textId="77777777" w:rsidR="00347918" w:rsidRDefault="00000000">
            <w:r>
              <w:rPr>
                <w:b/>
                <w:color w:val="FFFFFF"/>
              </w:rPr>
              <w:t>Residual Score</w:t>
            </w:r>
          </w:p>
        </w:tc>
        <w:tc>
          <w:tcPr>
            <w:tcW w:w="918" w:type="dxa"/>
            <w:shd w:val="clear" w:color="auto" w:fill="0F3D5E"/>
          </w:tcPr>
          <w:p w14:paraId="6787AC14" w14:textId="77777777" w:rsidR="00347918" w:rsidRDefault="00000000">
            <w:r>
              <w:rPr>
                <w:b/>
                <w:color w:val="FFFFFF"/>
              </w:rPr>
              <w:t>Residual Level</w:t>
            </w:r>
          </w:p>
        </w:tc>
        <w:tc>
          <w:tcPr>
            <w:tcW w:w="918" w:type="dxa"/>
            <w:shd w:val="clear" w:color="auto" w:fill="0F3D5E"/>
          </w:tcPr>
          <w:p w14:paraId="5AE1704D" w14:textId="77777777" w:rsidR="00347918" w:rsidRDefault="00000000">
            <w:r>
              <w:rPr>
                <w:b/>
                <w:color w:val="FFFFFF"/>
              </w:rPr>
              <w:t>Responsible Person</w:t>
            </w:r>
          </w:p>
        </w:tc>
      </w:tr>
      <w:tr w:rsidR="00347918" w14:paraId="73314699" w14:textId="77777777">
        <w:trPr>
          <w:jc w:val="center"/>
        </w:trPr>
        <w:tc>
          <w:tcPr>
            <w:tcW w:w="918" w:type="dxa"/>
          </w:tcPr>
          <w:p w14:paraId="70927462" w14:textId="77777777" w:rsidR="00347918" w:rsidRDefault="00000000">
            <w:r>
              <w:rPr>
                <w:sz w:val="12"/>
              </w:rPr>
              <w:t>1</w:t>
            </w:r>
          </w:p>
        </w:tc>
        <w:tc>
          <w:tcPr>
            <w:tcW w:w="918" w:type="dxa"/>
          </w:tcPr>
          <w:p w14:paraId="3D87B6BB" w14:textId="77777777" w:rsidR="00347918" w:rsidRDefault="00000000">
            <w:r>
              <w:rPr>
                <w:sz w:val="12"/>
              </w:rPr>
              <w:t>Contact with energized conductors</w:t>
            </w:r>
          </w:p>
        </w:tc>
        <w:tc>
          <w:tcPr>
            <w:tcW w:w="918" w:type="dxa"/>
          </w:tcPr>
          <w:p w14:paraId="1A7A09C4" w14:textId="77777777" w:rsidR="00347918" w:rsidRDefault="00000000">
            <w:r>
              <w:rPr>
                <w:sz w:val="12"/>
              </w:rPr>
              <w:t>Worker contacts exposed live conductor</w:t>
            </w:r>
          </w:p>
        </w:tc>
        <w:tc>
          <w:tcPr>
            <w:tcW w:w="918" w:type="dxa"/>
          </w:tcPr>
          <w:p w14:paraId="56D551E9" w14:textId="77777777" w:rsidR="00347918" w:rsidRDefault="00000000">
            <w:r>
              <w:rPr>
                <w:sz w:val="12"/>
              </w:rPr>
              <w:t>Electricians, workers</w:t>
            </w:r>
          </w:p>
        </w:tc>
        <w:tc>
          <w:tcPr>
            <w:tcW w:w="918" w:type="dxa"/>
          </w:tcPr>
          <w:p w14:paraId="50B429D7" w14:textId="77777777" w:rsidR="00347918" w:rsidRDefault="00000000">
            <w:r>
              <w:rPr>
                <w:sz w:val="12"/>
              </w:rPr>
              <w:t>Electric shock, burns, fatality</w:t>
            </w:r>
          </w:p>
        </w:tc>
        <w:tc>
          <w:tcPr>
            <w:tcW w:w="918" w:type="dxa"/>
          </w:tcPr>
          <w:p w14:paraId="2AB600E9" w14:textId="77777777" w:rsidR="00347918" w:rsidRDefault="00000000">
            <w:r>
              <w:rPr>
                <w:sz w:val="12"/>
              </w:rPr>
              <w:t>Electrical competency and basic PPE.</w:t>
            </w:r>
          </w:p>
        </w:tc>
        <w:tc>
          <w:tcPr>
            <w:tcW w:w="918" w:type="dxa"/>
          </w:tcPr>
          <w:p w14:paraId="234DC263" w14:textId="77777777" w:rsidR="00347918" w:rsidRDefault="00000000">
            <w:r>
              <w:rPr>
                <w:sz w:val="12"/>
              </w:rPr>
              <w:t>4</w:t>
            </w:r>
          </w:p>
        </w:tc>
        <w:tc>
          <w:tcPr>
            <w:tcW w:w="918" w:type="dxa"/>
          </w:tcPr>
          <w:p w14:paraId="79271E56" w14:textId="77777777" w:rsidR="00347918" w:rsidRDefault="00000000">
            <w:r>
              <w:rPr>
                <w:sz w:val="12"/>
              </w:rPr>
              <w:t>5</w:t>
            </w:r>
          </w:p>
        </w:tc>
        <w:tc>
          <w:tcPr>
            <w:tcW w:w="918" w:type="dxa"/>
          </w:tcPr>
          <w:p w14:paraId="6CC3C94B" w14:textId="77777777" w:rsidR="00347918" w:rsidRDefault="00000000">
            <w:r>
              <w:rPr>
                <w:sz w:val="12"/>
              </w:rPr>
              <w:t>20</w:t>
            </w:r>
          </w:p>
        </w:tc>
        <w:tc>
          <w:tcPr>
            <w:tcW w:w="918" w:type="dxa"/>
          </w:tcPr>
          <w:p w14:paraId="2E0E2C6C" w14:textId="77777777" w:rsidR="00347918" w:rsidRDefault="00000000">
            <w:r>
              <w:rPr>
                <w:sz w:val="12"/>
              </w:rPr>
              <w:t>Very High</w:t>
            </w:r>
          </w:p>
        </w:tc>
        <w:tc>
          <w:tcPr>
            <w:tcW w:w="918" w:type="dxa"/>
          </w:tcPr>
          <w:p w14:paraId="70CAED8B" w14:textId="77777777" w:rsidR="00347918" w:rsidRDefault="00000000">
            <w:r>
              <w:rPr>
                <w:sz w:val="12"/>
              </w:rPr>
              <w:t>De-energize wherever practicable; isolate, lock/tag, test for dead and control access; use suitable barriers and insulated tools.</w:t>
            </w:r>
          </w:p>
        </w:tc>
        <w:tc>
          <w:tcPr>
            <w:tcW w:w="918" w:type="dxa"/>
          </w:tcPr>
          <w:p w14:paraId="3407E42F" w14:textId="77777777" w:rsidR="00347918" w:rsidRDefault="00000000">
            <w:r>
              <w:rPr>
                <w:sz w:val="12"/>
              </w:rPr>
              <w:t>1</w:t>
            </w:r>
          </w:p>
        </w:tc>
        <w:tc>
          <w:tcPr>
            <w:tcW w:w="918" w:type="dxa"/>
          </w:tcPr>
          <w:p w14:paraId="2DC9AE20" w14:textId="77777777" w:rsidR="00347918" w:rsidRDefault="00000000">
            <w:r>
              <w:rPr>
                <w:sz w:val="12"/>
              </w:rPr>
              <w:t>5</w:t>
            </w:r>
          </w:p>
        </w:tc>
        <w:tc>
          <w:tcPr>
            <w:tcW w:w="918" w:type="dxa"/>
          </w:tcPr>
          <w:p w14:paraId="2D29CD4E" w14:textId="77777777" w:rsidR="00347918" w:rsidRDefault="00000000">
            <w:r>
              <w:rPr>
                <w:sz w:val="12"/>
              </w:rPr>
              <w:t>5</w:t>
            </w:r>
          </w:p>
        </w:tc>
        <w:tc>
          <w:tcPr>
            <w:tcW w:w="918" w:type="dxa"/>
          </w:tcPr>
          <w:p w14:paraId="37B5EE59" w14:textId="77777777" w:rsidR="00347918" w:rsidRDefault="00000000">
            <w:r>
              <w:rPr>
                <w:sz w:val="12"/>
              </w:rPr>
              <w:t>Medium</w:t>
            </w:r>
          </w:p>
        </w:tc>
        <w:tc>
          <w:tcPr>
            <w:tcW w:w="918" w:type="dxa"/>
          </w:tcPr>
          <w:p w14:paraId="59858AF9" w14:textId="77777777" w:rsidR="00347918" w:rsidRDefault="00000000">
            <w:r>
              <w:rPr>
                <w:sz w:val="12"/>
              </w:rPr>
              <w:t>Electrical Supervisor</w:t>
            </w:r>
          </w:p>
        </w:tc>
      </w:tr>
      <w:tr w:rsidR="00347918" w14:paraId="5DBD26B2" w14:textId="77777777">
        <w:trPr>
          <w:jc w:val="center"/>
        </w:trPr>
        <w:tc>
          <w:tcPr>
            <w:tcW w:w="918" w:type="dxa"/>
          </w:tcPr>
          <w:p w14:paraId="446E5B1C" w14:textId="77777777" w:rsidR="00347918" w:rsidRDefault="00000000">
            <w:r>
              <w:rPr>
                <w:sz w:val="12"/>
              </w:rPr>
              <w:t>2</w:t>
            </w:r>
          </w:p>
        </w:tc>
        <w:tc>
          <w:tcPr>
            <w:tcW w:w="918" w:type="dxa"/>
          </w:tcPr>
          <w:p w14:paraId="58AA2101" w14:textId="77777777" w:rsidR="00347918" w:rsidRDefault="00000000">
            <w:r>
              <w:rPr>
                <w:sz w:val="12"/>
              </w:rPr>
              <w:t>Unexpected energization</w:t>
            </w:r>
          </w:p>
        </w:tc>
        <w:tc>
          <w:tcPr>
            <w:tcW w:w="918" w:type="dxa"/>
          </w:tcPr>
          <w:p w14:paraId="11C1096B" w14:textId="77777777" w:rsidR="00347918" w:rsidRDefault="00000000">
            <w:r>
              <w:rPr>
                <w:sz w:val="12"/>
              </w:rPr>
              <w:t>Circuit becomes energized during maintenance</w:t>
            </w:r>
          </w:p>
        </w:tc>
        <w:tc>
          <w:tcPr>
            <w:tcW w:w="918" w:type="dxa"/>
          </w:tcPr>
          <w:p w14:paraId="3593107C" w14:textId="77777777" w:rsidR="00347918" w:rsidRDefault="00000000">
            <w:r>
              <w:rPr>
                <w:sz w:val="12"/>
              </w:rPr>
              <w:t>Electricians, technicians</w:t>
            </w:r>
          </w:p>
        </w:tc>
        <w:tc>
          <w:tcPr>
            <w:tcW w:w="918" w:type="dxa"/>
          </w:tcPr>
          <w:p w14:paraId="65EC2AE1" w14:textId="77777777" w:rsidR="00347918" w:rsidRDefault="00000000">
            <w:r>
              <w:rPr>
                <w:sz w:val="12"/>
              </w:rPr>
              <w:t>Shock, arc flash, fatality</w:t>
            </w:r>
          </w:p>
        </w:tc>
        <w:tc>
          <w:tcPr>
            <w:tcW w:w="918" w:type="dxa"/>
          </w:tcPr>
          <w:p w14:paraId="3035DEAB" w14:textId="77777777" w:rsidR="00347918" w:rsidRDefault="00000000">
            <w:r>
              <w:rPr>
                <w:sz w:val="12"/>
              </w:rPr>
              <w:t>General isolation procedure.</w:t>
            </w:r>
          </w:p>
        </w:tc>
        <w:tc>
          <w:tcPr>
            <w:tcW w:w="918" w:type="dxa"/>
          </w:tcPr>
          <w:p w14:paraId="1DAC134D" w14:textId="77777777" w:rsidR="00347918" w:rsidRDefault="00000000">
            <w:r>
              <w:rPr>
                <w:sz w:val="12"/>
              </w:rPr>
              <w:t>4</w:t>
            </w:r>
          </w:p>
        </w:tc>
        <w:tc>
          <w:tcPr>
            <w:tcW w:w="918" w:type="dxa"/>
          </w:tcPr>
          <w:p w14:paraId="6D6D27E5" w14:textId="77777777" w:rsidR="00347918" w:rsidRDefault="00000000">
            <w:r>
              <w:rPr>
                <w:sz w:val="12"/>
              </w:rPr>
              <w:t>5</w:t>
            </w:r>
          </w:p>
        </w:tc>
        <w:tc>
          <w:tcPr>
            <w:tcW w:w="918" w:type="dxa"/>
          </w:tcPr>
          <w:p w14:paraId="0FA05B81" w14:textId="77777777" w:rsidR="00347918" w:rsidRDefault="00000000">
            <w:r>
              <w:rPr>
                <w:sz w:val="12"/>
              </w:rPr>
              <w:t>20</w:t>
            </w:r>
          </w:p>
        </w:tc>
        <w:tc>
          <w:tcPr>
            <w:tcW w:w="918" w:type="dxa"/>
          </w:tcPr>
          <w:p w14:paraId="15E31924" w14:textId="77777777" w:rsidR="00347918" w:rsidRDefault="00000000">
            <w:r>
              <w:rPr>
                <w:sz w:val="12"/>
              </w:rPr>
              <w:t>Very High</w:t>
            </w:r>
          </w:p>
        </w:tc>
        <w:tc>
          <w:tcPr>
            <w:tcW w:w="918" w:type="dxa"/>
          </w:tcPr>
          <w:p w14:paraId="4448332C" w14:textId="77777777" w:rsidR="00347918" w:rsidRDefault="00000000">
            <w:r>
              <w:rPr>
                <w:sz w:val="12"/>
              </w:rPr>
              <w:t>Apply formal LOTO; identify all sources; lock/tag isolation points; verify zero energy before work; control keys and authorized persons.</w:t>
            </w:r>
          </w:p>
        </w:tc>
        <w:tc>
          <w:tcPr>
            <w:tcW w:w="918" w:type="dxa"/>
          </w:tcPr>
          <w:p w14:paraId="20E00890" w14:textId="77777777" w:rsidR="00347918" w:rsidRDefault="00000000">
            <w:r>
              <w:rPr>
                <w:sz w:val="12"/>
              </w:rPr>
              <w:t>1</w:t>
            </w:r>
          </w:p>
        </w:tc>
        <w:tc>
          <w:tcPr>
            <w:tcW w:w="918" w:type="dxa"/>
          </w:tcPr>
          <w:p w14:paraId="4DB52D2A" w14:textId="77777777" w:rsidR="00347918" w:rsidRDefault="00000000">
            <w:r>
              <w:rPr>
                <w:sz w:val="12"/>
              </w:rPr>
              <w:t>5</w:t>
            </w:r>
          </w:p>
        </w:tc>
        <w:tc>
          <w:tcPr>
            <w:tcW w:w="918" w:type="dxa"/>
          </w:tcPr>
          <w:p w14:paraId="3A928E95" w14:textId="77777777" w:rsidR="00347918" w:rsidRDefault="00000000">
            <w:r>
              <w:rPr>
                <w:sz w:val="12"/>
              </w:rPr>
              <w:t>5</w:t>
            </w:r>
          </w:p>
        </w:tc>
        <w:tc>
          <w:tcPr>
            <w:tcW w:w="918" w:type="dxa"/>
          </w:tcPr>
          <w:p w14:paraId="2374BA4E" w14:textId="77777777" w:rsidR="00347918" w:rsidRDefault="00000000">
            <w:r>
              <w:rPr>
                <w:sz w:val="12"/>
              </w:rPr>
              <w:t>Medium</w:t>
            </w:r>
          </w:p>
        </w:tc>
        <w:tc>
          <w:tcPr>
            <w:tcW w:w="918" w:type="dxa"/>
          </w:tcPr>
          <w:p w14:paraId="501C0373" w14:textId="77777777" w:rsidR="00347918" w:rsidRDefault="00000000">
            <w:r>
              <w:rPr>
                <w:sz w:val="12"/>
              </w:rPr>
              <w:t>Authorized Person</w:t>
            </w:r>
          </w:p>
        </w:tc>
      </w:tr>
      <w:tr w:rsidR="00347918" w14:paraId="0A2217C4" w14:textId="77777777">
        <w:trPr>
          <w:jc w:val="center"/>
        </w:trPr>
        <w:tc>
          <w:tcPr>
            <w:tcW w:w="918" w:type="dxa"/>
          </w:tcPr>
          <w:p w14:paraId="3C82654A" w14:textId="77777777" w:rsidR="00347918" w:rsidRDefault="00000000">
            <w:r>
              <w:rPr>
                <w:sz w:val="12"/>
              </w:rPr>
              <w:t>3</w:t>
            </w:r>
          </w:p>
        </w:tc>
        <w:tc>
          <w:tcPr>
            <w:tcW w:w="918" w:type="dxa"/>
          </w:tcPr>
          <w:p w14:paraId="71748D90" w14:textId="77777777" w:rsidR="00347918" w:rsidRDefault="00000000">
            <w:r>
              <w:rPr>
                <w:sz w:val="12"/>
              </w:rPr>
              <w:t>Backfeed / alternative supply</w:t>
            </w:r>
          </w:p>
        </w:tc>
        <w:tc>
          <w:tcPr>
            <w:tcW w:w="918" w:type="dxa"/>
          </w:tcPr>
          <w:p w14:paraId="1F67CAAB" w14:textId="77777777" w:rsidR="00347918" w:rsidRDefault="00000000">
            <w:r>
              <w:rPr>
                <w:sz w:val="12"/>
              </w:rPr>
              <w:t>Generator, UPS, PV, battery or other source energizes isolated circuit</w:t>
            </w:r>
          </w:p>
        </w:tc>
        <w:tc>
          <w:tcPr>
            <w:tcW w:w="918" w:type="dxa"/>
          </w:tcPr>
          <w:p w14:paraId="6BD6D79D" w14:textId="77777777" w:rsidR="00347918" w:rsidRDefault="00000000">
            <w:r>
              <w:rPr>
                <w:sz w:val="12"/>
              </w:rPr>
              <w:t>Electricians, workers</w:t>
            </w:r>
          </w:p>
        </w:tc>
        <w:tc>
          <w:tcPr>
            <w:tcW w:w="918" w:type="dxa"/>
          </w:tcPr>
          <w:p w14:paraId="2C1A858B" w14:textId="77777777" w:rsidR="00347918" w:rsidRDefault="00000000">
            <w:r>
              <w:rPr>
                <w:sz w:val="12"/>
              </w:rPr>
              <w:t>Shock, arc flash, fatality</w:t>
            </w:r>
          </w:p>
        </w:tc>
        <w:tc>
          <w:tcPr>
            <w:tcW w:w="918" w:type="dxa"/>
          </w:tcPr>
          <w:p w14:paraId="1081E15E" w14:textId="77777777" w:rsidR="00347918" w:rsidRDefault="00000000">
            <w:r>
              <w:rPr>
                <w:sz w:val="12"/>
              </w:rPr>
              <w:t>Circuit identification.</w:t>
            </w:r>
          </w:p>
        </w:tc>
        <w:tc>
          <w:tcPr>
            <w:tcW w:w="918" w:type="dxa"/>
          </w:tcPr>
          <w:p w14:paraId="61AF8BA5" w14:textId="77777777" w:rsidR="00347918" w:rsidRDefault="00000000">
            <w:r>
              <w:rPr>
                <w:sz w:val="12"/>
              </w:rPr>
              <w:t>3</w:t>
            </w:r>
          </w:p>
        </w:tc>
        <w:tc>
          <w:tcPr>
            <w:tcW w:w="918" w:type="dxa"/>
          </w:tcPr>
          <w:p w14:paraId="268D1122" w14:textId="77777777" w:rsidR="00347918" w:rsidRDefault="00000000">
            <w:r>
              <w:rPr>
                <w:sz w:val="12"/>
              </w:rPr>
              <w:t>5</w:t>
            </w:r>
          </w:p>
        </w:tc>
        <w:tc>
          <w:tcPr>
            <w:tcW w:w="918" w:type="dxa"/>
          </w:tcPr>
          <w:p w14:paraId="0CD7172D" w14:textId="77777777" w:rsidR="00347918" w:rsidRDefault="00000000">
            <w:r>
              <w:rPr>
                <w:sz w:val="12"/>
              </w:rPr>
              <w:t>15</w:t>
            </w:r>
          </w:p>
        </w:tc>
        <w:tc>
          <w:tcPr>
            <w:tcW w:w="918" w:type="dxa"/>
          </w:tcPr>
          <w:p w14:paraId="32A0DA50" w14:textId="77777777" w:rsidR="00347918" w:rsidRDefault="00000000">
            <w:r>
              <w:rPr>
                <w:sz w:val="12"/>
              </w:rPr>
              <w:t>High</w:t>
            </w:r>
          </w:p>
        </w:tc>
        <w:tc>
          <w:tcPr>
            <w:tcW w:w="918" w:type="dxa"/>
          </w:tcPr>
          <w:p w14:paraId="5FE3F50B" w14:textId="77777777" w:rsidR="00347918" w:rsidRDefault="00000000">
            <w:r>
              <w:rPr>
                <w:sz w:val="12"/>
              </w:rPr>
              <w:t>Identify all energy sources; isolate and secure each source; test at point of work; discharge stored energy where applicable.</w:t>
            </w:r>
          </w:p>
        </w:tc>
        <w:tc>
          <w:tcPr>
            <w:tcW w:w="918" w:type="dxa"/>
          </w:tcPr>
          <w:p w14:paraId="473C99DC" w14:textId="77777777" w:rsidR="00347918" w:rsidRDefault="00000000">
            <w:r>
              <w:rPr>
                <w:sz w:val="12"/>
              </w:rPr>
              <w:t>1</w:t>
            </w:r>
          </w:p>
        </w:tc>
        <w:tc>
          <w:tcPr>
            <w:tcW w:w="918" w:type="dxa"/>
          </w:tcPr>
          <w:p w14:paraId="7AE77837" w14:textId="77777777" w:rsidR="00347918" w:rsidRDefault="00000000">
            <w:r>
              <w:rPr>
                <w:sz w:val="12"/>
              </w:rPr>
              <w:t>5</w:t>
            </w:r>
          </w:p>
        </w:tc>
        <w:tc>
          <w:tcPr>
            <w:tcW w:w="918" w:type="dxa"/>
          </w:tcPr>
          <w:p w14:paraId="1CFBDA62" w14:textId="77777777" w:rsidR="00347918" w:rsidRDefault="00000000">
            <w:r>
              <w:rPr>
                <w:sz w:val="12"/>
              </w:rPr>
              <w:t>5</w:t>
            </w:r>
          </w:p>
        </w:tc>
        <w:tc>
          <w:tcPr>
            <w:tcW w:w="918" w:type="dxa"/>
          </w:tcPr>
          <w:p w14:paraId="04F59395" w14:textId="77777777" w:rsidR="00347918" w:rsidRDefault="00000000">
            <w:r>
              <w:rPr>
                <w:sz w:val="12"/>
              </w:rPr>
              <w:t>Medium</w:t>
            </w:r>
          </w:p>
        </w:tc>
        <w:tc>
          <w:tcPr>
            <w:tcW w:w="918" w:type="dxa"/>
          </w:tcPr>
          <w:p w14:paraId="5C2B7486" w14:textId="77777777" w:rsidR="00347918" w:rsidRDefault="00000000">
            <w:r>
              <w:rPr>
                <w:sz w:val="12"/>
              </w:rPr>
              <w:t>Electrical Supervisor</w:t>
            </w:r>
          </w:p>
        </w:tc>
      </w:tr>
      <w:tr w:rsidR="00347918" w14:paraId="40A70FEB" w14:textId="77777777">
        <w:trPr>
          <w:jc w:val="center"/>
        </w:trPr>
        <w:tc>
          <w:tcPr>
            <w:tcW w:w="918" w:type="dxa"/>
          </w:tcPr>
          <w:p w14:paraId="58F680EF" w14:textId="77777777" w:rsidR="00347918" w:rsidRDefault="00000000">
            <w:r>
              <w:rPr>
                <w:sz w:val="12"/>
              </w:rPr>
              <w:t>4</w:t>
            </w:r>
          </w:p>
        </w:tc>
        <w:tc>
          <w:tcPr>
            <w:tcW w:w="918" w:type="dxa"/>
          </w:tcPr>
          <w:p w14:paraId="03BD3CA6" w14:textId="77777777" w:rsidR="00347918" w:rsidRDefault="00000000">
            <w:r>
              <w:rPr>
                <w:sz w:val="12"/>
              </w:rPr>
              <w:t>Arc flash</w:t>
            </w:r>
          </w:p>
        </w:tc>
        <w:tc>
          <w:tcPr>
            <w:tcW w:w="918" w:type="dxa"/>
          </w:tcPr>
          <w:p w14:paraId="0DCC6E65" w14:textId="77777777" w:rsidR="00347918" w:rsidRDefault="00000000">
            <w:r>
              <w:rPr>
                <w:sz w:val="12"/>
              </w:rPr>
              <w:t>Fault or switching event produces arc energy</w:t>
            </w:r>
          </w:p>
        </w:tc>
        <w:tc>
          <w:tcPr>
            <w:tcW w:w="918" w:type="dxa"/>
          </w:tcPr>
          <w:p w14:paraId="76B3D41B" w14:textId="77777777" w:rsidR="00347918" w:rsidRDefault="00000000">
            <w:r>
              <w:rPr>
                <w:sz w:val="12"/>
              </w:rPr>
              <w:t>Electricians, technicians</w:t>
            </w:r>
          </w:p>
        </w:tc>
        <w:tc>
          <w:tcPr>
            <w:tcW w:w="918" w:type="dxa"/>
          </w:tcPr>
          <w:p w14:paraId="6BDD1195" w14:textId="77777777" w:rsidR="00347918" w:rsidRDefault="00000000">
            <w:r>
              <w:rPr>
                <w:sz w:val="12"/>
              </w:rPr>
              <w:t>Severe burns, eye injury, hearing injury, fatality</w:t>
            </w:r>
          </w:p>
        </w:tc>
        <w:tc>
          <w:tcPr>
            <w:tcW w:w="918" w:type="dxa"/>
          </w:tcPr>
          <w:p w14:paraId="1AF8720C" w14:textId="77777777" w:rsidR="00347918" w:rsidRDefault="00000000">
            <w:r>
              <w:rPr>
                <w:sz w:val="12"/>
              </w:rPr>
              <w:t>General electrical PPE.</w:t>
            </w:r>
          </w:p>
        </w:tc>
        <w:tc>
          <w:tcPr>
            <w:tcW w:w="918" w:type="dxa"/>
          </w:tcPr>
          <w:p w14:paraId="483C0602" w14:textId="77777777" w:rsidR="00347918" w:rsidRDefault="00000000">
            <w:r>
              <w:rPr>
                <w:sz w:val="12"/>
              </w:rPr>
              <w:t>4</w:t>
            </w:r>
          </w:p>
        </w:tc>
        <w:tc>
          <w:tcPr>
            <w:tcW w:w="918" w:type="dxa"/>
          </w:tcPr>
          <w:p w14:paraId="41BF57CA" w14:textId="77777777" w:rsidR="00347918" w:rsidRDefault="00000000">
            <w:r>
              <w:rPr>
                <w:sz w:val="12"/>
              </w:rPr>
              <w:t>5</w:t>
            </w:r>
          </w:p>
        </w:tc>
        <w:tc>
          <w:tcPr>
            <w:tcW w:w="918" w:type="dxa"/>
          </w:tcPr>
          <w:p w14:paraId="6497AAC9" w14:textId="77777777" w:rsidR="00347918" w:rsidRDefault="00000000">
            <w:r>
              <w:rPr>
                <w:sz w:val="12"/>
              </w:rPr>
              <w:t>20</w:t>
            </w:r>
          </w:p>
        </w:tc>
        <w:tc>
          <w:tcPr>
            <w:tcW w:w="918" w:type="dxa"/>
          </w:tcPr>
          <w:p w14:paraId="297FC906" w14:textId="77777777" w:rsidR="00347918" w:rsidRDefault="00000000">
            <w:r>
              <w:rPr>
                <w:sz w:val="12"/>
              </w:rPr>
              <w:t>Very High</w:t>
            </w:r>
          </w:p>
        </w:tc>
        <w:tc>
          <w:tcPr>
            <w:tcW w:w="918" w:type="dxa"/>
          </w:tcPr>
          <w:p w14:paraId="264FA327" w14:textId="77777777" w:rsidR="00347918" w:rsidRDefault="00000000">
            <w:r>
              <w:rPr>
                <w:sz w:val="12"/>
              </w:rPr>
              <w:t>Assess arc-flash exposure; establish boundaries; use appropriate arc-rated PPE and insulated tools; de-energize whenever practicable.</w:t>
            </w:r>
          </w:p>
        </w:tc>
        <w:tc>
          <w:tcPr>
            <w:tcW w:w="918" w:type="dxa"/>
          </w:tcPr>
          <w:p w14:paraId="5832DCF1" w14:textId="77777777" w:rsidR="00347918" w:rsidRDefault="00000000">
            <w:r>
              <w:rPr>
                <w:sz w:val="12"/>
              </w:rPr>
              <w:t>1</w:t>
            </w:r>
          </w:p>
        </w:tc>
        <w:tc>
          <w:tcPr>
            <w:tcW w:w="918" w:type="dxa"/>
          </w:tcPr>
          <w:p w14:paraId="3252F839" w14:textId="77777777" w:rsidR="00347918" w:rsidRDefault="00000000">
            <w:r>
              <w:rPr>
                <w:sz w:val="12"/>
              </w:rPr>
              <w:t>5</w:t>
            </w:r>
          </w:p>
        </w:tc>
        <w:tc>
          <w:tcPr>
            <w:tcW w:w="918" w:type="dxa"/>
          </w:tcPr>
          <w:p w14:paraId="3409610C" w14:textId="77777777" w:rsidR="00347918" w:rsidRDefault="00000000">
            <w:r>
              <w:rPr>
                <w:sz w:val="12"/>
              </w:rPr>
              <w:t>5</w:t>
            </w:r>
          </w:p>
        </w:tc>
        <w:tc>
          <w:tcPr>
            <w:tcW w:w="918" w:type="dxa"/>
          </w:tcPr>
          <w:p w14:paraId="66DCE7FE" w14:textId="77777777" w:rsidR="00347918" w:rsidRDefault="00000000">
            <w:r>
              <w:rPr>
                <w:sz w:val="12"/>
              </w:rPr>
              <w:t>Medium</w:t>
            </w:r>
          </w:p>
        </w:tc>
        <w:tc>
          <w:tcPr>
            <w:tcW w:w="918" w:type="dxa"/>
          </w:tcPr>
          <w:p w14:paraId="43BCE4EC" w14:textId="77777777" w:rsidR="00347918" w:rsidRDefault="00000000">
            <w:r>
              <w:rPr>
                <w:sz w:val="12"/>
              </w:rPr>
              <w:t>Electrical Engineer / Supervisor</w:t>
            </w:r>
          </w:p>
        </w:tc>
      </w:tr>
      <w:tr w:rsidR="00347918" w14:paraId="45043030" w14:textId="77777777">
        <w:trPr>
          <w:jc w:val="center"/>
        </w:trPr>
        <w:tc>
          <w:tcPr>
            <w:tcW w:w="918" w:type="dxa"/>
          </w:tcPr>
          <w:p w14:paraId="641A9092" w14:textId="77777777" w:rsidR="00347918" w:rsidRDefault="00000000">
            <w:r>
              <w:rPr>
                <w:sz w:val="12"/>
              </w:rPr>
              <w:t>5</w:t>
            </w:r>
          </w:p>
        </w:tc>
        <w:tc>
          <w:tcPr>
            <w:tcW w:w="918" w:type="dxa"/>
          </w:tcPr>
          <w:p w14:paraId="6A2927F3" w14:textId="77777777" w:rsidR="00347918" w:rsidRDefault="00000000">
            <w:r>
              <w:rPr>
                <w:sz w:val="12"/>
              </w:rPr>
              <w:t>Damaged cable</w:t>
            </w:r>
          </w:p>
        </w:tc>
        <w:tc>
          <w:tcPr>
            <w:tcW w:w="918" w:type="dxa"/>
          </w:tcPr>
          <w:p w14:paraId="47EE793B" w14:textId="77777777" w:rsidR="00347918" w:rsidRDefault="00000000">
            <w:r>
              <w:rPr>
                <w:sz w:val="12"/>
              </w:rPr>
              <w:t>Cuts, exposed conductors or damaged insulation</w:t>
            </w:r>
          </w:p>
        </w:tc>
        <w:tc>
          <w:tcPr>
            <w:tcW w:w="918" w:type="dxa"/>
          </w:tcPr>
          <w:p w14:paraId="22ADB21D" w14:textId="77777777" w:rsidR="00347918" w:rsidRDefault="00000000">
            <w:r>
              <w:rPr>
                <w:sz w:val="12"/>
              </w:rPr>
              <w:t>Workers, electricians</w:t>
            </w:r>
          </w:p>
        </w:tc>
        <w:tc>
          <w:tcPr>
            <w:tcW w:w="918" w:type="dxa"/>
          </w:tcPr>
          <w:p w14:paraId="7C96C8AA" w14:textId="77777777" w:rsidR="00347918" w:rsidRDefault="00000000">
            <w:r>
              <w:rPr>
                <w:sz w:val="12"/>
              </w:rPr>
              <w:t>Shock, fire, short circuit</w:t>
            </w:r>
          </w:p>
        </w:tc>
        <w:tc>
          <w:tcPr>
            <w:tcW w:w="918" w:type="dxa"/>
          </w:tcPr>
          <w:p w14:paraId="3F9D228F" w14:textId="77777777" w:rsidR="00347918" w:rsidRDefault="00000000">
            <w:r>
              <w:rPr>
                <w:sz w:val="12"/>
              </w:rPr>
              <w:t>Visual inspections.</w:t>
            </w:r>
          </w:p>
        </w:tc>
        <w:tc>
          <w:tcPr>
            <w:tcW w:w="918" w:type="dxa"/>
          </w:tcPr>
          <w:p w14:paraId="0A43AB15" w14:textId="77777777" w:rsidR="00347918" w:rsidRDefault="00000000">
            <w:r>
              <w:rPr>
                <w:sz w:val="12"/>
              </w:rPr>
              <w:t>4</w:t>
            </w:r>
          </w:p>
        </w:tc>
        <w:tc>
          <w:tcPr>
            <w:tcW w:w="918" w:type="dxa"/>
          </w:tcPr>
          <w:p w14:paraId="61070404" w14:textId="77777777" w:rsidR="00347918" w:rsidRDefault="00000000">
            <w:r>
              <w:rPr>
                <w:sz w:val="12"/>
              </w:rPr>
              <w:t>5</w:t>
            </w:r>
          </w:p>
        </w:tc>
        <w:tc>
          <w:tcPr>
            <w:tcW w:w="918" w:type="dxa"/>
          </w:tcPr>
          <w:p w14:paraId="653200EA" w14:textId="77777777" w:rsidR="00347918" w:rsidRDefault="00000000">
            <w:r>
              <w:rPr>
                <w:sz w:val="12"/>
              </w:rPr>
              <w:t>20</w:t>
            </w:r>
          </w:p>
        </w:tc>
        <w:tc>
          <w:tcPr>
            <w:tcW w:w="918" w:type="dxa"/>
          </w:tcPr>
          <w:p w14:paraId="4A5A0DB0" w14:textId="77777777" w:rsidR="00347918" w:rsidRDefault="00000000">
            <w:r>
              <w:rPr>
                <w:sz w:val="12"/>
              </w:rPr>
              <w:t>Very High</w:t>
            </w:r>
          </w:p>
        </w:tc>
        <w:tc>
          <w:tcPr>
            <w:tcW w:w="918" w:type="dxa"/>
          </w:tcPr>
          <w:p w14:paraId="7BCBFC5D" w14:textId="77777777" w:rsidR="00347918" w:rsidRDefault="00000000">
            <w:r>
              <w:rPr>
                <w:sz w:val="12"/>
              </w:rPr>
              <w:t>Remove damaged cables from service; protect cables from mechanical damage; repair/replace by competent personnel; inspect before re-energization.</w:t>
            </w:r>
          </w:p>
        </w:tc>
        <w:tc>
          <w:tcPr>
            <w:tcW w:w="918" w:type="dxa"/>
          </w:tcPr>
          <w:p w14:paraId="5B9D7D69" w14:textId="77777777" w:rsidR="00347918" w:rsidRDefault="00000000">
            <w:r>
              <w:rPr>
                <w:sz w:val="12"/>
              </w:rPr>
              <w:t>1</w:t>
            </w:r>
          </w:p>
        </w:tc>
        <w:tc>
          <w:tcPr>
            <w:tcW w:w="918" w:type="dxa"/>
          </w:tcPr>
          <w:p w14:paraId="43E10846" w14:textId="77777777" w:rsidR="00347918" w:rsidRDefault="00000000">
            <w:r>
              <w:rPr>
                <w:sz w:val="12"/>
              </w:rPr>
              <w:t>5</w:t>
            </w:r>
          </w:p>
        </w:tc>
        <w:tc>
          <w:tcPr>
            <w:tcW w:w="918" w:type="dxa"/>
          </w:tcPr>
          <w:p w14:paraId="2B074B2F" w14:textId="77777777" w:rsidR="00347918" w:rsidRDefault="00000000">
            <w:r>
              <w:rPr>
                <w:sz w:val="12"/>
              </w:rPr>
              <w:t>5</w:t>
            </w:r>
          </w:p>
        </w:tc>
        <w:tc>
          <w:tcPr>
            <w:tcW w:w="918" w:type="dxa"/>
          </w:tcPr>
          <w:p w14:paraId="51DC172D" w14:textId="77777777" w:rsidR="00347918" w:rsidRDefault="00000000">
            <w:r>
              <w:rPr>
                <w:sz w:val="12"/>
              </w:rPr>
              <w:t>Medium</w:t>
            </w:r>
          </w:p>
        </w:tc>
        <w:tc>
          <w:tcPr>
            <w:tcW w:w="918" w:type="dxa"/>
          </w:tcPr>
          <w:p w14:paraId="0371EFAB" w14:textId="77777777" w:rsidR="00347918" w:rsidRDefault="00000000">
            <w:r>
              <w:rPr>
                <w:sz w:val="12"/>
              </w:rPr>
              <w:t>Electrical Supervisor</w:t>
            </w:r>
          </w:p>
        </w:tc>
      </w:tr>
      <w:tr w:rsidR="00347918" w14:paraId="4C5D3F27" w14:textId="77777777">
        <w:trPr>
          <w:jc w:val="center"/>
        </w:trPr>
        <w:tc>
          <w:tcPr>
            <w:tcW w:w="918" w:type="dxa"/>
          </w:tcPr>
          <w:p w14:paraId="4CB97CB3" w14:textId="77777777" w:rsidR="00347918" w:rsidRDefault="00000000">
            <w:r>
              <w:rPr>
                <w:sz w:val="12"/>
              </w:rPr>
              <w:t>6</w:t>
            </w:r>
          </w:p>
        </w:tc>
        <w:tc>
          <w:tcPr>
            <w:tcW w:w="918" w:type="dxa"/>
          </w:tcPr>
          <w:p w14:paraId="02F1C203" w14:textId="77777777" w:rsidR="00347918" w:rsidRDefault="00000000">
            <w:r>
              <w:rPr>
                <w:sz w:val="12"/>
              </w:rPr>
              <w:t>Temporary electrical installation</w:t>
            </w:r>
          </w:p>
        </w:tc>
        <w:tc>
          <w:tcPr>
            <w:tcW w:w="918" w:type="dxa"/>
          </w:tcPr>
          <w:p w14:paraId="0FAC9E8C" w14:textId="77777777" w:rsidR="00347918" w:rsidRDefault="00000000">
            <w:r>
              <w:rPr>
                <w:sz w:val="12"/>
              </w:rPr>
              <w:t>Improper temporary distribution or connections</w:t>
            </w:r>
          </w:p>
        </w:tc>
        <w:tc>
          <w:tcPr>
            <w:tcW w:w="918" w:type="dxa"/>
          </w:tcPr>
          <w:p w14:paraId="6C4B0FD7" w14:textId="77777777" w:rsidR="00347918" w:rsidRDefault="00000000">
            <w:r>
              <w:rPr>
                <w:sz w:val="12"/>
              </w:rPr>
              <w:t>Workers, contractors</w:t>
            </w:r>
          </w:p>
        </w:tc>
        <w:tc>
          <w:tcPr>
            <w:tcW w:w="918" w:type="dxa"/>
          </w:tcPr>
          <w:p w14:paraId="16AB97AE" w14:textId="77777777" w:rsidR="00347918" w:rsidRDefault="00000000">
            <w:r>
              <w:rPr>
                <w:sz w:val="12"/>
              </w:rPr>
              <w:t>Shock, fire, equipment damage</w:t>
            </w:r>
          </w:p>
        </w:tc>
        <w:tc>
          <w:tcPr>
            <w:tcW w:w="918" w:type="dxa"/>
          </w:tcPr>
          <w:p w14:paraId="4FE6A954" w14:textId="77777777" w:rsidR="00347918" w:rsidRDefault="00000000">
            <w:r>
              <w:rPr>
                <w:sz w:val="12"/>
              </w:rPr>
              <w:t>Temporary boards and routine checks.</w:t>
            </w:r>
          </w:p>
        </w:tc>
        <w:tc>
          <w:tcPr>
            <w:tcW w:w="918" w:type="dxa"/>
          </w:tcPr>
          <w:p w14:paraId="5EFAE16B" w14:textId="77777777" w:rsidR="00347918" w:rsidRDefault="00000000">
            <w:r>
              <w:rPr>
                <w:sz w:val="12"/>
              </w:rPr>
              <w:t>4</w:t>
            </w:r>
          </w:p>
        </w:tc>
        <w:tc>
          <w:tcPr>
            <w:tcW w:w="918" w:type="dxa"/>
          </w:tcPr>
          <w:p w14:paraId="59A6A0E8" w14:textId="77777777" w:rsidR="00347918" w:rsidRDefault="00000000">
            <w:r>
              <w:rPr>
                <w:sz w:val="12"/>
              </w:rPr>
              <w:t>5</w:t>
            </w:r>
          </w:p>
        </w:tc>
        <w:tc>
          <w:tcPr>
            <w:tcW w:w="918" w:type="dxa"/>
          </w:tcPr>
          <w:p w14:paraId="6877D8B8" w14:textId="77777777" w:rsidR="00347918" w:rsidRDefault="00000000">
            <w:r>
              <w:rPr>
                <w:sz w:val="12"/>
              </w:rPr>
              <w:t>20</w:t>
            </w:r>
          </w:p>
        </w:tc>
        <w:tc>
          <w:tcPr>
            <w:tcW w:w="918" w:type="dxa"/>
          </w:tcPr>
          <w:p w14:paraId="58C1EF06" w14:textId="77777777" w:rsidR="00347918" w:rsidRDefault="00000000">
            <w:r>
              <w:rPr>
                <w:sz w:val="12"/>
              </w:rPr>
              <w:t>Very High</w:t>
            </w:r>
          </w:p>
        </w:tc>
        <w:tc>
          <w:tcPr>
            <w:tcW w:w="918" w:type="dxa"/>
          </w:tcPr>
          <w:p w14:paraId="22FB8D67" w14:textId="77777777" w:rsidR="00347918" w:rsidRDefault="00000000">
            <w:r>
              <w:rPr>
                <w:sz w:val="12"/>
              </w:rPr>
              <w:t>Use approved temporary distribution; provide suitable protective devices; inspect, test and maintain; keep connections protected and controlled.</w:t>
            </w:r>
          </w:p>
        </w:tc>
        <w:tc>
          <w:tcPr>
            <w:tcW w:w="918" w:type="dxa"/>
          </w:tcPr>
          <w:p w14:paraId="276C6231" w14:textId="77777777" w:rsidR="00347918" w:rsidRDefault="00000000">
            <w:r>
              <w:rPr>
                <w:sz w:val="12"/>
              </w:rPr>
              <w:t>1</w:t>
            </w:r>
          </w:p>
        </w:tc>
        <w:tc>
          <w:tcPr>
            <w:tcW w:w="918" w:type="dxa"/>
          </w:tcPr>
          <w:p w14:paraId="03FFA701" w14:textId="77777777" w:rsidR="00347918" w:rsidRDefault="00000000">
            <w:r>
              <w:rPr>
                <w:sz w:val="12"/>
              </w:rPr>
              <w:t>5</w:t>
            </w:r>
          </w:p>
        </w:tc>
        <w:tc>
          <w:tcPr>
            <w:tcW w:w="918" w:type="dxa"/>
          </w:tcPr>
          <w:p w14:paraId="01B6837F" w14:textId="77777777" w:rsidR="00347918" w:rsidRDefault="00000000">
            <w:r>
              <w:rPr>
                <w:sz w:val="12"/>
              </w:rPr>
              <w:t>5</w:t>
            </w:r>
          </w:p>
        </w:tc>
        <w:tc>
          <w:tcPr>
            <w:tcW w:w="918" w:type="dxa"/>
          </w:tcPr>
          <w:p w14:paraId="51DF401B" w14:textId="77777777" w:rsidR="00347918" w:rsidRDefault="00000000">
            <w:r>
              <w:rPr>
                <w:sz w:val="12"/>
              </w:rPr>
              <w:t>Medium</w:t>
            </w:r>
          </w:p>
        </w:tc>
        <w:tc>
          <w:tcPr>
            <w:tcW w:w="918" w:type="dxa"/>
          </w:tcPr>
          <w:p w14:paraId="7CAB22A6" w14:textId="77777777" w:rsidR="00347918" w:rsidRDefault="00000000">
            <w:r>
              <w:rPr>
                <w:sz w:val="12"/>
              </w:rPr>
              <w:t>Electrical Supervisor</w:t>
            </w:r>
          </w:p>
        </w:tc>
      </w:tr>
      <w:tr w:rsidR="00347918" w14:paraId="525779AF" w14:textId="77777777">
        <w:trPr>
          <w:jc w:val="center"/>
        </w:trPr>
        <w:tc>
          <w:tcPr>
            <w:tcW w:w="918" w:type="dxa"/>
          </w:tcPr>
          <w:p w14:paraId="304C96F5" w14:textId="77777777" w:rsidR="00347918" w:rsidRDefault="00000000">
            <w:r>
              <w:rPr>
                <w:sz w:val="12"/>
              </w:rPr>
              <w:t>7</w:t>
            </w:r>
          </w:p>
        </w:tc>
        <w:tc>
          <w:tcPr>
            <w:tcW w:w="918" w:type="dxa"/>
          </w:tcPr>
          <w:p w14:paraId="0547FC0A" w14:textId="77777777" w:rsidR="00347918" w:rsidRDefault="00000000">
            <w:r>
              <w:rPr>
                <w:sz w:val="12"/>
              </w:rPr>
              <w:t>Extension leads</w:t>
            </w:r>
          </w:p>
        </w:tc>
        <w:tc>
          <w:tcPr>
            <w:tcW w:w="918" w:type="dxa"/>
          </w:tcPr>
          <w:p w14:paraId="359CC69A" w14:textId="77777777" w:rsidR="00347918" w:rsidRDefault="00000000">
            <w:r>
              <w:rPr>
                <w:sz w:val="12"/>
              </w:rPr>
              <w:t>Overloaded, damaged or poorly routed extension leads</w:t>
            </w:r>
          </w:p>
        </w:tc>
        <w:tc>
          <w:tcPr>
            <w:tcW w:w="918" w:type="dxa"/>
          </w:tcPr>
          <w:p w14:paraId="5A7BD9E9" w14:textId="77777777" w:rsidR="00347918" w:rsidRDefault="00000000">
            <w:r>
              <w:rPr>
                <w:sz w:val="12"/>
              </w:rPr>
              <w:t>Workers, electricians</w:t>
            </w:r>
          </w:p>
        </w:tc>
        <w:tc>
          <w:tcPr>
            <w:tcW w:w="918" w:type="dxa"/>
          </w:tcPr>
          <w:p w14:paraId="5C63A2EC" w14:textId="77777777" w:rsidR="00347918" w:rsidRDefault="00000000">
            <w:r>
              <w:rPr>
                <w:sz w:val="12"/>
              </w:rPr>
              <w:t>Shock, trip, fire</w:t>
            </w:r>
          </w:p>
        </w:tc>
        <w:tc>
          <w:tcPr>
            <w:tcW w:w="918" w:type="dxa"/>
          </w:tcPr>
          <w:p w14:paraId="756E2B6C" w14:textId="77777777" w:rsidR="00347918" w:rsidRDefault="00000000">
            <w:r>
              <w:rPr>
                <w:sz w:val="12"/>
              </w:rPr>
              <w:t>General cable management.</w:t>
            </w:r>
          </w:p>
        </w:tc>
        <w:tc>
          <w:tcPr>
            <w:tcW w:w="918" w:type="dxa"/>
          </w:tcPr>
          <w:p w14:paraId="1E84B976" w14:textId="77777777" w:rsidR="00347918" w:rsidRDefault="00000000">
            <w:r>
              <w:rPr>
                <w:sz w:val="12"/>
              </w:rPr>
              <w:t>4</w:t>
            </w:r>
          </w:p>
        </w:tc>
        <w:tc>
          <w:tcPr>
            <w:tcW w:w="918" w:type="dxa"/>
          </w:tcPr>
          <w:p w14:paraId="64CB94A5" w14:textId="77777777" w:rsidR="00347918" w:rsidRDefault="00000000">
            <w:r>
              <w:rPr>
                <w:sz w:val="12"/>
              </w:rPr>
              <w:t>4</w:t>
            </w:r>
          </w:p>
        </w:tc>
        <w:tc>
          <w:tcPr>
            <w:tcW w:w="918" w:type="dxa"/>
          </w:tcPr>
          <w:p w14:paraId="7112614B" w14:textId="77777777" w:rsidR="00347918" w:rsidRDefault="00000000">
            <w:r>
              <w:rPr>
                <w:sz w:val="12"/>
              </w:rPr>
              <w:t>16</w:t>
            </w:r>
          </w:p>
        </w:tc>
        <w:tc>
          <w:tcPr>
            <w:tcW w:w="918" w:type="dxa"/>
          </w:tcPr>
          <w:p w14:paraId="692B74E7" w14:textId="77777777" w:rsidR="00347918" w:rsidRDefault="00000000">
            <w:r>
              <w:rPr>
                <w:sz w:val="12"/>
              </w:rPr>
              <w:t>High</w:t>
            </w:r>
          </w:p>
        </w:tc>
        <w:tc>
          <w:tcPr>
            <w:tcW w:w="918" w:type="dxa"/>
          </w:tcPr>
          <w:p w14:paraId="4330A918" w14:textId="77777777" w:rsidR="00347918" w:rsidRDefault="00000000">
            <w:r>
              <w:rPr>
                <w:sz w:val="12"/>
              </w:rPr>
              <w:t>Use suitable rated leads; inspect before use; avoid overloading; protect from vehicles/water/sharp edges; use appropriate RCD/RCCB protection.</w:t>
            </w:r>
          </w:p>
        </w:tc>
        <w:tc>
          <w:tcPr>
            <w:tcW w:w="918" w:type="dxa"/>
          </w:tcPr>
          <w:p w14:paraId="3CD3DC21" w14:textId="77777777" w:rsidR="00347918" w:rsidRDefault="00000000">
            <w:r>
              <w:rPr>
                <w:sz w:val="12"/>
              </w:rPr>
              <w:t>1</w:t>
            </w:r>
          </w:p>
        </w:tc>
        <w:tc>
          <w:tcPr>
            <w:tcW w:w="918" w:type="dxa"/>
          </w:tcPr>
          <w:p w14:paraId="26B0B2BC" w14:textId="77777777" w:rsidR="00347918" w:rsidRDefault="00000000">
            <w:r>
              <w:rPr>
                <w:sz w:val="12"/>
              </w:rPr>
              <w:t>4</w:t>
            </w:r>
          </w:p>
        </w:tc>
        <w:tc>
          <w:tcPr>
            <w:tcW w:w="918" w:type="dxa"/>
          </w:tcPr>
          <w:p w14:paraId="63C59A7B" w14:textId="77777777" w:rsidR="00347918" w:rsidRDefault="00000000">
            <w:r>
              <w:rPr>
                <w:sz w:val="12"/>
              </w:rPr>
              <w:t>4</w:t>
            </w:r>
          </w:p>
        </w:tc>
        <w:tc>
          <w:tcPr>
            <w:tcW w:w="918" w:type="dxa"/>
          </w:tcPr>
          <w:p w14:paraId="2EC445C3" w14:textId="77777777" w:rsidR="00347918" w:rsidRDefault="00000000">
            <w:r>
              <w:rPr>
                <w:sz w:val="12"/>
              </w:rPr>
              <w:t>Low</w:t>
            </w:r>
          </w:p>
        </w:tc>
        <w:tc>
          <w:tcPr>
            <w:tcW w:w="918" w:type="dxa"/>
          </w:tcPr>
          <w:p w14:paraId="3AB524F4" w14:textId="77777777" w:rsidR="00347918" w:rsidRDefault="00000000">
            <w:r>
              <w:rPr>
                <w:sz w:val="12"/>
              </w:rPr>
              <w:t>Supervisor</w:t>
            </w:r>
          </w:p>
        </w:tc>
      </w:tr>
      <w:tr w:rsidR="00347918" w14:paraId="51CD5484" w14:textId="77777777">
        <w:trPr>
          <w:jc w:val="center"/>
        </w:trPr>
        <w:tc>
          <w:tcPr>
            <w:tcW w:w="918" w:type="dxa"/>
          </w:tcPr>
          <w:p w14:paraId="00E40EA3" w14:textId="77777777" w:rsidR="00347918" w:rsidRDefault="00000000">
            <w:r>
              <w:rPr>
                <w:sz w:val="12"/>
              </w:rPr>
              <w:lastRenderedPageBreak/>
              <w:t>8</w:t>
            </w:r>
          </w:p>
        </w:tc>
        <w:tc>
          <w:tcPr>
            <w:tcW w:w="918" w:type="dxa"/>
          </w:tcPr>
          <w:p w14:paraId="48123172" w14:textId="77777777" w:rsidR="00347918" w:rsidRDefault="00000000">
            <w:r>
              <w:rPr>
                <w:sz w:val="12"/>
              </w:rPr>
              <w:t>Wet / damp environment</w:t>
            </w:r>
          </w:p>
        </w:tc>
        <w:tc>
          <w:tcPr>
            <w:tcW w:w="918" w:type="dxa"/>
          </w:tcPr>
          <w:p w14:paraId="7CFFBF06" w14:textId="77777777" w:rsidR="00347918" w:rsidRDefault="00000000">
            <w:r>
              <w:rPr>
                <w:sz w:val="12"/>
              </w:rPr>
              <w:t>Electrical equipment used where water or moisture is present</w:t>
            </w:r>
          </w:p>
        </w:tc>
        <w:tc>
          <w:tcPr>
            <w:tcW w:w="918" w:type="dxa"/>
          </w:tcPr>
          <w:p w14:paraId="7A5041F6" w14:textId="77777777" w:rsidR="00347918" w:rsidRDefault="00000000">
            <w:r>
              <w:rPr>
                <w:sz w:val="12"/>
              </w:rPr>
              <w:t>Workers, electricians</w:t>
            </w:r>
          </w:p>
        </w:tc>
        <w:tc>
          <w:tcPr>
            <w:tcW w:w="918" w:type="dxa"/>
          </w:tcPr>
          <w:p w14:paraId="73FF7313" w14:textId="77777777" w:rsidR="00347918" w:rsidRDefault="00000000">
            <w:r>
              <w:rPr>
                <w:sz w:val="12"/>
              </w:rPr>
              <w:t>Electric shock, short circuit, fatality</w:t>
            </w:r>
          </w:p>
        </w:tc>
        <w:tc>
          <w:tcPr>
            <w:tcW w:w="918" w:type="dxa"/>
          </w:tcPr>
          <w:p w14:paraId="29EE91B8" w14:textId="77777777" w:rsidR="00347918" w:rsidRDefault="00000000">
            <w:r>
              <w:rPr>
                <w:sz w:val="12"/>
              </w:rPr>
              <w:t>General waterproofing.</w:t>
            </w:r>
          </w:p>
        </w:tc>
        <w:tc>
          <w:tcPr>
            <w:tcW w:w="918" w:type="dxa"/>
          </w:tcPr>
          <w:p w14:paraId="40591663" w14:textId="77777777" w:rsidR="00347918" w:rsidRDefault="00000000">
            <w:r>
              <w:rPr>
                <w:sz w:val="12"/>
              </w:rPr>
              <w:t>4</w:t>
            </w:r>
          </w:p>
        </w:tc>
        <w:tc>
          <w:tcPr>
            <w:tcW w:w="918" w:type="dxa"/>
          </w:tcPr>
          <w:p w14:paraId="34BCA5F0" w14:textId="77777777" w:rsidR="00347918" w:rsidRDefault="00000000">
            <w:r>
              <w:rPr>
                <w:sz w:val="12"/>
              </w:rPr>
              <w:t>5</w:t>
            </w:r>
          </w:p>
        </w:tc>
        <w:tc>
          <w:tcPr>
            <w:tcW w:w="918" w:type="dxa"/>
          </w:tcPr>
          <w:p w14:paraId="4436B716" w14:textId="77777777" w:rsidR="00347918" w:rsidRDefault="00000000">
            <w:r>
              <w:rPr>
                <w:sz w:val="12"/>
              </w:rPr>
              <w:t>20</w:t>
            </w:r>
          </w:p>
        </w:tc>
        <w:tc>
          <w:tcPr>
            <w:tcW w:w="918" w:type="dxa"/>
          </w:tcPr>
          <w:p w14:paraId="021AAB1A" w14:textId="77777777" w:rsidR="00347918" w:rsidRDefault="00000000">
            <w:r>
              <w:rPr>
                <w:sz w:val="12"/>
              </w:rPr>
              <w:t>Very High</w:t>
            </w:r>
          </w:p>
        </w:tc>
        <w:tc>
          <w:tcPr>
            <w:tcW w:w="918" w:type="dxa"/>
          </w:tcPr>
          <w:p w14:paraId="5422AB55" w14:textId="77777777" w:rsidR="00347918" w:rsidRDefault="00000000">
            <w:r>
              <w:rPr>
                <w:sz w:val="12"/>
              </w:rPr>
              <w:t>Eliminate water exposure where possible; use equipment rated for environment; provide appropriate RCD protection; isolate before handling wet equipment.</w:t>
            </w:r>
          </w:p>
        </w:tc>
        <w:tc>
          <w:tcPr>
            <w:tcW w:w="918" w:type="dxa"/>
          </w:tcPr>
          <w:p w14:paraId="5113C022" w14:textId="77777777" w:rsidR="00347918" w:rsidRDefault="00000000">
            <w:r>
              <w:rPr>
                <w:sz w:val="12"/>
              </w:rPr>
              <w:t>1</w:t>
            </w:r>
          </w:p>
        </w:tc>
        <w:tc>
          <w:tcPr>
            <w:tcW w:w="918" w:type="dxa"/>
          </w:tcPr>
          <w:p w14:paraId="7DBECA8A" w14:textId="77777777" w:rsidR="00347918" w:rsidRDefault="00000000">
            <w:r>
              <w:rPr>
                <w:sz w:val="12"/>
              </w:rPr>
              <w:t>5</w:t>
            </w:r>
          </w:p>
        </w:tc>
        <w:tc>
          <w:tcPr>
            <w:tcW w:w="918" w:type="dxa"/>
          </w:tcPr>
          <w:p w14:paraId="1B6D0972" w14:textId="77777777" w:rsidR="00347918" w:rsidRDefault="00000000">
            <w:r>
              <w:rPr>
                <w:sz w:val="12"/>
              </w:rPr>
              <w:t>5</w:t>
            </w:r>
          </w:p>
        </w:tc>
        <w:tc>
          <w:tcPr>
            <w:tcW w:w="918" w:type="dxa"/>
          </w:tcPr>
          <w:p w14:paraId="411010E3" w14:textId="77777777" w:rsidR="00347918" w:rsidRDefault="00000000">
            <w:r>
              <w:rPr>
                <w:sz w:val="12"/>
              </w:rPr>
              <w:t>Medium</w:t>
            </w:r>
          </w:p>
        </w:tc>
        <w:tc>
          <w:tcPr>
            <w:tcW w:w="918" w:type="dxa"/>
          </w:tcPr>
          <w:p w14:paraId="2064B054" w14:textId="77777777" w:rsidR="00347918" w:rsidRDefault="00000000">
            <w:r>
              <w:rPr>
                <w:sz w:val="12"/>
              </w:rPr>
              <w:t>Electrical Supervisor</w:t>
            </w:r>
          </w:p>
        </w:tc>
      </w:tr>
      <w:tr w:rsidR="00347918" w14:paraId="5C9B3BE9" w14:textId="77777777">
        <w:trPr>
          <w:jc w:val="center"/>
        </w:trPr>
        <w:tc>
          <w:tcPr>
            <w:tcW w:w="918" w:type="dxa"/>
          </w:tcPr>
          <w:p w14:paraId="4D30292A" w14:textId="77777777" w:rsidR="00347918" w:rsidRDefault="00000000">
            <w:r>
              <w:rPr>
                <w:sz w:val="12"/>
              </w:rPr>
              <w:t>9</w:t>
            </w:r>
          </w:p>
        </w:tc>
        <w:tc>
          <w:tcPr>
            <w:tcW w:w="918" w:type="dxa"/>
          </w:tcPr>
          <w:p w14:paraId="4BA80899" w14:textId="77777777" w:rsidR="00347918" w:rsidRDefault="00000000">
            <w:r>
              <w:rPr>
                <w:sz w:val="12"/>
              </w:rPr>
              <w:t>Inadequate earthing / bonding</w:t>
            </w:r>
          </w:p>
        </w:tc>
        <w:tc>
          <w:tcPr>
            <w:tcW w:w="918" w:type="dxa"/>
          </w:tcPr>
          <w:p w14:paraId="085EB558" w14:textId="77777777" w:rsidR="00347918" w:rsidRDefault="00000000">
            <w:r>
              <w:rPr>
                <w:sz w:val="12"/>
              </w:rPr>
              <w:t>Equipment has ineffective protective earth</w:t>
            </w:r>
          </w:p>
        </w:tc>
        <w:tc>
          <w:tcPr>
            <w:tcW w:w="918" w:type="dxa"/>
          </w:tcPr>
          <w:p w14:paraId="345FA9B1" w14:textId="77777777" w:rsidR="00347918" w:rsidRDefault="00000000">
            <w:r>
              <w:rPr>
                <w:sz w:val="12"/>
              </w:rPr>
              <w:t>Workers, electricians</w:t>
            </w:r>
          </w:p>
        </w:tc>
        <w:tc>
          <w:tcPr>
            <w:tcW w:w="918" w:type="dxa"/>
          </w:tcPr>
          <w:p w14:paraId="54FDB208" w14:textId="77777777" w:rsidR="00347918" w:rsidRDefault="00000000">
            <w:r>
              <w:rPr>
                <w:sz w:val="12"/>
              </w:rPr>
              <w:t>Shock, fire, protective device failure</w:t>
            </w:r>
          </w:p>
        </w:tc>
        <w:tc>
          <w:tcPr>
            <w:tcW w:w="918" w:type="dxa"/>
          </w:tcPr>
          <w:p w14:paraId="23A3C8BB" w14:textId="77777777" w:rsidR="00347918" w:rsidRDefault="00000000">
            <w:r>
              <w:rPr>
                <w:sz w:val="12"/>
              </w:rPr>
              <w:t>Earthing provided in installation.</w:t>
            </w:r>
          </w:p>
        </w:tc>
        <w:tc>
          <w:tcPr>
            <w:tcW w:w="918" w:type="dxa"/>
          </w:tcPr>
          <w:p w14:paraId="5D587005" w14:textId="77777777" w:rsidR="00347918" w:rsidRDefault="00000000">
            <w:r>
              <w:rPr>
                <w:sz w:val="12"/>
              </w:rPr>
              <w:t>3</w:t>
            </w:r>
          </w:p>
        </w:tc>
        <w:tc>
          <w:tcPr>
            <w:tcW w:w="918" w:type="dxa"/>
          </w:tcPr>
          <w:p w14:paraId="24CE519A" w14:textId="77777777" w:rsidR="00347918" w:rsidRDefault="00000000">
            <w:r>
              <w:rPr>
                <w:sz w:val="12"/>
              </w:rPr>
              <w:t>5</w:t>
            </w:r>
          </w:p>
        </w:tc>
        <w:tc>
          <w:tcPr>
            <w:tcW w:w="918" w:type="dxa"/>
          </w:tcPr>
          <w:p w14:paraId="1A1D35FF" w14:textId="77777777" w:rsidR="00347918" w:rsidRDefault="00000000">
            <w:r>
              <w:rPr>
                <w:sz w:val="12"/>
              </w:rPr>
              <w:t>15</w:t>
            </w:r>
          </w:p>
        </w:tc>
        <w:tc>
          <w:tcPr>
            <w:tcW w:w="918" w:type="dxa"/>
          </w:tcPr>
          <w:p w14:paraId="6DAD4230" w14:textId="77777777" w:rsidR="00347918" w:rsidRDefault="00000000">
            <w:r>
              <w:rPr>
                <w:sz w:val="12"/>
              </w:rPr>
              <w:t>High</w:t>
            </w:r>
          </w:p>
        </w:tc>
        <w:tc>
          <w:tcPr>
            <w:tcW w:w="918" w:type="dxa"/>
          </w:tcPr>
          <w:p w14:paraId="2AD12160" w14:textId="77777777" w:rsidR="00347918" w:rsidRDefault="00000000">
            <w:r>
              <w:rPr>
                <w:sz w:val="12"/>
              </w:rPr>
              <w:t>Verify continuity and earth arrangement; inspect bonding; test protective systems; rectify defects before use.</w:t>
            </w:r>
          </w:p>
        </w:tc>
        <w:tc>
          <w:tcPr>
            <w:tcW w:w="918" w:type="dxa"/>
          </w:tcPr>
          <w:p w14:paraId="33FA361E" w14:textId="77777777" w:rsidR="00347918" w:rsidRDefault="00000000">
            <w:r>
              <w:rPr>
                <w:sz w:val="12"/>
              </w:rPr>
              <w:t>1</w:t>
            </w:r>
          </w:p>
        </w:tc>
        <w:tc>
          <w:tcPr>
            <w:tcW w:w="918" w:type="dxa"/>
          </w:tcPr>
          <w:p w14:paraId="20FAF95D" w14:textId="77777777" w:rsidR="00347918" w:rsidRDefault="00000000">
            <w:r>
              <w:rPr>
                <w:sz w:val="12"/>
              </w:rPr>
              <w:t>5</w:t>
            </w:r>
          </w:p>
        </w:tc>
        <w:tc>
          <w:tcPr>
            <w:tcW w:w="918" w:type="dxa"/>
          </w:tcPr>
          <w:p w14:paraId="573D1DCE" w14:textId="77777777" w:rsidR="00347918" w:rsidRDefault="00000000">
            <w:r>
              <w:rPr>
                <w:sz w:val="12"/>
              </w:rPr>
              <w:t>5</w:t>
            </w:r>
          </w:p>
        </w:tc>
        <w:tc>
          <w:tcPr>
            <w:tcW w:w="918" w:type="dxa"/>
          </w:tcPr>
          <w:p w14:paraId="5EAD4A71" w14:textId="77777777" w:rsidR="00347918" w:rsidRDefault="00000000">
            <w:r>
              <w:rPr>
                <w:sz w:val="12"/>
              </w:rPr>
              <w:t>Medium</w:t>
            </w:r>
          </w:p>
        </w:tc>
        <w:tc>
          <w:tcPr>
            <w:tcW w:w="918" w:type="dxa"/>
          </w:tcPr>
          <w:p w14:paraId="390DAC64" w14:textId="77777777" w:rsidR="00347918" w:rsidRDefault="00000000">
            <w:r>
              <w:rPr>
                <w:sz w:val="12"/>
              </w:rPr>
              <w:t>Electrical Engineer</w:t>
            </w:r>
          </w:p>
        </w:tc>
      </w:tr>
      <w:tr w:rsidR="00347918" w14:paraId="32BBFA68" w14:textId="77777777">
        <w:trPr>
          <w:jc w:val="center"/>
        </w:trPr>
        <w:tc>
          <w:tcPr>
            <w:tcW w:w="918" w:type="dxa"/>
          </w:tcPr>
          <w:p w14:paraId="4A5653B4" w14:textId="77777777" w:rsidR="00347918" w:rsidRDefault="00000000">
            <w:r>
              <w:rPr>
                <w:sz w:val="12"/>
              </w:rPr>
              <w:t>10</w:t>
            </w:r>
          </w:p>
        </w:tc>
        <w:tc>
          <w:tcPr>
            <w:tcW w:w="918" w:type="dxa"/>
          </w:tcPr>
          <w:p w14:paraId="6CD5F61B" w14:textId="77777777" w:rsidR="00347918" w:rsidRDefault="00000000">
            <w:r>
              <w:rPr>
                <w:sz w:val="12"/>
              </w:rPr>
              <w:t>Faulty protective device</w:t>
            </w:r>
          </w:p>
        </w:tc>
        <w:tc>
          <w:tcPr>
            <w:tcW w:w="918" w:type="dxa"/>
          </w:tcPr>
          <w:p w14:paraId="674F6237" w14:textId="77777777" w:rsidR="00347918" w:rsidRDefault="00000000">
            <w:r>
              <w:rPr>
                <w:sz w:val="12"/>
              </w:rPr>
              <w:t>RCD/MCB/fuse fails to operate correctly</w:t>
            </w:r>
          </w:p>
        </w:tc>
        <w:tc>
          <w:tcPr>
            <w:tcW w:w="918" w:type="dxa"/>
          </w:tcPr>
          <w:p w14:paraId="6B77D449" w14:textId="77777777" w:rsidR="00347918" w:rsidRDefault="00000000">
            <w:r>
              <w:rPr>
                <w:sz w:val="12"/>
              </w:rPr>
              <w:t>Workers, electricians</w:t>
            </w:r>
          </w:p>
        </w:tc>
        <w:tc>
          <w:tcPr>
            <w:tcW w:w="918" w:type="dxa"/>
          </w:tcPr>
          <w:p w14:paraId="6F17DB78" w14:textId="77777777" w:rsidR="00347918" w:rsidRDefault="00000000">
            <w:r>
              <w:rPr>
                <w:sz w:val="12"/>
              </w:rPr>
              <w:t>Shock, fire, equipment damage</w:t>
            </w:r>
          </w:p>
        </w:tc>
        <w:tc>
          <w:tcPr>
            <w:tcW w:w="918" w:type="dxa"/>
          </w:tcPr>
          <w:p w14:paraId="014B7A9E" w14:textId="77777777" w:rsidR="00347918" w:rsidRDefault="00000000">
            <w:r>
              <w:rPr>
                <w:sz w:val="12"/>
              </w:rPr>
              <w:t>Protective devices installed.</w:t>
            </w:r>
          </w:p>
        </w:tc>
        <w:tc>
          <w:tcPr>
            <w:tcW w:w="918" w:type="dxa"/>
          </w:tcPr>
          <w:p w14:paraId="47ABA1CA" w14:textId="77777777" w:rsidR="00347918" w:rsidRDefault="00000000">
            <w:r>
              <w:rPr>
                <w:sz w:val="12"/>
              </w:rPr>
              <w:t>3</w:t>
            </w:r>
          </w:p>
        </w:tc>
        <w:tc>
          <w:tcPr>
            <w:tcW w:w="918" w:type="dxa"/>
          </w:tcPr>
          <w:p w14:paraId="1E6AAA89" w14:textId="77777777" w:rsidR="00347918" w:rsidRDefault="00000000">
            <w:r>
              <w:rPr>
                <w:sz w:val="12"/>
              </w:rPr>
              <w:t>5</w:t>
            </w:r>
          </w:p>
        </w:tc>
        <w:tc>
          <w:tcPr>
            <w:tcW w:w="918" w:type="dxa"/>
          </w:tcPr>
          <w:p w14:paraId="7D1D1B23" w14:textId="77777777" w:rsidR="00347918" w:rsidRDefault="00000000">
            <w:r>
              <w:rPr>
                <w:sz w:val="12"/>
              </w:rPr>
              <w:t>15</w:t>
            </w:r>
          </w:p>
        </w:tc>
        <w:tc>
          <w:tcPr>
            <w:tcW w:w="918" w:type="dxa"/>
          </w:tcPr>
          <w:p w14:paraId="60A717F5" w14:textId="77777777" w:rsidR="00347918" w:rsidRDefault="00000000">
            <w:r>
              <w:rPr>
                <w:sz w:val="12"/>
              </w:rPr>
              <w:t>High</w:t>
            </w:r>
          </w:p>
        </w:tc>
        <w:tc>
          <w:tcPr>
            <w:tcW w:w="918" w:type="dxa"/>
          </w:tcPr>
          <w:p w14:paraId="054EF0CB" w14:textId="77777777" w:rsidR="00347918" w:rsidRDefault="00000000">
            <w:r>
              <w:rPr>
                <w:sz w:val="12"/>
              </w:rPr>
              <w:t>Use correctly rated devices; test RCD/RCCB and protection systems as required; replace defective devices; maintain records.</w:t>
            </w:r>
          </w:p>
        </w:tc>
        <w:tc>
          <w:tcPr>
            <w:tcW w:w="918" w:type="dxa"/>
          </w:tcPr>
          <w:p w14:paraId="4078469B" w14:textId="77777777" w:rsidR="00347918" w:rsidRDefault="00000000">
            <w:r>
              <w:rPr>
                <w:sz w:val="12"/>
              </w:rPr>
              <w:t>1</w:t>
            </w:r>
          </w:p>
        </w:tc>
        <w:tc>
          <w:tcPr>
            <w:tcW w:w="918" w:type="dxa"/>
          </w:tcPr>
          <w:p w14:paraId="61397E40" w14:textId="77777777" w:rsidR="00347918" w:rsidRDefault="00000000">
            <w:r>
              <w:rPr>
                <w:sz w:val="12"/>
              </w:rPr>
              <w:t>5</w:t>
            </w:r>
          </w:p>
        </w:tc>
        <w:tc>
          <w:tcPr>
            <w:tcW w:w="918" w:type="dxa"/>
          </w:tcPr>
          <w:p w14:paraId="75AD4433" w14:textId="77777777" w:rsidR="00347918" w:rsidRDefault="00000000">
            <w:r>
              <w:rPr>
                <w:sz w:val="12"/>
              </w:rPr>
              <w:t>5</w:t>
            </w:r>
          </w:p>
        </w:tc>
        <w:tc>
          <w:tcPr>
            <w:tcW w:w="918" w:type="dxa"/>
          </w:tcPr>
          <w:p w14:paraId="131E4866" w14:textId="77777777" w:rsidR="00347918" w:rsidRDefault="00000000">
            <w:r>
              <w:rPr>
                <w:sz w:val="12"/>
              </w:rPr>
              <w:t>Medium</w:t>
            </w:r>
          </w:p>
        </w:tc>
        <w:tc>
          <w:tcPr>
            <w:tcW w:w="918" w:type="dxa"/>
          </w:tcPr>
          <w:p w14:paraId="0BCC2BE0" w14:textId="77777777" w:rsidR="00347918" w:rsidRDefault="00000000">
            <w:r>
              <w:rPr>
                <w:sz w:val="12"/>
              </w:rPr>
              <w:t>Electrical Supervisor</w:t>
            </w:r>
          </w:p>
        </w:tc>
      </w:tr>
      <w:tr w:rsidR="00347918" w14:paraId="2FB5380B" w14:textId="77777777">
        <w:trPr>
          <w:jc w:val="center"/>
        </w:trPr>
        <w:tc>
          <w:tcPr>
            <w:tcW w:w="918" w:type="dxa"/>
          </w:tcPr>
          <w:p w14:paraId="70822CF0" w14:textId="77777777" w:rsidR="00347918" w:rsidRDefault="00000000">
            <w:r>
              <w:rPr>
                <w:sz w:val="12"/>
              </w:rPr>
              <w:t>11</w:t>
            </w:r>
          </w:p>
        </w:tc>
        <w:tc>
          <w:tcPr>
            <w:tcW w:w="918" w:type="dxa"/>
          </w:tcPr>
          <w:p w14:paraId="4D02E621" w14:textId="77777777" w:rsidR="00347918" w:rsidRDefault="00000000">
            <w:r>
              <w:rPr>
                <w:sz w:val="12"/>
              </w:rPr>
              <w:t>Overloaded circuit</w:t>
            </w:r>
          </w:p>
        </w:tc>
        <w:tc>
          <w:tcPr>
            <w:tcW w:w="918" w:type="dxa"/>
          </w:tcPr>
          <w:p w14:paraId="03434C0B" w14:textId="77777777" w:rsidR="00347918" w:rsidRDefault="00000000">
            <w:r>
              <w:rPr>
                <w:sz w:val="12"/>
              </w:rPr>
              <w:t>Circuit/load exceeds design capacity</w:t>
            </w:r>
          </w:p>
        </w:tc>
        <w:tc>
          <w:tcPr>
            <w:tcW w:w="918" w:type="dxa"/>
          </w:tcPr>
          <w:p w14:paraId="47C9037C" w14:textId="77777777" w:rsidR="00347918" w:rsidRDefault="00000000">
            <w:r>
              <w:rPr>
                <w:sz w:val="12"/>
              </w:rPr>
              <w:t>Workers, electricians</w:t>
            </w:r>
          </w:p>
        </w:tc>
        <w:tc>
          <w:tcPr>
            <w:tcW w:w="918" w:type="dxa"/>
          </w:tcPr>
          <w:p w14:paraId="05977C73" w14:textId="77777777" w:rsidR="00347918" w:rsidRDefault="00000000">
            <w:r>
              <w:rPr>
                <w:sz w:val="12"/>
              </w:rPr>
              <w:t>Overheating, fire, equipment failure</w:t>
            </w:r>
          </w:p>
        </w:tc>
        <w:tc>
          <w:tcPr>
            <w:tcW w:w="918" w:type="dxa"/>
          </w:tcPr>
          <w:p w14:paraId="1F8E0E70" w14:textId="77777777" w:rsidR="00347918" w:rsidRDefault="00000000">
            <w:r>
              <w:rPr>
                <w:sz w:val="12"/>
              </w:rPr>
              <w:t>Basic load control.</w:t>
            </w:r>
          </w:p>
        </w:tc>
        <w:tc>
          <w:tcPr>
            <w:tcW w:w="918" w:type="dxa"/>
          </w:tcPr>
          <w:p w14:paraId="27CC9D2E" w14:textId="77777777" w:rsidR="00347918" w:rsidRDefault="00000000">
            <w:r>
              <w:rPr>
                <w:sz w:val="12"/>
              </w:rPr>
              <w:t>3</w:t>
            </w:r>
          </w:p>
        </w:tc>
        <w:tc>
          <w:tcPr>
            <w:tcW w:w="918" w:type="dxa"/>
          </w:tcPr>
          <w:p w14:paraId="6FB6B3EB" w14:textId="77777777" w:rsidR="00347918" w:rsidRDefault="00000000">
            <w:r>
              <w:rPr>
                <w:sz w:val="12"/>
              </w:rPr>
              <w:t>4</w:t>
            </w:r>
          </w:p>
        </w:tc>
        <w:tc>
          <w:tcPr>
            <w:tcW w:w="918" w:type="dxa"/>
          </w:tcPr>
          <w:p w14:paraId="4F211FC7" w14:textId="77777777" w:rsidR="00347918" w:rsidRDefault="00000000">
            <w:r>
              <w:rPr>
                <w:sz w:val="12"/>
              </w:rPr>
              <w:t>12</w:t>
            </w:r>
          </w:p>
        </w:tc>
        <w:tc>
          <w:tcPr>
            <w:tcW w:w="918" w:type="dxa"/>
          </w:tcPr>
          <w:p w14:paraId="44CCF43A" w14:textId="77777777" w:rsidR="00347918" w:rsidRDefault="00000000">
            <w:r>
              <w:rPr>
                <w:sz w:val="12"/>
              </w:rPr>
              <w:t>High</w:t>
            </w:r>
          </w:p>
        </w:tc>
        <w:tc>
          <w:tcPr>
            <w:tcW w:w="918" w:type="dxa"/>
          </w:tcPr>
          <w:p w14:paraId="05C2343C" w14:textId="77777777" w:rsidR="00347918" w:rsidRDefault="00000000">
            <w:r>
              <w:rPr>
                <w:sz w:val="12"/>
              </w:rPr>
              <w:t>Verify circuit capacity and load; prevent unauthorized connections; provide correctly rated protection and distribution.</w:t>
            </w:r>
          </w:p>
        </w:tc>
        <w:tc>
          <w:tcPr>
            <w:tcW w:w="918" w:type="dxa"/>
          </w:tcPr>
          <w:p w14:paraId="065A8923" w14:textId="77777777" w:rsidR="00347918" w:rsidRDefault="00000000">
            <w:r>
              <w:rPr>
                <w:sz w:val="12"/>
              </w:rPr>
              <w:t>1</w:t>
            </w:r>
          </w:p>
        </w:tc>
        <w:tc>
          <w:tcPr>
            <w:tcW w:w="918" w:type="dxa"/>
          </w:tcPr>
          <w:p w14:paraId="5A4BC50D" w14:textId="77777777" w:rsidR="00347918" w:rsidRDefault="00000000">
            <w:r>
              <w:rPr>
                <w:sz w:val="12"/>
              </w:rPr>
              <w:t>4</w:t>
            </w:r>
          </w:p>
        </w:tc>
        <w:tc>
          <w:tcPr>
            <w:tcW w:w="918" w:type="dxa"/>
          </w:tcPr>
          <w:p w14:paraId="27D36C8D" w14:textId="77777777" w:rsidR="00347918" w:rsidRDefault="00000000">
            <w:r>
              <w:rPr>
                <w:sz w:val="12"/>
              </w:rPr>
              <w:t>4</w:t>
            </w:r>
          </w:p>
        </w:tc>
        <w:tc>
          <w:tcPr>
            <w:tcW w:w="918" w:type="dxa"/>
          </w:tcPr>
          <w:p w14:paraId="74F8151E" w14:textId="77777777" w:rsidR="00347918" w:rsidRDefault="00000000">
            <w:r>
              <w:rPr>
                <w:sz w:val="12"/>
              </w:rPr>
              <w:t>Low</w:t>
            </w:r>
          </w:p>
        </w:tc>
        <w:tc>
          <w:tcPr>
            <w:tcW w:w="918" w:type="dxa"/>
          </w:tcPr>
          <w:p w14:paraId="6C4F0D11" w14:textId="77777777" w:rsidR="00347918" w:rsidRDefault="00000000">
            <w:r>
              <w:rPr>
                <w:sz w:val="12"/>
              </w:rPr>
              <w:t>Electrical Engineer</w:t>
            </w:r>
          </w:p>
        </w:tc>
      </w:tr>
      <w:tr w:rsidR="00347918" w14:paraId="08AB6773" w14:textId="77777777">
        <w:trPr>
          <w:jc w:val="center"/>
        </w:trPr>
        <w:tc>
          <w:tcPr>
            <w:tcW w:w="918" w:type="dxa"/>
          </w:tcPr>
          <w:p w14:paraId="5633C301" w14:textId="77777777" w:rsidR="00347918" w:rsidRDefault="00000000">
            <w:r>
              <w:rPr>
                <w:sz w:val="12"/>
              </w:rPr>
              <w:t>12</w:t>
            </w:r>
          </w:p>
        </w:tc>
        <w:tc>
          <w:tcPr>
            <w:tcW w:w="918" w:type="dxa"/>
          </w:tcPr>
          <w:p w14:paraId="1ACCE25F" w14:textId="77777777" w:rsidR="00347918" w:rsidRDefault="00000000">
            <w:r>
              <w:rPr>
                <w:sz w:val="12"/>
              </w:rPr>
              <w:t>Electrical panel access</w:t>
            </w:r>
          </w:p>
        </w:tc>
        <w:tc>
          <w:tcPr>
            <w:tcW w:w="918" w:type="dxa"/>
          </w:tcPr>
          <w:p w14:paraId="4115044B" w14:textId="77777777" w:rsidR="00347918" w:rsidRDefault="00000000">
            <w:r>
              <w:rPr>
                <w:sz w:val="12"/>
              </w:rPr>
              <w:t>Unauthorized or unprotected access to live panel</w:t>
            </w:r>
          </w:p>
        </w:tc>
        <w:tc>
          <w:tcPr>
            <w:tcW w:w="918" w:type="dxa"/>
          </w:tcPr>
          <w:p w14:paraId="5E528A69" w14:textId="77777777" w:rsidR="00347918" w:rsidRDefault="00000000">
            <w:r>
              <w:rPr>
                <w:sz w:val="12"/>
              </w:rPr>
              <w:t>Workers, visitors</w:t>
            </w:r>
          </w:p>
        </w:tc>
        <w:tc>
          <w:tcPr>
            <w:tcW w:w="918" w:type="dxa"/>
          </w:tcPr>
          <w:p w14:paraId="1F94BDD5" w14:textId="77777777" w:rsidR="00347918" w:rsidRDefault="00000000">
            <w:r>
              <w:rPr>
                <w:sz w:val="12"/>
              </w:rPr>
              <w:t>Shock, arc flash, fatality</w:t>
            </w:r>
          </w:p>
        </w:tc>
        <w:tc>
          <w:tcPr>
            <w:tcW w:w="918" w:type="dxa"/>
          </w:tcPr>
          <w:p w14:paraId="28434622" w14:textId="77777777" w:rsidR="00347918" w:rsidRDefault="00000000">
            <w:r>
              <w:rPr>
                <w:sz w:val="12"/>
              </w:rPr>
              <w:t>Panel covers and warning signs.</w:t>
            </w:r>
          </w:p>
        </w:tc>
        <w:tc>
          <w:tcPr>
            <w:tcW w:w="918" w:type="dxa"/>
          </w:tcPr>
          <w:p w14:paraId="37E65135" w14:textId="77777777" w:rsidR="00347918" w:rsidRDefault="00000000">
            <w:r>
              <w:rPr>
                <w:sz w:val="12"/>
              </w:rPr>
              <w:t>4</w:t>
            </w:r>
          </w:p>
        </w:tc>
        <w:tc>
          <w:tcPr>
            <w:tcW w:w="918" w:type="dxa"/>
          </w:tcPr>
          <w:p w14:paraId="19C62357" w14:textId="77777777" w:rsidR="00347918" w:rsidRDefault="00000000">
            <w:r>
              <w:rPr>
                <w:sz w:val="12"/>
              </w:rPr>
              <w:t>5</w:t>
            </w:r>
          </w:p>
        </w:tc>
        <w:tc>
          <w:tcPr>
            <w:tcW w:w="918" w:type="dxa"/>
          </w:tcPr>
          <w:p w14:paraId="61468636" w14:textId="77777777" w:rsidR="00347918" w:rsidRDefault="00000000">
            <w:r>
              <w:rPr>
                <w:sz w:val="12"/>
              </w:rPr>
              <w:t>20</w:t>
            </w:r>
          </w:p>
        </w:tc>
        <w:tc>
          <w:tcPr>
            <w:tcW w:w="918" w:type="dxa"/>
          </w:tcPr>
          <w:p w14:paraId="6997BC00" w14:textId="77777777" w:rsidR="00347918" w:rsidRDefault="00000000">
            <w:r>
              <w:rPr>
                <w:sz w:val="12"/>
              </w:rPr>
              <w:t>Very High</w:t>
            </w:r>
          </w:p>
        </w:tc>
        <w:tc>
          <w:tcPr>
            <w:tcW w:w="918" w:type="dxa"/>
          </w:tcPr>
          <w:p w14:paraId="7D144BE6" w14:textId="77777777" w:rsidR="00347918" w:rsidRDefault="00000000">
            <w:r>
              <w:rPr>
                <w:sz w:val="12"/>
              </w:rPr>
              <w:t>Keep panels secured; use appropriate barriers and warning signage; restrict access to authorized persons; maintain required clearances.</w:t>
            </w:r>
          </w:p>
        </w:tc>
        <w:tc>
          <w:tcPr>
            <w:tcW w:w="918" w:type="dxa"/>
          </w:tcPr>
          <w:p w14:paraId="0EB0B915" w14:textId="77777777" w:rsidR="00347918" w:rsidRDefault="00000000">
            <w:r>
              <w:rPr>
                <w:sz w:val="12"/>
              </w:rPr>
              <w:t>1</w:t>
            </w:r>
          </w:p>
        </w:tc>
        <w:tc>
          <w:tcPr>
            <w:tcW w:w="918" w:type="dxa"/>
          </w:tcPr>
          <w:p w14:paraId="2CB91E4A" w14:textId="77777777" w:rsidR="00347918" w:rsidRDefault="00000000">
            <w:r>
              <w:rPr>
                <w:sz w:val="12"/>
              </w:rPr>
              <w:t>5</w:t>
            </w:r>
          </w:p>
        </w:tc>
        <w:tc>
          <w:tcPr>
            <w:tcW w:w="918" w:type="dxa"/>
          </w:tcPr>
          <w:p w14:paraId="54CBD78C" w14:textId="77777777" w:rsidR="00347918" w:rsidRDefault="00000000">
            <w:r>
              <w:rPr>
                <w:sz w:val="12"/>
              </w:rPr>
              <w:t>5</w:t>
            </w:r>
          </w:p>
        </w:tc>
        <w:tc>
          <w:tcPr>
            <w:tcW w:w="918" w:type="dxa"/>
          </w:tcPr>
          <w:p w14:paraId="2B18E775" w14:textId="77777777" w:rsidR="00347918" w:rsidRDefault="00000000">
            <w:r>
              <w:rPr>
                <w:sz w:val="12"/>
              </w:rPr>
              <w:t>Medium</w:t>
            </w:r>
          </w:p>
        </w:tc>
        <w:tc>
          <w:tcPr>
            <w:tcW w:w="918" w:type="dxa"/>
          </w:tcPr>
          <w:p w14:paraId="757445EC" w14:textId="77777777" w:rsidR="00347918" w:rsidRDefault="00000000">
            <w:r>
              <w:rPr>
                <w:sz w:val="12"/>
              </w:rPr>
              <w:t>Electrical Supervisor</w:t>
            </w:r>
          </w:p>
        </w:tc>
      </w:tr>
      <w:tr w:rsidR="00347918" w14:paraId="0594A6E6" w14:textId="77777777">
        <w:trPr>
          <w:jc w:val="center"/>
        </w:trPr>
        <w:tc>
          <w:tcPr>
            <w:tcW w:w="918" w:type="dxa"/>
          </w:tcPr>
          <w:p w14:paraId="32AC4BDE" w14:textId="77777777" w:rsidR="00347918" w:rsidRDefault="00000000">
            <w:r>
              <w:rPr>
                <w:sz w:val="12"/>
              </w:rPr>
              <w:t>13</w:t>
            </w:r>
          </w:p>
        </w:tc>
        <w:tc>
          <w:tcPr>
            <w:tcW w:w="918" w:type="dxa"/>
          </w:tcPr>
          <w:p w14:paraId="16E75A1E" w14:textId="77777777" w:rsidR="00347918" w:rsidRDefault="00000000">
            <w:r>
              <w:rPr>
                <w:sz w:val="12"/>
              </w:rPr>
              <w:t>Testing / commissioning</w:t>
            </w:r>
          </w:p>
        </w:tc>
        <w:tc>
          <w:tcPr>
            <w:tcW w:w="918" w:type="dxa"/>
          </w:tcPr>
          <w:p w14:paraId="4478FBE7" w14:textId="77777777" w:rsidR="00347918" w:rsidRDefault="00000000">
            <w:r>
              <w:rPr>
                <w:sz w:val="12"/>
              </w:rPr>
              <w:t>Testing exposes workers to energized equipment</w:t>
            </w:r>
          </w:p>
        </w:tc>
        <w:tc>
          <w:tcPr>
            <w:tcW w:w="918" w:type="dxa"/>
          </w:tcPr>
          <w:p w14:paraId="70649FF0" w14:textId="77777777" w:rsidR="00347918" w:rsidRDefault="00000000">
            <w:r>
              <w:rPr>
                <w:sz w:val="12"/>
              </w:rPr>
              <w:t>Electricians, technicians</w:t>
            </w:r>
          </w:p>
        </w:tc>
        <w:tc>
          <w:tcPr>
            <w:tcW w:w="918" w:type="dxa"/>
          </w:tcPr>
          <w:p w14:paraId="5F589DEA" w14:textId="77777777" w:rsidR="00347918" w:rsidRDefault="00000000">
            <w:r>
              <w:rPr>
                <w:sz w:val="12"/>
              </w:rPr>
              <w:t>Shock, arc flash, burns</w:t>
            </w:r>
          </w:p>
        </w:tc>
        <w:tc>
          <w:tcPr>
            <w:tcW w:w="918" w:type="dxa"/>
          </w:tcPr>
          <w:p w14:paraId="65AF1137" w14:textId="77777777" w:rsidR="00347918" w:rsidRDefault="00000000">
            <w:r>
              <w:rPr>
                <w:sz w:val="12"/>
              </w:rPr>
              <w:t>Competent testers and test equipment.</w:t>
            </w:r>
          </w:p>
        </w:tc>
        <w:tc>
          <w:tcPr>
            <w:tcW w:w="918" w:type="dxa"/>
          </w:tcPr>
          <w:p w14:paraId="08346AD0" w14:textId="77777777" w:rsidR="00347918" w:rsidRDefault="00000000">
            <w:r>
              <w:rPr>
                <w:sz w:val="12"/>
              </w:rPr>
              <w:t>4</w:t>
            </w:r>
          </w:p>
        </w:tc>
        <w:tc>
          <w:tcPr>
            <w:tcW w:w="918" w:type="dxa"/>
          </w:tcPr>
          <w:p w14:paraId="5DF25C64" w14:textId="77777777" w:rsidR="00347918" w:rsidRDefault="00000000">
            <w:r>
              <w:rPr>
                <w:sz w:val="12"/>
              </w:rPr>
              <w:t>5</w:t>
            </w:r>
          </w:p>
        </w:tc>
        <w:tc>
          <w:tcPr>
            <w:tcW w:w="918" w:type="dxa"/>
          </w:tcPr>
          <w:p w14:paraId="35CF5653" w14:textId="77777777" w:rsidR="00347918" w:rsidRDefault="00000000">
            <w:r>
              <w:rPr>
                <w:sz w:val="12"/>
              </w:rPr>
              <w:t>20</w:t>
            </w:r>
          </w:p>
        </w:tc>
        <w:tc>
          <w:tcPr>
            <w:tcW w:w="918" w:type="dxa"/>
          </w:tcPr>
          <w:p w14:paraId="6E2F7A80" w14:textId="77777777" w:rsidR="00347918" w:rsidRDefault="00000000">
            <w:r>
              <w:rPr>
                <w:sz w:val="12"/>
              </w:rPr>
              <w:t>Very High</w:t>
            </w:r>
          </w:p>
        </w:tc>
        <w:tc>
          <w:tcPr>
            <w:tcW w:w="918" w:type="dxa"/>
          </w:tcPr>
          <w:p w14:paraId="2E7B843A" w14:textId="77777777" w:rsidR="00347918" w:rsidRDefault="00000000">
            <w:r>
              <w:rPr>
                <w:sz w:val="12"/>
              </w:rPr>
              <w:t>Prepare test procedure; define energized boundaries; use suitable rated test equipment/PPE; control access; de-energize when possible.</w:t>
            </w:r>
          </w:p>
        </w:tc>
        <w:tc>
          <w:tcPr>
            <w:tcW w:w="918" w:type="dxa"/>
          </w:tcPr>
          <w:p w14:paraId="538C6522" w14:textId="77777777" w:rsidR="00347918" w:rsidRDefault="00000000">
            <w:r>
              <w:rPr>
                <w:sz w:val="12"/>
              </w:rPr>
              <w:t>1</w:t>
            </w:r>
          </w:p>
        </w:tc>
        <w:tc>
          <w:tcPr>
            <w:tcW w:w="918" w:type="dxa"/>
          </w:tcPr>
          <w:p w14:paraId="4C10AECE" w14:textId="77777777" w:rsidR="00347918" w:rsidRDefault="00000000">
            <w:r>
              <w:rPr>
                <w:sz w:val="12"/>
              </w:rPr>
              <w:t>5</w:t>
            </w:r>
          </w:p>
        </w:tc>
        <w:tc>
          <w:tcPr>
            <w:tcW w:w="918" w:type="dxa"/>
          </w:tcPr>
          <w:p w14:paraId="370EEC6E" w14:textId="77777777" w:rsidR="00347918" w:rsidRDefault="00000000">
            <w:r>
              <w:rPr>
                <w:sz w:val="12"/>
              </w:rPr>
              <w:t>5</w:t>
            </w:r>
          </w:p>
        </w:tc>
        <w:tc>
          <w:tcPr>
            <w:tcW w:w="918" w:type="dxa"/>
          </w:tcPr>
          <w:p w14:paraId="5290F866" w14:textId="77777777" w:rsidR="00347918" w:rsidRDefault="00000000">
            <w:r>
              <w:rPr>
                <w:sz w:val="12"/>
              </w:rPr>
              <w:t>Medium</w:t>
            </w:r>
          </w:p>
        </w:tc>
        <w:tc>
          <w:tcPr>
            <w:tcW w:w="918" w:type="dxa"/>
          </w:tcPr>
          <w:p w14:paraId="1E9642FD" w14:textId="77777777" w:rsidR="00347918" w:rsidRDefault="00000000">
            <w:r>
              <w:rPr>
                <w:sz w:val="12"/>
              </w:rPr>
              <w:t>Testing Engineer</w:t>
            </w:r>
          </w:p>
        </w:tc>
      </w:tr>
      <w:tr w:rsidR="00347918" w14:paraId="6F9F5373" w14:textId="77777777">
        <w:trPr>
          <w:jc w:val="center"/>
        </w:trPr>
        <w:tc>
          <w:tcPr>
            <w:tcW w:w="918" w:type="dxa"/>
          </w:tcPr>
          <w:p w14:paraId="32D387DE" w14:textId="77777777" w:rsidR="00347918" w:rsidRDefault="00000000">
            <w:r>
              <w:rPr>
                <w:sz w:val="12"/>
              </w:rPr>
              <w:t>14</w:t>
            </w:r>
          </w:p>
        </w:tc>
        <w:tc>
          <w:tcPr>
            <w:tcW w:w="918" w:type="dxa"/>
          </w:tcPr>
          <w:p w14:paraId="78101FF8" w14:textId="77777777" w:rsidR="00347918" w:rsidRDefault="00000000">
            <w:r>
              <w:rPr>
                <w:sz w:val="12"/>
              </w:rPr>
              <w:t>Incorrect test equipment</w:t>
            </w:r>
          </w:p>
        </w:tc>
        <w:tc>
          <w:tcPr>
            <w:tcW w:w="918" w:type="dxa"/>
          </w:tcPr>
          <w:p w14:paraId="1DA76282" w14:textId="77777777" w:rsidR="00347918" w:rsidRDefault="00000000">
            <w:r>
              <w:rPr>
                <w:sz w:val="12"/>
              </w:rPr>
              <w:t>Test instrument unsuitable, damaged or incorrectly rated</w:t>
            </w:r>
          </w:p>
        </w:tc>
        <w:tc>
          <w:tcPr>
            <w:tcW w:w="918" w:type="dxa"/>
          </w:tcPr>
          <w:p w14:paraId="397AE0FB" w14:textId="77777777" w:rsidR="00347918" w:rsidRDefault="00000000">
            <w:r>
              <w:rPr>
                <w:sz w:val="12"/>
              </w:rPr>
              <w:t>Electricians, technicians</w:t>
            </w:r>
          </w:p>
        </w:tc>
        <w:tc>
          <w:tcPr>
            <w:tcW w:w="918" w:type="dxa"/>
          </w:tcPr>
          <w:p w14:paraId="3A15C929" w14:textId="77777777" w:rsidR="00347918" w:rsidRDefault="00000000">
            <w:r>
              <w:rPr>
                <w:sz w:val="12"/>
              </w:rPr>
              <w:t>Shock, arc flash, inaccurate result</w:t>
            </w:r>
          </w:p>
        </w:tc>
        <w:tc>
          <w:tcPr>
            <w:tcW w:w="918" w:type="dxa"/>
          </w:tcPr>
          <w:p w14:paraId="70D30AC6" w14:textId="77777777" w:rsidR="00347918" w:rsidRDefault="00000000">
            <w:r>
              <w:rPr>
                <w:sz w:val="12"/>
              </w:rPr>
              <w:t>Pre-use visual check.</w:t>
            </w:r>
          </w:p>
        </w:tc>
        <w:tc>
          <w:tcPr>
            <w:tcW w:w="918" w:type="dxa"/>
          </w:tcPr>
          <w:p w14:paraId="6B5148CF" w14:textId="77777777" w:rsidR="00347918" w:rsidRDefault="00000000">
            <w:r>
              <w:rPr>
                <w:sz w:val="12"/>
              </w:rPr>
              <w:t>3</w:t>
            </w:r>
          </w:p>
        </w:tc>
        <w:tc>
          <w:tcPr>
            <w:tcW w:w="918" w:type="dxa"/>
          </w:tcPr>
          <w:p w14:paraId="28632935" w14:textId="77777777" w:rsidR="00347918" w:rsidRDefault="00000000">
            <w:r>
              <w:rPr>
                <w:sz w:val="12"/>
              </w:rPr>
              <w:t>5</w:t>
            </w:r>
          </w:p>
        </w:tc>
        <w:tc>
          <w:tcPr>
            <w:tcW w:w="918" w:type="dxa"/>
          </w:tcPr>
          <w:p w14:paraId="7F30A167" w14:textId="77777777" w:rsidR="00347918" w:rsidRDefault="00000000">
            <w:r>
              <w:rPr>
                <w:sz w:val="12"/>
              </w:rPr>
              <w:t>15</w:t>
            </w:r>
          </w:p>
        </w:tc>
        <w:tc>
          <w:tcPr>
            <w:tcW w:w="918" w:type="dxa"/>
          </w:tcPr>
          <w:p w14:paraId="07ACF3BE" w14:textId="77777777" w:rsidR="00347918" w:rsidRDefault="00000000">
            <w:r>
              <w:rPr>
                <w:sz w:val="12"/>
              </w:rPr>
              <w:t>High</w:t>
            </w:r>
          </w:p>
        </w:tc>
        <w:tc>
          <w:tcPr>
            <w:tcW w:w="918" w:type="dxa"/>
          </w:tcPr>
          <w:p w14:paraId="110F754D" w14:textId="77777777" w:rsidR="00347918" w:rsidRDefault="00000000">
            <w:r>
              <w:rPr>
                <w:sz w:val="12"/>
              </w:rPr>
              <w:t>Use correctly rated, calibrated and inspected equipment; verify function before/after testing using approved method; use suitable leads and probes.</w:t>
            </w:r>
          </w:p>
        </w:tc>
        <w:tc>
          <w:tcPr>
            <w:tcW w:w="918" w:type="dxa"/>
          </w:tcPr>
          <w:p w14:paraId="1913C412" w14:textId="77777777" w:rsidR="00347918" w:rsidRDefault="00000000">
            <w:r>
              <w:rPr>
                <w:sz w:val="12"/>
              </w:rPr>
              <w:t>1</w:t>
            </w:r>
          </w:p>
        </w:tc>
        <w:tc>
          <w:tcPr>
            <w:tcW w:w="918" w:type="dxa"/>
          </w:tcPr>
          <w:p w14:paraId="2655A9C0" w14:textId="77777777" w:rsidR="00347918" w:rsidRDefault="00000000">
            <w:r>
              <w:rPr>
                <w:sz w:val="12"/>
              </w:rPr>
              <w:t>5</w:t>
            </w:r>
          </w:p>
        </w:tc>
        <w:tc>
          <w:tcPr>
            <w:tcW w:w="918" w:type="dxa"/>
          </w:tcPr>
          <w:p w14:paraId="3F5E01F8" w14:textId="77777777" w:rsidR="00347918" w:rsidRDefault="00000000">
            <w:r>
              <w:rPr>
                <w:sz w:val="12"/>
              </w:rPr>
              <w:t>5</w:t>
            </w:r>
          </w:p>
        </w:tc>
        <w:tc>
          <w:tcPr>
            <w:tcW w:w="918" w:type="dxa"/>
          </w:tcPr>
          <w:p w14:paraId="147E4B0F" w14:textId="77777777" w:rsidR="00347918" w:rsidRDefault="00000000">
            <w:r>
              <w:rPr>
                <w:sz w:val="12"/>
              </w:rPr>
              <w:t>Medium</w:t>
            </w:r>
          </w:p>
        </w:tc>
        <w:tc>
          <w:tcPr>
            <w:tcW w:w="918" w:type="dxa"/>
          </w:tcPr>
          <w:p w14:paraId="4C122842" w14:textId="77777777" w:rsidR="00347918" w:rsidRDefault="00000000">
            <w:r>
              <w:rPr>
                <w:sz w:val="12"/>
              </w:rPr>
              <w:t>Electrical Supervisor</w:t>
            </w:r>
          </w:p>
        </w:tc>
      </w:tr>
      <w:tr w:rsidR="00347918" w14:paraId="5F2A2A5F" w14:textId="77777777">
        <w:trPr>
          <w:jc w:val="center"/>
        </w:trPr>
        <w:tc>
          <w:tcPr>
            <w:tcW w:w="918" w:type="dxa"/>
          </w:tcPr>
          <w:p w14:paraId="4E515D0F" w14:textId="77777777" w:rsidR="00347918" w:rsidRDefault="00000000">
            <w:r>
              <w:rPr>
                <w:sz w:val="12"/>
              </w:rPr>
              <w:lastRenderedPageBreak/>
              <w:t>15</w:t>
            </w:r>
          </w:p>
        </w:tc>
        <w:tc>
          <w:tcPr>
            <w:tcW w:w="918" w:type="dxa"/>
          </w:tcPr>
          <w:p w14:paraId="226BF313" w14:textId="77777777" w:rsidR="00347918" w:rsidRDefault="00000000">
            <w:r>
              <w:rPr>
                <w:sz w:val="12"/>
              </w:rPr>
              <w:t>Improper isolation point</w:t>
            </w:r>
          </w:p>
        </w:tc>
        <w:tc>
          <w:tcPr>
            <w:tcW w:w="918" w:type="dxa"/>
          </w:tcPr>
          <w:p w14:paraId="2258E596" w14:textId="77777777" w:rsidR="00347918" w:rsidRDefault="00000000">
            <w:r>
              <w:rPr>
                <w:sz w:val="12"/>
              </w:rPr>
              <w:t>Wrong circuit or isolator is identified</w:t>
            </w:r>
          </w:p>
        </w:tc>
        <w:tc>
          <w:tcPr>
            <w:tcW w:w="918" w:type="dxa"/>
          </w:tcPr>
          <w:p w14:paraId="476C827C" w14:textId="77777777" w:rsidR="00347918" w:rsidRDefault="00000000">
            <w:r>
              <w:rPr>
                <w:sz w:val="12"/>
              </w:rPr>
              <w:t>Electricians, workers</w:t>
            </w:r>
          </w:p>
        </w:tc>
        <w:tc>
          <w:tcPr>
            <w:tcW w:w="918" w:type="dxa"/>
          </w:tcPr>
          <w:p w14:paraId="28D6A478" w14:textId="77777777" w:rsidR="00347918" w:rsidRDefault="00000000">
            <w:r>
              <w:rPr>
                <w:sz w:val="12"/>
              </w:rPr>
              <w:t>Unexpected energization, shock</w:t>
            </w:r>
          </w:p>
        </w:tc>
        <w:tc>
          <w:tcPr>
            <w:tcW w:w="918" w:type="dxa"/>
          </w:tcPr>
          <w:p w14:paraId="4D7045C4" w14:textId="77777777" w:rsidR="00347918" w:rsidRDefault="00000000">
            <w:r>
              <w:rPr>
                <w:sz w:val="12"/>
              </w:rPr>
              <w:t>Circuit labeling.</w:t>
            </w:r>
          </w:p>
        </w:tc>
        <w:tc>
          <w:tcPr>
            <w:tcW w:w="918" w:type="dxa"/>
          </w:tcPr>
          <w:p w14:paraId="6731568E" w14:textId="77777777" w:rsidR="00347918" w:rsidRDefault="00000000">
            <w:r>
              <w:rPr>
                <w:sz w:val="12"/>
              </w:rPr>
              <w:t>4</w:t>
            </w:r>
          </w:p>
        </w:tc>
        <w:tc>
          <w:tcPr>
            <w:tcW w:w="918" w:type="dxa"/>
          </w:tcPr>
          <w:p w14:paraId="6AD26411" w14:textId="77777777" w:rsidR="00347918" w:rsidRDefault="00000000">
            <w:r>
              <w:rPr>
                <w:sz w:val="12"/>
              </w:rPr>
              <w:t>5</w:t>
            </w:r>
          </w:p>
        </w:tc>
        <w:tc>
          <w:tcPr>
            <w:tcW w:w="918" w:type="dxa"/>
          </w:tcPr>
          <w:p w14:paraId="2455E241" w14:textId="77777777" w:rsidR="00347918" w:rsidRDefault="00000000">
            <w:r>
              <w:rPr>
                <w:sz w:val="12"/>
              </w:rPr>
              <w:t>20</w:t>
            </w:r>
          </w:p>
        </w:tc>
        <w:tc>
          <w:tcPr>
            <w:tcW w:w="918" w:type="dxa"/>
          </w:tcPr>
          <w:p w14:paraId="0DD597AE" w14:textId="77777777" w:rsidR="00347918" w:rsidRDefault="00000000">
            <w:r>
              <w:rPr>
                <w:sz w:val="12"/>
              </w:rPr>
              <w:t>Very High</w:t>
            </w:r>
          </w:p>
        </w:tc>
        <w:tc>
          <w:tcPr>
            <w:tcW w:w="918" w:type="dxa"/>
          </w:tcPr>
          <w:p w14:paraId="5628AD4D" w14:textId="77777777" w:rsidR="00347918" w:rsidRDefault="00000000">
            <w:r>
              <w:rPr>
                <w:sz w:val="12"/>
              </w:rPr>
              <w:t>Confirm drawings and circuit identification; trace and verify isolation at point of work; use test-for-dead procedure and controlled authorization.</w:t>
            </w:r>
          </w:p>
        </w:tc>
        <w:tc>
          <w:tcPr>
            <w:tcW w:w="918" w:type="dxa"/>
          </w:tcPr>
          <w:p w14:paraId="718D3A90" w14:textId="77777777" w:rsidR="00347918" w:rsidRDefault="00000000">
            <w:r>
              <w:rPr>
                <w:sz w:val="12"/>
              </w:rPr>
              <w:t>1</w:t>
            </w:r>
          </w:p>
        </w:tc>
        <w:tc>
          <w:tcPr>
            <w:tcW w:w="918" w:type="dxa"/>
          </w:tcPr>
          <w:p w14:paraId="520C8D1D" w14:textId="77777777" w:rsidR="00347918" w:rsidRDefault="00000000">
            <w:r>
              <w:rPr>
                <w:sz w:val="12"/>
              </w:rPr>
              <w:t>5</w:t>
            </w:r>
          </w:p>
        </w:tc>
        <w:tc>
          <w:tcPr>
            <w:tcW w:w="918" w:type="dxa"/>
          </w:tcPr>
          <w:p w14:paraId="468E7377" w14:textId="77777777" w:rsidR="00347918" w:rsidRDefault="00000000">
            <w:r>
              <w:rPr>
                <w:sz w:val="12"/>
              </w:rPr>
              <w:t>5</w:t>
            </w:r>
          </w:p>
        </w:tc>
        <w:tc>
          <w:tcPr>
            <w:tcW w:w="918" w:type="dxa"/>
          </w:tcPr>
          <w:p w14:paraId="61F08594" w14:textId="77777777" w:rsidR="00347918" w:rsidRDefault="00000000">
            <w:r>
              <w:rPr>
                <w:sz w:val="12"/>
              </w:rPr>
              <w:t>Medium</w:t>
            </w:r>
          </w:p>
        </w:tc>
        <w:tc>
          <w:tcPr>
            <w:tcW w:w="918" w:type="dxa"/>
          </w:tcPr>
          <w:p w14:paraId="63416770" w14:textId="77777777" w:rsidR="00347918" w:rsidRDefault="00000000">
            <w:r>
              <w:rPr>
                <w:sz w:val="12"/>
              </w:rPr>
              <w:t>Authorized Person</w:t>
            </w:r>
          </w:p>
        </w:tc>
      </w:tr>
      <w:tr w:rsidR="00347918" w14:paraId="3C090DBE" w14:textId="77777777">
        <w:trPr>
          <w:jc w:val="center"/>
        </w:trPr>
        <w:tc>
          <w:tcPr>
            <w:tcW w:w="918" w:type="dxa"/>
          </w:tcPr>
          <w:p w14:paraId="6FA873EC" w14:textId="77777777" w:rsidR="00347918" w:rsidRDefault="00000000">
            <w:r>
              <w:rPr>
                <w:sz w:val="12"/>
              </w:rPr>
              <w:t>16</w:t>
            </w:r>
          </w:p>
        </w:tc>
        <w:tc>
          <w:tcPr>
            <w:tcW w:w="918" w:type="dxa"/>
          </w:tcPr>
          <w:p w14:paraId="2C7416C7" w14:textId="77777777" w:rsidR="00347918" w:rsidRDefault="00000000">
            <w:r>
              <w:rPr>
                <w:sz w:val="12"/>
              </w:rPr>
              <w:t>Overhead electrical lines</w:t>
            </w:r>
          </w:p>
        </w:tc>
        <w:tc>
          <w:tcPr>
            <w:tcW w:w="918" w:type="dxa"/>
          </w:tcPr>
          <w:p w14:paraId="7C9A9573" w14:textId="77777777" w:rsidR="00347918" w:rsidRDefault="00000000">
            <w:r>
              <w:rPr>
                <w:sz w:val="12"/>
              </w:rPr>
              <w:t>Plant/personnel or tools approach overhead lines</w:t>
            </w:r>
          </w:p>
        </w:tc>
        <w:tc>
          <w:tcPr>
            <w:tcW w:w="918" w:type="dxa"/>
          </w:tcPr>
          <w:p w14:paraId="51644FB7" w14:textId="77777777" w:rsidR="00347918" w:rsidRDefault="00000000">
            <w:r>
              <w:rPr>
                <w:sz w:val="12"/>
              </w:rPr>
              <w:t>Workers, operators, electricians</w:t>
            </w:r>
          </w:p>
        </w:tc>
        <w:tc>
          <w:tcPr>
            <w:tcW w:w="918" w:type="dxa"/>
          </w:tcPr>
          <w:p w14:paraId="105311E6" w14:textId="77777777" w:rsidR="00347918" w:rsidRDefault="00000000">
            <w:r>
              <w:rPr>
                <w:sz w:val="12"/>
              </w:rPr>
              <w:t>Electrocution, fire, fatality</w:t>
            </w:r>
          </w:p>
        </w:tc>
        <w:tc>
          <w:tcPr>
            <w:tcW w:w="918" w:type="dxa"/>
          </w:tcPr>
          <w:p w14:paraId="5DE2660A" w14:textId="77777777" w:rsidR="00347918" w:rsidRDefault="00000000">
            <w:r>
              <w:rPr>
                <w:sz w:val="12"/>
              </w:rPr>
              <w:t>General awareness.</w:t>
            </w:r>
          </w:p>
        </w:tc>
        <w:tc>
          <w:tcPr>
            <w:tcW w:w="918" w:type="dxa"/>
          </w:tcPr>
          <w:p w14:paraId="51718465" w14:textId="77777777" w:rsidR="00347918" w:rsidRDefault="00000000">
            <w:r>
              <w:rPr>
                <w:sz w:val="12"/>
              </w:rPr>
              <w:t>4</w:t>
            </w:r>
          </w:p>
        </w:tc>
        <w:tc>
          <w:tcPr>
            <w:tcW w:w="918" w:type="dxa"/>
          </w:tcPr>
          <w:p w14:paraId="0AF0ECB6" w14:textId="77777777" w:rsidR="00347918" w:rsidRDefault="00000000">
            <w:r>
              <w:rPr>
                <w:sz w:val="12"/>
              </w:rPr>
              <w:t>5</w:t>
            </w:r>
          </w:p>
        </w:tc>
        <w:tc>
          <w:tcPr>
            <w:tcW w:w="918" w:type="dxa"/>
          </w:tcPr>
          <w:p w14:paraId="57B5C9AC" w14:textId="77777777" w:rsidR="00347918" w:rsidRDefault="00000000">
            <w:r>
              <w:rPr>
                <w:sz w:val="12"/>
              </w:rPr>
              <w:t>20</w:t>
            </w:r>
          </w:p>
        </w:tc>
        <w:tc>
          <w:tcPr>
            <w:tcW w:w="918" w:type="dxa"/>
          </w:tcPr>
          <w:p w14:paraId="7406B73A" w14:textId="77777777" w:rsidR="00347918" w:rsidRDefault="00000000">
            <w:r>
              <w:rPr>
                <w:sz w:val="12"/>
              </w:rPr>
              <w:t>Very High</w:t>
            </w:r>
          </w:p>
        </w:tc>
        <w:tc>
          <w:tcPr>
            <w:tcW w:w="918" w:type="dxa"/>
          </w:tcPr>
          <w:p w14:paraId="40B033EA" w14:textId="77777777" w:rsidR="00347918" w:rsidRDefault="00000000">
            <w:r>
              <w:rPr>
                <w:sz w:val="12"/>
              </w:rPr>
              <w:t>Identify lines; maintain required clearance; isolate/de-energize where possible; establish exclusion zones and dedicated spotter where needed.</w:t>
            </w:r>
          </w:p>
        </w:tc>
        <w:tc>
          <w:tcPr>
            <w:tcW w:w="918" w:type="dxa"/>
          </w:tcPr>
          <w:p w14:paraId="42C47DFC" w14:textId="77777777" w:rsidR="00347918" w:rsidRDefault="00000000">
            <w:r>
              <w:rPr>
                <w:sz w:val="12"/>
              </w:rPr>
              <w:t>1</w:t>
            </w:r>
          </w:p>
        </w:tc>
        <w:tc>
          <w:tcPr>
            <w:tcW w:w="918" w:type="dxa"/>
          </w:tcPr>
          <w:p w14:paraId="07220E8F" w14:textId="77777777" w:rsidR="00347918" w:rsidRDefault="00000000">
            <w:r>
              <w:rPr>
                <w:sz w:val="12"/>
              </w:rPr>
              <w:t>5</w:t>
            </w:r>
          </w:p>
        </w:tc>
        <w:tc>
          <w:tcPr>
            <w:tcW w:w="918" w:type="dxa"/>
          </w:tcPr>
          <w:p w14:paraId="4095278A" w14:textId="77777777" w:rsidR="00347918" w:rsidRDefault="00000000">
            <w:r>
              <w:rPr>
                <w:sz w:val="12"/>
              </w:rPr>
              <w:t>5</w:t>
            </w:r>
          </w:p>
        </w:tc>
        <w:tc>
          <w:tcPr>
            <w:tcW w:w="918" w:type="dxa"/>
          </w:tcPr>
          <w:p w14:paraId="351ABDB0" w14:textId="77777777" w:rsidR="00347918" w:rsidRDefault="00000000">
            <w:r>
              <w:rPr>
                <w:sz w:val="12"/>
              </w:rPr>
              <w:t>Medium</w:t>
            </w:r>
          </w:p>
        </w:tc>
        <w:tc>
          <w:tcPr>
            <w:tcW w:w="918" w:type="dxa"/>
          </w:tcPr>
          <w:p w14:paraId="5DEBD9A2" w14:textId="77777777" w:rsidR="00347918" w:rsidRDefault="00000000">
            <w:r>
              <w:rPr>
                <w:sz w:val="12"/>
              </w:rPr>
              <w:t>Site Manager / HSE</w:t>
            </w:r>
          </w:p>
        </w:tc>
      </w:tr>
      <w:tr w:rsidR="00347918" w14:paraId="36B528EE" w14:textId="77777777">
        <w:trPr>
          <w:jc w:val="center"/>
        </w:trPr>
        <w:tc>
          <w:tcPr>
            <w:tcW w:w="918" w:type="dxa"/>
          </w:tcPr>
          <w:p w14:paraId="42610F76" w14:textId="77777777" w:rsidR="00347918" w:rsidRDefault="00000000">
            <w:r>
              <w:rPr>
                <w:sz w:val="12"/>
              </w:rPr>
              <w:t>17</w:t>
            </w:r>
          </w:p>
        </w:tc>
        <w:tc>
          <w:tcPr>
            <w:tcW w:w="918" w:type="dxa"/>
          </w:tcPr>
          <w:p w14:paraId="209AE8C0" w14:textId="77777777" w:rsidR="00347918" w:rsidRDefault="00000000">
            <w:r>
              <w:rPr>
                <w:sz w:val="12"/>
              </w:rPr>
              <w:t>Underground electrical services</w:t>
            </w:r>
          </w:p>
        </w:tc>
        <w:tc>
          <w:tcPr>
            <w:tcW w:w="918" w:type="dxa"/>
          </w:tcPr>
          <w:p w14:paraId="71DFE124" w14:textId="77777777" w:rsidR="00347918" w:rsidRDefault="00000000">
            <w:r>
              <w:rPr>
                <w:sz w:val="12"/>
              </w:rPr>
              <w:t>Excavation damages buried electrical cable</w:t>
            </w:r>
          </w:p>
        </w:tc>
        <w:tc>
          <w:tcPr>
            <w:tcW w:w="918" w:type="dxa"/>
          </w:tcPr>
          <w:p w14:paraId="34CD28A6" w14:textId="77777777" w:rsidR="00347918" w:rsidRDefault="00000000">
            <w:r>
              <w:rPr>
                <w:sz w:val="12"/>
              </w:rPr>
              <w:t>Workers, operators, public</w:t>
            </w:r>
          </w:p>
        </w:tc>
        <w:tc>
          <w:tcPr>
            <w:tcW w:w="918" w:type="dxa"/>
          </w:tcPr>
          <w:p w14:paraId="3D9D4AD6" w14:textId="77777777" w:rsidR="00347918" w:rsidRDefault="00000000">
            <w:r>
              <w:rPr>
                <w:sz w:val="12"/>
              </w:rPr>
              <w:t>Electrocution, arc flash, fatality</w:t>
            </w:r>
          </w:p>
        </w:tc>
        <w:tc>
          <w:tcPr>
            <w:tcW w:w="918" w:type="dxa"/>
          </w:tcPr>
          <w:p w14:paraId="564CC81C" w14:textId="77777777" w:rsidR="00347918" w:rsidRDefault="00000000">
            <w:r>
              <w:rPr>
                <w:sz w:val="12"/>
              </w:rPr>
              <w:t>Service drawings and detection.</w:t>
            </w:r>
          </w:p>
        </w:tc>
        <w:tc>
          <w:tcPr>
            <w:tcW w:w="918" w:type="dxa"/>
          </w:tcPr>
          <w:p w14:paraId="5AA5C83D" w14:textId="77777777" w:rsidR="00347918" w:rsidRDefault="00000000">
            <w:r>
              <w:rPr>
                <w:sz w:val="12"/>
              </w:rPr>
              <w:t>4</w:t>
            </w:r>
          </w:p>
        </w:tc>
        <w:tc>
          <w:tcPr>
            <w:tcW w:w="918" w:type="dxa"/>
          </w:tcPr>
          <w:p w14:paraId="24FFC5D8" w14:textId="77777777" w:rsidR="00347918" w:rsidRDefault="00000000">
            <w:r>
              <w:rPr>
                <w:sz w:val="12"/>
              </w:rPr>
              <w:t>5</w:t>
            </w:r>
          </w:p>
        </w:tc>
        <w:tc>
          <w:tcPr>
            <w:tcW w:w="918" w:type="dxa"/>
          </w:tcPr>
          <w:p w14:paraId="0355C8B6" w14:textId="77777777" w:rsidR="00347918" w:rsidRDefault="00000000">
            <w:r>
              <w:rPr>
                <w:sz w:val="12"/>
              </w:rPr>
              <w:t>20</w:t>
            </w:r>
          </w:p>
        </w:tc>
        <w:tc>
          <w:tcPr>
            <w:tcW w:w="918" w:type="dxa"/>
          </w:tcPr>
          <w:p w14:paraId="0D01AE69" w14:textId="77777777" w:rsidR="00347918" w:rsidRDefault="00000000">
            <w:r>
              <w:rPr>
                <w:sz w:val="12"/>
              </w:rPr>
              <w:t>Very High</w:t>
            </w:r>
          </w:p>
        </w:tc>
        <w:tc>
          <w:tcPr>
            <w:tcW w:w="918" w:type="dxa"/>
          </w:tcPr>
          <w:p w14:paraId="148C9FC7" w14:textId="77777777" w:rsidR="00347918" w:rsidRDefault="00000000">
            <w:r>
              <w:rPr>
                <w:sz w:val="12"/>
              </w:rPr>
              <w:t>Locate and mark services; use permit and controlled excavation; maintain safe clearance; follow emergency isolation procedure.</w:t>
            </w:r>
          </w:p>
        </w:tc>
        <w:tc>
          <w:tcPr>
            <w:tcW w:w="918" w:type="dxa"/>
          </w:tcPr>
          <w:p w14:paraId="71DA6085" w14:textId="77777777" w:rsidR="00347918" w:rsidRDefault="00000000">
            <w:r>
              <w:rPr>
                <w:sz w:val="12"/>
              </w:rPr>
              <w:t>1</w:t>
            </w:r>
          </w:p>
        </w:tc>
        <w:tc>
          <w:tcPr>
            <w:tcW w:w="918" w:type="dxa"/>
          </w:tcPr>
          <w:p w14:paraId="61B5B63D" w14:textId="77777777" w:rsidR="00347918" w:rsidRDefault="00000000">
            <w:r>
              <w:rPr>
                <w:sz w:val="12"/>
              </w:rPr>
              <w:t>5</w:t>
            </w:r>
          </w:p>
        </w:tc>
        <w:tc>
          <w:tcPr>
            <w:tcW w:w="918" w:type="dxa"/>
          </w:tcPr>
          <w:p w14:paraId="131D3FF8" w14:textId="77777777" w:rsidR="00347918" w:rsidRDefault="00000000">
            <w:r>
              <w:rPr>
                <w:sz w:val="12"/>
              </w:rPr>
              <w:t>5</w:t>
            </w:r>
          </w:p>
        </w:tc>
        <w:tc>
          <w:tcPr>
            <w:tcW w:w="918" w:type="dxa"/>
          </w:tcPr>
          <w:p w14:paraId="642BBF98" w14:textId="77777777" w:rsidR="00347918" w:rsidRDefault="00000000">
            <w:r>
              <w:rPr>
                <w:sz w:val="12"/>
              </w:rPr>
              <w:t>Medium</w:t>
            </w:r>
          </w:p>
        </w:tc>
        <w:tc>
          <w:tcPr>
            <w:tcW w:w="918" w:type="dxa"/>
          </w:tcPr>
          <w:p w14:paraId="7D621464" w14:textId="77777777" w:rsidR="00347918" w:rsidRDefault="00000000">
            <w:r>
              <w:rPr>
                <w:sz w:val="12"/>
              </w:rPr>
              <w:t>Permit Holder / Competent Person</w:t>
            </w:r>
          </w:p>
        </w:tc>
      </w:tr>
      <w:tr w:rsidR="00347918" w14:paraId="04D3C7F9" w14:textId="77777777">
        <w:trPr>
          <w:jc w:val="center"/>
        </w:trPr>
        <w:tc>
          <w:tcPr>
            <w:tcW w:w="918" w:type="dxa"/>
          </w:tcPr>
          <w:p w14:paraId="5EEFFBD0" w14:textId="77777777" w:rsidR="00347918" w:rsidRDefault="00000000">
            <w:r>
              <w:rPr>
                <w:sz w:val="12"/>
              </w:rPr>
              <w:t>18</w:t>
            </w:r>
          </w:p>
        </w:tc>
        <w:tc>
          <w:tcPr>
            <w:tcW w:w="918" w:type="dxa"/>
          </w:tcPr>
          <w:p w14:paraId="379C5419" w14:textId="77777777" w:rsidR="00347918" w:rsidRDefault="00000000">
            <w:r>
              <w:rPr>
                <w:sz w:val="12"/>
              </w:rPr>
              <w:t>Portable electrical tools</w:t>
            </w:r>
          </w:p>
        </w:tc>
        <w:tc>
          <w:tcPr>
            <w:tcW w:w="918" w:type="dxa"/>
          </w:tcPr>
          <w:p w14:paraId="03530E64" w14:textId="77777777" w:rsidR="00347918" w:rsidRDefault="00000000">
            <w:r>
              <w:rPr>
                <w:sz w:val="12"/>
              </w:rPr>
              <w:t>Tool has damaged insulation, plug or cable</w:t>
            </w:r>
          </w:p>
        </w:tc>
        <w:tc>
          <w:tcPr>
            <w:tcW w:w="918" w:type="dxa"/>
          </w:tcPr>
          <w:p w14:paraId="245BB47F" w14:textId="77777777" w:rsidR="00347918" w:rsidRDefault="00000000">
            <w:r>
              <w:rPr>
                <w:sz w:val="12"/>
              </w:rPr>
              <w:t>Workers</w:t>
            </w:r>
          </w:p>
        </w:tc>
        <w:tc>
          <w:tcPr>
            <w:tcW w:w="918" w:type="dxa"/>
          </w:tcPr>
          <w:p w14:paraId="6D283F62" w14:textId="77777777" w:rsidR="00347918" w:rsidRDefault="00000000">
            <w:r>
              <w:rPr>
                <w:sz w:val="12"/>
              </w:rPr>
              <w:t>Shock, burns, fire</w:t>
            </w:r>
          </w:p>
        </w:tc>
        <w:tc>
          <w:tcPr>
            <w:tcW w:w="918" w:type="dxa"/>
          </w:tcPr>
          <w:p w14:paraId="3C147BE0" w14:textId="77777777" w:rsidR="00347918" w:rsidRDefault="00000000">
            <w:r>
              <w:rPr>
                <w:sz w:val="12"/>
              </w:rPr>
              <w:t>Pre-use checks.</w:t>
            </w:r>
          </w:p>
        </w:tc>
        <w:tc>
          <w:tcPr>
            <w:tcW w:w="918" w:type="dxa"/>
          </w:tcPr>
          <w:p w14:paraId="78E12227" w14:textId="77777777" w:rsidR="00347918" w:rsidRDefault="00000000">
            <w:r>
              <w:rPr>
                <w:sz w:val="12"/>
              </w:rPr>
              <w:t>4</w:t>
            </w:r>
          </w:p>
        </w:tc>
        <w:tc>
          <w:tcPr>
            <w:tcW w:w="918" w:type="dxa"/>
          </w:tcPr>
          <w:p w14:paraId="6FE833F1" w14:textId="77777777" w:rsidR="00347918" w:rsidRDefault="00000000">
            <w:r>
              <w:rPr>
                <w:sz w:val="12"/>
              </w:rPr>
              <w:t>4</w:t>
            </w:r>
          </w:p>
        </w:tc>
        <w:tc>
          <w:tcPr>
            <w:tcW w:w="918" w:type="dxa"/>
          </w:tcPr>
          <w:p w14:paraId="3A1D9578" w14:textId="77777777" w:rsidR="00347918" w:rsidRDefault="00000000">
            <w:r>
              <w:rPr>
                <w:sz w:val="12"/>
              </w:rPr>
              <w:t>16</w:t>
            </w:r>
          </w:p>
        </w:tc>
        <w:tc>
          <w:tcPr>
            <w:tcW w:w="918" w:type="dxa"/>
          </w:tcPr>
          <w:p w14:paraId="1BFBEC3F" w14:textId="77777777" w:rsidR="00347918" w:rsidRDefault="00000000">
            <w:r>
              <w:rPr>
                <w:sz w:val="12"/>
              </w:rPr>
              <w:t>High</w:t>
            </w:r>
          </w:p>
        </w:tc>
        <w:tc>
          <w:tcPr>
            <w:tcW w:w="918" w:type="dxa"/>
          </w:tcPr>
          <w:p w14:paraId="2AA2E396" w14:textId="77777777" w:rsidR="00347918" w:rsidRDefault="00000000">
            <w:r>
              <w:rPr>
                <w:sz w:val="12"/>
              </w:rPr>
              <w:t>Inspect before use; use suitable protection; remove defective tools from service; maintain inspection/testing records as required.</w:t>
            </w:r>
          </w:p>
        </w:tc>
        <w:tc>
          <w:tcPr>
            <w:tcW w:w="918" w:type="dxa"/>
          </w:tcPr>
          <w:p w14:paraId="4601BBE5" w14:textId="77777777" w:rsidR="00347918" w:rsidRDefault="00000000">
            <w:r>
              <w:rPr>
                <w:sz w:val="12"/>
              </w:rPr>
              <w:t>1</w:t>
            </w:r>
          </w:p>
        </w:tc>
        <w:tc>
          <w:tcPr>
            <w:tcW w:w="918" w:type="dxa"/>
          </w:tcPr>
          <w:p w14:paraId="4B922831" w14:textId="77777777" w:rsidR="00347918" w:rsidRDefault="00000000">
            <w:r>
              <w:rPr>
                <w:sz w:val="12"/>
              </w:rPr>
              <w:t>4</w:t>
            </w:r>
          </w:p>
        </w:tc>
        <w:tc>
          <w:tcPr>
            <w:tcW w:w="918" w:type="dxa"/>
          </w:tcPr>
          <w:p w14:paraId="411CBE23" w14:textId="77777777" w:rsidR="00347918" w:rsidRDefault="00000000">
            <w:r>
              <w:rPr>
                <w:sz w:val="12"/>
              </w:rPr>
              <w:t>4</w:t>
            </w:r>
          </w:p>
        </w:tc>
        <w:tc>
          <w:tcPr>
            <w:tcW w:w="918" w:type="dxa"/>
          </w:tcPr>
          <w:p w14:paraId="06B7127F" w14:textId="77777777" w:rsidR="00347918" w:rsidRDefault="00000000">
            <w:r>
              <w:rPr>
                <w:sz w:val="12"/>
              </w:rPr>
              <w:t>Low</w:t>
            </w:r>
          </w:p>
        </w:tc>
        <w:tc>
          <w:tcPr>
            <w:tcW w:w="918" w:type="dxa"/>
          </w:tcPr>
          <w:p w14:paraId="384D3414" w14:textId="77777777" w:rsidR="00347918" w:rsidRDefault="00000000">
            <w:r>
              <w:rPr>
                <w:sz w:val="12"/>
              </w:rPr>
              <w:t>Supervisor</w:t>
            </w:r>
          </w:p>
        </w:tc>
      </w:tr>
      <w:tr w:rsidR="00347918" w14:paraId="64BF11EA" w14:textId="77777777">
        <w:trPr>
          <w:jc w:val="center"/>
        </w:trPr>
        <w:tc>
          <w:tcPr>
            <w:tcW w:w="918" w:type="dxa"/>
          </w:tcPr>
          <w:p w14:paraId="4BAB53BA" w14:textId="77777777" w:rsidR="00347918" w:rsidRDefault="00000000">
            <w:r>
              <w:rPr>
                <w:sz w:val="12"/>
              </w:rPr>
              <w:t>19</w:t>
            </w:r>
          </w:p>
        </w:tc>
        <w:tc>
          <w:tcPr>
            <w:tcW w:w="918" w:type="dxa"/>
          </w:tcPr>
          <w:p w14:paraId="06B7F039" w14:textId="77777777" w:rsidR="00347918" w:rsidRDefault="00000000">
            <w:r>
              <w:rPr>
                <w:sz w:val="12"/>
              </w:rPr>
              <w:t>Battery / stored energy</w:t>
            </w:r>
          </w:p>
        </w:tc>
        <w:tc>
          <w:tcPr>
            <w:tcW w:w="918" w:type="dxa"/>
          </w:tcPr>
          <w:p w14:paraId="59877287" w14:textId="77777777" w:rsidR="00347918" w:rsidRDefault="00000000">
            <w:r>
              <w:rPr>
                <w:sz w:val="12"/>
              </w:rPr>
              <w:t>Battery, capacitor or UPS retains hazardous energy after isolation</w:t>
            </w:r>
          </w:p>
        </w:tc>
        <w:tc>
          <w:tcPr>
            <w:tcW w:w="918" w:type="dxa"/>
          </w:tcPr>
          <w:p w14:paraId="3C418B3F" w14:textId="77777777" w:rsidR="00347918" w:rsidRDefault="00000000">
            <w:r>
              <w:rPr>
                <w:sz w:val="12"/>
              </w:rPr>
              <w:t>Electricians, technicians</w:t>
            </w:r>
          </w:p>
        </w:tc>
        <w:tc>
          <w:tcPr>
            <w:tcW w:w="918" w:type="dxa"/>
          </w:tcPr>
          <w:p w14:paraId="3987C06F" w14:textId="77777777" w:rsidR="00347918" w:rsidRDefault="00000000">
            <w:r>
              <w:rPr>
                <w:sz w:val="12"/>
              </w:rPr>
              <w:t>Shock, burns, arc flash</w:t>
            </w:r>
          </w:p>
        </w:tc>
        <w:tc>
          <w:tcPr>
            <w:tcW w:w="918" w:type="dxa"/>
          </w:tcPr>
          <w:p w14:paraId="27EE4648" w14:textId="77777777" w:rsidR="00347918" w:rsidRDefault="00000000">
            <w:r>
              <w:rPr>
                <w:sz w:val="12"/>
              </w:rPr>
              <w:t>Isolation awareness.</w:t>
            </w:r>
          </w:p>
        </w:tc>
        <w:tc>
          <w:tcPr>
            <w:tcW w:w="918" w:type="dxa"/>
          </w:tcPr>
          <w:p w14:paraId="7B0AF778" w14:textId="77777777" w:rsidR="00347918" w:rsidRDefault="00000000">
            <w:r>
              <w:rPr>
                <w:sz w:val="12"/>
              </w:rPr>
              <w:t>3</w:t>
            </w:r>
          </w:p>
        </w:tc>
        <w:tc>
          <w:tcPr>
            <w:tcW w:w="918" w:type="dxa"/>
          </w:tcPr>
          <w:p w14:paraId="6EC4A316" w14:textId="77777777" w:rsidR="00347918" w:rsidRDefault="00000000">
            <w:r>
              <w:rPr>
                <w:sz w:val="12"/>
              </w:rPr>
              <w:t>5</w:t>
            </w:r>
          </w:p>
        </w:tc>
        <w:tc>
          <w:tcPr>
            <w:tcW w:w="918" w:type="dxa"/>
          </w:tcPr>
          <w:p w14:paraId="08B183CC" w14:textId="77777777" w:rsidR="00347918" w:rsidRDefault="00000000">
            <w:r>
              <w:rPr>
                <w:sz w:val="12"/>
              </w:rPr>
              <w:t>15</w:t>
            </w:r>
          </w:p>
        </w:tc>
        <w:tc>
          <w:tcPr>
            <w:tcW w:w="918" w:type="dxa"/>
          </w:tcPr>
          <w:p w14:paraId="1D19E5E1" w14:textId="77777777" w:rsidR="00347918" w:rsidRDefault="00000000">
            <w:r>
              <w:rPr>
                <w:sz w:val="12"/>
              </w:rPr>
              <w:t>High</w:t>
            </w:r>
          </w:p>
        </w:tc>
        <w:tc>
          <w:tcPr>
            <w:tcW w:w="918" w:type="dxa"/>
          </w:tcPr>
          <w:p w14:paraId="0594A822" w14:textId="77777777" w:rsidR="00347918" w:rsidRDefault="00000000">
            <w:r>
              <w:rPr>
                <w:sz w:val="12"/>
              </w:rPr>
              <w:t>Identify stored energy; isolate and discharge according to manufacturer procedure; verify zero energy before work; use appropriate PPE.</w:t>
            </w:r>
          </w:p>
        </w:tc>
        <w:tc>
          <w:tcPr>
            <w:tcW w:w="918" w:type="dxa"/>
          </w:tcPr>
          <w:p w14:paraId="3302C717" w14:textId="77777777" w:rsidR="00347918" w:rsidRDefault="00000000">
            <w:r>
              <w:rPr>
                <w:sz w:val="12"/>
              </w:rPr>
              <w:t>1</w:t>
            </w:r>
          </w:p>
        </w:tc>
        <w:tc>
          <w:tcPr>
            <w:tcW w:w="918" w:type="dxa"/>
          </w:tcPr>
          <w:p w14:paraId="0C9C93AD" w14:textId="77777777" w:rsidR="00347918" w:rsidRDefault="00000000">
            <w:r>
              <w:rPr>
                <w:sz w:val="12"/>
              </w:rPr>
              <w:t>5</w:t>
            </w:r>
          </w:p>
        </w:tc>
        <w:tc>
          <w:tcPr>
            <w:tcW w:w="918" w:type="dxa"/>
          </w:tcPr>
          <w:p w14:paraId="6DDA10E9" w14:textId="77777777" w:rsidR="00347918" w:rsidRDefault="00000000">
            <w:r>
              <w:rPr>
                <w:sz w:val="12"/>
              </w:rPr>
              <w:t>5</w:t>
            </w:r>
          </w:p>
        </w:tc>
        <w:tc>
          <w:tcPr>
            <w:tcW w:w="918" w:type="dxa"/>
          </w:tcPr>
          <w:p w14:paraId="61C7BC45" w14:textId="77777777" w:rsidR="00347918" w:rsidRDefault="00000000">
            <w:r>
              <w:rPr>
                <w:sz w:val="12"/>
              </w:rPr>
              <w:t>Medium</w:t>
            </w:r>
          </w:p>
        </w:tc>
        <w:tc>
          <w:tcPr>
            <w:tcW w:w="918" w:type="dxa"/>
          </w:tcPr>
          <w:p w14:paraId="468E8632" w14:textId="77777777" w:rsidR="00347918" w:rsidRDefault="00000000">
            <w:r>
              <w:rPr>
                <w:sz w:val="12"/>
              </w:rPr>
              <w:t>Electrical Supervisor</w:t>
            </w:r>
          </w:p>
        </w:tc>
      </w:tr>
      <w:tr w:rsidR="00347918" w14:paraId="267B6D0E" w14:textId="77777777">
        <w:trPr>
          <w:jc w:val="center"/>
        </w:trPr>
        <w:tc>
          <w:tcPr>
            <w:tcW w:w="918" w:type="dxa"/>
          </w:tcPr>
          <w:p w14:paraId="111F317A" w14:textId="77777777" w:rsidR="00347918" w:rsidRDefault="00000000">
            <w:r>
              <w:rPr>
                <w:sz w:val="12"/>
              </w:rPr>
              <w:t>20</w:t>
            </w:r>
          </w:p>
        </w:tc>
        <w:tc>
          <w:tcPr>
            <w:tcW w:w="918" w:type="dxa"/>
          </w:tcPr>
          <w:p w14:paraId="74B9C546" w14:textId="77777777" w:rsidR="00347918" w:rsidRDefault="00000000">
            <w:r>
              <w:rPr>
                <w:sz w:val="12"/>
              </w:rPr>
              <w:t>Fire from electrical fault</w:t>
            </w:r>
          </w:p>
        </w:tc>
        <w:tc>
          <w:tcPr>
            <w:tcW w:w="918" w:type="dxa"/>
          </w:tcPr>
          <w:p w14:paraId="15D1F1DD" w14:textId="77777777" w:rsidR="00347918" w:rsidRDefault="00000000">
            <w:r>
              <w:rPr>
                <w:sz w:val="12"/>
              </w:rPr>
              <w:t>Short circuit, overload or poor connection causes fire</w:t>
            </w:r>
          </w:p>
        </w:tc>
        <w:tc>
          <w:tcPr>
            <w:tcW w:w="918" w:type="dxa"/>
          </w:tcPr>
          <w:p w14:paraId="32386043" w14:textId="77777777" w:rsidR="00347918" w:rsidRDefault="00000000">
            <w:r>
              <w:rPr>
                <w:sz w:val="12"/>
              </w:rPr>
              <w:t>Workers, electricians, public</w:t>
            </w:r>
          </w:p>
        </w:tc>
        <w:tc>
          <w:tcPr>
            <w:tcW w:w="918" w:type="dxa"/>
          </w:tcPr>
          <w:p w14:paraId="37D1ADED" w14:textId="77777777" w:rsidR="00347918" w:rsidRDefault="00000000">
            <w:r>
              <w:rPr>
                <w:sz w:val="12"/>
              </w:rPr>
              <w:t>Burns, smoke inhalation, property damage, fatality</w:t>
            </w:r>
          </w:p>
        </w:tc>
        <w:tc>
          <w:tcPr>
            <w:tcW w:w="918" w:type="dxa"/>
          </w:tcPr>
          <w:p w14:paraId="020A30CC" w14:textId="77777777" w:rsidR="00347918" w:rsidRDefault="00000000">
            <w:r>
              <w:rPr>
                <w:sz w:val="12"/>
              </w:rPr>
              <w:t>Fire extinguishers available.</w:t>
            </w:r>
          </w:p>
        </w:tc>
        <w:tc>
          <w:tcPr>
            <w:tcW w:w="918" w:type="dxa"/>
          </w:tcPr>
          <w:p w14:paraId="5BFEB176" w14:textId="77777777" w:rsidR="00347918" w:rsidRDefault="00000000">
            <w:r>
              <w:rPr>
                <w:sz w:val="12"/>
              </w:rPr>
              <w:t>4</w:t>
            </w:r>
          </w:p>
        </w:tc>
        <w:tc>
          <w:tcPr>
            <w:tcW w:w="918" w:type="dxa"/>
          </w:tcPr>
          <w:p w14:paraId="54EAF447" w14:textId="77777777" w:rsidR="00347918" w:rsidRDefault="00000000">
            <w:r>
              <w:rPr>
                <w:sz w:val="12"/>
              </w:rPr>
              <w:t>5</w:t>
            </w:r>
          </w:p>
        </w:tc>
        <w:tc>
          <w:tcPr>
            <w:tcW w:w="918" w:type="dxa"/>
          </w:tcPr>
          <w:p w14:paraId="54AA34AA" w14:textId="77777777" w:rsidR="00347918" w:rsidRDefault="00000000">
            <w:r>
              <w:rPr>
                <w:sz w:val="12"/>
              </w:rPr>
              <w:t>20</w:t>
            </w:r>
          </w:p>
        </w:tc>
        <w:tc>
          <w:tcPr>
            <w:tcW w:w="918" w:type="dxa"/>
          </w:tcPr>
          <w:p w14:paraId="20B334AD" w14:textId="77777777" w:rsidR="00347918" w:rsidRDefault="00000000">
            <w:r>
              <w:rPr>
                <w:sz w:val="12"/>
              </w:rPr>
              <w:t>Very High</w:t>
            </w:r>
          </w:p>
        </w:tc>
        <w:tc>
          <w:tcPr>
            <w:tcW w:w="918" w:type="dxa"/>
          </w:tcPr>
          <w:p w14:paraId="15F89F4D" w14:textId="77777777" w:rsidR="00347918" w:rsidRDefault="00000000">
            <w:r>
              <w:rPr>
                <w:sz w:val="12"/>
              </w:rPr>
              <w:t>Maintain sound installation, correct protection and housekeeping; control ignition sources; provide suitable electrical-fire response equipment and emergency procedures.</w:t>
            </w:r>
          </w:p>
        </w:tc>
        <w:tc>
          <w:tcPr>
            <w:tcW w:w="918" w:type="dxa"/>
          </w:tcPr>
          <w:p w14:paraId="7E040743" w14:textId="77777777" w:rsidR="00347918" w:rsidRDefault="00000000">
            <w:r>
              <w:rPr>
                <w:sz w:val="12"/>
              </w:rPr>
              <w:t>1</w:t>
            </w:r>
          </w:p>
        </w:tc>
        <w:tc>
          <w:tcPr>
            <w:tcW w:w="918" w:type="dxa"/>
          </w:tcPr>
          <w:p w14:paraId="7B97A1AD" w14:textId="77777777" w:rsidR="00347918" w:rsidRDefault="00000000">
            <w:r>
              <w:rPr>
                <w:sz w:val="12"/>
              </w:rPr>
              <w:t>5</w:t>
            </w:r>
          </w:p>
        </w:tc>
        <w:tc>
          <w:tcPr>
            <w:tcW w:w="918" w:type="dxa"/>
          </w:tcPr>
          <w:p w14:paraId="0322724C" w14:textId="77777777" w:rsidR="00347918" w:rsidRDefault="00000000">
            <w:r>
              <w:rPr>
                <w:sz w:val="12"/>
              </w:rPr>
              <w:t>5</w:t>
            </w:r>
          </w:p>
        </w:tc>
        <w:tc>
          <w:tcPr>
            <w:tcW w:w="918" w:type="dxa"/>
          </w:tcPr>
          <w:p w14:paraId="5B87783E" w14:textId="77777777" w:rsidR="00347918" w:rsidRDefault="00000000">
            <w:r>
              <w:rPr>
                <w:sz w:val="12"/>
              </w:rPr>
              <w:t>Medium</w:t>
            </w:r>
          </w:p>
        </w:tc>
        <w:tc>
          <w:tcPr>
            <w:tcW w:w="918" w:type="dxa"/>
          </w:tcPr>
          <w:p w14:paraId="771CC9EC" w14:textId="77777777" w:rsidR="00347918" w:rsidRDefault="00000000">
            <w:r>
              <w:rPr>
                <w:sz w:val="12"/>
              </w:rPr>
              <w:t>Electrical Supervisor / HSE</w:t>
            </w:r>
          </w:p>
        </w:tc>
      </w:tr>
      <w:tr w:rsidR="00347918" w14:paraId="39FC5ADF" w14:textId="77777777">
        <w:trPr>
          <w:jc w:val="center"/>
        </w:trPr>
        <w:tc>
          <w:tcPr>
            <w:tcW w:w="918" w:type="dxa"/>
          </w:tcPr>
          <w:p w14:paraId="6813718C" w14:textId="77777777" w:rsidR="00347918" w:rsidRDefault="00000000">
            <w:r>
              <w:rPr>
                <w:sz w:val="12"/>
              </w:rPr>
              <w:t>21</w:t>
            </w:r>
          </w:p>
        </w:tc>
        <w:tc>
          <w:tcPr>
            <w:tcW w:w="918" w:type="dxa"/>
          </w:tcPr>
          <w:p w14:paraId="4CF8024B" w14:textId="77777777" w:rsidR="00347918" w:rsidRDefault="00000000">
            <w:r>
              <w:rPr>
                <w:sz w:val="12"/>
              </w:rPr>
              <w:t>Poor housekeeping around electrical equipment</w:t>
            </w:r>
          </w:p>
        </w:tc>
        <w:tc>
          <w:tcPr>
            <w:tcW w:w="918" w:type="dxa"/>
          </w:tcPr>
          <w:p w14:paraId="617CC971" w14:textId="77777777" w:rsidR="00347918" w:rsidRDefault="00000000">
            <w:r>
              <w:rPr>
                <w:sz w:val="12"/>
              </w:rPr>
              <w:t>Combustible materials or water stored near electrical equipment</w:t>
            </w:r>
          </w:p>
        </w:tc>
        <w:tc>
          <w:tcPr>
            <w:tcW w:w="918" w:type="dxa"/>
          </w:tcPr>
          <w:p w14:paraId="0B48D7DC" w14:textId="77777777" w:rsidR="00347918" w:rsidRDefault="00000000">
            <w:r>
              <w:rPr>
                <w:sz w:val="12"/>
              </w:rPr>
              <w:t>Workers, electricians</w:t>
            </w:r>
          </w:p>
        </w:tc>
        <w:tc>
          <w:tcPr>
            <w:tcW w:w="918" w:type="dxa"/>
          </w:tcPr>
          <w:p w14:paraId="048DC44E" w14:textId="77777777" w:rsidR="00347918" w:rsidRDefault="00000000">
            <w:r>
              <w:rPr>
                <w:sz w:val="12"/>
              </w:rPr>
              <w:t>Fire, shock, restricted access</w:t>
            </w:r>
          </w:p>
        </w:tc>
        <w:tc>
          <w:tcPr>
            <w:tcW w:w="918" w:type="dxa"/>
          </w:tcPr>
          <w:p w14:paraId="4DB08C59" w14:textId="77777777" w:rsidR="00347918" w:rsidRDefault="00000000">
            <w:r>
              <w:rPr>
                <w:sz w:val="12"/>
              </w:rPr>
              <w:t>Routine housekeeping.</w:t>
            </w:r>
          </w:p>
        </w:tc>
        <w:tc>
          <w:tcPr>
            <w:tcW w:w="918" w:type="dxa"/>
          </w:tcPr>
          <w:p w14:paraId="09050C06" w14:textId="77777777" w:rsidR="00347918" w:rsidRDefault="00000000">
            <w:r>
              <w:rPr>
                <w:sz w:val="12"/>
              </w:rPr>
              <w:t>3</w:t>
            </w:r>
          </w:p>
        </w:tc>
        <w:tc>
          <w:tcPr>
            <w:tcW w:w="918" w:type="dxa"/>
          </w:tcPr>
          <w:p w14:paraId="21AB05EB" w14:textId="77777777" w:rsidR="00347918" w:rsidRDefault="00000000">
            <w:r>
              <w:rPr>
                <w:sz w:val="12"/>
              </w:rPr>
              <w:t>4</w:t>
            </w:r>
          </w:p>
        </w:tc>
        <w:tc>
          <w:tcPr>
            <w:tcW w:w="918" w:type="dxa"/>
          </w:tcPr>
          <w:p w14:paraId="390EC3A4" w14:textId="77777777" w:rsidR="00347918" w:rsidRDefault="00000000">
            <w:r>
              <w:rPr>
                <w:sz w:val="12"/>
              </w:rPr>
              <w:t>12</w:t>
            </w:r>
          </w:p>
        </w:tc>
        <w:tc>
          <w:tcPr>
            <w:tcW w:w="918" w:type="dxa"/>
          </w:tcPr>
          <w:p w14:paraId="0674380F" w14:textId="77777777" w:rsidR="00347918" w:rsidRDefault="00000000">
            <w:r>
              <w:rPr>
                <w:sz w:val="12"/>
              </w:rPr>
              <w:t>High</w:t>
            </w:r>
          </w:p>
        </w:tc>
        <w:tc>
          <w:tcPr>
            <w:tcW w:w="918" w:type="dxa"/>
          </w:tcPr>
          <w:p w14:paraId="339743E2" w14:textId="77777777" w:rsidR="00347918" w:rsidRDefault="00000000">
            <w:r>
              <w:rPr>
                <w:sz w:val="12"/>
              </w:rPr>
              <w:t xml:space="preserve">Maintain clear electrical working spaces; remove combustibles and water; keep access to isolation devices </w:t>
            </w:r>
            <w:r>
              <w:rPr>
                <w:sz w:val="12"/>
              </w:rPr>
              <w:lastRenderedPageBreak/>
              <w:t>unobstructed.</w:t>
            </w:r>
          </w:p>
        </w:tc>
        <w:tc>
          <w:tcPr>
            <w:tcW w:w="918" w:type="dxa"/>
          </w:tcPr>
          <w:p w14:paraId="4D1403ED" w14:textId="77777777" w:rsidR="00347918" w:rsidRDefault="00000000">
            <w:r>
              <w:rPr>
                <w:sz w:val="12"/>
              </w:rPr>
              <w:lastRenderedPageBreak/>
              <w:t>1</w:t>
            </w:r>
          </w:p>
        </w:tc>
        <w:tc>
          <w:tcPr>
            <w:tcW w:w="918" w:type="dxa"/>
          </w:tcPr>
          <w:p w14:paraId="13E7783D" w14:textId="77777777" w:rsidR="00347918" w:rsidRDefault="00000000">
            <w:r>
              <w:rPr>
                <w:sz w:val="12"/>
              </w:rPr>
              <w:t>4</w:t>
            </w:r>
          </w:p>
        </w:tc>
        <w:tc>
          <w:tcPr>
            <w:tcW w:w="918" w:type="dxa"/>
          </w:tcPr>
          <w:p w14:paraId="31FC672C" w14:textId="77777777" w:rsidR="00347918" w:rsidRDefault="00000000">
            <w:r>
              <w:rPr>
                <w:sz w:val="12"/>
              </w:rPr>
              <w:t>4</w:t>
            </w:r>
          </w:p>
        </w:tc>
        <w:tc>
          <w:tcPr>
            <w:tcW w:w="918" w:type="dxa"/>
          </w:tcPr>
          <w:p w14:paraId="3B0EC080" w14:textId="77777777" w:rsidR="00347918" w:rsidRDefault="00000000">
            <w:r>
              <w:rPr>
                <w:sz w:val="12"/>
              </w:rPr>
              <w:t>Low</w:t>
            </w:r>
          </w:p>
        </w:tc>
        <w:tc>
          <w:tcPr>
            <w:tcW w:w="918" w:type="dxa"/>
          </w:tcPr>
          <w:p w14:paraId="3FFBCD36" w14:textId="77777777" w:rsidR="00347918" w:rsidRDefault="00000000">
            <w:r>
              <w:rPr>
                <w:sz w:val="12"/>
              </w:rPr>
              <w:t>Supervisor</w:t>
            </w:r>
          </w:p>
        </w:tc>
      </w:tr>
      <w:tr w:rsidR="00347918" w14:paraId="507F86F2" w14:textId="77777777">
        <w:trPr>
          <w:jc w:val="center"/>
        </w:trPr>
        <w:tc>
          <w:tcPr>
            <w:tcW w:w="918" w:type="dxa"/>
          </w:tcPr>
          <w:p w14:paraId="2136F714" w14:textId="77777777" w:rsidR="00347918" w:rsidRDefault="00000000">
            <w:r>
              <w:rPr>
                <w:sz w:val="12"/>
              </w:rPr>
              <w:t>22</w:t>
            </w:r>
          </w:p>
        </w:tc>
        <w:tc>
          <w:tcPr>
            <w:tcW w:w="918" w:type="dxa"/>
          </w:tcPr>
          <w:p w14:paraId="54B17A7A" w14:textId="77777777" w:rsidR="00347918" w:rsidRDefault="00000000">
            <w:r>
              <w:rPr>
                <w:sz w:val="12"/>
              </w:rPr>
              <w:t>Electrical work at height</w:t>
            </w:r>
          </w:p>
        </w:tc>
        <w:tc>
          <w:tcPr>
            <w:tcW w:w="918" w:type="dxa"/>
          </w:tcPr>
          <w:p w14:paraId="37B48DB6" w14:textId="77777777" w:rsidR="00347918" w:rsidRDefault="00000000">
            <w:r>
              <w:rPr>
                <w:sz w:val="12"/>
              </w:rPr>
              <w:t>Electrician works from ladder/scaffold while exposed to electrical hazards</w:t>
            </w:r>
          </w:p>
        </w:tc>
        <w:tc>
          <w:tcPr>
            <w:tcW w:w="918" w:type="dxa"/>
          </w:tcPr>
          <w:p w14:paraId="24AD4E78" w14:textId="77777777" w:rsidR="00347918" w:rsidRDefault="00000000">
            <w:r>
              <w:rPr>
                <w:sz w:val="12"/>
              </w:rPr>
              <w:t>Electricians, workers</w:t>
            </w:r>
          </w:p>
        </w:tc>
        <w:tc>
          <w:tcPr>
            <w:tcW w:w="918" w:type="dxa"/>
          </w:tcPr>
          <w:p w14:paraId="27A812C8" w14:textId="77777777" w:rsidR="00347918" w:rsidRDefault="00000000">
            <w:r>
              <w:rPr>
                <w:sz w:val="12"/>
              </w:rPr>
              <w:t>Fall combined with shock, fatality</w:t>
            </w:r>
          </w:p>
        </w:tc>
        <w:tc>
          <w:tcPr>
            <w:tcW w:w="918" w:type="dxa"/>
          </w:tcPr>
          <w:p w14:paraId="75E55D8B" w14:textId="77777777" w:rsidR="00347918" w:rsidRDefault="00000000">
            <w:r>
              <w:rPr>
                <w:sz w:val="12"/>
              </w:rPr>
              <w:t>Access equipment and PPE.</w:t>
            </w:r>
          </w:p>
        </w:tc>
        <w:tc>
          <w:tcPr>
            <w:tcW w:w="918" w:type="dxa"/>
          </w:tcPr>
          <w:p w14:paraId="7B4283FF" w14:textId="77777777" w:rsidR="00347918" w:rsidRDefault="00000000">
            <w:r>
              <w:rPr>
                <w:sz w:val="12"/>
              </w:rPr>
              <w:t>4</w:t>
            </w:r>
          </w:p>
        </w:tc>
        <w:tc>
          <w:tcPr>
            <w:tcW w:w="918" w:type="dxa"/>
          </w:tcPr>
          <w:p w14:paraId="41CEBA0F" w14:textId="77777777" w:rsidR="00347918" w:rsidRDefault="00000000">
            <w:r>
              <w:rPr>
                <w:sz w:val="12"/>
              </w:rPr>
              <w:t>5</w:t>
            </w:r>
          </w:p>
        </w:tc>
        <w:tc>
          <w:tcPr>
            <w:tcW w:w="918" w:type="dxa"/>
          </w:tcPr>
          <w:p w14:paraId="32C4A4FF" w14:textId="77777777" w:rsidR="00347918" w:rsidRDefault="00000000">
            <w:r>
              <w:rPr>
                <w:sz w:val="12"/>
              </w:rPr>
              <w:t>20</w:t>
            </w:r>
          </w:p>
        </w:tc>
        <w:tc>
          <w:tcPr>
            <w:tcW w:w="918" w:type="dxa"/>
          </w:tcPr>
          <w:p w14:paraId="3CFA926B" w14:textId="77777777" w:rsidR="00347918" w:rsidRDefault="00000000">
            <w:r>
              <w:rPr>
                <w:sz w:val="12"/>
              </w:rPr>
              <w:t>Very High</w:t>
            </w:r>
          </w:p>
        </w:tc>
        <w:tc>
          <w:tcPr>
            <w:tcW w:w="918" w:type="dxa"/>
          </w:tcPr>
          <w:p w14:paraId="73CFED28" w14:textId="77777777" w:rsidR="00347918" w:rsidRDefault="00000000">
            <w:r>
              <w:rPr>
                <w:sz w:val="12"/>
              </w:rPr>
              <w:t>Control electrical energy first; provide suitable access; use stable platforms; prevent overreach and maintain tool control.</w:t>
            </w:r>
          </w:p>
        </w:tc>
        <w:tc>
          <w:tcPr>
            <w:tcW w:w="918" w:type="dxa"/>
          </w:tcPr>
          <w:p w14:paraId="0ACA1304" w14:textId="77777777" w:rsidR="00347918" w:rsidRDefault="00000000">
            <w:r>
              <w:rPr>
                <w:sz w:val="12"/>
              </w:rPr>
              <w:t>1</w:t>
            </w:r>
          </w:p>
        </w:tc>
        <w:tc>
          <w:tcPr>
            <w:tcW w:w="918" w:type="dxa"/>
          </w:tcPr>
          <w:p w14:paraId="0548411F" w14:textId="77777777" w:rsidR="00347918" w:rsidRDefault="00000000">
            <w:r>
              <w:rPr>
                <w:sz w:val="12"/>
              </w:rPr>
              <w:t>5</w:t>
            </w:r>
          </w:p>
        </w:tc>
        <w:tc>
          <w:tcPr>
            <w:tcW w:w="918" w:type="dxa"/>
          </w:tcPr>
          <w:p w14:paraId="3FF6EC5F" w14:textId="77777777" w:rsidR="00347918" w:rsidRDefault="00000000">
            <w:r>
              <w:rPr>
                <w:sz w:val="12"/>
              </w:rPr>
              <w:t>5</w:t>
            </w:r>
          </w:p>
        </w:tc>
        <w:tc>
          <w:tcPr>
            <w:tcW w:w="918" w:type="dxa"/>
          </w:tcPr>
          <w:p w14:paraId="7ED6D57F" w14:textId="77777777" w:rsidR="00347918" w:rsidRDefault="00000000">
            <w:r>
              <w:rPr>
                <w:sz w:val="12"/>
              </w:rPr>
              <w:t>Medium</w:t>
            </w:r>
          </w:p>
        </w:tc>
        <w:tc>
          <w:tcPr>
            <w:tcW w:w="918" w:type="dxa"/>
          </w:tcPr>
          <w:p w14:paraId="12C952F0" w14:textId="77777777" w:rsidR="00347918" w:rsidRDefault="00000000">
            <w:r>
              <w:rPr>
                <w:sz w:val="12"/>
              </w:rPr>
              <w:t>Electrical Supervisor</w:t>
            </w:r>
          </w:p>
        </w:tc>
      </w:tr>
      <w:tr w:rsidR="00347918" w14:paraId="49FE81C7" w14:textId="77777777">
        <w:trPr>
          <w:jc w:val="center"/>
        </w:trPr>
        <w:tc>
          <w:tcPr>
            <w:tcW w:w="918" w:type="dxa"/>
          </w:tcPr>
          <w:p w14:paraId="4768CFE0" w14:textId="77777777" w:rsidR="00347918" w:rsidRDefault="00000000">
            <w:r>
              <w:rPr>
                <w:sz w:val="12"/>
              </w:rPr>
              <w:t>23</w:t>
            </w:r>
          </w:p>
        </w:tc>
        <w:tc>
          <w:tcPr>
            <w:tcW w:w="918" w:type="dxa"/>
          </w:tcPr>
          <w:p w14:paraId="1AFB95AD" w14:textId="77777777" w:rsidR="00347918" w:rsidRDefault="00000000">
            <w:r>
              <w:rPr>
                <w:sz w:val="12"/>
              </w:rPr>
              <w:t>Confined electrical work area</w:t>
            </w:r>
          </w:p>
        </w:tc>
        <w:tc>
          <w:tcPr>
            <w:tcW w:w="918" w:type="dxa"/>
          </w:tcPr>
          <w:p w14:paraId="40A9C465" w14:textId="77777777" w:rsidR="00347918" w:rsidRDefault="00000000">
            <w:r>
              <w:rPr>
                <w:sz w:val="12"/>
              </w:rPr>
              <w:t>Electrical work performed in restricted or conductive location</w:t>
            </w:r>
          </w:p>
        </w:tc>
        <w:tc>
          <w:tcPr>
            <w:tcW w:w="918" w:type="dxa"/>
          </w:tcPr>
          <w:p w14:paraId="4BE03985" w14:textId="77777777" w:rsidR="00347918" w:rsidRDefault="00000000">
            <w:r>
              <w:rPr>
                <w:sz w:val="12"/>
              </w:rPr>
              <w:t>Electricians, technicians</w:t>
            </w:r>
          </w:p>
        </w:tc>
        <w:tc>
          <w:tcPr>
            <w:tcW w:w="918" w:type="dxa"/>
          </w:tcPr>
          <w:p w14:paraId="740B938E" w14:textId="77777777" w:rsidR="00347918" w:rsidRDefault="00000000">
            <w:r>
              <w:rPr>
                <w:sz w:val="12"/>
              </w:rPr>
              <w:t>Shock, difficult rescue, fatality</w:t>
            </w:r>
          </w:p>
        </w:tc>
        <w:tc>
          <w:tcPr>
            <w:tcW w:w="918" w:type="dxa"/>
          </w:tcPr>
          <w:p w14:paraId="7B28B288" w14:textId="77777777" w:rsidR="00347918" w:rsidRDefault="00000000">
            <w:r>
              <w:rPr>
                <w:sz w:val="12"/>
              </w:rPr>
              <w:t>General confined-area controls.</w:t>
            </w:r>
          </w:p>
        </w:tc>
        <w:tc>
          <w:tcPr>
            <w:tcW w:w="918" w:type="dxa"/>
          </w:tcPr>
          <w:p w14:paraId="635606A9" w14:textId="77777777" w:rsidR="00347918" w:rsidRDefault="00000000">
            <w:r>
              <w:rPr>
                <w:sz w:val="12"/>
              </w:rPr>
              <w:t>3</w:t>
            </w:r>
          </w:p>
        </w:tc>
        <w:tc>
          <w:tcPr>
            <w:tcW w:w="918" w:type="dxa"/>
          </w:tcPr>
          <w:p w14:paraId="764A79F3" w14:textId="77777777" w:rsidR="00347918" w:rsidRDefault="00000000">
            <w:r>
              <w:rPr>
                <w:sz w:val="12"/>
              </w:rPr>
              <w:t>5</w:t>
            </w:r>
          </w:p>
        </w:tc>
        <w:tc>
          <w:tcPr>
            <w:tcW w:w="918" w:type="dxa"/>
          </w:tcPr>
          <w:p w14:paraId="22356972" w14:textId="77777777" w:rsidR="00347918" w:rsidRDefault="00000000">
            <w:r>
              <w:rPr>
                <w:sz w:val="12"/>
              </w:rPr>
              <w:t>15</w:t>
            </w:r>
          </w:p>
        </w:tc>
        <w:tc>
          <w:tcPr>
            <w:tcW w:w="918" w:type="dxa"/>
          </w:tcPr>
          <w:p w14:paraId="761B1227" w14:textId="77777777" w:rsidR="00347918" w:rsidRDefault="00000000">
            <w:r>
              <w:rPr>
                <w:sz w:val="12"/>
              </w:rPr>
              <w:t>High</w:t>
            </w:r>
          </w:p>
        </w:tc>
        <w:tc>
          <w:tcPr>
            <w:tcW w:w="918" w:type="dxa"/>
          </w:tcPr>
          <w:p w14:paraId="079456E9" w14:textId="77777777" w:rsidR="00347918" w:rsidRDefault="00000000">
            <w:r>
              <w:rPr>
                <w:sz w:val="12"/>
              </w:rPr>
              <w:t>Assess space-specific electrical hazards; isolate sources; use suitable low-voltage/approved equipment where applicable; maintain communication and rescue arrangements.</w:t>
            </w:r>
          </w:p>
        </w:tc>
        <w:tc>
          <w:tcPr>
            <w:tcW w:w="918" w:type="dxa"/>
          </w:tcPr>
          <w:p w14:paraId="60D6DC1E" w14:textId="77777777" w:rsidR="00347918" w:rsidRDefault="00000000">
            <w:r>
              <w:rPr>
                <w:sz w:val="12"/>
              </w:rPr>
              <w:t>1</w:t>
            </w:r>
          </w:p>
        </w:tc>
        <w:tc>
          <w:tcPr>
            <w:tcW w:w="918" w:type="dxa"/>
          </w:tcPr>
          <w:p w14:paraId="2DC762EF" w14:textId="77777777" w:rsidR="00347918" w:rsidRDefault="00000000">
            <w:r>
              <w:rPr>
                <w:sz w:val="12"/>
              </w:rPr>
              <w:t>5</w:t>
            </w:r>
          </w:p>
        </w:tc>
        <w:tc>
          <w:tcPr>
            <w:tcW w:w="918" w:type="dxa"/>
          </w:tcPr>
          <w:p w14:paraId="552B4436" w14:textId="77777777" w:rsidR="00347918" w:rsidRDefault="00000000">
            <w:r>
              <w:rPr>
                <w:sz w:val="12"/>
              </w:rPr>
              <w:t>5</w:t>
            </w:r>
          </w:p>
        </w:tc>
        <w:tc>
          <w:tcPr>
            <w:tcW w:w="918" w:type="dxa"/>
          </w:tcPr>
          <w:p w14:paraId="77E4C034" w14:textId="77777777" w:rsidR="00347918" w:rsidRDefault="00000000">
            <w:r>
              <w:rPr>
                <w:sz w:val="12"/>
              </w:rPr>
              <w:t>Medium</w:t>
            </w:r>
          </w:p>
        </w:tc>
        <w:tc>
          <w:tcPr>
            <w:tcW w:w="918" w:type="dxa"/>
          </w:tcPr>
          <w:p w14:paraId="1DAE7D02" w14:textId="77777777" w:rsidR="00347918" w:rsidRDefault="00000000">
            <w:r>
              <w:rPr>
                <w:sz w:val="12"/>
              </w:rPr>
              <w:t>Electrical Supervisor / HSE</w:t>
            </w:r>
          </w:p>
        </w:tc>
      </w:tr>
      <w:tr w:rsidR="00347918" w14:paraId="62D48B6E" w14:textId="77777777">
        <w:trPr>
          <w:jc w:val="center"/>
        </w:trPr>
        <w:tc>
          <w:tcPr>
            <w:tcW w:w="918" w:type="dxa"/>
          </w:tcPr>
          <w:p w14:paraId="43C59725" w14:textId="77777777" w:rsidR="00347918" w:rsidRDefault="00000000">
            <w:r>
              <w:rPr>
                <w:sz w:val="12"/>
              </w:rPr>
              <w:t>24</w:t>
            </w:r>
          </w:p>
        </w:tc>
        <w:tc>
          <w:tcPr>
            <w:tcW w:w="918" w:type="dxa"/>
          </w:tcPr>
          <w:p w14:paraId="0E4436D8" w14:textId="77777777" w:rsidR="00347918" w:rsidRDefault="00000000">
            <w:r>
              <w:rPr>
                <w:sz w:val="12"/>
              </w:rPr>
              <w:t>Unauthorized electrical modification</w:t>
            </w:r>
          </w:p>
        </w:tc>
        <w:tc>
          <w:tcPr>
            <w:tcW w:w="918" w:type="dxa"/>
          </w:tcPr>
          <w:p w14:paraId="69F8AC1F" w14:textId="77777777" w:rsidR="00347918" w:rsidRDefault="00000000">
            <w:r>
              <w:rPr>
                <w:sz w:val="12"/>
              </w:rPr>
              <w:t>Unapproved connection or alteration to electrical system</w:t>
            </w:r>
          </w:p>
        </w:tc>
        <w:tc>
          <w:tcPr>
            <w:tcW w:w="918" w:type="dxa"/>
          </w:tcPr>
          <w:p w14:paraId="03F00F2F" w14:textId="77777777" w:rsidR="00347918" w:rsidRDefault="00000000">
            <w:r>
              <w:rPr>
                <w:sz w:val="12"/>
              </w:rPr>
              <w:t>Workers, electricians, contractors</w:t>
            </w:r>
          </w:p>
        </w:tc>
        <w:tc>
          <w:tcPr>
            <w:tcW w:w="918" w:type="dxa"/>
          </w:tcPr>
          <w:p w14:paraId="2B834376" w14:textId="77777777" w:rsidR="00347918" w:rsidRDefault="00000000">
            <w:r>
              <w:rPr>
                <w:sz w:val="12"/>
              </w:rPr>
              <w:t>Shock, fire, equipment failure</w:t>
            </w:r>
          </w:p>
        </w:tc>
        <w:tc>
          <w:tcPr>
            <w:tcW w:w="918" w:type="dxa"/>
          </w:tcPr>
          <w:p w14:paraId="65BFC0FC" w14:textId="77777777" w:rsidR="00347918" w:rsidRDefault="00000000">
            <w:r>
              <w:rPr>
                <w:sz w:val="12"/>
              </w:rPr>
              <w:t>General authorization process.</w:t>
            </w:r>
          </w:p>
        </w:tc>
        <w:tc>
          <w:tcPr>
            <w:tcW w:w="918" w:type="dxa"/>
          </w:tcPr>
          <w:p w14:paraId="085B6974" w14:textId="77777777" w:rsidR="00347918" w:rsidRDefault="00000000">
            <w:r>
              <w:rPr>
                <w:sz w:val="12"/>
              </w:rPr>
              <w:t>4</w:t>
            </w:r>
          </w:p>
        </w:tc>
        <w:tc>
          <w:tcPr>
            <w:tcW w:w="918" w:type="dxa"/>
          </w:tcPr>
          <w:p w14:paraId="35E93BD1" w14:textId="77777777" w:rsidR="00347918" w:rsidRDefault="00000000">
            <w:r>
              <w:rPr>
                <w:sz w:val="12"/>
              </w:rPr>
              <w:t>5</w:t>
            </w:r>
          </w:p>
        </w:tc>
        <w:tc>
          <w:tcPr>
            <w:tcW w:w="918" w:type="dxa"/>
          </w:tcPr>
          <w:p w14:paraId="4FA88F00" w14:textId="77777777" w:rsidR="00347918" w:rsidRDefault="00000000">
            <w:r>
              <w:rPr>
                <w:sz w:val="12"/>
              </w:rPr>
              <w:t>20</w:t>
            </w:r>
          </w:p>
        </w:tc>
        <w:tc>
          <w:tcPr>
            <w:tcW w:w="918" w:type="dxa"/>
          </w:tcPr>
          <w:p w14:paraId="1082D72F" w14:textId="77777777" w:rsidR="00347918" w:rsidRDefault="00000000">
            <w:r>
              <w:rPr>
                <w:sz w:val="12"/>
              </w:rPr>
              <w:t>Very High</w:t>
            </w:r>
          </w:p>
        </w:tc>
        <w:tc>
          <w:tcPr>
            <w:tcW w:w="918" w:type="dxa"/>
          </w:tcPr>
          <w:p w14:paraId="0685D3EF" w14:textId="77777777" w:rsidR="00347918" w:rsidRDefault="00000000">
            <w:r>
              <w:rPr>
                <w:sz w:val="12"/>
              </w:rPr>
              <w:t>Only authorized competent persons modify systems; maintain drawings/records; inspect and test changes before energization.</w:t>
            </w:r>
          </w:p>
        </w:tc>
        <w:tc>
          <w:tcPr>
            <w:tcW w:w="918" w:type="dxa"/>
          </w:tcPr>
          <w:p w14:paraId="57203198" w14:textId="77777777" w:rsidR="00347918" w:rsidRDefault="00000000">
            <w:r>
              <w:rPr>
                <w:sz w:val="12"/>
              </w:rPr>
              <w:t>1</w:t>
            </w:r>
          </w:p>
        </w:tc>
        <w:tc>
          <w:tcPr>
            <w:tcW w:w="918" w:type="dxa"/>
          </w:tcPr>
          <w:p w14:paraId="091B6FC9" w14:textId="77777777" w:rsidR="00347918" w:rsidRDefault="00000000">
            <w:r>
              <w:rPr>
                <w:sz w:val="12"/>
              </w:rPr>
              <w:t>5</w:t>
            </w:r>
          </w:p>
        </w:tc>
        <w:tc>
          <w:tcPr>
            <w:tcW w:w="918" w:type="dxa"/>
          </w:tcPr>
          <w:p w14:paraId="7C9C2425" w14:textId="77777777" w:rsidR="00347918" w:rsidRDefault="00000000">
            <w:r>
              <w:rPr>
                <w:sz w:val="12"/>
              </w:rPr>
              <w:t>5</w:t>
            </w:r>
          </w:p>
        </w:tc>
        <w:tc>
          <w:tcPr>
            <w:tcW w:w="918" w:type="dxa"/>
          </w:tcPr>
          <w:p w14:paraId="0D238D24" w14:textId="77777777" w:rsidR="00347918" w:rsidRDefault="00000000">
            <w:r>
              <w:rPr>
                <w:sz w:val="12"/>
              </w:rPr>
              <w:t>Medium</w:t>
            </w:r>
          </w:p>
        </w:tc>
        <w:tc>
          <w:tcPr>
            <w:tcW w:w="918" w:type="dxa"/>
          </w:tcPr>
          <w:p w14:paraId="27EA4E8F" w14:textId="77777777" w:rsidR="00347918" w:rsidRDefault="00000000">
            <w:r>
              <w:rPr>
                <w:sz w:val="12"/>
              </w:rPr>
              <w:t>Electrical Engineer</w:t>
            </w:r>
          </w:p>
        </w:tc>
      </w:tr>
      <w:tr w:rsidR="00347918" w14:paraId="56FB602F" w14:textId="77777777">
        <w:trPr>
          <w:jc w:val="center"/>
        </w:trPr>
        <w:tc>
          <w:tcPr>
            <w:tcW w:w="918" w:type="dxa"/>
          </w:tcPr>
          <w:p w14:paraId="0EF5DFBE" w14:textId="77777777" w:rsidR="00347918" w:rsidRDefault="00000000">
            <w:r>
              <w:rPr>
                <w:sz w:val="12"/>
              </w:rPr>
              <w:t>25</w:t>
            </w:r>
          </w:p>
        </w:tc>
        <w:tc>
          <w:tcPr>
            <w:tcW w:w="918" w:type="dxa"/>
          </w:tcPr>
          <w:p w14:paraId="09953B44" w14:textId="77777777" w:rsidR="00347918" w:rsidRDefault="00000000">
            <w:r>
              <w:rPr>
                <w:sz w:val="12"/>
              </w:rPr>
              <w:t>Emergency electrical rescue</w:t>
            </w:r>
          </w:p>
        </w:tc>
        <w:tc>
          <w:tcPr>
            <w:tcW w:w="918" w:type="dxa"/>
          </w:tcPr>
          <w:p w14:paraId="3D0F5EDE" w14:textId="77777777" w:rsidR="00347918" w:rsidRDefault="00000000">
            <w:r>
              <w:rPr>
                <w:sz w:val="12"/>
              </w:rPr>
              <w:t>Delayed response after shock or electrical incident</w:t>
            </w:r>
          </w:p>
        </w:tc>
        <w:tc>
          <w:tcPr>
            <w:tcW w:w="918" w:type="dxa"/>
          </w:tcPr>
          <w:p w14:paraId="11B74936" w14:textId="77777777" w:rsidR="00347918" w:rsidRDefault="00000000">
            <w:r>
              <w:rPr>
                <w:sz w:val="12"/>
              </w:rPr>
              <w:t>Injured worker, rescuers</w:t>
            </w:r>
          </w:p>
        </w:tc>
        <w:tc>
          <w:tcPr>
            <w:tcW w:w="918" w:type="dxa"/>
          </w:tcPr>
          <w:p w14:paraId="3F8058EF" w14:textId="77777777" w:rsidR="00347918" w:rsidRDefault="00000000">
            <w:r>
              <w:rPr>
                <w:sz w:val="12"/>
              </w:rPr>
              <w:t>Secondary injury, fatality</w:t>
            </w:r>
          </w:p>
        </w:tc>
        <w:tc>
          <w:tcPr>
            <w:tcW w:w="918" w:type="dxa"/>
          </w:tcPr>
          <w:p w14:paraId="39E0AB21" w14:textId="77777777" w:rsidR="00347918" w:rsidRDefault="00000000">
            <w:r>
              <w:rPr>
                <w:sz w:val="12"/>
              </w:rPr>
              <w:t>First-aid arrangements.</w:t>
            </w:r>
          </w:p>
        </w:tc>
        <w:tc>
          <w:tcPr>
            <w:tcW w:w="918" w:type="dxa"/>
          </w:tcPr>
          <w:p w14:paraId="7B11F6D0" w14:textId="77777777" w:rsidR="00347918" w:rsidRDefault="00000000">
            <w:r>
              <w:rPr>
                <w:sz w:val="12"/>
              </w:rPr>
              <w:t>3</w:t>
            </w:r>
          </w:p>
        </w:tc>
        <w:tc>
          <w:tcPr>
            <w:tcW w:w="918" w:type="dxa"/>
          </w:tcPr>
          <w:p w14:paraId="7B3683FE" w14:textId="77777777" w:rsidR="00347918" w:rsidRDefault="00000000">
            <w:r>
              <w:rPr>
                <w:sz w:val="12"/>
              </w:rPr>
              <w:t>5</w:t>
            </w:r>
          </w:p>
        </w:tc>
        <w:tc>
          <w:tcPr>
            <w:tcW w:w="918" w:type="dxa"/>
          </w:tcPr>
          <w:p w14:paraId="75729FFB" w14:textId="77777777" w:rsidR="00347918" w:rsidRDefault="00000000">
            <w:r>
              <w:rPr>
                <w:sz w:val="12"/>
              </w:rPr>
              <w:t>15</w:t>
            </w:r>
          </w:p>
        </w:tc>
        <w:tc>
          <w:tcPr>
            <w:tcW w:w="918" w:type="dxa"/>
          </w:tcPr>
          <w:p w14:paraId="49705200" w14:textId="77777777" w:rsidR="00347918" w:rsidRDefault="00000000">
            <w:r>
              <w:rPr>
                <w:sz w:val="12"/>
              </w:rPr>
              <w:t>High</w:t>
            </w:r>
          </w:p>
        </w:tc>
        <w:tc>
          <w:tcPr>
            <w:tcW w:w="918" w:type="dxa"/>
          </w:tcPr>
          <w:p w14:paraId="7506A08A" w14:textId="77777777" w:rsidR="00347918" w:rsidRDefault="00000000">
            <w:r>
              <w:rPr>
                <w:sz w:val="12"/>
              </w:rPr>
              <w:t>Provide emergency procedure, competent first aid/rescue, safe isolation capability and communication; never touch casualty until electrical danger is controlled.</w:t>
            </w:r>
          </w:p>
        </w:tc>
        <w:tc>
          <w:tcPr>
            <w:tcW w:w="918" w:type="dxa"/>
          </w:tcPr>
          <w:p w14:paraId="1A49C678" w14:textId="77777777" w:rsidR="00347918" w:rsidRDefault="00000000">
            <w:r>
              <w:rPr>
                <w:sz w:val="12"/>
              </w:rPr>
              <w:t>1</w:t>
            </w:r>
          </w:p>
        </w:tc>
        <w:tc>
          <w:tcPr>
            <w:tcW w:w="918" w:type="dxa"/>
          </w:tcPr>
          <w:p w14:paraId="1B4FB8A5" w14:textId="77777777" w:rsidR="00347918" w:rsidRDefault="00000000">
            <w:r>
              <w:rPr>
                <w:sz w:val="12"/>
              </w:rPr>
              <w:t>5</w:t>
            </w:r>
          </w:p>
        </w:tc>
        <w:tc>
          <w:tcPr>
            <w:tcW w:w="918" w:type="dxa"/>
          </w:tcPr>
          <w:p w14:paraId="5C6B5D9E" w14:textId="77777777" w:rsidR="00347918" w:rsidRDefault="00000000">
            <w:r>
              <w:rPr>
                <w:sz w:val="12"/>
              </w:rPr>
              <w:t>5</w:t>
            </w:r>
          </w:p>
        </w:tc>
        <w:tc>
          <w:tcPr>
            <w:tcW w:w="918" w:type="dxa"/>
          </w:tcPr>
          <w:p w14:paraId="1DF361C6" w14:textId="77777777" w:rsidR="00347918" w:rsidRDefault="00000000">
            <w:r>
              <w:rPr>
                <w:sz w:val="12"/>
              </w:rPr>
              <w:t>Medium</w:t>
            </w:r>
          </w:p>
        </w:tc>
        <w:tc>
          <w:tcPr>
            <w:tcW w:w="918" w:type="dxa"/>
          </w:tcPr>
          <w:p w14:paraId="1CFAA792" w14:textId="77777777" w:rsidR="00347918" w:rsidRDefault="00000000">
            <w:r>
              <w:rPr>
                <w:sz w:val="12"/>
              </w:rPr>
              <w:t>Site Manager / HSE</w:t>
            </w:r>
          </w:p>
        </w:tc>
      </w:tr>
    </w:tbl>
    <w:p w14:paraId="04A5C43E" w14:textId="77777777" w:rsidR="00347918" w:rsidRDefault="00000000">
      <w:r>
        <w:t>Risk scores are calculated as Likelihood × Severity. Residual ratings assume the listed additional controls are implemented and verified.</w:t>
      </w:r>
    </w:p>
    <w:p w14:paraId="666637D7" w14:textId="77777777" w:rsidR="00347918" w:rsidRDefault="00347918">
      <w:pPr>
        <w:sectPr w:rsidR="00347918">
          <w:pgSz w:w="15840" w:h="12240" w:orient="landscape"/>
          <w:pgMar w:top="648" w:right="576" w:bottom="648" w:left="576" w:header="720" w:footer="720" w:gutter="0"/>
          <w:cols w:space="720"/>
          <w:docGrid w:linePitch="360"/>
        </w:sectPr>
      </w:pPr>
    </w:p>
    <w:p w14:paraId="7A793195" w14:textId="77777777" w:rsidR="00347918" w:rsidRDefault="00000000">
      <w:pPr>
        <w:pStyle w:val="Heading1"/>
      </w:pPr>
      <w:r>
        <w:lastRenderedPageBreak/>
        <w:t>12. Key Electrical Safety Requirements</w:t>
      </w:r>
    </w:p>
    <w:tbl>
      <w:tblPr>
        <w:tblStyle w:val="TableGrid"/>
        <w:tblW w:w="0" w:type="auto"/>
        <w:jc w:val="center"/>
        <w:tblLook w:val="04A0" w:firstRow="1" w:lastRow="0" w:firstColumn="1" w:lastColumn="0" w:noHBand="0" w:noVBand="1"/>
      </w:tblPr>
      <w:tblGrid>
        <w:gridCol w:w="3408"/>
        <w:gridCol w:w="3408"/>
        <w:gridCol w:w="3408"/>
      </w:tblGrid>
      <w:tr w:rsidR="00347918" w14:paraId="301F0B99" w14:textId="77777777">
        <w:trPr>
          <w:tblHeader/>
          <w:jc w:val="center"/>
        </w:trPr>
        <w:tc>
          <w:tcPr>
            <w:tcW w:w="3408" w:type="dxa"/>
            <w:shd w:val="clear" w:color="auto" w:fill="0F3D5E"/>
          </w:tcPr>
          <w:p w14:paraId="16701259" w14:textId="77777777" w:rsidR="00347918" w:rsidRDefault="00000000">
            <w:r>
              <w:rPr>
                <w:b/>
                <w:color w:val="FFFFFF"/>
              </w:rPr>
              <w:t>No.</w:t>
            </w:r>
          </w:p>
        </w:tc>
        <w:tc>
          <w:tcPr>
            <w:tcW w:w="3408" w:type="dxa"/>
            <w:shd w:val="clear" w:color="auto" w:fill="0F3D5E"/>
          </w:tcPr>
          <w:p w14:paraId="647CA57D" w14:textId="77777777" w:rsidR="00347918" w:rsidRDefault="00000000">
            <w:r>
              <w:rPr>
                <w:b/>
                <w:color w:val="FFFFFF"/>
              </w:rPr>
              <w:t>Requirement</w:t>
            </w:r>
          </w:p>
        </w:tc>
        <w:tc>
          <w:tcPr>
            <w:tcW w:w="3408" w:type="dxa"/>
            <w:shd w:val="clear" w:color="auto" w:fill="0F3D5E"/>
          </w:tcPr>
          <w:p w14:paraId="1CE59F5A" w14:textId="77777777" w:rsidR="00347918" w:rsidRDefault="00000000">
            <w:r>
              <w:rPr>
                <w:b/>
                <w:color w:val="FFFFFF"/>
              </w:rPr>
              <w:t>Expected Practice</w:t>
            </w:r>
          </w:p>
        </w:tc>
      </w:tr>
      <w:tr w:rsidR="00347918" w14:paraId="69C1CBE9" w14:textId="77777777">
        <w:trPr>
          <w:jc w:val="center"/>
        </w:trPr>
        <w:tc>
          <w:tcPr>
            <w:tcW w:w="3408" w:type="dxa"/>
          </w:tcPr>
          <w:p w14:paraId="320CC67F" w14:textId="77777777" w:rsidR="00347918" w:rsidRDefault="00000000">
            <w:r>
              <w:rPr>
                <w:sz w:val="16"/>
              </w:rPr>
              <w:t>1</w:t>
            </w:r>
          </w:p>
        </w:tc>
        <w:tc>
          <w:tcPr>
            <w:tcW w:w="3408" w:type="dxa"/>
          </w:tcPr>
          <w:p w14:paraId="2F27CEC7" w14:textId="77777777" w:rsidR="00347918" w:rsidRDefault="00000000">
            <w:r>
              <w:rPr>
                <w:sz w:val="16"/>
              </w:rPr>
              <w:t>Planning</w:t>
            </w:r>
          </w:p>
        </w:tc>
        <w:tc>
          <w:tcPr>
            <w:tcW w:w="3408" w:type="dxa"/>
          </w:tcPr>
          <w:p w14:paraId="25347D90" w14:textId="77777777" w:rsidR="00347918" w:rsidRDefault="00000000">
            <w:r>
              <w:rPr>
                <w:sz w:val="16"/>
              </w:rPr>
              <w:t>Identify circuits, equipment, voltage, energy sources, work method and interfaces before starting.</w:t>
            </w:r>
          </w:p>
        </w:tc>
      </w:tr>
      <w:tr w:rsidR="00347918" w14:paraId="33477530" w14:textId="77777777">
        <w:trPr>
          <w:jc w:val="center"/>
        </w:trPr>
        <w:tc>
          <w:tcPr>
            <w:tcW w:w="3408" w:type="dxa"/>
          </w:tcPr>
          <w:p w14:paraId="4AB8983D" w14:textId="77777777" w:rsidR="00347918" w:rsidRDefault="00000000">
            <w:r>
              <w:rPr>
                <w:sz w:val="16"/>
              </w:rPr>
              <w:t>2</w:t>
            </w:r>
          </w:p>
        </w:tc>
        <w:tc>
          <w:tcPr>
            <w:tcW w:w="3408" w:type="dxa"/>
          </w:tcPr>
          <w:p w14:paraId="26B539E6" w14:textId="77777777" w:rsidR="00347918" w:rsidRDefault="00000000">
            <w:r>
              <w:rPr>
                <w:sz w:val="16"/>
              </w:rPr>
              <w:t>Competency</w:t>
            </w:r>
          </w:p>
        </w:tc>
        <w:tc>
          <w:tcPr>
            <w:tcW w:w="3408" w:type="dxa"/>
          </w:tcPr>
          <w:p w14:paraId="117AE8F3" w14:textId="77777777" w:rsidR="00347918" w:rsidRDefault="00000000">
            <w:r>
              <w:rPr>
                <w:sz w:val="16"/>
              </w:rPr>
              <w:t>Use authorized and competent electrical personnel.</w:t>
            </w:r>
          </w:p>
        </w:tc>
      </w:tr>
      <w:tr w:rsidR="00347918" w14:paraId="3D9C5647" w14:textId="77777777">
        <w:trPr>
          <w:jc w:val="center"/>
        </w:trPr>
        <w:tc>
          <w:tcPr>
            <w:tcW w:w="3408" w:type="dxa"/>
          </w:tcPr>
          <w:p w14:paraId="57679425" w14:textId="77777777" w:rsidR="00347918" w:rsidRDefault="00000000">
            <w:r>
              <w:rPr>
                <w:sz w:val="16"/>
              </w:rPr>
              <w:t>3</w:t>
            </w:r>
          </w:p>
        </w:tc>
        <w:tc>
          <w:tcPr>
            <w:tcW w:w="3408" w:type="dxa"/>
          </w:tcPr>
          <w:p w14:paraId="3BAB23E3" w14:textId="77777777" w:rsidR="00347918" w:rsidRDefault="00000000">
            <w:r>
              <w:rPr>
                <w:sz w:val="16"/>
              </w:rPr>
              <w:t>Isolation</w:t>
            </w:r>
          </w:p>
        </w:tc>
        <w:tc>
          <w:tcPr>
            <w:tcW w:w="3408" w:type="dxa"/>
          </w:tcPr>
          <w:p w14:paraId="2F8C8A24" w14:textId="77777777" w:rsidR="00347918" w:rsidRDefault="00000000">
            <w:r>
              <w:rPr>
                <w:sz w:val="16"/>
              </w:rPr>
              <w:t>De-energize, isolate, lock/tag and control all sources before work whenever practicable.</w:t>
            </w:r>
          </w:p>
        </w:tc>
      </w:tr>
      <w:tr w:rsidR="00347918" w14:paraId="45A68528" w14:textId="77777777">
        <w:trPr>
          <w:jc w:val="center"/>
        </w:trPr>
        <w:tc>
          <w:tcPr>
            <w:tcW w:w="3408" w:type="dxa"/>
          </w:tcPr>
          <w:p w14:paraId="31A6BB69" w14:textId="77777777" w:rsidR="00347918" w:rsidRDefault="00000000">
            <w:r>
              <w:rPr>
                <w:sz w:val="16"/>
              </w:rPr>
              <w:t>4</w:t>
            </w:r>
          </w:p>
        </w:tc>
        <w:tc>
          <w:tcPr>
            <w:tcW w:w="3408" w:type="dxa"/>
          </w:tcPr>
          <w:p w14:paraId="647067E9" w14:textId="77777777" w:rsidR="00347918" w:rsidRDefault="00000000">
            <w:r>
              <w:rPr>
                <w:sz w:val="16"/>
              </w:rPr>
              <w:t>Test for Dead</w:t>
            </w:r>
          </w:p>
        </w:tc>
        <w:tc>
          <w:tcPr>
            <w:tcW w:w="3408" w:type="dxa"/>
          </w:tcPr>
          <w:p w14:paraId="474F3B66" w14:textId="77777777" w:rsidR="00347918" w:rsidRDefault="00000000">
            <w:r>
              <w:rPr>
                <w:sz w:val="16"/>
              </w:rPr>
              <w:t>Verify absence of voltage at the point of work using suitable test equipment.</w:t>
            </w:r>
          </w:p>
        </w:tc>
      </w:tr>
      <w:tr w:rsidR="00347918" w14:paraId="425588ED" w14:textId="77777777">
        <w:trPr>
          <w:jc w:val="center"/>
        </w:trPr>
        <w:tc>
          <w:tcPr>
            <w:tcW w:w="3408" w:type="dxa"/>
          </w:tcPr>
          <w:p w14:paraId="204F25DA" w14:textId="77777777" w:rsidR="00347918" w:rsidRDefault="00000000">
            <w:r>
              <w:rPr>
                <w:sz w:val="16"/>
              </w:rPr>
              <w:t>5</w:t>
            </w:r>
          </w:p>
        </w:tc>
        <w:tc>
          <w:tcPr>
            <w:tcW w:w="3408" w:type="dxa"/>
          </w:tcPr>
          <w:p w14:paraId="176BD944" w14:textId="77777777" w:rsidR="00347918" w:rsidRDefault="00000000">
            <w:r>
              <w:rPr>
                <w:sz w:val="16"/>
              </w:rPr>
              <w:t>Stored Energy</w:t>
            </w:r>
          </w:p>
        </w:tc>
        <w:tc>
          <w:tcPr>
            <w:tcW w:w="3408" w:type="dxa"/>
          </w:tcPr>
          <w:p w14:paraId="1F7ABA9B" w14:textId="77777777" w:rsidR="00347918" w:rsidRDefault="00000000">
            <w:r>
              <w:rPr>
                <w:sz w:val="16"/>
              </w:rPr>
              <w:t>Identify and discharge capacitors, batteries, UPS and other stored-energy sources.</w:t>
            </w:r>
          </w:p>
        </w:tc>
      </w:tr>
      <w:tr w:rsidR="00347918" w14:paraId="0CD223D1" w14:textId="77777777">
        <w:trPr>
          <w:jc w:val="center"/>
        </w:trPr>
        <w:tc>
          <w:tcPr>
            <w:tcW w:w="3408" w:type="dxa"/>
          </w:tcPr>
          <w:p w14:paraId="6672C3E9" w14:textId="77777777" w:rsidR="00347918" w:rsidRDefault="00000000">
            <w:r>
              <w:rPr>
                <w:sz w:val="16"/>
              </w:rPr>
              <w:t>6</w:t>
            </w:r>
          </w:p>
        </w:tc>
        <w:tc>
          <w:tcPr>
            <w:tcW w:w="3408" w:type="dxa"/>
          </w:tcPr>
          <w:p w14:paraId="5BD2BD5A" w14:textId="77777777" w:rsidR="00347918" w:rsidRDefault="00000000">
            <w:r>
              <w:rPr>
                <w:sz w:val="16"/>
              </w:rPr>
              <w:t>Protection</w:t>
            </w:r>
          </w:p>
        </w:tc>
        <w:tc>
          <w:tcPr>
            <w:tcW w:w="3408" w:type="dxa"/>
          </w:tcPr>
          <w:p w14:paraId="3EB6FB44" w14:textId="77777777" w:rsidR="00347918" w:rsidRDefault="00000000">
            <w:r>
              <w:rPr>
                <w:sz w:val="16"/>
              </w:rPr>
              <w:t>Maintain suitable enclosures, barriers, insulation, guarding and protective devices.</w:t>
            </w:r>
          </w:p>
        </w:tc>
      </w:tr>
      <w:tr w:rsidR="00347918" w14:paraId="29CB1D0B" w14:textId="77777777">
        <w:trPr>
          <w:jc w:val="center"/>
        </w:trPr>
        <w:tc>
          <w:tcPr>
            <w:tcW w:w="3408" w:type="dxa"/>
          </w:tcPr>
          <w:p w14:paraId="74B4C0AB" w14:textId="77777777" w:rsidR="00347918" w:rsidRDefault="00000000">
            <w:r>
              <w:rPr>
                <w:sz w:val="16"/>
              </w:rPr>
              <w:t>7</w:t>
            </w:r>
          </w:p>
        </w:tc>
        <w:tc>
          <w:tcPr>
            <w:tcW w:w="3408" w:type="dxa"/>
          </w:tcPr>
          <w:p w14:paraId="555065B8" w14:textId="77777777" w:rsidR="00347918" w:rsidRDefault="00000000">
            <w:r>
              <w:rPr>
                <w:sz w:val="16"/>
              </w:rPr>
              <w:t>Earthing / Bonding</w:t>
            </w:r>
          </w:p>
        </w:tc>
        <w:tc>
          <w:tcPr>
            <w:tcW w:w="3408" w:type="dxa"/>
          </w:tcPr>
          <w:p w14:paraId="085B1897" w14:textId="77777777" w:rsidR="00347918" w:rsidRDefault="00000000">
            <w:r>
              <w:rPr>
                <w:sz w:val="16"/>
              </w:rPr>
              <w:t>Verify protective earthing and bonding arrangements.</w:t>
            </w:r>
          </w:p>
        </w:tc>
      </w:tr>
      <w:tr w:rsidR="00347918" w14:paraId="644B2E74" w14:textId="77777777">
        <w:trPr>
          <w:jc w:val="center"/>
        </w:trPr>
        <w:tc>
          <w:tcPr>
            <w:tcW w:w="3408" w:type="dxa"/>
          </w:tcPr>
          <w:p w14:paraId="7025EDB5" w14:textId="77777777" w:rsidR="00347918" w:rsidRDefault="00000000">
            <w:r>
              <w:rPr>
                <w:sz w:val="16"/>
              </w:rPr>
              <w:t>8</w:t>
            </w:r>
          </w:p>
        </w:tc>
        <w:tc>
          <w:tcPr>
            <w:tcW w:w="3408" w:type="dxa"/>
          </w:tcPr>
          <w:p w14:paraId="7A1D3A3A" w14:textId="77777777" w:rsidR="00347918" w:rsidRDefault="00000000">
            <w:r>
              <w:rPr>
                <w:sz w:val="16"/>
              </w:rPr>
              <w:t>Temporary Power</w:t>
            </w:r>
          </w:p>
        </w:tc>
        <w:tc>
          <w:tcPr>
            <w:tcW w:w="3408" w:type="dxa"/>
          </w:tcPr>
          <w:p w14:paraId="4E4FBE7A" w14:textId="77777777" w:rsidR="00347918" w:rsidRDefault="00000000">
            <w:r>
              <w:rPr>
                <w:sz w:val="16"/>
              </w:rPr>
              <w:t>Inspect and maintain temporary distribution, cables and protection devices.</w:t>
            </w:r>
          </w:p>
        </w:tc>
      </w:tr>
      <w:tr w:rsidR="00347918" w14:paraId="5D3F422A" w14:textId="77777777">
        <w:trPr>
          <w:jc w:val="center"/>
        </w:trPr>
        <w:tc>
          <w:tcPr>
            <w:tcW w:w="3408" w:type="dxa"/>
          </w:tcPr>
          <w:p w14:paraId="3341F3B4" w14:textId="77777777" w:rsidR="00347918" w:rsidRDefault="00000000">
            <w:r>
              <w:rPr>
                <w:sz w:val="16"/>
              </w:rPr>
              <w:t>9</w:t>
            </w:r>
          </w:p>
        </w:tc>
        <w:tc>
          <w:tcPr>
            <w:tcW w:w="3408" w:type="dxa"/>
          </w:tcPr>
          <w:p w14:paraId="042F18E3" w14:textId="77777777" w:rsidR="00347918" w:rsidRDefault="00000000">
            <w:r>
              <w:rPr>
                <w:sz w:val="16"/>
              </w:rPr>
              <w:t>Cables</w:t>
            </w:r>
          </w:p>
        </w:tc>
        <w:tc>
          <w:tcPr>
            <w:tcW w:w="3408" w:type="dxa"/>
          </w:tcPr>
          <w:p w14:paraId="1DDA5D70" w14:textId="77777777" w:rsidR="00347918" w:rsidRDefault="00000000">
            <w:r>
              <w:rPr>
                <w:sz w:val="16"/>
              </w:rPr>
              <w:t>Protect cables from water, vehicles, heat, sharp edges and mechanical damage.</w:t>
            </w:r>
          </w:p>
        </w:tc>
      </w:tr>
      <w:tr w:rsidR="00347918" w14:paraId="56EE053A" w14:textId="77777777">
        <w:trPr>
          <w:jc w:val="center"/>
        </w:trPr>
        <w:tc>
          <w:tcPr>
            <w:tcW w:w="3408" w:type="dxa"/>
          </w:tcPr>
          <w:p w14:paraId="5EDA331A" w14:textId="77777777" w:rsidR="00347918" w:rsidRDefault="00000000">
            <w:r>
              <w:rPr>
                <w:sz w:val="16"/>
              </w:rPr>
              <w:t>10</w:t>
            </w:r>
          </w:p>
        </w:tc>
        <w:tc>
          <w:tcPr>
            <w:tcW w:w="3408" w:type="dxa"/>
          </w:tcPr>
          <w:p w14:paraId="73E75139" w14:textId="77777777" w:rsidR="00347918" w:rsidRDefault="00000000">
            <w:r>
              <w:rPr>
                <w:sz w:val="16"/>
              </w:rPr>
              <w:t>Arc Flash</w:t>
            </w:r>
          </w:p>
        </w:tc>
        <w:tc>
          <w:tcPr>
            <w:tcW w:w="3408" w:type="dxa"/>
          </w:tcPr>
          <w:p w14:paraId="0C23DD50" w14:textId="77777777" w:rsidR="00347918" w:rsidRDefault="00000000">
            <w:r>
              <w:rPr>
                <w:sz w:val="16"/>
              </w:rPr>
              <w:t>Assess arc-flash exposure and establish suitable boundaries/PPE where applicable.</w:t>
            </w:r>
          </w:p>
        </w:tc>
      </w:tr>
      <w:tr w:rsidR="00347918" w14:paraId="4846CBED" w14:textId="77777777">
        <w:trPr>
          <w:jc w:val="center"/>
        </w:trPr>
        <w:tc>
          <w:tcPr>
            <w:tcW w:w="3408" w:type="dxa"/>
          </w:tcPr>
          <w:p w14:paraId="044B60A2" w14:textId="77777777" w:rsidR="00347918" w:rsidRDefault="00000000">
            <w:r>
              <w:rPr>
                <w:sz w:val="16"/>
              </w:rPr>
              <w:t>11</w:t>
            </w:r>
          </w:p>
        </w:tc>
        <w:tc>
          <w:tcPr>
            <w:tcW w:w="3408" w:type="dxa"/>
          </w:tcPr>
          <w:p w14:paraId="5AC6E32B" w14:textId="77777777" w:rsidR="00347918" w:rsidRDefault="00000000">
            <w:r>
              <w:rPr>
                <w:sz w:val="16"/>
              </w:rPr>
              <w:t>Tools / Test Equipment</w:t>
            </w:r>
          </w:p>
        </w:tc>
        <w:tc>
          <w:tcPr>
            <w:tcW w:w="3408" w:type="dxa"/>
          </w:tcPr>
          <w:p w14:paraId="1B05CAEE" w14:textId="77777777" w:rsidR="00347918" w:rsidRDefault="00000000">
            <w:r>
              <w:rPr>
                <w:sz w:val="16"/>
              </w:rPr>
              <w:t>Use correctly rated, inspected and calibrated equipment.</w:t>
            </w:r>
          </w:p>
        </w:tc>
      </w:tr>
      <w:tr w:rsidR="00347918" w14:paraId="33D72CAD" w14:textId="77777777">
        <w:trPr>
          <w:jc w:val="center"/>
        </w:trPr>
        <w:tc>
          <w:tcPr>
            <w:tcW w:w="3408" w:type="dxa"/>
          </w:tcPr>
          <w:p w14:paraId="5F0A172A" w14:textId="77777777" w:rsidR="00347918" w:rsidRDefault="00000000">
            <w:r>
              <w:rPr>
                <w:sz w:val="16"/>
              </w:rPr>
              <w:t>12</w:t>
            </w:r>
          </w:p>
        </w:tc>
        <w:tc>
          <w:tcPr>
            <w:tcW w:w="3408" w:type="dxa"/>
          </w:tcPr>
          <w:p w14:paraId="21279ED2" w14:textId="77777777" w:rsidR="00347918" w:rsidRDefault="00000000">
            <w:r>
              <w:rPr>
                <w:sz w:val="16"/>
              </w:rPr>
              <w:t>Services</w:t>
            </w:r>
          </w:p>
        </w:tc>
        <w:tc>
          <w:tcPr>
            <w:tcW w:w="3408" w:type="dxa"/>
          </w:tcPr>
          <w:p w14:paraId="08049BBC" w14:textId="77777777" w:rsidR="00347918" w:rsidRDefault="00000000">
            <w:r>
              <w:rPr>
                <w:sz w:val="16"/>
              </w:rPr>
              <w:t>Identify overhead and underground electrical services before work.</w:t>
            </w:r>
          </w:p>
        </w:tc>
      </w:tr>
      <w:tr w:rsidR="00347918" w14:paraId="18FB9A04" w14:textId="77777777">
        <w:trPr>
          <w:jc w:val="center"/>
        </w:trPr>
        <w:tc>
          <w:tcPr>
            <w:tcW w:w="3408" w:type="dxa"/>
          </w:tcPr>
          <w:p w14:paraId="60D9B739" w14:textId="77777777" w:rsidR="00347918" w:rsidRDefault="00000000">
            <w:r>
              <w:rPr>
                <w:sz w:val="16"/>
              </w:rPr>
              <w:t>13</w:t>
            </w:r>
          </w:p>
        </w:tc>
        <w:tc>
          <w:tcPr>
            <w:tcW w:w="3408" w:type="dxa"/>
          </w:tcPr>
          <w:p w14:paraId="1B56DF66" w14:textId="77777777" w:rsidR="00347918" w:rsidRDefault="00000000">
            <w:r>
              <w:rPr>
                <w:sz w:val="16"/>
              </w:rPr>
              <w:t>Fire</w:t>
            </w:r>
          </w:p>
        </w:tc>
        <w:tc>
          <w:tcPr>
            <w:tcW w:w="3408" w:type="dxa"/>
          </w:tcPr>
          <w:p w14:paraId="6EC50FCA" w14:textId="77777777" w:rsidR="00347918" w:rsidRDefault="00000000">
            <w:r>
              <w:rPr>
                <w:sz w:val="16"/>
              </w:rPr>
              <w:t>Maintain electrical fire controls and clear access to isolation points.</w:t>
            </w:r>
          </w:p>
        </w:tc>
      </w:tr>
      <w:tr w:rsidR="00347918" w14:paraId="2DCF6CD0" w14:textId="77777777">
        <w:trPr>
          <w:jc w:val="center"/>
        </w:trPr>
        <w:tc>
          <w:tcPr>
            <w:tcW w:w="3408" w:type="dxa"/>
          </w:tcPr>
          <w:p w14:paraId="07505902" w14:textId="77777777" w:rsidR="00347918" w:rsidRDefault="00000000">
            <w:r>
              <w:rPr>
                <w:sz w:val="16"/>
              </w:rPr>
              <w:t>14</w:t>
            </w:r>
          </w:p>
        </w:tc>
        <w:tc>
          <w:tcPr>
            <w:tcW w:w="3408" w:type="dxa"/>
          </w:tcPr>
          <w:p w14:paraId="30735521" w14:textId="77777777" w:rsidR="00347918" w:rsidRDefault="00000000">
            <w:r>
              <w:rPr>
                <w:sz w:val="16"/>
              </w:rPr>
              <w:t>Emergency</w:t>
            </w:r>
          </w:p>
        </w:tc>
        <w:tc>
          <w:tcPr>
            <w:tcW w:w="3408" w:type="dxa"/>
          </w:tcPr>
          <w:p w14:paraId="53959DB1" w14:textId="77777777" w:rsidR="00347918" w:rsidRDefault="00000000">
            <w:r>
              <w:rPr>
                <w:sz w:val="16"/>
              </w:rPr>
              <w:t>Maintain safe electrical rescue, first aid and emergency isolation arrangements.</w:t>
            </w:r>
          </w:p>
        </w:tc>
      </w:tr>
      <w:tr w:rsidR="00347918" w14:paraId="553FDA2B" w14:textId="77777777">
        <w:trPr>
          <w:jc w:val="center"/>
        </w:trPr>
        <w:tc>
          <w:tcPr>
            <w:tcW w:w="3408" w:type="dxa"/>
          </w:tcPr>
          <w:p w14:paraId="098E356B" w14:textId="77777777" w:rsidR="00347918" w:rsidRDefault="00000000">
            <w:r>
              <w:rPr>
                <w:sz w:val="16"/>
              </w:rPr>
              <w:t>15</w:t>
            </w:r>
          </w:p>
        </w:tc>
        <w:tc>
          <w:tcPr>
            <w:tcW w:w="3408" w:type="dxa"/>
          </w:tcPr>
          <w:p w14:paraId="2FA3F2C9" w14:textId="77777777" w:rsidR="00347918" w:rsidRDefault="00000000">
            <w:r>
              <w:rPr>
                <w:sz w:val="16"/>
              </w:rPr>
              <w:t>Housekeeping</w:t>
            </w:r>
          </w:p>
        </w:tc>
        <w:tc>
          <w:tcPr>
            <w:tcW w:w="3408" w:type="dxa"/>
          </w:tcPr>
          <w:p w14:paraId="3FA5C33D" w14:textId="77777777" w:rsidR="00347918" w:rsidRDefault="00000000">
            <w:r>
              <w:rPr>
                <w:sz w:val="16"/>
              </w:rPr>
              <w:t>Keep electrical areas dry, clean, accessible and free of combustible materials.</w:t>
            </w:r>
          </w:p>
        </w:tc>
      </w:tr>
      <w:tr w:rsidR="00347918" w14:paraId="517E4028" w14:textId="77777777">
        <w:trPr>
          <w:jc w:val="center"/>
        </w:trPr>
        <w:tc>
          <w:tcPr>
            <w:tcW w:w="3408" w:type="dxa"/>
          </w:tcPr>
          <w:p w14:paraId="0DA189C0" w14:textId="77777777" w:rsidR="00347918" w:rsidRDefault="00000000">
            <w:r>
              <w:rPr>
                <w:sz w:val="16"/>
              </w:rPr>
              <w:t>16</w:t>
            </w:r>
          </w:p>
        </w:tc>
        <w:tc>
          <w:tcPr>
            <w:tcW w:w="3408" w:type="dxa"/>
          </w:tcPr>
          <w:p w14:paraId="092E5455" w14:textId="77777777" w:rsidR="00347918" w:rsidRDefault="00000000">
            <w:r>
              <w:rPr>
                <w:sz w:val="16"/>
              </w:rPr>
              <w:t>Unauthorized Work</w:t>
            </w:r>
          </w:p>
        </w:tc>
        <w:tc>
          <w:tcPr>
            <w:tcW w:w="3408" w:type="dxa"/>
          </w:tcPr>
          <w:p w14:paraId="51660297" w14:textId="77777777" w:rsidR="00347918" w:rsidRDefault="00000000">
            <w:r>
              <w:rPr>
                <w:sz w:val="16"/>
              </w:rPr>
              <w:t>Prevent unapproved connections, modifications or energization.</w:t>
            </w:r>
          </w:p>
        </w:tc>
      </w:tr>
    </w:tbl>
    <w:p w14:paraId="73702E8C" w14:textId="77777777" w:rsidR="00347918" w:rsidRDefault="00347918"/>
    <w:p w14:paraId="31B69FE8" w14:textId="77777777" w:rsidR="00347918" w:rsidRDefault="00000000">
      <w:pPr>
        <w:pStyle w:val="Heading1"/>
      </w:pPr>
      <w:r>
        <w:t>13. Inspection and Monitoring</w:t>
      </w:r>
    </w:p>
    <w:p w14:paraId="46214240" w14:textId="77777777" w:rsidR="00347918" w:rsidRDefault="00000000">
      <w:r>
        <w:t>Electrical installations, temporary power systems, tools and protective devices should be inspected and tested at the frequency required by applicable requirements, manufacturer instructions and site procedures. Defective equipment must be isolated, identified and removed from service until repaired or replaced by competent personnel.</w:t>
      </w:r>
    </w:p>
    <w:tbl>
      <w:tblPr>
        <w:tblStyle w:val="TableGrid"/>
        <w:tblW w:w="0" w:type="auto"/>
        <w:jc w:val="center"/>
        <w:tblLook w:val="04A0" w:firstRow="1" w:lastRow="0" w:firstColumn="1" w:lastColumn="0" w:noHBand="0" w:noVBand="1"/>
      </w:tblPr>
      <w:tblGrid>
        <w:gridCol w:w="5112"/>
        <w:gridCol w:w="5112"/>
      </w:tblGrid>
      <w:tr w:rsidR="00347918" w14:paraId="7A7045AA" w14:textId="77777777">
        <w:trPr>
          <w:tblHeader/>
          <w:jc w:val="center"/>
        </w:trPr>
        <w:tc>
          <w:tcPr>
            <w:tcW w:w="5112" w:type="dxa"/>
            <w:shd w:val="clear" w:color="auto" w:fill="0F3D5E"/>
          </w:tcPr>
          <w:p w14:paraId="04F76938" w14:textId="77777777" w:rsidR="00347918" w:rsidRDefault="00000000">
            <w:r>
              <w:rPr>
                <w:b/>
                <w:color w:val="FFFFFF"/>
              </w:rPr>
              <w:t>Inspection / Monitoring Activity</w:t>
            </w:r>
          </w:p>
        </w:tc>
        <w:tc>
          <w:tcPr>
            <w:tcW w:w="5112" w:type="dxa"/>
            <w:shd w:val="clear" w:color="auto" w:fill="0F3D5E"/>
          </w:tcPr>
          <w:p w14:paraId="228C4643" w14:textId="77777777" w:rsidR="00347918" w:rsidRDefault="00000000">
            <w:r>
              <w:rPr>
                <w:b/>
                <w:color w:val="FFFFFF"/>
              </w:rPr>
              <w:t>Minimum Focus</w:t>
            </w:r>
          </w:p>
        </w:tc>
      </w:tr>
      <w:tr w:rsidR="00347918" w14:paraId="37B75482" w14:textId="77777777">
        <w:trPr>
          <w:jc w:val="center"/>
        </w:trPr>
        <w:tc>
          <w:tcPr>
            <w:tcW w:w="5112" w:type="dxa"/>
          </w:tcPr>
          <w:p w14:paraId="402D75FB" w14:textId="77777777" w:rsidR="00347918" w:rsidRDefault="00000000">
            <w:r>
              <w:rPr>
                <w:sz w:val="16"/>
              </w:rPr>
              <w:t>Distribution board inspection</w:t>
            </w:r>
          </w:p>
        </w:tc>
        <w:tc>
          <w:tcPr>
            <w:tcW w:w="5112" w:type="dxa"/>
          </w:tcPr>
          <w:p w14:paraId="2B13F554" w14:textId="77777777" w:rsidR="00347918" w:rsidRDefault="00000000">
            <w:r>
              <w:rPr>
                <w:sz w:val="16"/>
              </w:rPr>
              <w:t>Enclosure, covers, labeling, breakers, RCD/RCCB, earthing, connections and access.</w:t>
            </w:r>
          </w:p>
        </w:tc>
      </w:tr>
      <w:tr w:rsidR="00347918" w14:paraId="798DEC4F" w14:textId="77777777">
        <w:trPr>
          <w:jc w:val="center"/>
        </w:trPr>
        <w:tc>
          <w:tcPr>
            <w:tcW w:w="5112" w:type="dxa"/>
          </w:tcPr>
          <w:p w14:paraId="0F31D386" w14:textId="77777777" w:rsidR="00347918" w:rsidRDefault="00000000">
            <w:r>
              <w:rPr>
                <w:sz w:val="16"/>
              </w:rPr>
              <w:t>Temporary power inspection</w:t>
            </w:r>
          </w:p>
        </w:tc>
        <w:tc>
          <w:tcPr>
            <w:tcW w:w="5112" w:type="dxa"/>
          </w:tcPr>
          <w:p w14:paraId="058C7C6C" w14:textId="77777777" w:rsidR="00347918" w:rsidRDefault="00000000">
            <w:r>
              <w:rPr>
                <w:sz w:val="16"/>
              </w:rPr>
              <w:t>Cables, plugs, sockets, protection, routing, mechanical damage and water exposure.</w:t>
            </w:r>
          </w:p>
        </w:tc>
      </w:tr>
      <w:tr w:rsidR="00347918" w14:paraId="76EECE68" w14:textId="77777777">
        <w:trPr>
          <w:jc w:val="center"/>
        </w:trPr>
        <w:tc>
          <w:tcPr>
            <w:tcW w:w="5112" w:type="dxa"/>
          </w:tcPr>
          <w:p w14:paraId="54AF91ED" w14:textId="77777777" w:rsidR="00347918" w:rsidRDefault="00000000">
            <w:r>
              <w:rPr>
                <w:sz w:val="16"/>
              </w:rPr>
              <w:t>Portable tool inspection</w:t>
            </w:r>
          </w:p>
        </w:tc>
        <w:tc>
          <w:tcPr>
            <w:tcW w:w="5112" w:type="dxa"/>
          </w:tcPr>
          <w:p w14:paraId="6E7E1B6B" w14:textId="77777777" w:rsidR="00347918" w:rsidRDefault="00000000">
            <w:r>
              <w:rPr>
                <w:sz w:val="16"/>
              </w:rPr>
              <w:t>Cable, plug, casing, switch, guards and evidence of damage.</w:t>
            </w:r>
          </w:p>
        </w:tc>
      </w:tr>
      <w:tr w:rsidR="00347918" w14:paraId="706A9577" w14:textId="77777777">
        <w:trPr>
          <w:jc w:val="center"/>
        </w:trPr>
        <w:tc>
          <w:tcPr>
            <w:tcW w:w="5112" w:type="dxa"/>
          </w:tcPr>
          <w:p w14:paraId="42715368" w14:textId="77777777" w:rsidR="00347918" w:rsidRDefault="00000000">
            <w:r>
              <w:rPr>
                <w:sz w:val="16"/>
              </w:rPr>
              <w:t>Isolation verification</w:t>
            </w:r>
          </w:p>
        </w:tc>
        <w:tc>
          <w:tcPr>
            <w:tcW w:w="5112" w:type="dxa"/>
          </w:tcPr>
          <w:p w14:paraId="10999EB7" w14:textId="77777777" w:rsidR="00347918" w:rsidRDefault="00000000">
            <w:r>
              <w:rPr>
                <w:sz w:val="16"/>
              </w:rPr>
              <w:t>Correct circuit/source, lock/tag, test-for-dead and stored-energy controls.</w:t>
            </w:r>
          </w:p>
        </w:tc>
      </w:tr>
      <w:tr w:rsidR="00347918" w14:paraId="508FFB3A" w14:textId="77777777">
        <w:trPr>
          <w:jc w:val="center"/>
        </w:trPr>
        <w:tc>
          <w:tcPr>
            <w:tcW w:w="5112" w:type="dxa"/>
          </w:tcPr>
          <w:p w14:paraId="43F4DEE8" w14:textId="77777777" w:rsidR="00347918" w:rsidRDefault="00000000">
            <w:r>
              <w:rPr>
                <w:sz w:val="16"/>
              </w:rPr>
              <w:t>Test equipment inspection</w:t>
            </w:r>
          </w:p>
        </w:tc>
        <w:tc>
          <w:tcPr>
            <w:tcW w:w="5112" w:type="dxa"/>
          </w:tcPr>
          <w:p w14:paraId="24183AAE" w14:textId="77777777" w:rsidR="00347918" w:rsidRDefault="00000000">
            <w:r>
              <w:rPr>
                <w:sz w:val="16"/>
              </w:rPr>
              <w:t>Rating, condition, calibration/status, leads and probes.</w:t>
            </w:r>
          </w:p>
        </w:tc>
      </w:tr>
      <w:tr w:rsidR="00347918" w14:paraId="13C26484" w14:textId="77777777">
        <w:trPr>
          <w:jc w:val="center"/>
        </w:trPr>
        <w:tc>
          <w:tcPr>
            <w:tcW w:w="5112" w:type="dxa"/>
          </w:tcPr>
          <w:p w14:paraId="3EA5CDFE" w14:textId="77777777" w:rsidR="00347918" w:rsidRDefault="00000000">
            <w:r>
              <w:rPr>
                <w:sz w:val="16"/>
              </w:rPr>
              <w:t>Electrical work area inspection</w:t>
            </w:r>
          </w:p>
        </w:tc>
        <w:tc>
          <w:tcPr>
            <w:tcW w:w="5112" w:type="dxa"/>
          </w:tcPr>
          <w:p w14:paraId="79DC4EA7" w14:textId="77777777" w:rsidR="00347918" w:rsidRDefault="00000000">
            <w:r>
              <w:rPr>
                <w:sz w:val="16"/>
              </w:rPr>
              <w:t>Barriers, warning signs, housekeeping, fire controls and access.</w:t>
            </w:r>
          </w:p>
        </w:tc>
      </w:tr>
      <w:tr w:rsidR="00347918" w14:paraId="5002A287" w14:textId="77777777">
        <w:trPr>
          <w:jc w:val="center"/>
        </w:trPr>
        <w:tc>
          <w:tcPr>
            <w:tcW w:w="5112" w:type="dxa"/>
          </w:tcPr>
          <w:p w14:paraId="2396DB92" w14:textId="77777777" w:rsidR="00347918" w:rsidRDefault="00000000">
            <w:r>
              <w:rPr>
                <w:sz w:val="16"/>
              </w:rPr>
              <w:t>Post-change verification</w:t>
            </w:r>
          </w:p>
        </w:tc>
        <w:tc>
          <w:tcPr>
            <w:tcW w:w="5112" w:type="dxa"/>
          </w:tcPr>
          <w:p w14:paraId="6D722BAE" w14:textId="77777777" w:rsidR="00347918" w:rsidRDefault="00000000">
            <w:r>
              <w:rPr>
                <w:sz w:val="16"/>
              </w:rPr>
              <w:t>Testing and inspection after modification, repair or re-energization.</w:t>
            </w:r>
          </w:p>
        </w:tc>
      </w:tr>
    </w:tbl>
    <w:p w14:paraId="1021F9AD" w14:textId="77777777" w:rsidR="00347918" w:rsidRDefault="00347918"/>
    <w:p w14:paraId="02741328" w14:textId="77777777" w:rsidR="00347918" w:rsidRDefault="00000000">
      <w:pPr>
        <w:pStyle w:val="Heading1"/>
      </w:pPr>
      <w:r>
        <w:t>14. Monitoring and Review of the Risk Assessment</w:t>
      </w:r>
    </w:p>
    <w:tbl>
      <w:tblPr>
        <w:tblStyle w:val="TableGrid"/>
        <w:tblW w:w="0" w:type="auto"/>
        <w:jc w:val="center"/>
        <w:tblLook w:val="04A0" w:firstRow="1" w:lastRow="0" w:firstColumn="1" w:lastColumn="0" w:noHBand="0" w:noVBand="1"/>
      </w:tblPr>
      <w:tblGrid>
        <w:gridCol w:w="5112"/>
        <w:gridCol w:w="5112"/>
      </w:tblGrid>
      <w:tr w:rsidR="00347918" w14:paraId="2ADE7F58" w14:textId="77777777">
        <w:trPr>
          <w:tblHeader/>
          <w:jc w:val="center"/>
        </w:trPr>
        <w:tc>
          <w:tcPr>
            <w:tcW w:w="5112" w:type="dxa"/>
            <w:shd w:val="clear" w:color="auto" w:fill="0F3D5E"/>
          </w:tcPr>
          <w:p w14:paraId="3A0F8693" w14:textId="77777777" w:rsidR="00347918" w:rsidRDefault="00000000">
            <w:r>
              <w:rPr>
                <w:b/>
                <w:color w:val="FFFFFF"/>
              </w:rPr>
              <w:t>Review Trigger</w:t>
            </w:r>
          </w:p>
        </w:tc>
        <w:tc>
          <w:tcPr>
            <w:tcW w:w="5112" w:type="dxa"/>
            <w:shd w:val="clear" w:color="auto" w:fill="0F3D5E"/>
          </w:tcPr>
          <w:p w14:paraId="00AA9338" w14:textId="77777777" w:rsidR="00347918" w:rsidRDefault="00000000">
            <w:r>
              <w:rPr>
                <w:b/>
                <w:color w:val="FFFFFF"/>
              </w:rPr>
              <w:t>Required Action</w:t>
            </w:r>
          </w:p>
        </w:tc>
      </w:tr>
      <w:tr w:rsidR="00347918" w14:paraId="777F3344" w14:textId="77777777">
        <w:trPr>
          <w:jc w:val="center"/>
        </w:trPr>
        <w:tc>
          <w:tcPr>
            <w:tcW w:w="5112" w:type="dxa"/>
          </w:tcPr>
          <w:p w14:paraId="34C82F0F" w14:textId="77777777" w:rsidR="00347918" w:rsidRDefault="00000000">
            <w:r>
              <w:rPr>
                <w:sz w:val="16"/>
              </w:rPr>
              <w:lastRenderedPageBreak/>
              <w:t>Before work starts</w:t>
            </w:r>
          </w:p>
        </w:tc>
        <w:tc>
          <w:tcPr>
            <w:tcW w:w="5112" w:type="dxa"/>
          </w:tcPr>
          <w:p w14:paraId="7EC21A7D" w14:textId="77777777" w:rsidR="00347918" w:rsidRDefault="00000000">
            <w:r>
              <w:rPr>
                <w:sz w:val="16"/>
              </w:rPr>
              <w:t>Confirm electrical system, work method, isolation and competent personnel.</w:t>
            </w:r>
          </w:p>
        </w:tc>
      </w:tr>
      <w:tr w:rsidR="00347918" w14:paraId="5A20EDAE" w14:textId="77777777">
        <w:trPr>
          <w:jc w:val="center"/>
        </w:trPr>
        <w:tc>
          <w:tcPr>
            <w:tcW w:w="5112" w:type="dxa"/>
          </w:tcPr>
          <w:p w14:paraId="65DEB80E" w14:textId="77777777" w:rsidR="00347918" w:rsidRDefault="00000000">
            <w:r>
              <w:rPr>
                <w:sz w:val="16"/>
              </w:rPr>
              <w:t>Change in circuit / equipment</w:t>
            </w:r>
          </w:p>
        </w:tc>
        <w:tc>
          <w:tcPr>
            <w:tcW w:w="5112" w:type="dxa"/>
          </w:tcPr>
          <w:p w14:paraId="2C47D0C5" w14:textId="77777777" w:rsidR="00347918" w:rsidRDefault="00000000">
            <w:r>
              <w:rPr>
                <w:sz w:val="16"/>
              </w:rPr>
              <w:t>Update identification, isolation and risk controls.</w:t>
            </w:r>
          </w:p>
        </w:tc>
      </w:tr>
      <w:tr w:rsidR="00347918" w14:paraId="3AB7F3F8" w14:textId="77777777">
        <w:trPr>
          <w:jc w:val="center"/>
        </w:trPr>
        <w:tc>
          <w:tcPr>
            <w:tcW w:w="5112" w:type="dxa"/>
          </w:tcPr>
          <w:p w14:paraId="3C4B1D6E" w14:textId="77777777" w:rsidR="00347918" w:rsidRDefault="00000000">
            <w:r>
              <w:rPr>
                <w:sz w:val="16"/>
              </w:rPr>
              <w:t>New energy source identified</w:t>
            </w:r>
          </w:p>
        </w:tc>
        <w:tc>
          <w:tcPr>
            <w:tcW w:w="5112" w:type="dxa"/>
          </w:tcPr>
          <w:p w14:paraId="28B4CA0C" w14:textId="77777777" w:rsidR="00347918" w:rsidRDefault="00000000">
            <w:r>
              <w:rPr>
                <w:sz w:val="16"/>
              </w:rPr>
              <w:t>Stop affected work and revise isolation arrangements.</w:t>
            </w:r>
          </w:p>
        </w:tc>
      </w:tr>
      <w:tr w:rsidR="00347918" w14:paraId="6DB9A5D9" w14:textId="77777777">
        <w:trPr>
          <w:jc w:val="center"/>
        </w:trPr>
        <w:tc>
          <w:tcPr>
            <w:tcW w:w="5112" w:type="dxa"/>
          </w:tcPr>
          <w:p w14:paraId="3E17411E" w14:textId="77777777" w:rsidR="00347918" w:rsidRDefault="00000000">
            <w:r>
              <w:rPr>
                <w:sz w:val="16"/>
              </w:rPr>
              <w:t>Temporary power change</w:t>
            </w:r>
          </w:p>
        </w:tc>
        <w:tc>
          <w:tcPr>
            <w:tcW w:w="5112" w:type="dxa"/>
          </w:tcPr>
          <w:p w14:paraId="1D29F571" w14:textId="77777777" w:rsidR="00347918" w:rsidRDefault="00000000">
            <w:r>
              <w:rPr>
                <w:sz w:val="16"/>
              </w:rPr>
              <w:t>Inspect and verify protection before use.</w:t>
            </w:r>
          </w:p>
        </w:tc>
      </w:tr>
      <w:tr w:rsidR="00347918" w14:paraId="05147B66" w14:textId="77777777">
        <w:trPr>
          <w:jc w:val="center"/>
        </w:trPr>
        <w:tc>
          <w:tcPr>
            <w:tcW w:w="5112" w:type="dxa"/>
          </w:tcPr>
          <w:p w14:paraId="061C5FB6" w14:textId="77777777" w:rsidR="00347918" w:rsidRDefault="00000000">
            <w:r>
              <w:rPr>
                <w:sz w:val="16"/>
              </w:rPr>
              <w:t>Wet / environmental change</w:t>
            </w:r>
          </w:p>
        </w:tc>
        <w:tc>
          <w:tcPr>
            <w:tcW w:w="5112" w:type="dxa"/>
          </w:tcPr>
          <w:p w14:paraId="09906F8F" w14:textId="77777777" w:rsidR="00347918" w:rsidRDefault="00000000">
            <w:r>
              <w:rPr>
                <w:sz w:val="16"/>
              </w:rPr>
              <w:t>Reassess suitability of equipment and protection.</w:t>
            </w:r>
          </w:p>
        </w:tc>
      </w:tr>
      <w:tr w:rsidR="00347918" w14:paraId="2F18CCBD" w14:textId="77777777">
        <w:trPr>
          <w:jc w:val="center"/>
        </w:trPr>
        <w:tc>
          <w:tcPr>
            <w:tcW w:w="5112" w:type="dxa"/>
          </w:tcPr>
          <w:p w14:paraId="7DCE9F3D" w14:textId="77777777" w:rsidR="00347918" w:rsidRDefault="00000000">
            <w:r>
              <w:rPr>
                <w:sz w:val="16"/>
              </w:rPr>
              <w:t>Incident / near miss</w:t>
            </w:r>
          </w:p>
        </w:tc>
        <w:tc>
          <w:tcPr>
            <w:tcW w:w="5112" w:type="dxa"/>
          </w:tcPr>
          <w:p w14:paraId="7ABFE749" w14:textId="77777777" w:rsidR="00347918" w:rsidRDefault="00000000">
            <w:r>
              <w:rPr>
                <w:sz w:val="16"/>
              </w:rPr>
              <w:t>Investigate and reassess relevant electrical hazards.</w:t>
            </w:r>
          </w:p>
        </w:tc>
      </w:tr>
      <w:tr w:rsidR="00347918" w14:paraId="4D74CF8D" w14:textId="77777777">
        <w:trPr>
          <w:jc w:val="center"/>
        </w:trPr>
        <w:tc>
          <w:tcPr>
            <w:tcW w:w="5112" w:type="dxa"/>
          </w:tcPr>
          <w:p w14:paraId="657333D1" w14:textId="77777777" w:rsidR="00347918" w:rsidRDefault="00000000">
            <w:r>
              <w:rPr>
                <w:sz w:val="16"/>
              </w:rPr>
              <w:t>Design / modification change</w:t>
            </w:r>
          </w:p>
        </w:tc>
        <w:tc>
          <w:tcPr>
            <w:tcW w:w="5112" w:type="dxa"/>
          </w:tcPr>
          <w:p w14:paraId="0F97CBDE" w14:textId="77777777" w:rsidR="00347918" w:rsidRDefault="00000000">
            <w:r>
              <w:rPr>
                <w:sz w:val="16"/>
              </w:rPr>
              <w:t>Review drawings, protection, earthing and testing requirements.</w:t>
            </w:r>
          </w:p>
        </w:tc>
      </w:tr>
      <w:tr w:rsidR="00347918" w14:paraId="2B13F154" w14:textId="77777777">
        <w:trPr>
          <w:jc w:val="center"/>
        </w:trPr>
        <w:tc>
          <w:tcPr>
            <w:tcW w:w="5112" w:type="dxa"/>
          </w:tcPr>
          <w:p w14:paraId="154B2E24" w14:textId="77777777" w:rsidR="00347918" w:rsidRDefault="00000000">
            <w:r>
              <w:rPr>
                <w:sz w:val="16"/>
              </w:rPr>
              <w:t>Emergency event</w:t>
            </w:r>
          </w:p>
        </w:tc>
        <w:tc>
          <w:tcPr>
            <w:tcW w:w="5112" w:type="dxa"/>
          </w:tcPr>
          <w:p w14:paraId="0035CD5C" w14:textId="77777777" w:rsidR="00347918" w:rsidRDefault="00000000">
            <w:r>
              <w:rPr>
                <w:sz w:val="16"/>
              </w:rPr>
              <w:t>Review response arrangements and lessons learned.</w:t>
            </w:r>
          </w:p>
        </w:tc>
      </w:tr>
      <w:tr w:rsidR="00347918" w14:paraId="733783E4" w14:textId="77777777">
        <w:trPr>
          <w:jc w:val="center"/>
        </w:trPr>
        <w:tc>
          <w:tcPr>
            <w:tcW w:w="5112" w:type="dxa"/>
          </w:tcPr>
          <w:p w14:paraId="371DF21E" w14:textId="77777777" w:rsidR="00347918" w:rsidRDefault="00000000">
            <w:r>
              <w:rPr>
                <w:sz w:val="16"/>
              </w:rPr>
              <w:t>Periodic review</w:t>
            </w:r>
          </w:p>
        </w:tc>
        <w:tc>
          <w:tcPr>
            <w:tcW w:w="5112" w:type="dxa"/>
          </w:tcPr>
          <w:p w14:paraId="12DE3F85" w14:textId="77777777" w:rsidR="00347918" w:rsidRDefault="00000000">
            <w:r>
              <w:rPr>
                <w:sz w:val="16"/>
              </w:rPr>
              <w:t>Confirm assessment remains suitable for the current work phase.</w:t>
            </w:r>
          </w:p>
        </w:tc>
      </w:tr>
    </w:tbl>
    <w:p w14:paraId="33CBB2F9" w14:textId="77777777" w:rsidR="00347918" w:rsidRDefault="00347918"/>
    <w:p w14:paraId="289DB8B9" w14:textId="77777777" w:rsidR="00347918" w:rsidRDefault="00000000">
      <w:pPr>
        <w:pStyle w:val="Heading1"/>
      </w:pPr>
      <w:r>
        <w:t>15. Emergency and Rescue</w:t>
      </w:r>
    </w:p>
    <w:p w14:paraId="45C468E0" w14:textId="77777777" w:rsidR="00347918" w:rsidRDefault="00000000">
      <w:r>
        <w:t>Electrical emergencies require the electrical hazard to be controlled before rescuers approach the casualty. A person in contact with an energized source must not be touched until the source is isolated or otherwise made safe by a competent person. Emergency arrangements should cover isolation, first aid, rescue, fire response, communication and access for emergency responders.</w:t>
      </w:r>
    </w:p>
    <w:tbl>
      <w:tblPr>
        <w:tblStyle w:val="TableGrid"/>
        <w:tblW w:w="0" w:type="auto"/>
        <w:jc w:val="center"/>
        <w:tblLook w:val="04A0" w:firstRow="1" w:lastRow="0" w:firstColumn="1" w:lastColumn="0" w:noHBand="0" w:noVBand="1"/>
      </w:tblPr>
      <w:tblGrid>
        <w:gridCol w:w="5112"/>
        <w:gridCol w:w="5112"/>
      </w:tblGrid>
      <w:tr w:rsidR="00347918" w14:paraId="11E39CF5" w14:textId="77777777">
        <w:trPr>
          <w:tblHeader/>
          <w:jc w:val="center"/>
        </w:trPr>
        <w:tc>
          <w:tcPr>
            <w:tcW w:w="5112" w:type="dxa"/>
            <w:shd w:val="clear" w:color="auto" w:fill="0F3D5E"/>
          </w:tcPr>
          <w:p w14:paraId="1AF820C9" w14:textId="77777777" w:rsidR="00347918" w:rsidRDefault="00000000">
            <w:r>
              <w:rPr>
                <w:b/>
                <w:color w:val="FFFFFF"/>
              </w:rPr>
              <w:t>Emergency Element</w:t>
            </w:r>
          </w:p>
        </w:tc>
        <w:tc>
          <w:tcPr>
            <w:tcW w:w="5112" w:type="dxa"/>
            <w:shd w:val="clear" w:color="auto" w:fill="0F3D5E"/>
          </w:tcPr>
          <w:p w14:paraId="3C0E7678" w14:textId="77777777" w:rsidR="00347918" w:rsidRDefault="00000000">
            <w:r>
              <w:rPr>
                <w:b/>
                <w:color w:val="FFFFFF"/>
              </w:rPr>
              <w:t>Requirement</w:t>
            </w:r>
          </w:p>
        </w:tc>
      </w:tr>
      <w:tr w:rsidR="00347918" w14:paraId="4EDD77F0" w14:textId="77777777">
        <w:trPr>
          <w:jc w:val="center"/>
        </w:trPr>
        <w:tc>
          <w:tcPr>
            <w:tcW w:w="5112" w:type="dxa"/>
          </w:tcPr>
          <w:p w14:paraId="640921CB" w14:textId="77777777" w:rsidR="00347918" w:rsidRDefault="00000000">
            <w:r>
              <w:rPr>
                <w:sz w:val="16"/>
              </w:rPr>
              <w:t>Electric shock</w:t>
            </w:r>
          </w:p>
        </w:tc>
        <w:tc>
          <w:tcPr>
            <w:tcW w:w="5112" w:type="dxa"/>
          </w:tcPr>
          <w:p w14:paraId="4D624AD4" w14:textId="77777777" w:rsidR="00347918" w:rsidRDefault="00000000">
            <w:r>
              <w:rPr>
                <w:sz w:val="16"/>
              </w:rPr>
              <w:t>Do not touch casualty until electrical danger is controlled; isolate source and activate emergency response.</w:t>
            </w:r>
          </w:p>
        </w:tc>
      </w:tr>
      <w:tr w:rsidR="00347918" w14:paraId="5D338FBF" w14:textId="77777777">
        <w:trPr>
          <w:jc w:val="center"/>
        </w:trPr>
        <w:tc>
          <w:tcPr>
            <w:tcW w:w="5112" w:type="dxa"/>
          </w:tcPr>
          <w:p w14:paraId="214F129F" w14:textId="77777777" w:rsidR="00347918" w:rsidRDefault="00000000">
            <w:r>
              <w:rPr>
                <w:sz w:val="16"/>
              </w:rPr>
              <w:t>Arc flash</w:t>
            </w:r>
          </w:p>
        </w:tc>
        <w:tc>
          <w:tcPr>
            <w:tcW w:w="5112" w:type="dxa"/>
          </w:tcPr>
          <w:p w14:paraId="718A2ED5" w14:textId="77777777" w:rsidR="00347918" w:rsidRDefault="00000000">
            <w:r>
              <w:rPr>
                <w:sz w:val="16"/>
              </w:rPr>
              <w:t>Isolate where safe, provide first aid for burns/injuries and control the area.</w:t>
            </w:r>
          </w:p>
        </w:tc>
      </w:tr>
      <w:tr w:rsidR="00347918" w14:paraId="058EA525" w14:textId="77777777">
        <w:trPr>
          <w:jc w:val="center"/>
        </w:trPr>
        <w:tc>
          <w:tcPr>
            <w:tcW w:w="5112" w:type="dxa"/>
          </w:tcPr>
          <w:p w14:paraId="1E1E81A8" w14:textId="77777777" w:rsidR="00347918" w:rsidRDefault="00000000">
            <w:r>
              <w:rPr>
                <w:sz w:val="16"/>
              </w:rPr>
              <w:t>Electrical fire</w:t>
            </w:r>
          </w:p>
        </w:tc>
        <w:tc>
          <w:tcPr>
            <w:tcW w:w="5112" w:type="dxa"/>
          </w:tcPr>
          <w:p w14:paraId="1360D9C2" w14:textId="77777777" w:rsidR="00347918" w:rsidRDefault="00000000">
            <w:r>
              <w:rPr>
                <w:sz w:val="16"/>
              </w:rPr>
              <w:t>Isolate power where safe, raise alarm and use appropriate fire response equipment.</w:t>
            </w:r>
          </w:p>
        </w:tc>
      </w:tr>
      <w:tr w:rsidR="00347918" w14:paraId="42AB7DF1" w14:textId="77777777">
        <w:trPr>
          <w:jc w:val="center"/>
        </w:trPr>
        <w:tc>
          <w:tcPr>
            <w:tcW w:w="5112" w:type="dxa"/>
          </w:tcPr>
          <w:p w14:paraId="4C6242B9" w14:textId="77777777" w:rsidR="00347918" w:rsidRDefault="00000000">
            <w:r>
              <w:rPr>
                <w:sz w:val="16"/>
              </w:rPr>
              <w:t>Damaged service</w:t>
            </w:r>
          </w:p>
        </w:tc>
        <w:tc>
          <w:tcPr>
            <w:tcW w:w="5112" w:type="dxa"/>
          </w:tcPr>
          <w:p w14:paraId="70A69B94" w14:textId="77777777" w:rsidR="00347918" w:rsidRDefault="00000000">
            <w:r>
              <w:rPr>
                <w:sz w:val="16"/>
              </w:rPr>
              <w:t>Stop work, keep people clear and arrange competent service isolation.</w:t>
            </w:r>
          </w:p>
        </w:tc>
      </w:tr>
      <w:tr w:rsidR="00347918" w14:paraId="68707F14" w14:textId="77777777">
        <w:trPr>
          <w:jc w:val="center"/>
        </w:trPr>
        <w:tc>
          <w:tcPr>
            <w:tcW w:w="5112" w:type="dxa"/>
          </w:tcPr>
          <w:p w14:paraId="480B6616" w14:textId="77777777" w:rsidR="00347918" w:rsidRDefault="00000000">
            <w:r>
              <w:rPr>
                <w:sz w:val="16"/>
              </w:rPr>
              <w:t>Emergency communication</w:t>
            </w:r>
          </w:p>
        </w:tc>
        <w:tc>
          <w:tcPr>
            <w:tcW w:w="5112" w:type="dxa"/>
          </w:tcPr>
          <w:p w14:paraId="7858242B" w14:textId="77777777" w:rsidR="00347918" w:rsidRDefault="00000000">
            <w:r>
              <w:rPr>
                <w:sz w:val="16"/>
              </w:rPr>
              <w:t>Maintain reliable communication and clear emergency access.</w:t>
            </w:r>
          </w:p>
        </w:tc>
      </w:tr>
      <w:tr w:rsidR="00347918" w14:paraId="3F47E85D" w14:textId="77777777">
        <w:trPr>
          <w:jc w:val="center"/>
        </w:trPr>
        <w:tc>
          <w:tcPr>
            <w:tcW w:w="5112" w:type="dxa"/>
          </w:tcPr>
          <w:p w14:paraId="3EC80D0A" w14:textId="77777777" w:rsidR="00347918" w:rsidRDefault="00000000">
            <w:r>
              <w:rPr>
                <w:sz w:val="16"/>
              </w:rPr>
              <w:t>Post-incident</w:t>
            </w:r>
          </w:p>
        </w:tc>
        <w:tc>
          <w:tcPr>
            <w:tcW w:w="5112" w:type="dxa"/>
          </w:tcPr>
          <w:p w14:paraId="1BA90C41" w14:textId="77777777" w:rsidR="00347918" w:rsidRDefault="00000000">
            <w:r>
              <w:rPr>
                <w:sz w:val="16"/>
              </w:rPr>
              <w:t>Provide medical/first-aid response, report the incident and review controls.</w:t>
            </w:r>
          </w:p>
        </w:tc>
      </w:tr>
    </w:tbl>
    <w:p w14:paraId="44AA0DF4" w14:textId="77777777" w:rsidR="00347918" w:rsidRDefault="00347918"/>
    <w:p w14:paraId="4AE61F22" w14:textId="77777777" w:rsidR="00347918" w:rsidRDefault="00000000">
      <w:pPr>
        <w:pStyle w:val="Heading1"/>
      </w:pPr>
      <w:r>
        <w:t>16. Roles and Responsibilities</w:t>
      </w:r>
    </w:p>
    <w:tbl>
      <w:tblPr>
        <w:tblStyle w:val="TableGrid"/>
        <w:tblW w:w="0" w:type="auto"/>
        <w:jc w:val="center"/>
        <w:tblLook w:val="04A0" w:firstRow="1" w:lastRow="0" w:firstColumn="1" w:lastColumn="0" w:noHBand="0" w:noVBand="1"/>
      </w:tblPr>
      <w:tblGrid>
        <w:gridCol w:w="5112"/>
        <w:gridCol w:w="5112"/>
      </w:tblGrid>
      <w:tr w:rsidR="00347918" w14:paraId="5B7AD951" w14:textId="77777777">
        <w:trPr>
          <w:tblHeader/>
          <w:jc w:val="center"/>
        </w:trPr>
        <w:tc>
          <w:tcPr>
            <w:tcW w:w="5112" w:type="dxa"/>
            <w:shd w:val="clear" w:color="auto" w:fill="0F3D5E"/>
          </w:tcPr>
          <w:p w14:paraId="79453EDA" w14:textId="77777777" w:rsidR="00347918" w:rsidRDefault="00000000">
            <w:r>
              <w:rPr>
                <w:b/>
                <w:color w:val="FFFFFF"/>
              </w:rPr>
              <w:t>Role</w:t>
            </w:r>
          </w:p>
        </w:tc>
        <w:tc>
          <w:tcPr>
            <w:tcW w:w="5112" w:type="dxa"/>
            <w:shd w:val="clear" w:color="auto" w:fill="0F3D5E"/>
          </w:tcPr>
          <w:p w14:paraId="708939C9" w14:textId="77777777" w:rsidR="00347918" w:rsidRDefault="00000000">
            <w:r>
              <w:rPr>
                <w:b/>
                <w:color w:val="FFFFFF"/>
              </w:rPr>
              <w:t>Responsibility</w:t>
            </w:r>
          </w:p>
        </w:tc>
      </w:tr>
      <w:tr w:rsidR="00347918" w14:paraId="7AE6A064" w14:textId="77777777">
        <w:trPr>
          <w:jc w:val="center"/>
        </w:trPr>
        <w:tc>
          <w:tcPr>
            <w:tcW w:w="5112" w:type="dxa"/>
          </w:tcPr>
          <w:p w14:paraId="12EFD7AA" w14:textId="77777777" w:rsidR="00347918" w:rsidRDefault="00000000">
            <w:r>
              <w:rPr>
                <w:sz w:val="16"/>
              </w:rPr>
              <w:t>Project / Construction Manager</w:t>
            </w:r>
          </w:p>
        </w:tc>
        <w:tc>
          <w:tcPr>
            <w:tcW w:w="5112" w:type="dxa"/>
          </w:tcPr>
          <w:p w14:paraId="16314311" w14:textId="77777777" w:rsidR="00347918" w:rsidRDefault="00000000">
            <w:r>
              <w:rPr>
                <w:sz w:val="16"/>
              </w:rPr>
              <w:t>Provide resources and ensure electrical safety controls are implemented.</w:t>
            </w:r>
          </w:p>
        </w:tc>
      </w:tr>
      <w:tr w:rsidR="00347918" w14:paraId="0EC65F4D" w14:textId="77777777">
        <w:trPr>
          <w:jc w:val="center"/>
        </w:trPr>
        <w:tc>
          <w:tcPr>
            <w:tcW w:w="5112" w:type="dxa"/>
          </w:tcPr>
          <w:p w14:paraId="7CA40586" w14:textId="77777777" w:rsidR="00347918" w:rsidRDefault="00000000">
            <w:r>
              <w:rPr>
                <w:sz w:val="16"/>
              </w:rPr>
              <w:t>Electrical Engineer / Supervisor</w:t>
            </w:r>
          </w:p>
        </w:tc>
        <w:tc>
          <w:tcPr>
            <w:tcW w:w="5112" w:type="dxa"/>
          </w:tcPr>
          <w:p w14:paraId="3B74E6C8" w14:textId="77777777" w:rsidR="00347918" w:rsidRDefault="00000000">
            <w:r>
              <w:rPr>
                <w:sz w:val="16"/>
              </w:rPr>
              <w:t>Plan and supervise electrical work, isolation and technical controls.</w:t>
            </w:r>
          </w:p>
        </w:tc>
      </w:tr>
      <w:tr w:rsidR="00347918" w14:paraId="635852E9" w14:textId="77777777">
        <w:trPr>
          <w:jc w:val="center"/>
        </w:trPr>
        <w:tc>
          <w:tcPr>
            <w:tcW w:w="5112" w:type="dxa"/>
          </w:tcPr>
          <w:p w14:paraId="6B42BBE0" w14:textId="77777777" w:rsidR="00347918" w:rsidRDefault="00000000">
            <w:r>
              <w:rPr>
                <w:sz w:val="16"/>
              </w:rPr>
              <w:t>Authorized Person</w:t>
            </w:r>
          </w:p>
        </w:tc>
        <w:tc>
          <w:tcPr>
            <w:tcW w:w="5112" w:type="dxa"/>
          </w:tcPr>
          <w:p w14:paraId="7A2E7556" w14:textId="77777777" w:rsidR="00347918" w:rsidRDefault="00000000">
            <w:r>
              <w:rPr>
                <w:sz w:val="16"/>
              </w:rPr>
              <w:t>Control electrical isolation, switching and authorization as applicable.</w:t>
            </w:r>
          </w:p>
        </w:tc>
      </w:tr>
      <w:tr w:rsidR="00347918" w14:paraId="61DB5C45" w14:textId="77777777">
        <w:trPr>
          <w:jc w:val="center"/>
        </w:trPr>
        <w:tc>
          <w:tcPr>
            <w:tcW w:w="5112" w:type="dxa"/>
          </w:tcPr>
          <w:p w14:paraId="4E71996C" w14:textId="77777777" w:rsidR="00347918" w:rsidRDefault="00000000">
            <w:r>
              <w:rPr>
                <w:sz w:val="16"/>
              </w:rPr>
              <w:t>Electricians / Technicians</w:t>
            </w:r>
          </w:p>
        </w:tc>
        <w:tc>
          <w:tcPr>
            <w:tcW w:w="5112" w:type="dxa"/>
          </w:tcPr>
          <w:p w14:paraId="7717A9D6" w14:textId="77777777" w:rsidR="00347918" w:rsidRDefault="00000000">
            <w:r>
              <w:rPr>
                <w:sz w:val="16"/>
              </w:rPr>
              <w:t>Follow approved procedures, use suitable equipment and report defects.</w:t>
            </w:r>
          </w:p>
        </w:tc>
      </w:tr>
      <w:tr w:rsidR="00347918" w14:paraId="6E008008" w14:textId="77777777">
        <w:trPr>
          <w:jc w:val="center"/>
        </w:trPr>
        <w:tc>
          <w:tcPr>
            <w:tcW w:w="5112" w:type="dxa"/>
          </w:tcPr>
          <w:p w14:paraId="376FA1B4" w14:textId="77777777" w:rsidR="00347918" w:rsidRDefault="00000000">
            <w:r>
              <w:rPr>
                <w:sz w:val="16"/>
              </w:rPr>
              <w:t>HSE Team</w:t>
            </w:r>
          </w:p>
        </w:tc>
        <w:tc>
          <w:tcPr>
            <w:tcW w:w="5112" w:type="dxa"/>
          </w:tcPr>
          <w:p w14:paraId="509B39AD" w14:textId="77777777" w:rsidR="00347918" w:rsidRDefault="00000000">
            <w:r>
              <w:rPr>
                <w:sz w:val="16"/>
              </w:rPr>
              <w:t>Monitor compliance, advise on controls and verify site arrangements.</w:t>
            </w:r>
          </w:p>
        </w:tc>
      </w:tr>
      <w:tr w:rsidR="00347918" w14:paraId="4E2B51CC" w14:textId="77777777">
        <w:trPr>
          <w:jc w:val="center"/>
        </w:trPr>
        <w:tc>
          <w:tcPr>
            <w:tcW w:w="5112" w:type="dxa"/>
          </w:tcPr>
          <w:p w14:paraId="243C991C" w14:textId="77777777" w:rsidR="00347918" w:rsidRDefault="00000000">
            <w:r>
              <w:rPr>
                <w:sz w:val="16"/>
              </w:rPr>
              <w:t>Supervisors</w:t>
            </w:r>
          </w:p>
        </w:tc>
        <w:tc>
          <w:tcPr>
            <w:tcW w:w="5112" w:type="dxa"/>
          </w:tcPr>
          <w:p w14:paraId="43CA97B8" w14:textId="77777777" w:rsidR="00347918" w:rsidRDefault="00000000">
            <w:r>
              <w:rPr>
                <w:sz w:val="16"/>
              </w:rPr>
              <w:t>Control access, housekeeping and work interfaces.</w:t>
            </w:r>
          </w:p>
        </w:tc>
      </w:tr>
      <w:tr w:rsidR="00347918" w14:paraId="3381A565" w14:textId="77777777">
        <w:trPr>
          <w:jc w:val="center"/>
        </w:trPr>
        <w:tc>
          <w:tcPr>
            <w:tcW w:w="5112" w:type="dxa"/>
          </w:tcPr>
          <w:p w14:paraId="6EEDE4C9" w14:textId="77777777" w:rsidR="00347918" w:rsidRDefault="00000000">
            <w:r>
              <w:rPr>
                <w:sz w:val="16"/>
              </w:rPr>
              <w:t>Workers</w:t>
            </w:r>
          </w:p>
        </w:tc>
        <w:tc>
          <w:tcPr>
            <w:tcW w:w="5112" w:type="dxa"/>
          </w:tcPr>
          <w:p w14:paraId="376EDF84" w14:textId="77777777" w:rsidR="00347918" w:rsidRDefault="00000000">
            <w:r>
              <w:rPr>
                <w:sz w:val="16"/>
              </w:rPr>
              <w:t>Do not interfere with electrical systems and report damaged equipment or unsafe conditions.</w:t>
            </w:r>
          </w:p>
        </w:tc>
      </w:tr>
      <w:tr w:rsidR="00347918" w14:paraId="12278D31" w14:textId="77777777">
        <w:trPr>
          <w:jc w:val="center"/>
        </w:trPr>
        <w:tc>
          <w:tcPr>
            <w:tcW w:w="5112" w:type="dxa"/>
          </w:tcPr>
          <w:p w14:paraId="0FB2D063" w14:textId="77777777" w:rsidR="00347918" w:rsidRDefault="00000000">
            <w:r>
              <w:rPr>
                <w:sz w:val="16"/>
              </w:rPr>
              <w:t>Contractors / Subcontractors</w:t>
            </w:r>
          </w:p>
        </w:tc>
        <w:tc>
          <w:tcPr>
            <w:tcW w:w="5112" w:type="dxa"/>
          </w:tcPr>
          <w:p w14:paraId="59F11E62" w14:textId="77777777" w:rsidR="00347918" w:rsidRDefault="00000000">
            <w:r>
              <w:rPr>
                <w:sz w:val="16"/>
              </w:rPr>
              <w:t>Comply with electrical requirements and provide task-specific assessments where required.</w:t>
            </w:r>
          </w:p>
        </w:tc>
      </w:tr>
    </w:tbl>
    <w:p w14:paraId="12604062" w14:textId="77777777" w:rsidR="00347918" w:rsidRDefault="00347918"/>
    <w:p w14:paraId="1192B031" w14:textId="77777777" w:rsidR="00347918" w:rsidRDefault="00000000">
      <w:pPr>
        <w:pStyle w:val="Heading1"/>
      </w:pPr>
      <w:r>
        <w:t>17. Worker Briefing / Acknowledgement</w:t>
      </w:r>
    </w:p>
    <w:p w14:paraId="437E114E" w14:textId="77777777" w:rsidR="00347918" w:rsidRDefault="00000000">
      <w:r>
        <w:t>Personnel involved in or affected by electrical work should be briefed on electrical hazards, isolation arrangements, access controls, PPE, temporary power controls, emergency response and stop-work requirements before starting.</w:t>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347918" w14:paraId="7A514A9F" w14:textId="77777777">
        <w:trPr>
          <w:tblHeader/>
          <w:jc w:val="center"/>
        </w:trPr>
        <w:tc>
          <w:tcPr>
            <w:tcW w:w="1704" w:type="dxa"/>
            <w:shd w:val="clear" w:color="auto" w:fill="0F3D5E"/>
          </w:tcPr>
          <w:p w14:paraId="566ABE71" w14:textId="77777777" w:rsidR="00347918" w:rsidRDefault="00000000">
            <w:r>
              <w:rPr>
                <w:b/>
                <w:color w:val="FFFFFF"/>
              </w:rPr>
              <w:t>No.</w:t>
            </w:r>
          </w:p>
        </w:tc>
        <w:tc>
          <w:tcPr>
            <w:tcW w:w="1704" w:type="dxa"/>
            <w:shd w:val="clear" w:color="auto" w:fill="0F3D5E"/>
          </w:tcPr>
          <w:p w14:paraId="5818DE79" w14:textId="77777777" w:rsidR="00347918" w:rsidRDefault="00000000">
            <w:r>
              <w:rPr>
                <w:b/>
                <w:color w:val="FFFFFF"/>
              </w:rPr>
              <w:t>Name</w:t>
            </w:r>
          </w:p>
        </w:tc>
        <w:tc>
          <w:tcPr>
            <w:tcW w:w="1704" w:type="dxa"/>
            <w:shd w:val="clear" w:color="auto" w:fill="0F3D5E"/>
          </w:tcPr>
          <w:p w14:paraId="4D1BB79A" w14:textId="77777777" w:rsidR="00347918" w:rsidRDefault="00000000">
            <w:r>
              <w:rPr>
                <w:b/>
                <w:color w:val="FFFFFF"/>
              </w:rPr>
              <w:t>Position</w:t>
            </w:r>
          </w:p>
        </w:tc>
        <w:tc>
          <w:tcPr>
            <w:tcW w:w="1704" w:type="dxa"/>
            <w:shd w:val="clear" w:color="auto" w:fill="0F3D5E"/>
          </w:tcPr>
          <w:p w14:paraId="3B5F5B26" w14:textId="77777777" w:rsidR="00347918" w:rsidRDefault="00000000">
            <w:r>
              <w:rPr>
                <w:b/>
                <w:color w:val="FFFFFF"/>
              </w:rPr>
              <w:t>Company</w:t>
            </w:r>
          </w:p>
        </w:tc>
        <w:tc>
          <w:tcPr>
            <w:tcW w:w="1704" w:type="dxa"/>
            <w:shd w:val="clear" w:color="auto" w:fill="0F3D5E"/>
          </w:tcPr>
          <w:p w14:paraId="5438903A" w14:textId="77777777" w:rsidR="00347918" w:rsidRDefault="00000000">
            <w:r>
              <w:rPr>
                <w:b/>
                <w:color w:val="FFFFFF"/>
              </w:rPr>
              <w:t>Signature</w:t>
            </w:r>
          </w:p>
        </w:tc>
        <w:tc>
          <w:tcPr>
            <w:tcW w:w="1704" w:type="dxa"/>
            <w:shd w:val="clear" w:color="auto" w:fill="0F3D5E"/>
          </w:tcPr>
          <w:p w14:paraId="1901EF98" w14:textId="77777777" w:rsidR="00347918" w:rsidRDefault="00000000">
            <w:r>
              <w:rPr>
                <w:b/>
                <w:color w:val="FFFFFF"/>
              </w:rPr>
              <w:t>Date</w:t>
            </w:r>
          </w:p>
        </w:tc>
      </w:tr>
      <w:tr w:rsidR="00347918" w14:paraId="17790C12" w14:textId="77777777">
        <w:trPr>
          <w:jc w:val="center"/>
        </w:trPr>
        <w:tc>
          <w:tcPr>
            <w:tcW w:w="1704" w:type="dxa"/>
          </w:tcPr>
          <w:p w14:paraId="1BA89CA4" w14:textId="77777777" w:rsidR="00347918" w:rsidRDefault="00000000">
            <w:r>
              <w:rPr>
                <w:sz w:val="17"/>
              </w:rPr>
              <w:t>1</w:t>
            </w:r>
          </w:p>
        </w:tc>
        <w:tc>
          <w:tcPr>
            <w:tcW w:w="1704" w:type="dxa"/>
          </w:tcPr>
          <w:p w14:paraId="2E8E0231" w14:textId="77777777" w:rsidR="00347918" w:rsidRDefault="00347918"/>
        </w:tc>
        <w:tc>
          <w:tcPr>
            <w:tcW w:w="1704" w:type="dxa"/>
          </w:tcPr>
          <w:p w14:paraId="18F6D7A3" w14:textId="77777777" w:rsidR="00347918" w:rsidRDefault="00347918"/>
        </w:tc>
        <w:tc>
          <w:tcPr>
            <w:tcW w:w="1704" w:type="dxa"/>
          </w:tcPr>
          <w:p w14:paraId="50BB46C7" w14:textId="77777777" w:rsidR="00347918" w:rsidRDefault="00347918"/>
        </w:tc>
        <w:tc>
          <w:tcPr>
            <w:tcW w:w="1704" w:type="dxa"/>
          </w:tcPr>
          <w:p w14:paraId="3B9733D5" w14:textId="77777777" w:rsidR="00347918" w:rsidRDefault="00347918"/>
        </w:tc>
        <w:tc>
          <w:tcPr>
            <w:tcW w:w="1704" w:type="dxa"/>
          </w:tcPr>
          <w:p w14:paraId="32AC4FAA" w14:textId="77777777" w:rsidR="00347918" w:rsidRDefault="00347918"/>
        </w:tc>
      </w:tr>
      <w:tr w:rsidR="00347918" w14:paraId="582B8E9F" w14:textId="77777777">
        <w:trPr>
          <w:jc w:val="center"/>
        </w:trPr>
        <w:tc>
          <w:tcPr>
            <w:tcW w:w="1704" w:type="dxa"/>
          </w:tcPr>
          <w:p w14:paraId="19D0C3D1" w14:textId="77777777" w:rsidR="00347918" w:rsidRDefault="00000000">
            <w:r>
              <w:rPr>
                <w:sz w:val="17"/>
              </w:rPr>
              <w:t>2</w:t>
            </w:r>
          </w:p>
        </w:tc>
        <w:tc>
          <w:tcPr>
            <w:tcW w:w="1704" w:type="dxa"/>
          </w:tcPr>
          <w:p w14:paraId="78F4E205" w14:textId="77777777" w:rsidR="00347918" w:rsidRDefault="00347918"/>
        </w:tc>
        <w:tc>
          <w:tcPr>
            <w:tcW w:w="1704" w:type="dxa"/>
          </w:tcPr>
          <w:p w14:paraId="658FC363" w14:textId="77777777" w:rsidR="00347918" w:rsidRDefault="00347918"/>
        </w:tc>
        <w:tc>
          <w:tcPr>
            <w:tcW w:w="1704" w:type="dxa"/>
          </w:tcPr>
          <w:p w14:paraId="5747AA9E" w14:textId="77777777" w:rsidR="00347918" w:rsidRDefault="00347918"/>
        </w:tc>
        <w:tc>
          <w:tcPr>
            <w:tcW w:w="1704" w:type="dxa"/>
          </w:tcPr>
          <w:p w14:paraId="736960B0" w14:textId="77777777" w:rsidR="00347918" w:rsidRDefault="00347918"/>
        </w:tc>
        <w:tc>
          <w:tcPr>
            <w:tcW w:w="1704" w:type="dxa"/>
          </w:tcPr>
          <w:p w14:paraId="2CAF325B" w14:textId="77777777" w:rsidR="00347918" w:rsidRDefault="00347918"/>
        </w:tc>
      </w:tr>
      <w:tr w:rsidR="00347918" w14:paraId="572EFD30" w14:textId="77777777">
        <w:trPr>
          <w:jc w:val="center"/>
        </w:trPr>
        <w:tc>
          <w:tcPr>
            <w:tcW w:w="1704" w:type="dxa"/>
          </w:tcPr>
          <w:p w14:paraId="1A0B4121" w14:textId="77777777" w:rsidR="00347918" w:rsidRDefault="00000000">
            <w:r>
              <w:rPr>
                <w:sz w:val="17"/>
              </w:rPr>
              <w:lastRenderedPageBreak/>
              <w:t>3</w:t>
            </w:r>
          </w:p>
        </w:tc>
        <w:tc>
          <w:tcPr>
            <w:tcW w:w="1704" w:type="dxa"/>
          </w:tcPr>
          <w:p w14:paraId="3CCE60E3" w14:textId="77777777" w:rsidR="00347918" w:rsidRDefault="00347918"/>
        </w:tc>
        <w:tc>
          <w:tcPr>
            <w:tcW w:w="1704" w:type="dxa"/>
          </w:tcPr>
          <w:p w14:paraId="5467AC65" w14:textId="77777777" w:rsidR="00347918" w:rsidRDefault="00347918"/>
        </w:tc>
        <w:tc>
          <w:tcPr>
            <w:tcW w:w="1704" w:type="dxa"/>
          </w:tcPr>
          <w:p w14:paraId="284D86EB" w14:textId="77777777" w:rsidR="00347918" w:rsidRDefault="00347918"/>
        </w:tc>
        <w:tc>
          <w:tcPr>
            <w:tcW w:w="1704" w:type="dxa"/>
          </w:tcPr>
          <w:p w14:paraId="413DB23F" w14:textId="77777777" w:rsidR="00347918" w:rsidRDefault="00347918"/>
        </w:tc>
        <w:tc>
          <w:tcPr>
            <w:tcW w:w="1704" w:type="dxa"/>
          </w:tcPr>
          <w:p w14:paraId="76EC02A9" w14:textId="77777777" w:rsidR="00347918" w:rsidRDefault="00347918"/>
        </w:tc>
      </w:tr>
      <w:tr w:rsidR="00347918" w14:paraId="1D1593CD" w14:textId="77777777">
        <w:trPr>
          <w:jc w:val="center"/>
        </w:trPr>
        <w:tc>
          <w:tcPr>
            <w:tcW w:w="1704" w:type="dxa"/>
          </w:tcPr>
          <w:p w14:paraId="40B3F494" w14:textId="77777777" w:rsidR="00347918" w:rsidRDefault="00000000">
            <w:r>
              <w:rPr>
                <w:sz w:val="17"/>
              </w:rPr>
              <w:t>4</w:t>
            </w:r>
          </w:p>
        </w:tc>
        <w:tc>
          <w:tcPr>
            <w:tcW w:w="1704" w:type="dxa"/>
          </w:tcPr>
          <w:p w14:paraId="52BA98F2" w14:textId="77777777" w:rsidR="00347918" w:rsidRDefault="00347918"/>
        </w:tc>
        <w:tc>
          <w:tcPr>
            <w:tcW w:w="1704" w:type="dxa"/>
          </w:tcPr>
          <w:p w14:paraId="5B8A6B2E" w14:textId="77777777" w:rsidR="00347918" w:rsidRDefault="00347918"/>
        </w:tc>
        <w:tc>
          <w:tcPr>
            <w:tcW w:w="1704" w:type="dxa"/>
          </w:tcPr>
          <w:p w14:paraId="683EB9CC" w14:textId="77777777" w:rsidR="00347918" w:rsidRDefault="00347918"/>
        </w:tc>
        <w:tc>
          <w:tcPr>
            <w:tcW w:w="1704" w:type="dxa"/>
          </w:tcPr>
          <w:p w14:paraId="496AAB23" w14:textId="77777777" w:rsidR="00347918" w:rsidRDefault="00347918"/>
        </w:tc>
        <w:tc>
          <w:tcPr>
            <w:tcW w:w="1704" w:type="dxa"/>
          </w:tcPr>
          <w:p w14:paraId="1C344A5D" w14:textId="77777777" w:rsidR="00347918" w:rsidRDefault="00347918"/>
        </w:tc>
      </w:tr>
      <w:tr w:rsidR="00347918" w14:paraId="1F34D3FC" w14:textId="77777777">
        <w:trPr>
          <w:jc w:val="center"/>
        </w:trPr>
        <w:tc>
          <w:tcPr>
            <w:tcW w:w="1704" w:type="dxa"/>
          </w:tcPr>
          <w:p w14:paraId="5FD3D3EC" w14:textId="77777777" w:rsidR="00347918" w:rsidRDefault="00000000">
            <w:r>
              <w:rPr>
                <w:sz w:val="17"/>
              </w:rPr>
              <w:t>5</w:t>
            </w:r>
          </w:p>
        </w:tc>
        <w:tc>
          <w:tcPr>
            <w:tcW w:w="1704" w:type="dxa"/>
          </w:tcPr>
          <w:p w14:paraId="5C75E444" w14:textId="77777777" w:rsidR="00347918" w:rsidRDefault="00347918"/>
        </w:tc>
        <w:tc>
          <w:tcPr>
            <w:tcW w:w="1704" w:type="dxa"/>
          </w:tcPr>
          <w:p w14:paraId="31C2F53F" w14:textId="77777777" w:rsidR="00347918" w:rsidRDefault="00347918"/>
        </w:tc>
        <w:tc>
          <w:tcPr>
            <w:tcW w:w="1704" w:type="dxa"/>
          </w:tcPr>
          <w:p w14:paraId="1F4744FC" w14:textId="77777777" w:rsidR="00347918" w:rsidRDefault="00347918"/>
        </w:tc>
        <w:tc>
          <w:tcPr>
            <w:tcW w:w="1704" w:type="dxa"/>
          </w:tcPr>
          <w:p w14:paraId="0C2E3BE3" w14:textId="77777777" w:rsidR="00347918" w:rsidRDefault="00347918"/>
        </w:tc>
        <w:tc>
          <w:tcPr>
            <w:tcW w:w="1704" w:type="dxa"/>
          </w:tcPr>
          <w:p w14:paraId="64BC19C0" w14:textId="77777777" w:rsidR="00347918" w:rsidRDefault="00347918"/>
        </w:tc>
      </w:tr>
      <w:tr w:rsidR="00347918" w14:paraId="73B857AA" w14:textId="77777777">
        <w:trPr>
          <w:jc w:val="center"/>
        </w:trPr>
        <w:tc>
          <w:tcPr>
            <w:tcW w:w="1704" w:type="dxa"/>
          </w:tcPr>
          <w:p w14:paraId="48B54057" w14:textId="77777777" w:rsidR="00347918" w:rsidRDefault="00000000">
            <w:r>
              <w:rPr>
                <w:sz w:val="17"/>
              </w:rPr>
              <w:t>6</w:t>
            </w:r>
          </w:p>
        </w:tc>
        <w:tc>
          <w:tcPr>
            <w:tcW w:w="1704" w:type="dxa"/>
          </w:tcPr>
          <w:p w14:paraId="6C72229E" w14:textId="77777777" w:rsidR="00347918" w:rsidRDefault="00347918"/>
        </w:tc>
        <w:tc>
          <w:tcPr>
            <w:tcW w:w="1704" w:type="dxa"/>
          </w:tcPr>
          <w:p w14:paraId="71A6FF81" w14:textId="77777777" w:rsidR="00347918" w:rsidRDefault="00347918"/>
        </w:tc>
        <w:tc>
          <w:tcPr>
            <w:tcW w:w="1704" w:type="dxa"/>
          </w:tcPr>
          <w:p w14:paraId="2EA4FEA9" w14:textId="77777777" w:rsidR="00347918" w:rsidRDefault="00347918"/>
        </w:tc>
        <w:tc>
          <w:tcPr>
            <w:tcW w:w="1704" w:type="dxa"/>
          </w:tcPr>
          <w:p w14:paraId="0ACA6A8C" w14:textId="77777777" w:rsidR="00347918" w:rsidRDefault="00347918"/>
        </w:tc>
        <w:tc>
          <w:tcPr>
            <w:tcW w:w="1704" w:type="dxa"/>
          </w:tcPr>
          <w:p w14:paraId="12662579" w14:textId="77777777" w:rsidR="00347918" w:rsidRDefault="00347918"/>
        </w:tc>
      </w:tr>
      <w:tr w:rsidR="00347918" w14:paraId="1F1FCE7E" w14:textId="77777777">
        <w:trPr>
          <w:jc w:val="center"/>
        </w:trPr>
        <w:tc>
          <w:tcPr>
            <w:tcW w:w="1704" w:type="dxa"/>
          </w:tcPr>
          <w:p w14:paraId="02080441" w14:textId="77777777" w:rsidR="00347918" w:rsidRDefault="00000000">
            <w:r>
              <w:rPr>
                <w:sz w:val="17"/>
              </w:rPr>
              <w:t>7</w:t>
            </w:r>
          </w:p>
        </w:tc>
        <w:tc>
          <w:tcPr>
            <w:tcW w:w="1704" w:type="dxa"/>
          </w:tcPr>
          <w:p w14:paraId="0897EFE2" w14:textId="77777777" w:rsidR="00347918" w:rsidRDefault="00347918"/>
        </w:tc>
        <w:tc>
          <w:tcPr>
            <w:tcW w:w="1704" w:type="dxa"/>
          </w:tcPr>
          <w:p w14:paraId="47DA6268" w14:textId="77777777" w:rsidR="00347918" w:rsidRDefault="00347918"/>
        </w:tc>
        <w:tc>
          <w:tcPr>
            <w:tcW w:w="1704" w:type="dxa"/>
          </w:tcPr>
          <w:p w14:paraId="1FFE0E2F" w14:textId="77777777" w:rsidR="00347918" w:rsidRDefault="00347918"/>
        </w:tc>
        <w:tc>
          <w:tcPr>
            <w:tcW w:w="1704" w:type="dxa"/>
          </w:tcPr>
          <w:p w14:paraId="7072E688" w14:textId="77777777" w:rsidR="00347918" w:rsidRDefault="00347918"/>
        </w:tc>
        <w:tc>
          <w:tcPr>
            <w:tcW w:w="1704" w:type="dxa"/>
          </w:tcPr>
          <w:p w14:paraId="0302D7DC" w14:textId="77777777" w:rsidR="00347918" w:rsidRDefault="00347918"/>
        </w:tc>
      </w:tr>
      <w:tr w:rsidR="00347918" w14:paraId="1893D166" w14:textId="77777777">
        <w:trPr>
          <w:jc w:val="center"/>
        </w:trPr>
        <w:tc>
          <w:tcPr>
            <w:tcW w:w="1704" w:type="dxa"/>
          </w:tcPr>
          <w:p w14:paraId="22417AC4" w14:textId="77777777" w:rsidR="00347918" w:rsidRDefault="00000000">
            <w:r>
              <w:rPr>
                <w:sz w:val="17"/>
              </w:rPr>
              <w:t>8</w:t>
            </w:r>
          </w:p>
        </w:tc>
        <w:tc>
          <w:tcPr>
            <w:tcW w:w="1704" w:type="dxa"/>
          </w:tcPr>
          <w:p w14:paraId="450F6428" w14:textId="77777777" w:rsidR="00347918" w:rsidRDefault="00347918"/>
        </w:tc>
        <w:tc>
          <w:tcPr>
            <w:tcW w:w="1704" w:type="dxa"/>
          </w:tcPr>
          <w:p w14:paraId="7A8219C9" w14:textId="77777777" w:rsidR="00347918" w:rsidRDefault="00347918"/>
        </w:tc>
        <w:tc>
          <w:tcPr>
            <w:tcW w:w="1704" w:type="dxa"/>
          </w:tcPr>
          <w:p w14:paraId="6C242A41" w14:textId="77777777" w:rsidR="00347918" w:rsidRDefault="00347918"/>
        </w:tc>
        <w:tc>
          <w:tcPr>
            <w:tcW w:w="1704" w:type="dxa"/>
          </w:tcPr>
          <w:p w14:paraId="4275F1BB" w14:textId="77777777" w:rsidR="00347918" w:rsidRDefault="00347918"/>
        </w:tc>
        <w:tc>
          <w:tcPr>
            <w:tcW w:w="1704" w:type="dxa"/>
          </w:tcPr>
          <w:p w14:paraId="41C75EFC" w14:textId="77777777" w:rsidR="00347918" w:rsidRDefault="00347918"/>
        </w:tc>
      </w:tr>
      <w:tr w:rsidR="00347918" w14:paraId="5B9A626C" w14:textId="77777777">
        <w:trPr>
          <w:jc w:val="center"/>
        </w:trPr>
        <w:tc>
          <w:tcPr>
            <w:tcW w:w="1704" w:type="dxa"/>
          </w:tcPr>
          <w:p w14:paraId="79D50673" w14:textId="77777777" w:rsidR="00347918" w:rsidRDefault="00000000">
            <w:r>
              <w:rPr>
                <w:sz w:val="17"/>
              </w:rPr>
              <w:t>9</w:t>
            </w:r>
          </w:p>
        </w:tc>
        <w:tc>
          <w:tcPr>
            <w:tcW w:w="1704" w:type="dxa"/>
          </w:tcPr>
          <w:p w14:paraId="7C656628" w14:textId="77777777" w:rsidR="00347918" w:rsidRDefault="00347918"/>
        </w:tc>
        <w:tc>
          <w:tcPr>
            <w:tcW w:w="1704" w:type="dxa"/>
          </w:tcPr>
          <w:p w14:paraId="590CFA73" w14:textId="77777777" w:rsidR="00347918" w:rsidRDefault="00347918"/>
        </w:tc>
        <w:tc>
          <w:tcPr>
            <w:tcW w:w="1704" w:type="dxa"/>
          </w:tcPr>
          <w:p w14:paraId="61F0F999" w14:textId="77777777" w:rsidR="00347918" w:rsidRDefault="00347918"/>
        </w:tc>
        <w:tc>
          <w:tcPr>
            <w:tcW w:w="1704" w:type="dxa"/>
          </w:tcPr>
          <w:p w14:paraId="74A44B07" w14:textId="77777777" w:rsidR="00347918" w:rsidRDefault="00347918"/>
        </w:tc>
        <w:tc>
          <w:tcPr>
            <w:tcW w:w="1704" w:type="dxa"/>
          </w:tcPr>
          <w:p w14:paraId="5DDF53B0" w14:textId="77777777" w:rsidR="00347918" w:rsidRDefault="00347918"/>
        </w:tc>
      </w:tr>
      <w:tr w:rsidR="00347918" w14:paraId="3750630A" w14:textId="77777777">
        <w:trPr>
          <w:jc w:val="center"/>
        </w:trPr>
        <w:tc>
          <w:tcPr>
            <w:tcW w:w="1704" w:type="dxa"/>
          </w:tcPr>
          <w:p w14:paraId="4CBEC11F" w14:textId="77777777" w:rsidR="00347918" w:rsidRDefault="00000000">
            <w:r>
              <w:rPr>
                <w:sz w:val="17"/>
              </w:rPr>
              <w:t>10</w:t>
            </w:r>
          </w:p>
        </w:tc>
        <w:tc>
          <w:tcPr>
            <w:tcW w:w="1704" w:type="dxa"/>
          </w:tcPr>
          <w:p w14:paraId="4D038DB7" w14:textId="77777777" w:rsidR="00347918" w:rsidRDefault="00347918"/>
        </w:tc>
        <w:tc>
          <w:tcPr>
            <w:tcW w:w="1704" w:type="dxa"/>
          </w:tcPr>
          <w:p w14:paraId="1C607BF3" w14:textId="77777777" w:rsidR="00347918" w:rsidRDefault="00347918"/>
        </w:tc>
        <w:tc>
          <w:tcPr>
            <w:tcW w:w="1704" w:type="dxa"/>
          </w:tcPr>
          <w:p w14:paraId="3C7FE448" w14:textId="77777777" w:rsidR="00347918" w:rsidRDefault="00347918"/>
        </w:tc>
        <w:tc>
          <w:tcPr>
            <w:tcW w:w="1704" w:type="dxa"/>
          </w:tcPr>
          <w:p w14:paraId="1165712E" w14:textId="77777777" w:rsidR="00347918" w:rsidRDefault="00347918"/>
        </w:tc>
        <w:tc>
          <w:tcPr>
            <w:tcW w:w="1704" w:type="dxa"/>
          </w:tcPr>
          <w:p w14:paraId="7BB3AF13" w14:textId="77777777" w:rsidR="00347918" w:rsidRDefault="00347918"/>
        </w:tc>
      </w:tr>
    </w:tbl>
    <w:p w14:paraId="21F44948" w14:textId="77777777" w:rsidR="00347918" w:rsidRDefault="00347918"/>
    <w:p w14:paraId="33AC100C" w14:textId="77777777" w:rsidR="00347918" w:rsidRDefault="00000000">
      <w:pPr>
        <w:pStyle w:val="Heading1"/>
      </w:pPr>
      <w:r>
        <w:t>18. Review and Approval</w:t>
      </w:r>
    </w:p>
    <w:tbl>
      <w:tblPr>
        <w:tblStyle w:val="TableGrid"/>
        <w:tblW w:w="0" w:type="auto"/>
        <w:jc w:val="center"/>
        <w:tblLook w:val="04A0" w:firstRow="1" w:lastRow="0" w:firstColumn="1" w:lastColumn="0" w:noHBand="0" w:noVBand="1"/>
      </w:tblPr>
      <w:tblGrid>
        <w:gridCol w:w="2556"/>
        <w:gridCol w:w="2556"/>
        <w:gridCol w:w="2556"/>
        <w:gridCol w:w="2556"/>
      </w:tblGrid>
      <w:tr w:rsidR="00347918" w14:paraId="1126253D" w14:textId="77777777">
        <w:trPr>
          <w:tblHeader/>
          <w:jc w:val="center"/>
        </w:trPr>
        <w:tc>
          <w:tcPr>
            <w:tcW w:w="2556" w:type="dxa"/>
            <w:shd w:val="clear" w:color="auto" w:fill="0F3D5E"/>
          </w:tcPr>
          <w:p w14:paraId="6AF05B5F" w14:textId="77777777" w:rsidR="00347918" w:rsidRDefault="00000000">
            <w:r>
              <w:rPr>
                <w:b/>
                <w:color w:val="FFFFFF"/>
              </w:rPr>
              <w:t>Role</w:t>
            </w:r>
          </w:p>
        </w:tc>
        <w:tc>
          <w:tcPr>
            <w:tcW w:w="2556" w:type="dxa"/>
            <w:shd w:val="clear" w:color="auto" w:fill="0F3D5E"/>
          </w:tcPr>
          <w:p w14:paraId="21EE4280" w14:textId="77777777" w:rsidR="00347918" w:rsidRDefault="00000000">
            <w:r>
              <w:rPr>
                <w:b/>
                <w:color w:val="FFFFFF"/>
              </w:rPr>
              <w:t>Name</w:t>
            </w:r>
          </w:p>
        </w:tc>
        <w:tc>
          <w:tcPr>
            <w:tcW w:w="2556" w:type="dxa"/>
            <w:shd w:val="clear" w:color="auto" w:fill="0F3D5E"/>
          </w:tcPr>
          <w:p w14:paraId="4C79ED0F" w14:textId="77777777" w:rsidR="00347918" w:rsidRDefault="00000000">
            <w:r>
              <w:rPr>
                <w:b/>
                <w:color w:val="FFFFFF"/>
              </w:rPr>
              <w:t>Signature</w:t>
            </w:r>
          </w:p>
        </w:tc>
        <w:tc>
          <w:tcPr>
            <w:tcW w:w="2556" w:type="dxa"/>
            <w:shd w:val="clear" w:color="auto" w:fill="0F3D5E"/>
          </w:tcPr>
          <w:p w14:paraId="7C883A01" w14:textId="77777777" w:rsidR="00347918" w:rsidRDefault="00000000">
            <w:r>
              <w:rPr>
                <w:b/>
                <w:color w:val="FFFFFF"/>
              </w:rPr>
              <w:t>Date</w:t>
            </w:r>
          </w:p>
        </w:tc>
      </w:tr>
      <w:tr w:rsidR="00347918" w14:paraId="226B189F" w14:textId="77777777">
        <w:trPr>
          <w:jc w:val="center"/>
        </w:trPr>
        <w:tc>
          <w:tcPr>
            <w:tcW w:w="2556" w:type="dxa"/>
          </w:tcPr>
          <w:p w14:paraId="7F6F45C9" w14:textId="77777777" w:rsidR="00347918" w:rsidRDefault="00000000">
            <w:r>
              <w:rPr>
                <w:sz w:val="18"/>
              </w:rPr>
              <w:t>Prepared By</w:t>
            </w:r>
          </w:p>
        </w:tc>
        <w:tc>
          <w:tcPr>
            <w:tcW w:w="2556" w:type="dxa"/>
          </w:tcPr>
          <w:p w14:paraId="6AD52BCC" w14:textId="77777777" w:rsidR="00347918" w:rsidRDefault="00347918"/>
        </w:tc>
        <w:tc>
          <w:tcPr>
            <w:tcW w:w="2556" w:type="dxa"/>
          </w:tcPr>
          <w:p w14:paraId="0EFE3403" w14:textId="77777777" w:rsidR="00347918" w:rsidRDefault="00347918"/>
        </w:tc>
        <w:tc>
          <w:tcPr>
            <w:tcW w:w="2556" w:type="dxa"/>
          </w:tcPr>
          <w:p w14:paraId="491E1727" w14:textId="77777777" w:rsidR="00347918" w:rsidRDefault="00347918"/>
        </w:tc>
      </w:tr>
      <w:tr w:rsidR="00347918" w14:paraId="0902C6A5" w14:textId="77777777">
        <w:trPr>
          <w:jc w:val="center"/>
        </w:trPr>
        <w:tc>
          <w:tcPr>
            <w:tcW w:w="2556" w:type="dxa"/>
          </w:tcPr>
          <w:p w14:paraId="019C635B" w14:textId="77777777" w:rsidR="00347918" w:rsidRDefault="00000000">
            <w:r>
              <w:rPr>
                <w:sz w:val="18"/>
              </w:rPr>
              <w:t>Reviewed By</w:t>
            </w:r>
          </w:p>
        </w:tc>
        <w:tc>
          <w:tcPr>
            <w:tcW w:w="2556" w:type="dxa"/>
          </w:tcPr>
          <w:p w14:paraId="679C5A7F" w14:textId="77777777" w:rsidR="00347918" w:rsidRDefault="00347918"/>
        </w:tc>
        <w:tc>
          <w:tcPr>
            <w:tcW w:w="2556" w:type="dxa"/>
          </w:tcPr>
          <w:p w14:paraId="74489C11" w14:textId="77777777" w:rsidR="00347918" w:rsidRDefault="00347918"/>
        </w:tc>
        <w:tc>
          <w:tcPr>
            <w:tcW w:w="2556" w:type="dxa"/>
          </w:tcPr>
          <w:p w14:paraId="20982CFE" w14:textId="77777777" w:rsidR="00347918" w:rsidRDefault="00347918"/>
        </w:tc>
      </w:tr>
      <w:tr w:rsidR="00347918" w14:paraId="52F88525" w14:textId="77777777">
        <w:trPr>
          <w:jc w:val="center"/>
        </w:trPr>
        <w:tc>
          <w:tcPr>
            <w:tcW w:w="2556" w:type="dxa"/>
          </w:tcPr>
          <w:p w14:paraId="4A8B6E86" w14:textId="77777777" w:rsidR="00347918" w:rsidRDefault="00000000">
            <w:r>
              <w:rPr>
                <w:sz w:val="18"/>
              </w:rPr>
              <w:t>Approved By</w:t>
            </w:r>
          </w:p>
        </w:tc>
        <w:tc>
          <w:tcPr>
            <w:tcW w:w="2556" w:type="dxa"/>
          </w:tcPr>
          <w:p w14:paraId="621BE890" w14:textId="77777777" w:rsidR="00347918" w:rsidRDefault="00347918"/>
        </w:tc>
        <w:tc>
          <w:tcPr>
            <w:tcW w:w="2556" w:type="dxa"/>
          </w:tcPr>
          <w:p w14:paraId="63B5CD01" w14:textId="77777777" w:rsidR="00347918" w:rsidRDefault="00347918"/>
        </w:tc>
        <w:tc>
          <w:tcPr>
            <w:tcW w:w="2556" w:type="dxa"/>
          </w:tcPr>
          <w:p w14:paraId="50868065" w14:textId="77777777" w:rsidR="00347918" w:rsidRDefault="00347918"/>
        </w:tc>
      </w:tr>
    </w:tbl>
    <w:p w14:paraId="2318D035" w14:textId="77777777" w:rsidR="00347918" w:rsidRDefault="00347918"/>
    <w:p w14:paraId="09F84D16" w14:textId="77777777" w:rsidR="00347918" w:rsidRDefault="00000000">
      <w:pPr>
        <w:pStyle w:val="Heading1"/>
      </w:pPr>
      <w:r>
        <w:t>19. Disclaimer</w:t>
      </w:r>
    </w:p>
    <w:p w14:paraId="15B1F194" w14:textId="77777777" w:rsidR="00347918" w:rsidRDefault="00000000">
      <w:r>
        <w:t>This document is a general completed reference risk assessment for electrical work. It is not a substitute for project-specific electrical design, isolation procedures, permits, switching schedules, arc-flash studies, testing procedures, competent-person determinations or task-specific risk assessments. A competent electrical professional must review and adapt the assessment to the actual voltage, equipment, circuit configuration, energy sources, environment, work method, workforce competency, client requirements and applicable requirements. Energized work should only proceed when justified, authorized and appropriately controlled. Risk ratings must be verified against actual conditions and controls must be monitored throughout the work.</w:t>
      </w:r>
    </w:p>
    <w:sectPr w:rsidR="00347918" w:rsidSect="00034616">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3E0D7" w14:textId="77777777" w:rsidR="00747600" w:rsidRDefault="00747600">
      <w:pPr>
        <w:spacing w:after="0" w:line="240" w:lineRule="auto"/>
      </w:pPr>
      <w:r>
        <w:separator/>
      </w:r>
    </w:p>
  </w:endnote>
  <w:endnote w:type="continuationSeparator" w:id="0">
    <w:p w14:paraId="366A0284" w14:textId="77777777" w:rsidR="00747600" w:rsidRDefault="00747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06B2" w14:textId="77777777" w:rsidR="007A4E7E" w:rsidRDefault="007A4E7E" w:rsidP="007A4E7E">
    <w:pPr>
      <w:pStyle w:val="Footer"/>
    </w:pPr>
    <w:r>
      <w:t>The HSEVerse</w:t>
    </w:r>
    <w:r w:rsidRPr="00DE1A36">
      <w:t xml:space="preserve"> | www.</w:t>
    </w:r>
    <w:r>
      <w:t>thehseverse</w:t>
    </w:r>
    <w:r w:rsidRPr="00DE1A36">
      <w:t>.com</w:t>
    </w:r>
  </w:p>
  <w:p w14:paraId="6D946FB1" w14:textId="3AB94618" w:rsidR="00347918" w:rsidRPr="007A4E7E" w:rsidRDefault="007A4E7E" w:rsidP="007A4E7E">
    <w:pPr>
      <w:pStyle w:val="Footer"/>
      <w:jc w:val="right"/>
    </w:pPr>
    <w:r>
      <w:rPr>
        <w:color w:val="7F7F7F"/>
        <w:sz w:val="17"/>
      </w:rPr>
      <w:t xml:space="preserve">THV-HSE-RA-005 | Rev: 00 | Page </w:t>
    </w:r>
    <w:r>
      <w:fldChar w:fldCharType="begin"/>
    </w:r>
    <w:r>
      <w:instrText>PAGE</w:instrText>
    </w:r>
    <w:r>
      <w:fldChar w:fldCharType="separate"/>
    </w:r>
    <w:r>
      <w:t>1</w:t>
    </w:r>
    <w:r>
      <w:fldChar w:fldCharType="end"/>
    </w:r>
    <w:r>
      <w:rPr>
        <w:color w:val="7F7F7F"/>
        <w:sz w:val="17"/>
      </w:rPr>
      <w:t xml:space="preserve"> of </w:t>
    </w:r>
    <w:r>
      <w:fldChar w:fldCharType="begin"/>
    </w:r>
    <w:r>
      <w:instrText>NUMPAGES</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FAB0E" w14:textId="77777777" w:rsidR="00747600" w:rsidRDefault="00747600">
      <w:pPr>
        <w:spacing w:after="0" w:line="240" w:lineRule="auto"/>
      </w:pPr>
      <w:r>
        <w:separator/>
      </w:r>
    </w:p>
  </w:footnote>
  <w:footnote w:type="continuationSeparator" w:id="0">
    <w:p w14:paraId="5DB414E0" w14:textId="77777777" w:rsidR="00747600" w:rsidRDefault="00747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D846" w14:textId="6C4B49D0" w:rsidR="007A4E7E" w:rsidRDefault="007A4E7E">
    <w:pPr>
      <w:pStyle w:val="Header"/>
    </w:pPr>
    <w:r>
      <w:rPr>
        <w:noProof/>
      </w:rPr>
      <w:drawing>
        <wp:anchor distT="0" distB="0" distL="114300" distR="114300" simplePos="0" relativeHeight="251659264" behindDoc="1" locked="0" layoutInCell="1" allowOverlap="1" wp14:anchorId="1F5B9BCA" wp14:editId="100D8E72">
          <wp:simplePos x="0" y="0"/>
          <wp:positionH relativeFrom="column">
            <wp:posOffset>0</wp:posOffset>
          </wp:positionH>
          <wp:positionV relativeFrom="paragraph">
            <wp:posOffset>-419100</wp:posOffset>
          </wp:positionV>
          <wp:extent cx="1557963" cy="556260"/>
          <wp:effectExtent l="0" t="0" r="4445" b="0"/>
          <wp:wrapTight wrapText="bothSides">
            <wp:wrapPolygon edited="0">
              <wp:start x="2377" y="0"/>
              <wp:lineTo x="528" y="2959"/>
              <wp:lineTo x="0" y="5918"/>
              <wp:lineTo x="264" y="14055"/>
              <wp:lineTo x="2642" y="20712"/>
              <wp:lineTo x="3962" y="20712"/>
              <wp:lineTo x="12944" y="19973"/>
              <wp:lineTo x="21397" y="17014"/>
              <wp:lineTo x="21397" y="8877"/>
              <wp:lineTo x="17963" y="6658"/>
              <wp:lineTo x="4227" y="0"/>
              <wp:lineTo x="2377" y="0"/>
            </wp:wrapPolygon>
          </wp:wrapTight>
          <wp:docPr id="204128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8701" name="Picture 204128701"/>
                  <pic:cNvPicPr/>
                </pic:nvPicPr>
                <pic:blipFill rotWithShape="1">
                  <a:blip r:embed="rId1"/>
                  <a:srcRect l="7976" t="24285" r="6667" b="30000"/>
                  <a:stretch>
                    <a:fillRect/>
                  </a:stretch>
                </pic:blipFill>
                <pic:spPr bwMode="auto">
                  <a:xfrm>
                    <a:off x="0" y="0"/>
                    <a:ext cx="1557963" cy="55626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17127017">
    <w:abstractNumId w:val="8"/>
  </w:num>
  <w:num w:numId="2" w16cid:durableId="353772839">
    <w:abstractNumId w:val="6"/>
  </w:num>
  <w:num w:numId="3" w16cid:durableId="93940586">
    <w:abstractNumId w:val="5"/>
  </w:num>
  <w:num w:numId="4" w16cid:durableId="1124618214">
    <w:abstractNumId w:val="4"/>
  </w:num>
  <w:num w:numId="5" w16cid:durableId="361899777">
    <w:abstractNumId w:val="7"/>
  </w:num>
  <w:num w:numId="6" w16cid:durableId="182671748">
    <w:abstractNumId w:val="3"/>
  </w:num>
  <w:num w:numId="7" w16cid:durableId="470556815">
    <w:abstractNumId w:val="2"/>
  </w:num>
  <w:num w:numId="8" w16cid:durableId="955672351">
    <w:abstractNumId w:val="1"/>
  </w:num>
  <w:num w:numId="9" w16cid:durableId="1063796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87A60"/>
    <w:rsid w:val="0029639D"/>
    <w:rsid w:val="00326F90"/>
    <w:rsid w:val="00347918"/>
    <w:rsid w:val="00747600"/>
    <w:rsid w:val="007A4E7E"/>
    <w:rsid w:val="00851A7D"/>
    <w:rsid w:val="00AA1D8D"/>
    <w:rsid w:val="00B47730"/>
    <w:rsid w:val="00C709D7"/>
    <w:rsid w:val="00CB0664"/>
    <w:rsid w:val="00E20F9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74EFA5"/>
  <w14:defaultImageDpi w14:val="300"/>
  <w15:docId w15:val="{39F8F039-14F1-466C-9FF8-D12A17D7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3389</Words>
  <Characters>19320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Mohsin Raza</cp:lastModifiedBy>
  <cp:revision>3</cp:revision>
  <dcterms:created xsi:type="dcterms:W3CDTF">2013-12-23T23:15:00Z</dcterms:created>
  <dcterms:modified xsi:type="dcterms:W3CDTF">2026-08-16T06:54:00Z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af27ca5b-097f-458b-b541-cc4e57a78144</vt:lpwstr>
  </property>
</Properties>
</file>