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3DE12" w14:textId="77777777" w:rsidR="00F30732" w:rsidRDefault="00000000">
      <w:pPr>
        <w:spacing w:after="40"/>
        <w:jc w:val="center"/>
      </w:pPr>
      <w:r>
        <w:rPr>
          <w:b/>
          <w:color w:val="1F4E79"/>
          <w:sz w:val="32"/>
        </w:rPr>
        <w:t>EMERGENCY RESPONSE DRILL RECORD FORM</w:t>
      </w:r>
    </w:p>
    <w:p w14:paraId="32AB4749" w14:textId="77777777" w:rsidR="00F30732" w:rsidRDefault="00000000">
      <w:pPr>
        <w:jc w:val="center"/>
      </w:pPr>
      <w:r>
        <w:rPr>
          <w:i/>
          <w:color w:val="595959"/>
        </w:rPr>
        <w:t>Simulation Evaluation, Response Performance &amp; Corrective Action Tracking</w:t>
      </w:r>
    </w:p>
    <w:tbl>
      <w:tblPr>
        <w:tblW w:w="0" w:type="auto"/>
        <w:jc w:val="center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ook w:val="04A0" w:firstRow="1" w:lastRow="0" w:firstColumn="1" w:lastColumn="0" w:noHBand="0" w:noVBand="1"/>
      </w:tblPr>
      <w:tblGrid>
        <w:gridCol w:w="2880"/>
        <w:gridCol w:w="2160"/>
        <w:gridCol w:w="1152"/>
        <w:gridCol w:w="1728"/>
        <w:gridCol w:w="2261"/>
      </w:tblGrid>
      <w:tr w:rsidR="00F30732" w14:paraId="537C2ED0" w14:textId="77777777">
        <w:trPr>
          <w:trHeight w:val="280"/>
          <w:jc w:val="center"/>
        </w:trPr>
        <w:tc>
          <w:tcPr>
            <w:tcW w:w="2880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DA80D3" w14:textId="77777777" w:rsidR="00F30732" w:rsidRDefault="00000000">
            <w:r>
              <w:rPr>
                <w:b/>
                <w:color w:val="1F4E79"/>
                <w:sz w:val="16"/>
              </w:rPr>
              <w:t>Document Title</w:t>
            </w:r>
          </w:p>
        </w:tc>
        <w:tc>
          <w:tcPr>
            <w:tcW w:w="2160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8D1F88" w14:textId="77777777" w:rsidR="00F30732" w:rsidRDefault="00000000">
            <w:r>
              <w:rPr>
                <w:b/>
                <w:color w:val="1F4E79"/>
                <w:sz w:val="16"/>
              </w:rPr>
              <w:t>Document Reference</w:t>
            </w:r>
          </w:p>
        </w:tc>
        <w:tc>
          <w:tcPr>
            <w:tcW w:w="115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FF6811" w14:textId="77777777" w:rsidR="00F30732" w:rsidRDefault="00000000">
            <w:r>
              <w:rPr>
                <w:b/>
                <w:color w:val="1F4E79"/>
                <w:sz w:val="16"/>
              </w:rPr>
              <w:t>Revision</w:t>
            </w:r>
          </w:p>
        </w:tc>
        <w:tc>
          <w:tcPr>
            <w:tcW w:w="1728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482ED7" w14:textId="77777777" w:rsidR="00F30732" w:rsidRDefault="00000000">
            <w:r>
              <w:rPr>
                <w:b/>
                <w:color w:val="1F4E79"/>
                <w:sz w:val="16"/>
              </w:rPr>
              <w:t>Effective Date</w:t>
            </w:r>
          </w:p>
        </w:tc>
        <w:tc>
          <w:tcPr>
            <w:tcW w:w="2261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39BFB4" w14:textId="77777777" w:rsidR="00F30732" w:rsidRDefault="00000000">
            <w:r>
              <w:rPr>
                <w:b/>
                <w:color w:val="1F4E79"/>
                <w:sz w:val="16"/>
              </w:rPr>
              <w:t>Page</w:t>
            </w:r>
          </w:p>
        </w:tc>
      </w:tr>
      <w:tr w:rsidR="00F30732" w14:paraId="56A4F4B7" w14:textId="77777777">
        <w:trPr>
          <w:trHeight w:val="320"/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1CB3E8" w14:textId="77777777" w:rsidR="00F30732" w:rsidRDefault="00000000">
            <w:r>
              <w:rPr>
                <w:sz w:val="17"/>
              </w:rPr>
              <w:t>Emergency Response Drill Record Form</w:t>
            </w:r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2EBD07" w14:textId="77777777" w:rsidR="00F30732" w:rsidRDefault="00000000">
            <w:r>
              <w:rPr>
                <w:sz w:val="17"/>
              </w:rPr>
              <w:t>THV-HSE-TMP-005</w:t>
            </w:r>
          </w:p>
        </w:tc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165EAE" w14:textId="77777777" w:rsidR="00F30732" w:rsidRDefault="00000000">
            <w:r>
              <w:rPr>
                <w:sz w:val="17"/>
              </w:rPr>
              <w:t>00</w:t>
            </w:r>
          </w:p>
        </w:tc>
        <w:tc>
          <w:tcPr>
            <w:tcW w:w="172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3B0856" w14:textId="77777777" w:rsidR="00F30732" w:rsidRDefault="00F30732"/>
        </w:tc>
        <w:tc>
          <w:tcPr>
            <w:tcW w:w="226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BB9DE4" w14:textId="7C63989D" w:rsidR="00F30732" w:rsidRDefault="00000000">
            <w:r>
              <w:rPr>
                <w:sz w:val="17"/>
              </w:rPr>
              <w:t xml:space="preserve">Page </w:t>
            </w:r>
            <w:r w:rsidR="001A6DB8">
              <w:rPr>
                <w:sz w:val="17"/>
              </w:rPr>
              <w:t>1</w:t>
            </w:r>
            <w:r>
              <w:rPr>
                <w:sz w:val="17"/>
              </w:rPr>
              <w:t xml:space="preserve"> of </w:t>
            </w:r>
            <w:r w:rsidR="001A6DB8">
              <w:rPr>
                <w:sz w:val="17"/>
              </w:rPr>
              <w:t>6</w:t>
            </w:r>
          </w:p>
        </w:tc>
      </w:tr>
    </w:tbl>
    <w:p w14:paraId="114CF5DD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1. DRILL INFORMATION &amp; IDENTIFICATION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872"/>
        <w:gridCol w:w="3218"/>
        <w:gridCol w:w="1872"/>
        <w:gridCol w:w="3218"/>
      </w:tblGrid>
      <w:tr w:rsidR="00F30732" w14:paraId="00EB1A42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80C98B" w14:textId="77777777" w:rsidR="00F30732" w:rsidRDefault="00000000">
            <w:r>
              <w:rPr>
                <w:b/>
                <w:sz w:val="17"/>
              </w:rPr>
              <w:t>Project / Site: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C0C46A" w14:textId="77777777" w:rsidR="00F30732" w:rsidRDefault="00F30732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3C1E6E" w14:textId="77777777" w:rsidR="00F30732" w:rsidRDefault="00000000">
            <w:r>
              <w:rPr>
                <w:b/>
                <w:sz w:val="17"/>
              </w:rPr>
              <w:t>Client / Organization: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68289E" w14:textId="77777777" w:rsidR="00F30732" w:rsidRDefault="00F30732"/>
        </w:tc>
      </w:tr>
      <w:tr w:rsidR="00F30732" w14:paraId="296D90FF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5AF5D2" w14:textId="77777777" w:rsidR="00F30732" w:rsidRDefault="00000000">
            <w:r>
              <w:rPr>
                <w:b/>
                <w:sz w:val="17"/>
              </w:rPr>
              <w:t>Contractor / Company: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955AB2" w14:textId="77777777" w:rsidR="00F30732" w:rsidRDefault="00F30732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C54910" w14:textId="77777777" w:rsidR="00F30732" w:rsidRDefault="00000000">
            <w:r>
              <w:rPr>
                <w:b/>
                <w:sz w:val="17"/>
              </w:rPr>
              <w:t>Department / Work Area: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90C1F5" w14:textId="77777777" w:rsidR="00F30732" w:rsidRDefault="00F30732"/>
        </w:tc>
      </w:tr>
      <w:tr w:rsidR="00F30732" w14:paraId="53FB3310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605AEE" w14:textId="77777777" w:rsidR="00F30732" w:rsidRDefault="00000000">
            <w:r>
              <w:rPr>
                <w:b/>
                <w:sz w:val="17"/>
              </w:rPr>
              <w:t>Drill Reference No.: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8D4F10" w14:textId="77777777" w:rsidR="00F30732" w:rsidRDefault="00F30732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1EFEF1" w14:textId="77777777" w:rsidR="00F30732" w:rsidRDefault="00000000">
            <w:r>
              <w:rPr>
                <w:b/>
                <w:sz w:val="17"/>
              </w:rPr>
              <w:t>Drill Date: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272D22" w14:textId="77777777" w:rsidR="00F30732" w:rsidRDefault="00F30732"/>
        </w:tc>
      </w:tr>
      <w:tr w:rsidR="00F30732" w14:paraId="23E66592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E2D21D" w14:textId="77777777" w:rsidR="00F30732" w:rsidRDefault="00000000">
            <w:r>
              <w:rPr>
                <w:b/>
                <w:sz w:val="17"/>
              </w:rPr>
              <w:t>Start Time / End Time: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A3928E" w14:textId="77777777" w:rsidR="00F30732" w:rsidRDefault="00F30732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3A1A44" w14:textId="77777777" w:rsidR="00F30732" w:rsidRDefault="00000000">
            <w:r>
              <w:rPr>
                <w:b/>
                <w:sz w:val="17"/>
              </w:rPr>
              <w:t>Drill Location: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0E83E3" w14:textId="77777777" w:rsidR="00F30732" w:rsidRDefault="00F30732"/>
        </w:tc>
      </w:tr>
      <w:tr w:rsidR="00F30732" w14:paraId="7CFCF3DC" w14:textId="77777777">
        <w:trPr>
          <w:trHeight w:val="360"/>
          <w:jc w:val="center"/>
        </w:trPr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D35E2A" w14:textId="77777777" w:rsidR="00F30732" w:rsidRDefault="00000000">
            <w:r>
              <w:rPr>
                <w:b/>
                <w:sz w:val="17"/>
              </w:rPr>
              <w:t>Drill Coordinator: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D06014" w14:textId="77777777" w:rsidR="00F30732" w:rsidRDefault="00F30732"/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02AB8B" w14:textId="77777777" w:rsidR="00F30732" w:rsidRDefault="00000000">
            <w:r>
              <w:rPr>
                <w:b/>
                <w:sz w:val="17"/>
              </w:rPr>
              <w:t>Lead Observer:</w:t>
            </w:r>
          </w:p>
        </w:tc>
        <w:tc>
          <w:tcPr>
            <w:tcW w:w="321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7BC9E3" w14:textId="77777777" w:rsidR="00F30732" w:rsidRDefault="00F30732"/>
        </w:tc>
      </w:tr>
    </w:tbl>
    <w:p w14:paraId="0F243C6E" w14:textId="77777777" w:rsidR="00F30732" w:rsidRDefault="00000000">
      <w:pPr>
        <w:spacing w:before="120" w:after="40"/>
      </w:pPr>
      <w:r>
        <w:rPr>
          <w:b/>
          <w:sz w:val="17"/>
        </w:rPr>
        <w:t>Drill Type / Emergency Scenario Simulated (Check applicable):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181"/>
      </w:tblGrid>
      <w:tr w:rsidR="00F30732" w14:paraId="5078A6CA" w14:textId="77777777">
        <w:trPr>
          <w:jc w:val="center"/>
        </w:trPr>
        <w:tc>
          <w:tcPr>
            <w:tcW w:w="1018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48"/>
              <w:gridCol w:w="2448"/>
              <w:gridCol w:w="2545"/>
              <w:gridCol w:w="2545"/>
            </w:tblGrid>
            <w:tr w:rsidR="00F30732" w14:paraId="6560CFDD" w14:textId="77777777" w:rsidTr="001A6DB8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E0B8CF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Fire / Smoke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1E99F7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Medical Emergency</w:t>
                  </w:r>
                </w:p>
              </w:tc>
              <w:tc>
                <w:tcPr>
                  <w:tcW w:w="2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057E7C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Evacuation</w:t>
                  </w:r>
                </w:p>
              </w:tc>
              <w:tc>
                <w:tcPr>
                  <w:tcW w:w="2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D2284C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Rescue</w:t>
                  </w:r>
                </w:p>
              </w:tc>
            </w:tr>
            <w:tr w:rsidR="00F30732" w14:paraId="7FA38876" w14:textId="77777777" w:rsidTr="001A6DB8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E132C79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Chemical Spill / Release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09DF9F8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Confined Space Emergency</w:t>
                  </w:r>
                </w:p>
              </w:tc>
              <w:tc>
                <w:tcPr>
                  <w:tcW w:w="2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8B7B08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Work at Height Rescue</w:t>
                  </w:r>
                </w:p>
              </w:tc>
              <w:tc>
                <w:tcPr>
                  <w:tcW w:w="2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CFBB6E1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Electrical Emergency</w:t>
                  </w:r>
                </w:p>
              </w:tc>
            </w:tr>
            <w:tr w:rsidR="00F30732" w14:paraId="06EF839A" w14:textId="77777777" w:rsidTr="001A6DB8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B715F2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Vehicle / Traffic Emergency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D1C126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Environmental Emergency</w:t>
                  </w:r>
                </w:p>
              </w:tc>
              <w:tc>
                <w:tcPr>
                  <w:tcW w:w="2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EBBFA6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Security / Intrusion</w:t>
                  </w:r>
                </w:p>
              </w:tc>
              <w:tc>
                <w:tcPr>
                  <w:tcW w:w="2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240C0F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Natural Hazard / Severe Weather</w:t>
                  </w:r>
                </w:p>
              </w:tc>
            </w:tr>
            <w:tr w:rsidR="00F30732" w14:paraId="29C5CDA5" w14:textId="77777777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9870DB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Multiple / Combined Scenario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2E4717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Other: __________________</w:t>
                  </w:r>
                </w:p>
              </w:tc>
              <w:tc>
                <w:tcPr>
                  <w:tcW w:w="2545" w:type="dxa"/>
                </w:tcPr>
                <w:p w14:paraId="266A2CC7" w14:textId="77777777" w:rsidR="00F30732" w:rsidRDefault="00F30732"/>
              </w:tc>
              <w:tc>
                <w:tcPr>
                  <w:tcW w:w="2545" w:type="dxa"/>
                </w:tcPr>
                <w:p w14:paraId="52448597" w14:textId="77777777" w:rsidR="00F30732" w:rsidRDefault="00F30732"/>
              </w:tc>
            </w:tr>
          </w:tbl>
          <w:p w14:paraId="246EF9FA" w14:textId="77777777" w:rsidR="00F30732" w:rsidRDefault="00F30732"/>
        </w:tc>
      </w:tr>
    </w:tbl>
    <w:p w14:paraId="3FA36B59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2. DRILL SCENARIO &amp; SIMULATION PARAMETERS</w:t>
      </w:r>
    </w:p>
    <w:p w14:paraId="7B5A189C" w14:textId="77777777" w:rsidR="00F30732" w:rsidRDefault="00000000">
      <w:pPr>
        <w:keepNext/>
        <w:spacing w:before="40" w:after="80"/>
      </w:pPr>
      <w:r>
        <w:rPr>
          <w:i/>
          <w:color w:val="595959"/>
          <w:sz w:val="17"/>
        </w:rPr>
        <w:t>Briefly describe the simulated emergency, how it was initiated, location, and conditions. Make it clear the event was a drill / simulation, not an actual emergency.</w:t>
      </w:r>
    </w:p>
    <w:p w14:paraId="4A6F0C5C" w14:textId="77777777" w:rsidR="00F30732" w:rsidRDefault="00000000">
      <w:pPr>
        <w:spacing w:before="40" w:after="40"/>
      </w:pPr>
      <w:r>
        <w:rPr>
          <w:b/>
        </w:rPr>
        <w:t>Simulated Emergency Scenario &amp; Initiation Description: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4B9D6102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3A10A5" w14:textId="77777777" w:rsidR="00F30732" w:rsidRDefault="00F30732">
            <w:pPr>
              <w:spacing w:after="0"/>
            </w:pPr>
          </w:p>
        </w:tc>
      </w:tr>
      <w:tr w:rsidR="00F30732" w14:paraId="511D3EF3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9F661C" w14:textId="77777777" w:rsidR="00F30732" w:rsidRDefault="00F30732">
            <w:pPr>
              <w:spacing w:after="0"/>
            </w:pPr>
          </w:p>
        </w:tc>
      </w:tr>
      <w:tr w:rsidR="00F30732" w14:paraId="56B91C53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04D700" w14:textId="77777777" w:rsidR="00F30732" w:rsidRDefault="00F30732">
            <w:pPr>
              <w:spacing w:after="0"/>
            </w:pPr>
          </w:p>
        </w:tc>
      </w:tr>
    </w:tbl>
    <w:p w14:paraId="168089A0" w14:textId="77777777" w:rsidR="00F30732" w:rsidRDefault="00000000">
      <w:pPr>
        <w:spacing w:before="80" w:after="40"/>
      </w:pPr>
      <w:r>
        <w:rPr>
          <w:b/>
        </w:rPr>
        <w:t>Scenario Assumptions, Boundaries &amp; Safety Precautions: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326016A9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C810F" w14:textId="77777777" w:rsidR="00F30732" w:rsidRDefault="00F30732">
            <w:pPr>
              <w:spacing w:after="0"/>
            </w:pPr>
          </w:p>
        </w:tc>
      </w:tr>
      <w:tr w:rsidR="00F30732" w14:paraId="060A3FBF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520EB0" w14:textId="77777777" w:rsidR="00F30732" w:rsidRDefault="00F30732">
            <w:pPr>
              <w:spacing w:after="0"/>
            </w:pPr>
          </w:p>
        </w:tc>
      </w:tr>
    </w:tbl>
    <w:p w14:paraId="523C32A4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3. DRILL OBJECTIVES</w:t>
      </w:r>
    </w:p>
    <w:p w14:paraId="6A6F9684" w14:textId="77777777" w:rsidR="00F30732" w:rsidRDefault="00000000">
      <w:pPr>
        <w:spacing w:before="40" w:after="40"/>
      </w:pPr>
      <w:r>
        <w:rPr>
          <w:b/>
        </w:rPr>
        <w:t>Primary Objective: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2EC47833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EE3718" w14:textId="77777777" w:rsidR="00F30732" w:rsidRDefault="00F30732">
            <w:pPr>
              <w:spacing w:after="0"/>
            </w:pPr>
          </w:p>
        </w:tc>
      </w:tr>
      <w:tr w:rsidR="00F30732" w14:paraId="46B0E1A0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440642" w14:textId="77777777" w:rsidR="00F30732" w:rsidRDefault="00F30732">
            <w:pPr>
              <w:spacing w:after="0"/>
            </w:pPr>
          </w:p>
        </w:tc>
      </w:tr>
      <w:tr w:rsidR="001A6DB8" w14:paraId="03254306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299DB" w14:textId="77777777" w:rsidR="001A6DB8" w:rsidRDefault="001A6DB8">
            <w:pPr>
              <w:spacing w:after="0"/>
            </w:pPr>
          </w:p>
        </w:tc>
      </w:tr>
    </w:tbl>
    <w:p w14:paraId="6C59E522" w14:textId="77777777" w:rsidR="001A6DB8" w:rsidRDefault="001A6DB8">
      <w:pPr>
        <w:spacing w:before="80" w:after="40"/>
        <w:rPr>
          <w:b/>
        </w:rPr>
      </w:pPr>
    </w:p>
    <w:p w14:paraId="0ACC9431" w14:textId="4788F633" w:rsidR="00F30732" w:rsidRDefault="00000000">
      <w:pPr>
        <w:spacing w:before="80" w:after="40"/>
      </w:pPr>
      <w:r>
        <w:rPr>
          <w:b/>
        </w:rPr>
        <w:lastRenderedPageBreak/>
        <w:t>Specific Objectives (e.g., test alarm, communication, response time, coordination):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5895831B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DBFD7" w14:textId="77777777" w:rsidR="00F30732" w:rsidRDefault="00F30732">
            <w:pPr>
              <w:spacing w:after="0"/>
            </w:pPr>
          </w:p>
        </w:tc>
      </w:tr>
      <w:tr w:rsidR="00F30732" w14:paraId="1F0E3638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D38124" w14:textId="77777777" w:rsidR="00F30732" w:rsidRDefault="00F30732">
            <w:pPr>
              <w:spacing w:after="0"/>
            </w:pPr>
          </w:p>
        </w:tc>
      </w:tr>
      <w:tr w:rsidR="00F30732" w14:paraId="406AE6C0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42CACC" w14:textId="77777777" w:rsidR="00F30732" w:rsidRDefault="00F30732">
            <w:pPr>
              <w:spacing w:after="0"/>
            </w:pPr>
          </w:p>
        </w:tc>
      </w:tr>
      <w:tr w:rsidR="00F30732" w14:paraId="401A5138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32A4A" w14:textId="77777777" w:rsidR="00F30732" w:rsidRDefault="00F30732">
            <w:pPr>
              <w:spacing w:after="0"/>
            </w:pPr>
          </w:p>
        </w:tc>
      </w:tr>
    </w:tbl>
    <w:p w14:paraId="4CAAA03E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4. DRILL PARTICIPANTS &amp; ATTENDANCE</w:t>
      </w:r>
    </w:p>
    <w:p w14:paraId="48D24EA1" w14:textId="77777777" w:rsidR="00F30732" w:rsidRDefault="00000000">
      <w:pPr>
        <w:keepNext/>
        <w:spacing w:before="40" w:after="80"/>
      </w:pPr>
      <w:r>
        <w:rPr>
          <w:i/>
          <w:color w:val="595959"/>
          <w:sz w:val="17"/>
        </w:rPr>
        <w:t>Record key participants and total attendance. Use the table below to log personnel involved in the exercise.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76"/>
        <w:gridCol w:w="3168"/>
        <w:gridCol w:w="2880"/>
        <w:gridCol w:w="3557"/>
      </w:tblGrid>
      <w:tr w:rsidR="00F30732" w14:paraId="0529594A" w14:textId="77777777">
        <w:trPr>
          <w:trHeight w:val="320"/>
          <w:tblHeader/>
          <w:jc w:val="center"/>
        </w:trPr>
        <w:tc>
          <w:tcPr>
            <w:tcW w:w="57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F43BD" w14:textId="77777777" w:rsidR="00F30732" w:rsidRDefault="00000000">
            <w:r>
              <w:rPr>
                <w:b/>
                <w:sz w:val="17"/>
              </w:rPr>
              <w:t>No.</w:t>
            </w:r>
          </w:p>
        </w:tc>
        <w:tc>
          <w:tcPr>
            <w:tcW w:w="3168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768DEB" w14:textId="77777777" w:rsidR="00F30732" w:rsidRDefault="00000000">
            <w:r>
              <w:rPr>
                <w:b/>
                <w:sz w:val="17"/>
              </w:rPr>
              <w:t>Name</w:t>
            </w:r>
          </w:p>
        </w:tc>
        <w:tc>
          <w:tcPr>
            <w:tcW w:w="2880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2F2533" w14:textId="77777777" w:rsidR="00F30732" w:rsidRDefault="00000000">
            <w:r>
              <w:rPr>
                <w:b/>
                <w:sz w:val="17"/>
              </w:rPr>
              <w:t>Position / Role</w:t>
            </w:r>
          </w:p>
        </w:tc>
        <w:tc>
          <w:tcPr>
            <w:tcW w:w="3557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B2CB2D" w14:textId="77777777" w:rsidR="00F30732" w:rsidRDefault="00000000">
            <w:r>
              <w:rPr>
                <w:b/>
                <w:sz w:val="17"/>
              </w:rPr>
              <w:t>Company / Department &amp; Drill Role</w:t>
            </w:r>
          </w:p>
        </w:tc>
      </w:tr>
      <w:tr w:rsidR="00F30732" w14:paraId="5719C4AB" w14:textId="77777777">
        <w:trPr>
          <w:trHeight w:val="36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5328E0" w14:textId="77777777" w:rsidR="00F30732" w:rsidRDefault="0000000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3EDAB" w14:textId="77777777" w:rsidR="00F30732" w:rsidRDefault="00F30732"/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1A038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FC8226" w14:textId="77777777" w:rsidR="00F30732" w:rsidRDefault="00F30732"/>
        </w:tc>
      </w:tr>
      <w:tr w:rsidR="00F30732" w14:paraId="7B51B4F9" w14:textId="77777777">
        <w:trPr>
          <w:trHeight w:val="36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9ABE4C" w14:textId="77777777" w:rsidR="00F30732" w:rsidRDefault="0000000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32BD8" w14:textId="77777777" w:rsidR="00F30732" w:rsidRDefault="00F30732"/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5ED30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D91D9C" w14:textId="77777777" w:rsidR="00F30732" w:rsidRDefault="00F30732"/>
        </w:tc>
      </w:tr>
      <w:tr w:rsidR="00F30732" w14:paraId="5C2D756E" w14:textId="77777777">
        <w:trPr>
          <w:trHeight w:val="36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8A35B" w14:textId="77777777" w:rsidR="00F30732" w:rsidRDefault="0000000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F86F0" w14:textId="77777777" w:rsidR="00F30732" w:rsidRDefault="00F30732"/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A89DD2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B6C10" w14:textId="77777777" w:rsidR="00F30732" w:rsidRDefault="00F30732"/>
        </w:tc>
      </w:tr>
      <w:tr w:rsidR="00F30732" w14:paraId="13A06161" w14:textId="77777777">
        <w:trPr>
          <w:trHeight w:val="36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FEF213" w14:textId="77777777" w:rsidR="00F30732" w:rsidRDefault="0000000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999913" w14:textId="77777777" w:rsidR="00F30732" w:rsidRDefault="00F30732"/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21D08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709F68" w14:textId="77777777" w:rsidR="00F30732" w:rsidRDefault="00F30732"/>
        </w:tc>
      </w:tr>
      <w:tr w:rsidR="00F30732" w14:paraId="74CD8330" w14:textId="77777777">
        <w:trPr>
          <w:trHeight w:val="36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47ED0" w14:textId="77777777" w:rsidR="00F30732" w:rsidRDefault="00000000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1AA5C" w14:textId="77777777" w:rsidR="00F30732" w:rsidRDefault="00F30732"/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315920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4E1F6" w14:textId="77777777" w:rsidR="00F30732" w:rsidRDefault="00F30732"/>
        </w:tc>
      </w:tr>
      <w:tr w:rsidR="00F30732" w14:paraId="686A5BD6" w14:textId="77777777">
        <w:trPr>
          <w:trHeight w:val="36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2ECD10" w14:textId="77777777" w:rsidR="00F30732" w:rsidRDefault="00000000">
            <w:pPr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DA5C6" w14:textId="77777777" w:rsidR="00F30732" w:rsidRDefault="00F30732"/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D50ED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6968C" w14:textId="77777777" w:rsidR="00F30732" w:rsidRDefault="00F30732"/>
        </w:tc>
      </w:tr>
      <w:tr w:rsidR="00F30732" w14:paraId="45EBDB4E" w14:textId="77777777">
        <w:trPr>
          <w:trHeight w:val="36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21EEC" w14:textId="77777777" w:rsidR="00F30732" w:rsidRDefault="00000000">
            <w:pPr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91915" w14:textId="77777777" w:rsidR="00F30732" w:rsidRDefault="00F30732"/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C3E9D6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EE7ADA" w14:textId="77777777" w:rsidR="00F30732" w:rsidRDefault="00F30732"/>
        </w:tc>
      </w:tr>
      <w:tr w:rsidR="00F30732" w14:paraId="5A7F8A01" w14:textId="77777777">
        <w:trPr>
          <w:trHeight w:val="36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491E93" w14:textId="77777777" w:rsidR="00F30732" w:rsidRDefault="00000000">
            <w:pPr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269BB6" w14:textId="77777777" w:rsidR="00F30732" w:rsidRDefault="00F30732"/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05255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37014" w14:textId="77777777" w:rsidR="00F30732" w:rsidRDefault="00F30732"/>
        </w:tc>
      </w:tr>
    </w:tbl>
    <w:p w14:paraId="03ADC511" w14:textId="77777777" w:rsidR="00F30732" w:rsidRDefault="00000000">
      <w:pPr>
        <w:spacing w:before="80" w:after="40"/>
      </w:pPr>
      <w:r>
        <w:rPr>
          <w:b/>
          <w:sz w:val="17"/>
        </w:rPr>
        <w:t>Total Participants / Personnel Involved: ____________________________________</w:t>
      </w:r>
    </w:p>
    <w:p w14:paraId="3C6DC5FA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5. EMERGENCY RESPONSE TEAM &amp; KEY ROLES ASSIGNMENT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600"/>
        <w:gridCol w:w="3600"/>
        <w:gridCol w:w="2981"/>
      </w:tblGrid>
      <w:tr w:rsidR="00F30732" w14:paraId="4DA3C103" w14:textId="77777777">
        <w:trPr>
          <w:trHeight w:val="320"/>
          <w:jc w:val="center"/>
        </w:trPr>
        <w:tc>
          <w:tcPr>
            <w:tcW w:w="3600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0CAC4" w14:textId="77777777" w:rsidR="00F30732" w:rsidRDefault="00000000">
            <w:r>
              <w:rPr>
                <w:b/>
                <w:sz w:val="17"/>
              </w:rPr>
              <w:t>Emergency Response Role</w:t>
            </w:r>
          </w:p>
        </w:tc>
        <w:tc>
          <w:tcPr>
            <w:tcW w:w="3600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7FB989" w14:textId="77777777" w:rsidR="00F30732" w:rsidRDefault="00000000">
            <w:r>
              <w:rPr>
                <w:b/>
                <w:sz w:val="17"/>
              </w:rPr>
              <w:t>Assigned Name</w:t>
            </w:r>
          </w:p>
        </w:tc>
        <w:tc>
          <w:tcPr>
            <w:tcW w:w="2981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DB209" w14:textId="77777777" w:rsidR="00F30732" w:rsidRDefault="00000000">
            <w:r>
              <w:rPr>
                <w:b/>
                <w:sz w:val="17"/>
              </w:rPr>
              <w:t>Contact / Radio Identifier</w:t>
            </w:r>
          </w:p>
        </w:tc>
      </w:tr>
      <w:tr w:rsidR="00F30732" w14:paraId="0CF69B30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05D58" w14:textId="77777777" w:rsidR="00F30732" w:rsidRDefault="00000000">
            <w:r>
              <w:rPr>
                <w:b/>
                <w:sz w:val="17"/>
              </w:rPr>
              <w:t>Drill Coordinator</w:t>
            </w:r>
          </w:p>
        </w:tc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79B6DC" w14:textId="77777777" w:rsidR="00F30732" w:rsidRDefault="00F30732"/>
        </w:tc>
        <w:tc>
          <w:tcPr>
            <w:tcW w:w="298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8F11D" w14:textId="77777777" w:rsidR="00F30732" w:rsidRDefault="00F30732"/>
        </w:tc>
      </w:tr>
      <w:tr w:rsidR="00F30732" w14:paraId="17559498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AC3602" w14:textId="77777777" w:rsidR="00F30732" w:rsidRDefault="00000000">
            <w:r>
              <w:rPr>
                <w:b/>
                <w:sz w:val="17"/>
              </w:rPr>
              <w:t>Emergency Response Lead</w:t>
            </w:r>
          </w:p>
        </w:tc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0E60F" w14:textId="77777777" w:rsidR="00F30732" w:rsidRDefault="00F30732"/>
        </w:tc>
        <w:tc>
          <w:tcPr>
            <w:tcW w:w="298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A6A6B0" w14:textId="77777777" w:rsidR="00F30732" w:rsidRDefault="00F30732"/>
        </w:tc>
      </w:tr>
      <w:tr w:rsidR="00F30732" w14:paraId="08991544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238DA" w14:textId="77777777" w:rsidR="00F30732" w:rsidRDefault="00000000">
            <w:r>
              <w:rPr>
                <w:b/>
                <w:sz w:val="17"/>
              </w:rPr>
              <w:t>First Aider / Medical Response</w:t>
            </w:r>
          </w:p>
        </w:tc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BCE6D" w14:textId="77777777" w:rsidR="00F30732" w:rsidRDefault="00F30732"/>
        </w:tc>
        <w:tc>
          <w:tcPr>
            <w:tcW w:w="298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AED2A" w14:textId="77777777" w:rsidR="00F30732" w:rsidRDefault="00F30732"/>
        </w:tc>
      </w:tr>
      <w:tr w:rsidR="00F30732" w14:paraId="58A19001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D17D3C" w14:textId="77777777" w:rsidR="00F30732" w:rsidRDefault="00000000">
            <w:r>
              <w:rPr>
                <w:b/>
                <w:sz w:val="17"/>
              </w:rPr>
              <w:t>Fire / Rescue Team Lead</w:t>
            </w:r>
          </w:p>
        </w:tc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BE5517" w14:textId="77777777" w:rsidR="00F30732" w:rsidRDefault="00F30732"/>
        </w:tc>
        <w:tc>
          <w:tcPr>
            <w:tcW w:w="298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33B96" w14:textId="77777777" w:rsidR="00F30732" w:rsidRDefault="00F30732"/>
        </w:tc>
      </w:tr>
      <w:tr w:rsidR="00F30732" w14:paraId="62BBB254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1E5E24" w14:textId="77777777" w:rsidR="00F30732" w:rsidRDefault="00000000">
            <w:r>
              <w:rPr>
                <w:b/>
                <w:sz w:val="17"/>
              </w:rPr>
              <w:t>Security / Access Control</w:t>
            </w:r>
          </w:p>
        </w:tc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0E5482" w14:textId="77777777" w:rsidR="00F30732" w:rsidRDefault="00F30732"/>
        </w:tc>
        <w:tc>
          <w:tcPr>
            <w:tcW w:w="298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CCD95E" w14:textId="77777777" w:rsidR="00F30732" w:rsidRDefault="00F30732"/>
        </w:tc>
      </w:tr>
      <w:tr w:rsidR="00F30732" w14:paraId="2B90715F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B52FC8" w14:textId="77777777" w:rsidR="00F30732" w:rsidRDefault="00000000">
            <w:r>
              <w:rPr>
                <w:b/>
                <w:sz w:val="17"/>
              </w:rPr>
              <w:t>Evacuation / Muster Coordinator</w:t>
            </w:r>
          </w:p>
        </w:tc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701BF" w14:textId="77777777" w:rsidR="00F30732" w:rsidRDefault="00F30732"/>
        </w:tc>
        <w:tc>
          <w:tcPr>
            <w:tcW w:w="298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0ABA0D" w14:textId="77777777" w:rsidR="00F30732" w:rsidRDefault="00F30732"/>
        </w:tc>
      </w:tr>
      <w:tr w:rsidR="00F30732" w14:paraId="67893C48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A0BAC" w14:textId="77777777" w:rsidR="00F30732" w:rsidRDefault="00000000">
            <w:r>
              <w:rPr>
                <w:b/>
                <w:sz w:val="17"/>
              </w:rPr>
              <w:t>Communications Coordinator</w:t>
            </w:r>
          </w:p>
        </w:tc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EAE3D" w14:textId="77777777" w:rsidR="00F30732" w:rsidRDefault="00F30732"/>
        </w:tc>
        <w:tc>
          <w:tcPr>
            <w:tcW w:w="298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F0B17" w14:textId="77777777" w:rsidR="00F30732" w:rsidRDefault="00F30732"/>
        </w:tc>
      </w:tr>
      <w:tr w:rsidR="00F30732" w14:paraId="6CE46616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DA8893" w14:textId="77777777" w:rsidR="00F30732" w:rsidRDefault="00000000">
            <w:r>
              <w:rPr>
                <w:b/>
                <w:sz w:val="17"/>
              </w:rPr>
              <w:t>Other Designated Role: __________________</w:t>
            </w:r>
          </w:p>
        </w:tc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B630E3" w14:textId="77777777" w:rsidR="00F30732" w:rsidRDefault="00F30732"/>
        </w:tc>
        <w:tc>
          <w:tcPr>
            <w:tcW w:w="298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E6B39" w14:textId="77777777" w:rsidR="00F30732" w:rsidRDefault="00F30732"/>
        </w:tc>
      </w:tr>
    </w:tbl>
    <w:p w14:paraId="112D47EA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lastRenderedPageBreak/>
        <w:t>6. PRE-DRILL PREPARATION &amp; SAFETY CHECKLIST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181"/>
      </w:tblGrid>
      <w:tr w:rsidR="00F30732" w14:paraId="0B480105" w14:textId="77777777">
        <w:trPr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48"/>
              <w:gridCol w:w="2448"/>
              <w:gridCol w:w="2448"/>
              <w:gridCol w:w="2448"/>
            </w:tblGrid>
            <w:tr w:rsidR="00F30732" w14:paraId="4D68FE3D" w14:textId="77777777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3B3AAD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Drill scenario approved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4706FF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Drill objectives established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E419C3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Relevant personnel identified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BD1F5D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ERT briefed &amp; prepared</w:t>
                  </w:r>
                </w:p>
              </w:tc>
            </w:tr>
            <w:tr w:rsidR="00F30732" w14:paraId="14F00E19" w14:textId="77777777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FEE40A0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Drill area identified / secured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322B7F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Emergency equipment available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BB53CB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Communication method confirmed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8A767B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Access / egress considered</w:t>
                  </w:r>
                </w:p>
              </w:tc>
            </w:tr>
            <w:tr w:rsidR="00F30732" w14:paraId="13590D47" w14:textId="77777777"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599E83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Muster location confirmed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22F8BC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Observers assigned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AD026A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Participants informed as appropriate</w:t>
                  </w:r>
                </w:p>
              </w:tc>
              <w:tc>
                <w:tcPr>
                  <w:tcW w:w="244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42663D" w14:textId="77777777" w:rsidR="00F30732" w:rsidRDefault="00000000">
                  <w:pPr>
                    <w:spacing w:after="0"/>
                  </w:pPr>
                  <w:r>
                    <w:rPr>
                      <w:sz w:val="16"/>
                    </w:rPr>
                    <w:t>☐ Safety precautions established</w:t>
                  </w:r>
                </w:p>
              </w:tc>
            </w:tr>
          </w:tbl>
          <w:p w14:paraId="5A5F0B79" w14:textId="77777777" w:rsidR="00F30732" w:rsidRDefault="00F30732"/>
        </w:tc>
      </w:tr>
    </w:tbl>
    <w:p w14:paraId="645BCB0C" w14:textId="77777777" w:rsidR="00F30732" w:rsidRDefault="00000000">
      <w:pPr>
        <w:spacing w:before="80" w:after="40"/>
      </w:pPr>
      <w:r>
        <w:rPr>
          <w:b/>
        </w:rPr>
        <w:t>Pre-Drill Preparation Remarks / Briefing Notes: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2266826B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967F9" w14:textId="77777777" w:rsidR="00F30732" w:rsidRDefault="00F30732">
            <w:pPr>
              <w:spacing w:after="0"/>
            </w:pPr>
          </w:p>
        </w:tc>
      </w:tr>
      <w:tr w:rsidR="00F30732" w14:paraId="66FCA519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5F6DF" w14:textId="77777777" w:rsidR="00F30732" w:rsidRDefault="00F30732">
            <w:pPr>
              <w:spacing w:after="0"/>
            </w:pPr>
          </w:p>
        </w:tc>
      </w:tr>
      <w:tr w:rsidR="001A6DB8" w14:paraId="3CA47383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8E5CB" w14:textId="77777777" w:rsidR="001A6DB8" w:rsidRDefault="001A6DB8">
            <w:pPr>
              <w:spacing w:after="0"/>
            </w:pPr>
          </w:p>
        </w:tc>
      </w:tr>
    </w:tbl>
    <w:p w14:paraId="055692FE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7. DRILL RESPONSE TIMELINE &amp; OBSERVATIONS</w:t>
      </w:r>
    </w:p>
    <w:p w14:paraId="6551C4C1" w14:textId="77777777" w:rsidR="00F30732" w:rsidRDefault="00000000">
      <w:pPr>
        <w:keepNext/>
        <w:spacing w:before="40" w:after="80"/>
      </w:pPr>
      <w:r>
        <w:rPr>
          <w:i/>
          <w:color w:val="595959"/>
          <w:sz w:val="17"/>
        </w:rPr>
        <w:t>Record expected vs. actual execution times during the exercise. Do not apply universal time limits unless dictated by site procedures.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456"/>
        <w:gridCol w:w="1584"/>
        <w:gridCol w:w="1584"/>
        <w:gridCol w:w="3557"/>
      </w:tblGrid>
      <w:tr w:rsidR="00F30732" w14:paraId="65C112FB" w14:textId="77777777">
        <w:trPr>
          <w:trHeight w:val="320"/>
          <w:tblHeader/>
          <w:jc w:val="center"/>
        </w:trPr>
        <w:tc>
          <w:tcPr>
            <w:tcW w:w="345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F61FF2" w14:textId="77777777" w:rsidR="00F30732" w:rsidRDefault="00000000">
            <w:r>
              <w:rPr>
                <w:b/>
                <w:sz w:val="17"/>
              </w:rPr>
              <w:t>Event / Action Stage</w:t>
            </w:r>
          </w:p>
        </w:tc>
        <w:tc>
          <w:tcPr>
            <w:tcW w:w="1584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3435BE" w14:textId="77777777" w:rsidR="00F30732" w:rsidRDefault="00000000">
            <w:r>
              <w:rPr>
                <w:b/>
                <w:sz w:val="17"/>
              </w:rPr>
              <w:t>Expected Time</w:t>
            </w:r>
          </w:p>
        </w:tc>
        <w:tc>
          <w:tcPr>
            <w:tcW w:w="1584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EA805" w14:textId="77777777" w:rsidR="00F30732" w:rsidRDefault="00000000">
            <w:r>
              <w:rPr>
                <w:b/>
                <w:sz w:val="17"/>
              </w:rPr>
              <w:t>Actual Time</w:t>
            </w:r>
          </w:p>
        </w:tc>
        <w:tc>
          <w:tcPr>
            <w:tcW w:w="3557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80942B" w14:textId="77777777" w:rsidR="00F30732" w:rsidRDefault="00000000">
            <w:r>
              <w:rPr>
                <w:b/>
                <w:sz w:val="17"/>
              </w:rPr>
              <w:t>Observations &amp; Remarks</w:t>
            </w:r>
          </w:p>
        </w:tc>
      </w:tr>
      <w:tr w:rsidR="00F30732" w14:paraId="1B6C35DA" w14:textId="77777777">
        <w:trPr>
          <w:trHeight w:val="360"/>
          <w:jc w:val="center"/>
        </w:trPr>
        <w:tc>
          <w:tcPr>
            <w:tcW w:w="345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20D76" w14:textId="77777777" w:rsidR="00F30732" w:rsidRDefault="00000000">
            <w:r>
              <w:rPr>
                <w:b/>
                <w:sz w:val="17"/>
              </w:rPr>
              <w:t>Emergency detected / simulated</w:t>
            </w:r>
          </w:p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CB3F62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4B7270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71F260" w14:textId="77777777" w:rsidR="00F30732" w:rsidRDefault="00F30732"/>
        </w:tc>
      </w:tr>
      <w:tr w:rsidR="00F30732" w14:paraId="14FCFB9A" w14:textId="77777777">
        <w:trPr>
          <w:trHeight w:val="360"/>
          <w:jc w:val="center"/>
        </w:trPr>
        <w:tc>
          <w:tcPr>
            <w:tcW w:w="345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5AB208" w14:textId="77777777" w:rsidR="00F30732" w:rsidRDefault="00000000">
            <w:r>
              <w:rPr>
                <w:b/>
                <w:sz w:val="17"/>
              </w:rPr>
              <w:t>Alarm / notification initiated</w:t>
            </w:r>
          </w:p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C9B79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953E21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D7BA4" w14:textId="77777777" w:rsidR="00F30732" w:rsidRDefault="00F30732"/>
        </w:tc>
      </w:tr>
      <w:tr w:rsidR="00F30732" w14:paraId="49515F0B" w14:textId="77777777">
        <w:trPr>
          <w:trHeight w:val="360"/>
          <w:jc w:val="center"/>
        </w:trPr>
        <w:tc>
          <w:tcPr>
            <w:tcW w:w="345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CFF30" w14:textId="77777777" w:rsidR="00F30732" w:rsidRDefault="00000000">
            <w:r>
              <w:rPr>
                <w:b/>
                <w:sz w:val="17"/>
              </w:rPr>
              <w:t>Emergency response team activated</w:t>
            </w:r>
          </w:p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E6AFC6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228E1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71370" w14:textId="77777777" w:rsidR="00F30732" w:rsidRDefault="00F30732"/>
        </w:tc>
      </w:tr>
      <w:tr w:rsidR="00F30732" w14:paraId="051B3B0A" w14:textId="77777777">
        <w:trPr>
          <w:trHeight w:val="360"/>
          <w:jc w:val="center"/>
        </w:trPr>
        <w:tc>
          <w:tcPr>
            <w:tcW w:w="345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7FB0B" w14:textId="77777777" w:rsidR="00F30732" w:rsidRDefault="00000000">
            <w:r>
              <w:rPr>
                <w:b/>
                <w:sz w:val="17"/>
              </w:rPr>
              <w:t>Evacuation / response started</w:t>
            </w:r>
          </w:p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6AADE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5C044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DE4B1" w14:textId="77777777" w:rsidR="00F30732" w:rsidRDefault="00F30732"/>
        </w:tc>
      </w:tr>
      <w:tr w:rsidR="00F30732" w14:paraId="2CC6F1E0" w14:textId="77777777">
        <w:trPr>
          <w:trHeight w:val="360"/>
          <w:jc w:val="center"/>
        </w:trPr>
        <w:tc>
          <w:tcPr>
            <w:tcW w:w="345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48EDB" w14:textId="77777777" w:rsidR="00F30732" w:rsidRDefault="00000000">
            <w:r>
              <w:rPr>
                <w:b/>
                <w:sz w:val="17"/>
              </w:rPr>
              <w:t>Personnel reached muster / safe location</w:t>
            </w:r>
          </w:p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91F15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8A32F6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D1CD8A" w14:textId="77777777" w:rsidR="00F30732" w:rsidRDefault="00F30732"/>
        </w:tc>
      </w:tr>
      <w:tr w:rsidR="00F30732" w14:paraId="24EBD8EF" w14:textId="77777777">
        <w:trPr>
          <w:trHeight w:val="360"/>
          <w:jc w:val="center"/>
        </w:trPr>
        <w:tc>
          <w:tcPr>
            <w:tcW w:w="345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9EC30" w14:textId="77777777" w:rsidR="00F30732" w:rsidRDefault="00000000">
            <w:r>
              <w:rPr>
                <w:b/>
                <w:sz w:val="17"/>
              </w:rPr>
              <w:t>Headcount / accountability completed</w:t>
            </w:r>
          </w:p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26CC69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7CA791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55431" w14:textId="77777777" w:rsidR="00F30732" w:rsidRDefault="00F30732"/>
        </w:tc>
      </w:tr>
      <w:tr w:rsidR="00F30732" w14:paraId="7FD9355F" w14:textId="77777777">
        <w:trPr>
          <w:trHeight w:val="360"/>
          <w:jc w:val="center"/>
        </w:trPr>
        <w:tc>
          <w:tcPr>
            <w:tcW w:w="345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E097E" w14:textId="77777777" w:rsidR="00F30732" w:rsidRDefault="00000000">
            <w:r>
              <w:rPr>
                <w:b/>
                <w:sz w:val="17"/>
              </w:rPr>
              <w:t>Emergency response completed / controlled</w:t>
            </w:r>
          </w:p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ED0E1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D04B17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DD74DE" w14:textId="77777777" w:rsidR="00F30732" w:rsidRDefault="00F30732"/>
        </w:tc>
      </w:tr>
      <w:tr w:rsidR="00F30732" w14:paraId="39ACE261" w14:textId="77777777">
        <w:trPr>
          <w:trHeight w:val="360"/>
          <w:jc w:val="center"/>
        </w:trPr>
        <w:tc>
          <w:tcPr>
            <w:tcW w:w="345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17DB7" w14:textId="77777777" w:rsidR="00F30732" w:rsidRDefault="00000000">
            <w:r>
              <w:rPr>
                <w:b/>
                <w:sz w:val="17"/>
              </w:rPr>
              <w:t>Drill terminated &amp; debrief initiated</w:t>
            </w:r>
          </w:p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A0A73A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C3C6D" w14:textId="77777777" w:rsidR="00F30732" w:rsidRDefault="00F30732"/>
        </w:tc>
        <w:tc>
          <w:tcPr>
            <w:tcW w:w="355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E71211" w14:textId="77777777" w:rsidR="00F30732" w:rsidRDefault="00F30732"/>
        </w:tc>
      </w:tr>
    </w:tbl>
    <w:p w14:paraId="387572AA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8. EMERGENCY COMMUNICATION EVALUATION</w:t>
      </w:r>
    </w:p>
    <w:p w14:paraId="0CBCABEB" w14:textId="77777777" w:rsidR="00F30732" w:rsidRDefault="00000000">
      <w:pPr>
        <w:spacing w:before="40" w:after="40"/>
      </w:pPr>
      <w:r>
        <w:rPr>
          <w:b/>
          <w:sz w:val="17"/>
        </w:rPr>
        <w:t xml:space="preserve">Communication Method Used: </w:t>
      </w:r>
      <w:r>
        <w:rPr>
          <w:sz w:val="17"/>
        </w:rPr>
        <w:t>☐ Alarm   ☐ Radio   ☐ Telephone   ☐ PA System   ☐ Verbal Notification   ☐ Other: _________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600"/>
        <w:gridCol w:w="1296"/>
        <w:gridCol w:w="1440"/>
        <w:gridCol w:w="3845"/>
      </w:tblGrid>
      <w:tr w:rsidR="00F30732" w14:paraId="3C0C29CE" w14:textId="77777777">
        <w:trPr>
          <w:trHeight w:val="320"/>
          <w:jc w:val="center"/>
        </w:trPr>
        <w:tc>
          <w:tcPr>
            <w:tcW w:w="3600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1C06C6" w14:textId="77777777" w:rsidR="00F30732" w:rsidRDefault="00000000">
            <w:r>
              <w:rPr>
                <w:b/>
                <w:sz w:val="17"/>
              </w:rPr>
              <w:t>Evaluation Item</w:t>
            </w:r>
          </w:p>
        </w:tc>
        <w:tc>
          <w:tcPr>
            <w:tcW w:w="129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CC0CE" w14:textId="77777777" w:rsidR="00F30732" w:rsidRDefault="00000000">
            <w:r>
              <w:rPr>
                <w:b/>
                <w:sz w:val="17"/>
              </w:rPr>
              <w:t>Satisfactory</w:t>
            </w:r>
          </w:p>
        </w:tc>
        <w:tc>
          <w:tcPr>
            <w:tcW w:w="1440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BD87BC" w14:textId="77777777" w:rsidR="00F30732" w:rsidRDefault="00000000">
            <w:r>
              <w:rPr>
                <w:b/>
                <w:sz w:val="17"/>
              </w:rPr>
              <w:t>Needs Imp.</w:t>
            </w:r>
          </w:p>
        </w:tc>
        <w:tc>
          <w:tcPr>
            <w:tcW w:w="3845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D1C87" w14:textId="77777777" w:rsidR="00F30732" w:rsidRDefault="00000000">
            <w:r>
              <w:rPr>
                <w:b/>
                <w:sz w:val="17"/>
              </w:rPr>
              <w:t>N/A &amp; Remarks</w:t>
            </w:r>
          </w:p>
        </w:tc>
      </w:tr>
      <w:tr w:rsidR="00F30732" w14:paraId="54ED7F0C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C979B" w14:textId="77777777" w:rsidR="00F30732" w:rsidRDefault="00000000">
            <w:r>
              <w:rPr>
                <w:b/>
                <w:sz w:val="17"/>
              </w:rPr>
              <w:t>Alarm / notification was effective &amp; heard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0F1FF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909190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2D178E" w14:textId="77777777" w:rsidR="00F30732" w:rsidRDefault="00F30732"/>
        </w:tc>
      </w:tr>
      <w:tr w:rsidR="00F30732" w14:paraId="09A957A5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2FCEBE" w14:textId="77777777" w:rsidR="00F30732" w:rsidRDefault="00000000">
            <w:r>
              <w:rPr>
                <w:b/>
                <w:sz w:val="17"/>
              </w:rPr>
              <w:t>Emergency message was clear &amp; concise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1B31A1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BC8D4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43099" w14:textId="77777777" w:rsidR="00F30732" w:rsidRDefault="00F30732"/>
        </w:tc>
      </w:tr>
      <w:tr w:rsidR="00F30732" w14:paraId="46E3F5C3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4044C" w14:textId="77777777" w:rsidR="00F30732" w:rsidRDefault="00000000">
            <w:r>
              <w:rPr>
                <w:b/>
                <w:sz w:val="17"/>
              </w:rPr>
              <w:t>Communication reached all relevant personnel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75A9A9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A67E7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0C289" w14:textId="77777777" w:rsidR="00F30732" w:rsidRDefault="00F30732"/>
        </w:tc>
      </w:tr>
      <w:tr w:rsidR="00F30732" w14:paraId="608C084B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80B4A" w14:textId="77777777" w:rsidR="00F30732" w:rsidRDefault="00000000">
            <w:r>
              <w:rPr>
                <w:b/>
                <w:sz w:val="17"/>
              </w:rPr>
              <w:t>Communication equipment functioned properly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B5DA5D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722BD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4C775E" w14:textId="77777777" w:rsidR="00F30732" w:rsidRDefault="00F30732"/>
        </w:tc>
      </w:tr>
      <w:tr w:rsidR="00F30732" w14:paraId="0F415F54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271975" w14:textId="77777777" w:rsidR="00F30732" w:rsidRDefault="00000000">
            <w:r>
              <w:rPr>
                <w:b/>
                <w:sz w:val="17"/>
              </w:rPr>
              <w:t>Coordination between response teams was effective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89324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1ACD0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4F6E24" w14:textId="77777777" w:rsidR="00F30732" w:rsidRDefault="00F30732"/>
        </w:tc>
      </w:tr>
    </w:tbl>
    <w:p w14:paraId="59F2E3EB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lastRenderedPageBreak/>
        <w:t>9. EVACUATION &amp; RESPONSE PERFORMANCE EVALUATION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600"/>
        <w:gridCol w:w="1296"/>
        <w:gridCol w:w="1440"/>
        <w:gridCol w:w="3845"/>
      </w:tblGrid>
      <w:tr w:rsidR="00F30732" w14:paraId="4E93FD44" w14:textId="77777777">
        <w:trPr>
          <w:trHeight w:val="320"/>
          <w:tblHeader/>
          <w:jc w:val="center"/>
        </w:trPr>
        <w:tc>
          <w:tcPr>
            <w:tcW w:w="3600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E965F" w14:textId="77777777" w:rsidR="00F30732" w:rsidRDefault="00000000">
            <w:r>
              <w:rPr>
                <w:b/>
                <w:sz w:val="17"/>
              </w:rPr>
              <w:t>Evaluation Area</w:t>
            </w:r>
          </w:p>
        </w:tc>
        <w:tc>
          <w:tcPr>
            <w:tcW w:w="129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B98D8" w14:textId="77777777" w:rsidR="00F30732" w:rsidRDefault="00000000">
            <w:r>
              <w:rPr>
                <w:b/>
                <w:sz w:val="17"/>
              </w:rPr>
              <w:t>Satisfactory</w:t>
            </w:r>
          </w:p>
        </w:tc>
        <w:tc>
          <w:tcPr>
            <w:tcW w:w="1440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A38A9C" w14:textId="77777777" w:rsidR="00F30732" w:rsidRDefault="00000000">
            <w:r>
              <w:rPr>
                <w:b/>
                <w:sz w:val="17"/>
              </w:rPr>
              <w:t>Needs Imp.</w:t>
            </w:r>
          </w:p>
        </w:tc>
        <w:tc>
          <w:tcPr>
            <w:tcW w:w="3845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094B21" w14:textId="77777777" w:rsidR="00F30732" w:rsidRDefault="00000000">
            <w:r>
              <w:rPr>
                <w:b/>
                <w:sz w:val="17"/>
              </w:rPr>
              <w:t>N/A &amp; Remarks</w:t>
            </w:r>
          </w:p>
        </w:tc>
      </w:tr>
      <w:tr w:rsidR="00F30732" w14:paraId="54285D34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67F019" w14:textId="77777777" w:rsidR="00F30732" w:rsidRDefault="00000000">
            <w:r>
              <w:rPr>
                <w:b/>
                <w:sz w:val="17"/>
              </w:rPr>
              <w:t>Emergency response initiated appropriately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2B31F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4E5D0B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542BFD" w14:textId="77777777" w:rsidR="00F30732" w:rsidRDefault="00F30732"/>
        </w:tc>
      </w:tr>
      <w:tr w:rsidR="00F30732" w14:paraId="603509C0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8C7AFE" w14:textId="77777777" w:rsidR="00F30732" w:rsidRDefault="00000000">
            <w:r>
              <w:rPr>
                <w:b/>
                <w:sz w:val="17"/>
              </w:rPr>
              <w:t>Personnel followed emergency instructions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739B7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DFA58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9EC24" w14:textId="77777777" w:rsidR="00F30732" w:rsidRDefault="00F30732"/>
        </w:tc>
      </w:tr>
      <w:tr w:rsidR="00F30732" w14:paraId="7AC4FE13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4016F" w14:textId="77777777" w:rsidR="00F30732" w:rsidRDefault="00000000">
            <w:r>
              <w:rPr>
                <w:b/>
                <w:sz w:val="17"/>
              </w:rPr>
              <w:t>Evacuation routes were clear &amp; accessible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77F4BD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4C269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3287B" w14:textId="77777777" w:rsidR="00F30732" w:rsidRDefault="00F30732"/>
        </w:tc>
      </w:tr>
      <w:tr w:rsidR="00F30732" w14:paraId="3AD9E1A3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5427CB" w14:textId="77777777" w:rsidR="00F30732" w:rsidRDefault="00000000">
            <w:r>
              <w:rPr>
                <w:b/>
                <w:sz w:val="17"/>
              </w:rPr>
              <w:t>Muster / assembly area was effective &amp; safe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87918E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E7C355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D906A" w14:textId="77777777" w:rsidR="00F30732" w:rsidRDefault="00F30732"/>
        </w:tc>
      </w:tr>
      <w:tr w:rsidR="00F30732" w14:paraId="441D8678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B20DB8" w14:textId="77777777" w:rsidR="00F30732" w:rsidRDefault="00000000">
            <w:r>
              <w:rPr>
                <w:b/>
                <w:sz w:val="17"/>
              </w:rPr>
              <w:t>Headcount / accountability completed accurately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C52E12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56DC3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D0AA2E" w14:textId="77777777" w:rsidR="00F30732" w:rsidRDefault="00F30732"/>
        </w:tc>
      </w:tr>
      <w:tr w:rsidR="00F30732" w14:paraId="1B782927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C88AE" w14:textId="77777777" w:rsidR="00F30732" w:rsidRDefault="00000000">
            <w:r>
              <w:rPr>
                <w:b/>
                <w:sz w:val="17"/>
              </w:rPr>
              <w:t>Emergency response team coordination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D441F1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2A65F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E572F6" w14:textId="77777777" w:rsidR="00F30732" w:rsidRDefault="00F30732"/>
        </w:tc>
      </w:tr>
      <w:tr w:rsidR="00F30732" w14:paraId="7399BD31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F7237" w14:textId="77777777" w:rsidR="00F30732" w:rsidRDefault="00000000">
            <w:r>
              <w:rPr>
                <w:b/>
                <w:sz w:val="17"/>
              </w:rPr>
              <w:t>Emergency equipment available &amp; utilized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D98E7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F7F33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7FCAF3" w14:textId="77777777" w:rsidR="00F30732" w:rsidRDefault="00F30732"/>
        </w:tc>
      </w:tr>
      <w:tr w:rsidR="00F30732" w14:paraId="4EE45068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FBF6BC" w14:textId="77777777" w:rsidR="00F30732" w:rsidRDefault="00000000">
            <w:r>
              <w:rPr>
                <w:b/>
                <w:sz w:val="17"/>
              </w:rPr>
              <w:t>Access for emergency response maintained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586E7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52874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6DD07E" w14:textId="77777777" w:rsidR="00F30732" w:rsidRDefault="00F30732"/>
        </w:tc>
      </w:tr>
      <w:tr w:rsidR="00F30732" w14:paraId="6983FB5D" w14:textId="77777777">
        <w:trPr>
          <w:trHeight w:val="360"/>
          <w:jc w:val="center"/>
        </w:trPr>
        <w:tc>
          <w:tcPr>
            <w:tcW w:w="36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ED8F6F" w14:textId="77777777" w:rsidR="00F30732" w:rsidRDefault="00000000">
            <w:r>
              <w:rPr>
                <w:b/>
                <w:sz w:val="17"/>
              </w:rPr>
              <w:t>Overall response was organized &amp; calm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A44D25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4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06AA5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84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780C7E" w14:textId="77777777" w:rsidR="00F30732" w:rsidRDefault="00F30732"/>
        </w:tc>
      </w:tr>
    </w:tbl>
    <w:p w14:paraId="074F0477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10. EMERGENCY EQUIPMENT &amp; RESOURCES AUDIT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168"/>
        <w:gridCol w:w="1296"/>
        <w:gridCol w:w="1296"/>
        <w:gridCol w:w="1296"/>
        <w:gridCol w:w="3125"/>
      </w:tblGrid>
      <w:tr w:rsidR="00F30732" w14:paraId="31C6387B" w14:textId="77777777">
        <w:trPr>
          <w:trHeight w:val="320"/>
          <w:jc w:val="center"/>
        </w:trPr>
        <w:tc>
          <w:tcPr>
            <w:tcW w:w="3168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6B0F5C" w14:textId="77777777" w:rsidR="00F30732" w:rsidRDefault="00000000">
            <w:r>
              <w:rPr>
                <w:b/>
                <w:sz w:val="17"/>
              </w:rPr>
              <w:t>Equipment / Resource Item</w:t>
            </w:r>
          </w:p>
        </w:tc>
        <w:tc>
          <w:tcPr>
            <w:tcW w:w="129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393D3A" w14:textId="77777777" w:rsidR="00F30732" w:rsidRDefault="00000000">
            <w:r>
              <w:rPr>
                <w:b/>
                <w:sz w:val="17"/>
              </w:rPr>
              <w:t>Available</w:t>
            </w:r>
          </w:p>
        </w:tc>
        <w:tc>
          <w:tcPr>
            <w:tcW w:w="129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EE96D7" w14:textId="77777777" w:rsidR="00F30732" w:rsidRDefault="00000000">
            <w:r>
              <w:rPr>
                <w:b/>
                <w:sz w:val="17"/>
              </w:rPr>
              <w:t>Functional</w:t>
            </w:r>
          </w:p>
        </w:tc>
        <w:tc>
          <w:tcPr>
            <w:tcW w:w="129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1D757E" w14:textId="77777777" w:rsidR="00F30732" w:rsidRDefault="00000000">
            <w:r>
              <w:rPr>
                <w:b/>
                <w:sz w:val="17"/>
              </w:rPr>
              <w:t>Used in Drill</w:t>
            </w:r>
          </w:p>
        </w:tc>
        <w:tc>
          <w:tcPr>
            <w:tcW w:w="3125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1563D" w14:textId="77777777" w:rsidR="00F30732" w:rsidRDefault="00000000">
            <w:r>
              <w:rPr>
                <w:b/>
                <w:sz w:val="17"/>
              </w:rPr>
              <w:t>Remarks &amp; Condition</w:t>
            </w:r>
          </w:p>
        </w:tc>
      </w:tr>
      <w:tr w:rsidR="00F30732" w14:paraId="2C1F9CFD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183C1" w14:textId="77777777" w:rsidR="00F30732" w:rsidRDefault="00000000">
            <w:r>
              <w:rPr>
                <w:b/>
                <w:sz w:val="17"/>
              </w:rPr>
              <w:t>Fire Extinguishers / Fire Equipment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D83803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E9AE13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C7C05B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1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2B3868" w14:textId="77777777" w:rsidR="00F30732" w:rsidRDefault="00F30732"/>
        </w:tc>
      </w:tr>
      <w:tr w:rsidR="00F30732" w14:paraId="187CE52C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65A05" w14:textId="77777777" w:rsidR="00F30732" w:rsidRDefault="00000000">
            <w:r>
              <w:rPr>
                <w:b/>
                <w:sz w:val="17"/>
              </w:rPr>
              <w:t>First Aid Kits / Medical Equipment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4866ED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A18EA1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E98BFC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1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ABFFB1" w14:textId="77777777" w:rsidR="00F30732" w:rsidRDefault="00F30732"/>
        </w:tc>
      </w:tr>
      <w:tr w:rsidR="00F30732" w14:paraId="23DD58FB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70817C" w14:textId="77777777" w:rsidR="00F30732" w:rsidRDefault="00000000">
            <w:r>
              <w:rPr>
                <w:b/>
                <w:sz w:val="17"/>
              </w:rPr>
              <w:t>Rescue Equipment / Harnesses / Stretchers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2423E0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811A33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6D77D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1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15C2C1" w14:textId="77777777" w:rsidR="00F30732" w:rsidRDefault="00F30732"/>
        </w:tc>
      </w:tr>
      <w:tr w:rsidR="00F30732" w14:paraId="77A17DA4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B5A30" w14:textId="77777777" w:rsidR="00F30732" w:rsidRDefault="00000000">
            <w:r>
              <w:rPr>
                <w:b/>
                <w:sz w:val="17"/>
              </w:rPr>
              <w:t>Communication Equipment (Radios/Megaphones)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AFEECE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6928FB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5FE59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1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B7C03" w14:textId="77777777" w:rsidR="00F30732" w:rsidRDefault="00F30732"/>
        </w:tc>
      </w:tr>
      <w:tr w:rsidR="00F30732" w14:paraId="333DDD52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DF4D7" w14:textId="77777777" w:rsidR="00F30732" w:rsidRDefault="00000000">
            <w:r>
              <w:rPr>
                <w:b/>
                <w:sz w:val="17"/>
              </w:rPr>
              <w:t>Emergency Lighting / Signs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86A41C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52B55D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049FE8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1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74925" w14:textId="77777777" w:rsidR="00F30732" w:rsidRDefault="00F30732"/>
        </w:tc>
      </w:tr>
      <w:tr w:rsidR="00F30732" w14:paraId="53E4D851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05433" w14:textId="77777777" w:rsidR="00F30732" w:rsidRDefault="00000000">
            <w:r>
              <w:rPr>
                <w:b/>
                <w:sz w:val="17"/>
              </w:rPr>
              <w:t>Spill Response Equipment / Kits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B1851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30DBED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200B9" w14:textId="77777777" w:rsidR="00F30732" w:rsidRDefault="00000000">
            <w:pPr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312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9262CA" w14:textId="77777777" w:rsidR="00F30732" w:rsidRDefault="00F30732"/>
        </w:tc>
      </w:tr>
    </w:tbl>
    <w:p w14:paraId="0D4B7BB6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11. QUALITATIVE PERFORMANCE &amp; OBSERVATIONS</w:t>
      </w:r>
    </w:p>
    <w:p w14:paraId="23D5B841" w14:textId="77777777" w:rsidR="00F30732" w:rsidRDefault="00000000">
      <w:pPr>
        <w:spacing w:before="40" w:after="40"/>
      </w:pPr>
      <w:r>
        <w:rPr>
          <w:b/>
        </w:rPr>
        <w:t>What Went Well? (Strengths &amp; positive observations):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7EF2975D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0A65DC" w14:textId="77777777" w:rsidR="00F30732" w:rsidRDefault="00F30732">
            <w:pPr>
              <w:spacing w:after="0"/>
            </w:pPr>
          </w:p>
        </w:tc>
      </w:tr>
      <w:tr w:rsidR="00F30732" w14:paraId="65DB4942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C8290A" w14:textId="77777777" w:rsidR="00F30732" w:rsidRDefault="00F30732">
            <w:pPr>
              <w:spacing w:after="0"/>
            </w:pPr>
          </w:p>
        </w:tc>
      </w:tr>
    </w:tbl>
    <w:p w14:paraId="28966702" w14:textId="77777777" w:rsidR="00F30732" w:rsidRDefault="00000000">
      <w:pPr>
        <w:spacing w:before="80" w:after="40"/>
      </w:pPr>
      <w:r>
        <w:rPr>
          <w:b/>
        </w:rPr>
        <w:t>What Did Not Go Well? (Operational difficulties encountered):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20EC192A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FA7F22" w14:textId="77777777" w:rsidR="00F30732" w:rsidRDefault="00F30732">
            <w:pPr>
              <w:spacing w:after="0"/>
            </w:pPr>
          </w:p>
        </w:tc>
      </w:tr>
      <w:tr w:rsidR="00F30732" w14:paraId="13F9498E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E239F" w14:textId="77777777" w:rsidR="00F30732" w:rsidRDefault="00F30732">
            <w:pPr>
              <w:spacing w:after="0"/>
            </w:pPr>
          </w:p>
        </w:tc>
      </w:tr>
      <w:tr w:rsidR="00F30732" w14:paraId="3384E942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87884D" w14:textId="77777777" w:rsidR="00F30732" w:rsidRDefault="00F30732">
            <w:pPr>
              <w:spacing w:after="0"/>
            </w:pPr>
          </w:p>
        </w:tc>
      </w:tr>
    </w:tbl>
    <w:p w14:paraId="0CF5696A" w14:textId="77777777" w:rsidR="00F30732" w:rsidRDefault="00000000">
      <w:pPr>
        <w:spacing w:before="80" w:after="40"/>
      </w:pPr>
      <w:r>
        <w:rPr>
          <w:b/>
        </w:rPr>
        <w:lastRenderedPageBreak/>
        <w:t>Observed Gaps / Deficiencies / Bottlenecks: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6396D659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D9B238" w14:textId="77777777" w:rsidR="00F30732" w:rsidRDefault="00F30732">
            <w:pPr>
              <w:spacing w:after="0"/>
            </w:pPr>
          </w:p>
        </w:tc>
      </w:tr>
      <w:tr w:rsidR="00F30732" w14:paraId="01CA8C41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4EEC43" w14:textId="77777777" w:rsidR="00F30732" w:rsidRDefault="00F30732">
            <w:pPr>
              <w:spacing w:after="0"/>
            </w:pPr>
          </w:p>
        </w:tc>
      </w:tr>
    </w:tbl>
    <w:p w14:paraId="527338C8" w14:textId="77777777" w:rsidR="00F30732" w:rsidRDefault="00000000">
      <w:pPr>
        <w:spacing w:before="80" w:after="40"/>
      </w:pPr>
      <w:r>
        <w:rPr>
          <w:b/>
        </w:rPr>
        <w:t>Good Practices Identified: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6CE50D90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564014" w14:textId="77777777" w:rsidR="00F30732" w:rsidRDefault="00F30732">
            <w:pPr>
              <w:spacing w:after="0"/>
            </w:pPr>
          </w:p>
        </w:tc>
      </w:tr>
      <w:tr w:rsidR="00F30732" w14:paraId="65077EE9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464666" w14:textId="77777777" w:rsidR="00F30732" w:rsidRDefault="00F30732">
            <w:pPr>
              <w:spacing w:after="0"/>
            </w:pPr>
          </w:p>
        </w:tc>
      </w:tr>
    </w:tbl>
    <w:p w14:paraId="6B9C91E6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12. DRILL EVALUATION SUMMARY</w:t>
      </w:r>
    </w:p>
    <w:p w14:paraId="70961BEA" w14:textId="77777777" w:rsidR="00F30732" w:rsidRDefault="00000000">
      <w:pPr>
        <w:spacing w:before="40" w:after="40"/>
      </w:pPr>
      <w:r>
        <w:rPr>
          <w:b/>
          <w:sz w:val="17"/>
        </w:rPr>
        <w:t xml:space="preserve">Overall Drill Performance Rating: </w:t>
      </w:r>
      <w:r>
        <w:rPr>
          <w:sz w:val="17"/>
        </w:rPr>
        <w:t>☐ Satisfactory     ☐ Needs Improvement     ☐ Unsatisfactory</w:t>
      </w:r>
    </w:p>
    <w:p w14:paraId="49B9C77C" w14:textId="77777777" w:rsidR="00F30732" w:rsidRDefault="00000000">
      <w:pPr>
        <w:spacing w:before="40" w:after="40"/>
      </w:pPr>
      <w:r>
        <w:rPr>
          <w:b/>
          <w:sz w:val="17"/>
        </w:rPr>
        <w:t xml:space="preserve">Emergency Response Readiness Level: </w:t>
      </w:r>
      <w:r>
        <w:rPr>
          <w:sz w:val="17"/>
        </w:rPr>
        <w:t>☐ Adequate     ☐ Partially Adequate     ☐ Requires Improvement</w:t>
      </w:r>
    </w:p>
    <w:p w14:paraId="7726B40A" w14:textId="77777777" w:rsidR="00F30732" w:rsidRDefault="00000000">
      <w:pPr>
        <w:spacing w:before="80" w:after="40"/>
      </w:pPr>
      <w:r>
        <w:rPr>
          <w:b/>
        </w:rPr>
        <w:t>Overall Evaluation Comments &amp; Expert Summary: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0061D3A3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5D53A" w14:textId="77777777" w:rsidR="00F30732" w:rsidRDefault="00F30732">
            <w:pPr>
              <w:spacing w:after="0"/>
            </w:pPr>
          </w:p>
        </w:tc>
      </w:tr>
      <w:tr w:rsidR="00F30732" w14:paraId="6C9AC73D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00C538" w14:textId="77777777" w:rsidR="00F30732" w:rsidRDefault="00F30732">
            <w:pPr>
              <w:spacing w:after="0"/>
            </w:pPr>
          </w:p>
        </w:tc>
      </w:tr>
    </w:tbl>
    <w:p w14:paraId="08DA6BD8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13. CORRECTIVE &amp; PREVENTIVE ACTION TRACKING</w:t>
      </w:r>
    </w:p>
    <w:p w14:paraId="3E67FA89" w14:textId="77777777" w:rsidR="00F30732" w:rsidRDefault="00000000">
      <w:pPr>
        <w:keepNext/>
        <w:spacing w:before="40" w:after="80"/>
      </w:pPr>
      <w:r>
        <w:rPr>
          <w:i/>
          <w:color w:val="595959"/>
          <w:sz w:val="17"/>
        </w:rPr>
        <w:t>List specific corrective actions required to address identified deficiencies, assign responsibilities, and track completion status.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76"/>
        <w:gridCol w:w="3168"/>
        <w:gridCol w:w="3312"/>
        <w:gridCol w:w="1584"/>
        <w:gridCol w:w="1541"/>
      </w:tblGrid>
      <w:tr w:rsidR="00F30732" w14:paraId="47D843CC" w14:textId="77777777">
        <w:trPr>
          <w:trHeight w:val="320"/>
          <w:tblHeader/>
          <w:jc w:val="center"/>
        </w:trPr>
        <w:tc>
          <w:tcPr>
            <w:tcW w:w="57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33508" w14:textId="77777777" w:rsidR="00F30732" w:rsidRDefault="00000000">
            <w:r>
              <w:rPr>
                <w:b/>
                <w:sz w:val="17"/>
              </w:rPr>
              <w:t>No.</w:t>
            </w:r>
          </w:p>
        </w:tc>
        <w:tc>
          <w:tcPr>
            <w:tcW w:w="3168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1656E3" w14:textId="77777777" w:rsidR="00F30732" w:rsidRDefault="00000000">
            <w:r>
              <w:rPr>
                <w:b/>
                <w:sz w:val="17"/>
              </w:rPr>
              <w:t>Finding / Deficiency Identified</w:t>
            </w:r>
          </w:p>
        </w:tc>
        <w:tc>
          <w:tcPr>
            <w:tcW w:w="3312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101A48" w14:textId="77777777" w:rsidR="00F30732" w:rsidRDefault="00000000">
            <w:r>
              <w:rPr>
                <w:b/>
                <w:sz w:val="17"/>
              </w:rPr>
              <w:t>Corrective Action Required</w:t>
            </w:r>
          </w:p>
        </w:tc>
        <w:tc>
          <w:tcPr>
            <w:tcW w:w="1584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D117F" w14:textId="77777777" w:rsidR="00F30732" w:rsidRDefault="00000000">
            <w:r>
              <w:rPr>
                <w:b/>
                <w:sz w:val="17"/>
              </w:rPr>
              <w:t>Responsible Person</w:t>
            </w:r>
          </w:p>
        </w:tc>
        <w:tc>
          <w:tcPr>
            <w:tcW w:w="1541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53111" w14:textId="77777777" w:rsidR="00F30732" w:rsidRDefault="00000000">
            <w:r>
              <w:rPr>
                <w:b/>
                <w:sz w:val="17"/>
              </w:rPr>
              <w:t>Target Date &amp; Status</w:t>
            </w:r>
          </w:p>
        </w:tc>
      </w:tr>
      <w:tr w:rsidR="00F30732" w14:paraId="3C9F663C" w14:textId="77777777">
        <w:trPr>
          <w:trHeight w:val="40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DD528" w14:textId="77777777" w:rsidR="00F30732" w:rsidRDefault="0000000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73685" w14:textId="77777777" w:rsidR="00F30732" w:rsidRDefault="00F30732"/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538819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9039E" w14:textId="77777777" w:rsidR="00F30732" w:rsidRDefault="00F30732"/>
        </w:tc>
        <w:tc>
          <w:tcPr>
            <w:tcW w:w="154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2CAAC0" w14:textId="77777777" w:rsidR="00F30732" w:rsidRDefault="00F30732"/>
        </w:tc>
      </w:tr>
      <w:tr w:rsidR="00F30732" w14:paraId="6D27C991" w14:textId="77777777">
        <w:trPr>
          <w:trHeight w:val="40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21E782" w14:textId="77777777" w:rsidR="00F30732" w:rsidRDefault="0000000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BB4CA8" w14:textId="77777777" w:rsidR="00F30732" w:rsidRDefault="00F30732"/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8881F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AE4DB" w14:textId="77777777" w:rsidR="00F30732" w:rsidRDefault="00F30732"/>
        </w:tc>
        <w:tc>
          <w:tcPr>
            <w:tcW w:w="154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FA65FF" w14:textId="77777777" w:rsidR="00F30732" w:rsidRDefault="00F30732"/>
        </w:tc>
      </w:tr>
      <w:tr w:rsidR="00F30732" w14:paraId="43BEBA47" w14:textId="77777777">
        <w:trPr>
          <w:trHeight w:val="40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6CB6AA" w14:textId="77777777" w:rsidR="00F30732" w:rsidRDefault="0000000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85C52" w14:textId="77777777" w:rsidR="00F30732" w:rsidRDefault="00F30732"/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EA70FD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FD3A0E" w14:textId="77777777" w:rsidR="00F30732" w:rsidRDefault="00F30732"/>
        </w:tc>
        <w:tc>
          <w:tcPr>
            <w:tcW w:w="154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90201" w14:textId="77777777" w:rsidR="00F30732" w:rsidRDefault="00F30732"/>
        </w:tc>
      </w:tr>
      <w:tr w:rsidR="00F30732" w14:paraId="68D6378D" w14:textId="77777777">
        <w:trPr>
          <w:trHeight w:val="40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D0E70" w14:textId="77777777" w:rsidR="00F30732" w:rsidRDefault="0000000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F8D98" w14:textId="77777777" w:rsidR="00F30732" w:rsidRDefault="00F30732"/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87CED2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161684" w14:textId="77777777" w:rsidR="00F30732" w:rsidRDefault="00F30732"/>
        </w:tc>
        <w:tc>
          <w:tcPr>
            <w:tcW w:w="154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6ACA0E" w14:textId="77777777" w:rsidR="00F30732" w:rsidRDefault="00F30732"/>
        </w:tc>
      </w:tr>
      <w:tr w:rsidR="00F30732" w14:paraId="1468F70C" w14:textId="77777777">
        <w:trPr>
          <w:trHeight w:val="40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1E0C76" w14:textId="77777777" w:rsidR="00F30732" w:rsidRDefault="00000000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10ED2" w14:textId="77777777" w:rsidR="00F30732" w:rsidRDefault="00F30732"/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23CD1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54166A" w14:textId="77777777" w:rsidR="00F30732" w:rsidRDefault="00F30732"/>
        </w:tc>
        <w:tc>
          <w:tcPr>
            <w:tcW w:w="154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EC96FB" w14:textId="77777777" w:rsidR="00F30732" w:rsidRDefault="00F30732"/>
        </w:tc>
      </w:tr>
      <w:tr w:rsidR="00F30732" w14:paraId="00761A15" w14:textId="77777777">
        <w:trPr>
          <w:trHeight w:val="400"/>
          <w:jc w:val="center"/>
        </w:trPr>
        <w:tc>
          <w:tcPr>
            <w:tcW w:w="57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DA555D" w14:textId="77777777" w:rsidR="00F30732" w:rsidRDefault="00000000">
            <w:pPr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987A1" w14:textId="77777777" w:rsidR="00F30732" w:rsidRDefault="00F30732"/>
        </w:tc>
        <w:tc>
          <w:tcPr>
            <w:tcW w:w="33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A52A31" w14:textId="77777777" w:rsidR="00F30732" w:rsidRDefault="00F30732"/>
        </w:tc>
        <w:tc>
          <w:tcPr>
            <w:tcW w:w="15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50798F" w14:textId="77777777" w:rsidR="00F30732" w:rsidRDefault="00F30732"/>
        </w:tc>
        <w:tc>
          <w:tcPr>
            <w:tcW w:w="154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44209" w14:textId="77777777" w:rsidR="00F30732" w:rsidRDefault="00F30732"/>
        </w:tc>
      </w:tr>
    </w:tbl>
    <w:p w14:paraId="4DD33DB1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14. LESSONS LEARNED &amp; PROCEDURE REVIEW</w:t>
      </w:r>
    </w:p>
    <w:p w14:paraId="3BF293A2" w14:textId="77777777" w:rsidR="00F30732" w:rsidRDefault="00000000">
      <w:pPr>
        <w:spacing w:before="40" w:after="40"/>
      </w:pPr>
      <w:r>
        <w:rPr>
          <w:b/>
        </w:rPr>
        <w:t>Key Lessons Learned: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4C97830C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16751B" w14:textId="77777777" w:rsidR="00F30732" w:rsidRDefault="00F30732">
            <w:pPr>
              <w:spacing w:after="0"/>
            </w:pPr>
          </w:p>
        </w:tc>
      </w:tr>
      <w:tr w:rsidR="00F30732" w14:paraId="559577C5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B2EF6" w14:textId="77777777" w:rsidR="00F30732" w:rsidRDefault="00F30732">
            <w:pPr>
              <w:spacing w:after="0"/>
            </w:pPr>
          </w:p>
        </w:tc>
      </w:tr>
    </w:tbl>
    <w:p w14:paraId="6220A9B0" w14:textId="77777777" w:rsidR="00F30732" w:rsidRDefault="00000000">
      <w:pPr>
        <w:spacing w:before="80" w:after="40"/>
      </w:pPr>
      <w:r>
        <w:rPr>
          <w:b/>
        </w:rPr>
        <w:t>Recommended Improvements to Emergency Preparedness: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0F20F23B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1ABF13" w14:textId="77777777" w:rsidR="00F30732" w:rsidRDefault="00F30732">
            <w:pPr>
              <w:spacing w:after="0"/>
            </w:pPr>
          </w:p>
        </w:tc>
      </w:tr>
      <w:tr w:rsidR="00F30732" w14:paraId="643DD4E1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F968FE" w14:textId="77777777" w:rsidR="00F30732" w:rsidRDefault="00F30732">
            <w:pPr>
              <w:spacing w:after="0"/>
            </w:pPr>
          </w:p>
        </w:tc>
      </w:tr>
    </w:tbl>
    <w:p w14:paraId="331C9847" w14:textId="77777777" w:rsidR="00F30732" w:rsidRDefault="00000000">
      <w:pPr>
        <w:spacing w:before="80" w:after="40"/>
      </w:pPr>
      <w:r>
        <w:rPr>
          <w:b/>
          <w:sz w:val="17"/>
        </w:rPr>
        <w:t xml:space="preserve">Emergency Procedure / Plan Review Required? </w:t>
      </w:r>
      <w:r>
        <w:rPr>
          <w:sz w:val="17"/>
        </w:rPr>
        <w:t>☐ Yes     ☐ No     ☐ Not Applicable</w:t>
      </w:r>
    </w:p>
    <w:p w14:paraId="6B0A9BC8" w14:textId="77777777" w:rsidR="00F30732" w:rsidRDefault="00000000">
      <w:pPr>
        <w:spacing w:before="40" w:after="80"/>
      </w:pPr>
      <w:r>
        <w:rPr>
          <w:b/>
          <w:sz w:val="17"/>
        </w:rPr>
        <w:t>If yes, Reference Document / Action Required: __________________________________________________</w:t>
      </w:r>
    </w:p>
    <w:p w14:paraId="11072625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lastRenderedPageBreak/>
        <w:t>15. PHOTOGRAPHIC &amp; SUPPORTING EVIDENCE RECORD</w:t>
      </w:r>
    </w:p>
    <w:p w14:paraId="5A4F0EDD" w14:textId="77777777" w:rsidR="00F30732" w:rsidRDefault="00000000">
      <w:pPr>
        <w:spacing w:before="40" w:after="80"/>
      </w:pPr>
      <w:r>
        <w:rPr>
          <w:b/>
          <w:sz w:val="17"/>
        </w:rPr>
        <w:t xml:space="preserve">Photographs / Supporting Evidence Available: </w:t>
      </w:r>
      <w:r>
        <w:rPr>
          <w:sz w:val="17"/>
        </w:rPr>
        <w:t>☐ Yes     ☐ No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F30732" w14:paraId="5B413976" w14:textId="77777777">
        <w:trPr>
          <w:jc w:val="center"/>
        </w:trPr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A21AF" w14:textId="77777777" w:rsidR="00F30732" w:rsidRDefault="00000000">
            <w:pPr>
              <w:jc w:val="center"/>
            </w:pPr>
            <w:r>
              <w:rPr>
                <w:i/>
                <w:color w:val="7F7F7F"/>
                <w:sz w:val="18"/>
              </w:rPr>
              <w:t>Drill Photo / Evidence 1</w:t>
            </w:r>
            <w:r>
              <w:rPr>
                <w:i/>
                <w:color w:val="7F7F7F"/>
                <w:sz w:val="18"/>
              </w:rPr>
              <w:br/>
              <w:t>[Insert Photograph Here]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F18C" w14:textId="77777777" w:rsidR="00F30732" w:rsidRDefault="00000000">
            <w:pPr>
              <w:jc w:val="center"/>
            </w:pPr>
            <w:r>
              <w:rPr>
                <w:i/>
                <w:color w:val="7F7F7F"/>
                <w:sz w:val="18"/>
              </w:rPr>
              <w:t>Drill Photo / Evidence 2</w:t>
            </w:r>
            <w:r>
              <w:rPr>
                <w:i/>
                <w:color w:val="7F7F7F"/>
                <w:sz w:val="18"/>
              </w:rPr>
              <w:br/>
              <w:t>[Insert Photograph Here]</w:t>
            </w:r>
          </w:p>
        </w:tc>
      </w:tr>
    </w:tbl>
    <w:p w14:paraId="70464725" w14:textId="77777777" w:rsidR="00F30732" w:rsidRDefault="00000000">
      <w:pPr>
        <w:spacing w:before="80" w:after="40"/>
      </w:pPr>
      <w:r>
        <w:rPr>
          <w:b/>
          <w:sz w:val="17"/>
        </w:rPr>
        <w:t>Photo / Evidence Reference / Folder Link: __________________________________________________</w:t>
      </w:r>
    </w:p>
    <w:p w14:paraId="53244A21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16. FOLLOW-UP VERIFICATION</w:t>
      </w:r>
    </w:p>
    <w:p w14:paraId="323CBF36" w14:textId="77777777" w:rsidR="00F30732" w:rsidRDefault="00000000">
      <w:pPr>
        <w:spacing w:before="40" w:after="80"/>
      </w:pPr>
      <w:r>
        <w:rPr>
          <w:b/>
          <w:sz w:val="17"/>
        </w:rPr>
        <w:t xml:space="preserve">Follow-Up Verification Required? </w:t>
      </w:r>
      <w:r>
        <w:rPr>
          <w:sz w:val="17"/>
        </w:rPr>
        <w:t>☐ Yes     ☐ No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168"/>
        <w:gridCol w:w="2592"/>
        <w:gridCol w:w="1872"/>
        <w:gridCol w:w="1296"/>
        <w:gridCol w:w="1253"/>
      </w:tblGrid>
      <w:tr w:rsidR="00F30732" w14:paraId="2AF145A8" w14:textId="77777777">
        <w:trPr>
          <w:trHeight w:val="320"/>
          <w:jc w:val="center"/>
        </w:trPr>
        <w:tc>
          <w:tcPr>
            <w:tcW w:w="3168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8051AF" w14:textId="77777777" w:rsidR="00F30732" w:rsidRDefault="00000000">
            <w:r>
              <w:rPr>
                <w:b/>
                <w:sz w:val="17"/>
              </w:rPr>
              <w:t>Action / Finding</w:t>
            </w:r>
          </w:p>
        </w:tc>
        <w:tc>
          <w:tcPr>
            <w:tcW w:w="2592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CA82F6" w14:textId="77777777" w:rsidR="00F30732" w:rsidRDefault="00000000">
            <w:r>
              <w:rPr>
                <w:b/>
                <w:sz w:val="17"/>
              </w:rPr>
              <w:t>Verification Method</w:t>
            </w:r>
          </w:p>
        </w:tc>
        <w:tc>
          <w:tcPr>
            <w:tcW w:w="1872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0EEFC8" w14:textId="77777777" w:rsidR="00F30732" w:rsidRDefault="00000000">
            <w:r>
              <w:rPr>
                <w:b/>
                <w:sz w:val="17"/>
              </w:rPr>
              <w:t>Verified By</w:t>
            </w:r>
          </w:p>
        </w:tc>
        <w:tc>
          <w:tcPr>
            <w:tcW w:w="1296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11B263" w14:textId="77777777" w:rsidR="00F30732" w:rsidRDefault="00000000">
            <w:r>
              <w:rPr>
                <w:b/>
                <w:sz w:val="17"/>
              </w:rPr>
              <w:t>Date</w:t>
            </w:r>
          </w:p>
        </w:tc>
        <w:tc>
          <w:tcPr>
            <w:tcW w:w="1253" w:type="dxa"/>
            <w:shd w:val="clear" w:color="auto" w:fill="F2F4F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534A5" w14:textId="77777777" w:rsidR="00F30732" w:rsidRDefault="00000000">
            <w:r>
              <w:rPr>
                <w:b/>
                <w:sz w:val="17"/>
              </w:rPr>
              <w:t>Status</w:t>
            </w:r>
          </w:p>
        </w:tc>
      </w:tr>
      <w:tr w:rsidR="00F30732" w14:paraId="72AE7D55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09FBDA" w14:textId="77777777" w:rsidR="00F30732" w:rsidRDefault="00F30732"/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0F880D" w14:textId="77777777" w:rsidR="00F30732" w:rsidRDefault="00F30732"/>
        </w:tc>
        <w:tc>
          <w:tcPr>
            <w:tcW w:w="18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E33ADB" w14:textId="77777777" w:rsidR="00F30732" w:rsidRDefault="00F30732"/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55BF33" w14:textId="77777777" w:rsidR="00F30732" w:rsidRDefault="00F30732"/>
        </w:tc>
        <w:tc>
          <w:tcPr>
            <w:tcW w:w="125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4C09F" w14:textId="77777777" w:rsidR="00F30732" w:rsidRDefault="00F30732"/>
        </w:tc>
      </w:tr>
      <w:tr w:rsidR="00F30732" w14:paraId="06F79700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0B2389" w14:textId="77777777" w:rsidR="00F30732" w:rsidRDefault="00F30732"/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5F09C5" w14:textId="77777777" w:rsidR="00F30732" w:rsidRDefault="00F30732"/>
        </w:tc>
        <w:tc>
          <w:tcPr>
            <w:tcW w:w="18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06C3F4" w14:textId="77777777" w:rsidR="00F30732" w:rsidRDefault="00F30732"/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82502" w14:textId="77777777" w:rsidR="00F30732" w:rsidRDefault="00F30732"/>
        </w:tc>
        <w:tc>
          <w:tcPr>
            <w:tcW w:w="125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D08E80" w14:textId="77777777" w:rsidR="00F30732" w:rsidRDefault="00F30732"/>
        </w:tc>
      </w:tr>
      <w:tr w:rsidR="00F30732" w14:paraId="03E99F9C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88DF3" w14:textId="77777777" w:rsidR="00F30732" w:rsidRDefault="00F30732"/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1A90E6" w14:textId="77777777" w:rsidR="00F30732" w:rsidRDefault="00F30732"/>
        </w:tc>
        <w:tc>
          <w:tcPr>
            <w:tcW w:w="18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35976E" w14:textId="77777777" w:rsidR="00F30732" w:rsidRDefault="00F30732"/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F2291" w14:textId="77777777" w:rsidR="00F30732" w:rsidRDefault="00F30732"/>
        </w:tc>
        <w:tc>
          <w:tcPr>
            <w:tcW w:w="125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DDD2B8" w14:textId="77777777" w:rsidR="00F30732" w:rsidRDefault="00F30732"/>
        </w:tc>
      </w:tr>
      <w:tr w:rsidR="00F30732" w14:paraId="3A07DFEA" w14:textId="77777777">
        <w:trPr>
          <w:trHeight w:val="360"/>
          <w:jc w:val="center"/>
        </w:trPr>
        <w:tc>
          <w:tcPr>
            <w:tcW w:w="316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9CD114" w14:textId="77777777" w:rsidR="00F30732" w:rsidRDefault="00F30732"/>
        </w:tc>
        <w:tc>
          <w:tcPr>
            <w:tcW w:w="259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0DC8F3" w14:textId="77777777" w:rsidR="00F30732" w:rsidRDefault="00F30732"/>
        </w:tc>
        <w:tc>
          <w:tcPr>
            <w:tcW w:w="18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30691" w14:textId="77777777" w:rsidR="00F30732" w:rsidRDefault="00F30732"/>
        </w:tc>
        <w:tc>
          <w:tcPr>
            <w:tcW w:w="12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7FBEEA" w14:textId="77777777" w:rsidR="00F30732" w:rsidRDefault="00F30732"/>
        </w:tc>
        <w:tc>
          <w:tcPr>
            <w:tcW w:w="125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CC19D6" w14:textId="77777777" w:rsidR="00F30732" w:rsidRDefault="00F30732"/>
        </w:tc>
      </w:tr>
    </w:tbl>
    <w:p w14:paraId="6593B227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17. DRILL CLOSEOUT &amp; MANAGEMENT APPROVAL</w:t>
      </w:r>
    </w:p>
    <w:p w14:paraId="6E267A47" w14:textId="77777777" w:rsidR="00F30732" w:rsidRDefault="00000000">
      <w:pPr>
        <w:spacing w:before="40" w:after="80"/>
      </w:pPr>
      <w:r>
        <w:rPr>
          <w:b/>
          <w:sz w:val="17"/>
        </w:rPr>
        <w:t xml:space="preserve">Drill Record Status: </w:t>
      </w:r>
      <w:r>
        <w:rPr>
          <w:sz w:val="17"/>
        </w:rPr>
        <w:t>☐ Open – Actions Pending     ☐ Closed – Actions Completed     ☐ Closed – No Further Action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880"/>
        <w:gridCol w:w="3168"/>
        <w:gridCol w:w="2304"/>
        <w:gridCol w:w="1829"/>
      </w:tblGrid>
      <w:tr w:rsidR="00F30732" w14:paraId="55C6D176" w14:textId="77777777">
        <w:trPr>
          <w:trHeight w:val="320"/>
          <w:jc w:val="center"/>
        </w:trPr>
        <w:tc>
          <w:tcPr>
            <w:tcW w:w="2880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2DD626" w14:textId="77777777" w:rsidR="00F30732" w:rsidRDefault="00000000">
            <w:r>
              <w:rPr>
                <w:b/>
                <w:sz w:val="17"/>
              </w:rPr>
              <w:t>Approval Role</w:t>
            </w:r>
          </w:p>
        </w:tc>
        <w:tc>
          <w:tcPr>
            <w:tcW w:w="3168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7D606C" w14:textId="77777777" w:rsidR="00F30732" w:rsidRDefault="00000000">
            <w:r>
              <w:rPr>
                <w:b/>
                <w:sz w:val="17"/>
              </w:rPr>
              <w:t>Name</w:t>
            </w:r>
          </w:p>
        </w:tc>
        <w:tc>
          <w:tcPr>
            <w:tcW w:w="2304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E8E94D" w14:textId="77777777" w:rsidR="00F30732" w:rsidRDefault="00000000">
            <w:r>
              <w:rPr>
                <w:b/>
                <w:sz w:val="17"/>
              </w:rPr>
              <w:t>Signature</w:t>
            </w:r>
          </w:p>
        </w:tc>
        <w:tc>
          <w:tcPr>
            <w:tcW w:w="1829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4AEF31" w14:textId="77777777" w:rsidR="00F30732" w:rsidRDefault="00000000">
            <w:r>
              <w:rPr>
                <w:b/>
                <w:sz w:val="17"/>
              </w:rPr>
              <w:t>Date</w:t>
            </w:r>
          </w:p>
        </w:tc>
      </w:tr>
      <w:tr w:rsidR="00F30732" w14:paraId="09E356AB" w14:textId="77777777">
        <w:trPr>
          <w:trHeight w:val="400"/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5E9195" w14:textId="77777777" w:rsidR="00F30732" w:rsidRDefault="00000000">
            <w:r>
              <w:rPr>
                <w:b/>
                <w:sz w:val="17"/>
              </w:rPr>
              <w:t>Drill Coordinator</w:t>
            </w:r>
          </w:p>
        </w:tc>
        <w:tc>
          <w:tcPr>
            <w:tcW w:w="316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03D0B5" w14:textId="77777777" w:rsidR="00F30732" w:rsidRDefault="00F30732"/>
        </w:tc>
        <w:tc>
          <w:tcPr>
            <w:tcW w:w="23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6A5F7C" w14:textId="77777777" w:rsidR="00F30732" w:rsidRDefault="00F30732"/>
        </w:tc>
        <w:tc>
          <w:tcPr>
            <w:tcW w:w="182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DDE693" w14:textId="77777777" w:rsidR="00F30732" w:rsidRDefault="00F30732"/>
        </w:tc>
      </w:tr>
      <w:tr w:rsidR="00F30732" w14:paraId="100309DB" w14:textId="77777777">
        <w:trPr>
          <w:trHeight w:val="400"/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80999D" w14:textId="77777777" w:rsidR="00F30732" w:rsidRDefault="00000000">
            <w:r>
              <w:rPr>
                <w:b/>
                <w:sz w:val="17"/>
              </w:rPr>
              <w:t>HSE / Management Reviewer</w:t>
            </w:r>
          </w:p>
        </w:tc>
        <w:tc>
          <w:tcPr>
            <w:tcW w:w="316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91FE6A" w14:textId="77777777" w:rsidR="00F30732" w:rsidRDefault="00F30732"/>
        </w:tc>
        <w:tc>
          <w:tcPr>
            <w:tcW w:w="23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DA1562" w14:textId="77777777" w:rsidR="00F30732" w:rsidRDefault="00F30732"/>
        </w:tc>
        <w:tc>
          <w:tcPr>
            <w:tcW w:w="182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73013C" w14:textId="77777777" w:rsidR="00F30732" w:rsidRDefault="00F30732"/>
        </w:tc>
      </w:tr>
    </w:tbl>
    <w:p w14:paraId="5F9DCCBB" w14:textId="77777777" w:rsidR="00F30732" w:rsidRDefault="00000000">
      <w:pPr>
        <w:spacing w:before="80" w:after="40"/>
      </w:pPr>
      <w:r>
        <w:rPr>
          <w:b/>
        </w:rPr>
        <w:t>Final Remarks / Closeout Summary Notes:</w:t>
      </w:r>
    </w:p>
    <w:tbl>
      <w:tblPr>
        <w:tblW w:w="0" w:type="auto"/>
        <w:jc w:val="center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181"/>
      </w:tblGrid>
      <w:tr w:rsidR="00F30732" w14:paraId="527EB701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40849" w14:textId="77777777" w:rsidR="00F30732" w:rsidRDefault="00F30732">
            <w:pPr>
              <w:spacing w:after="0"/>
            </w:pPr>
          </w:p>
        </w:tc>
      </w:tr>
      <w:tr w:rsidR="001A6DB8" w14:paraId="7D029374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255CD" w14:textId="77777777" w:rsidR="001A6DB8" w:rsidRDefault="001A6DB8">
            <w:pPr>
              <w:spacing w:after="0"/>
            </w:pPr>
          </w:p>
        </w:tc>
      </w:tr>
      <w:tr w:rsidR="00F30732" w14:paraId="38AE2855" w14:textId="77777777">
        <w:trPr>
          <w:trHeight w:val="360"/>
          <w:jc w:val="center"/>
        </w:trPr>
        <w:tc>
          <w:tcPr>
            <w:tcW w:w="101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3F7D13" w14:textId="77777777" w:rsidR="00F30732" w:rsidRDefault="00F30732">
            <w:pPr>
              <w:spacing w:after="0"/>
            </w:pPr>
          </w:p>
        </w:tc>
      </w:tr>
    </w:tbl>
    <w:p w14:paraId="0C4E03F9" w14:textId="77777777" w:rsidR="00F30732" w:rsidRDefault="00000000">
      <w:pPr>
        <w:keepNext/>
        <w:pBdr>
          <w:bottom w:val="single" w:sz="12" w:space="2" w:color="1F4E79"/>
        </w:pBdr>
        <w:spacing w:before="200" w:after="80"/>
      </w:pPr>
      <w:r>
        <w:rPr>
          <w:b/>
          <w:color w:val="1F4E79"/>
          <w:sz w:val="22"/>
        </w:rPr>
        <w:t>18. DOCUMENT REVISION HISTORY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864"/>
        <w:gridCol w:w="1584"/>
        <w:gridCol w:w="3989"/>
        <w:gridCol w:w="1872"/>
        <w:gridCol w:w="1872"/>
      </w:tblGrid>
      <w:tr w:rsidR="00F30732" w14:paraId="4A1750D0" w14:textId="77777777">
        <w:trPr>
          <w:trHeight w:val="320"/>
          <w:jc w:val="center"/>
        </w:trPr>
        <w:tc>
          <w:tcPr>
            <w:tcW w:w="864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FB18B0" w14:textId="77777777" w:rsidR="00F30732" w:rsidRDefault="00000000">
            <w:r>
              <w:rPr>
                <w:b/>
                <w:sz w:val="17"/>
              </w:rPr>
              <w:t>Rev</w:t>
            </w:r>
          </w:p>
        </w:tc>
        <w:tc>
          <w:tcPr>
            <w:tcW w:w="1584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EED860" w14:textId="77777777" w:rsidR="00F30732" w:rsidRDefault="00000000">
            <w:r>
              <w:rPr>
                <w:b/>
                <w:sz w:val="17"/>
              </w:rPr>
              <w:t>Date</w:t>
            </w:r>
          </w:p>
        </w:tc>
        <w:tc>
          <w:tcPr>
            <w:tcW w:w="3989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EFBCCE" w14:textId="77777777" w:rsidR="00F30732" w:rsidRDefault="00000000">
            <w:r>
              <w:rPr>
                <w:b/>
                <w:sz w:val="17"/>
              </w:rPr>
              <w:t>Description of Change / Revision</w:t>
            </w:r>
          </w:p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2B142F" w14:textId="77777777" w:rsidR="00F30732" w:rsidRDefault="00000000">
            <w:r>
              <w:rPr>
                <w:b/>
                <w:sz w:val="17"/>
              </w:rPr>
              <w:t>Prepared By</w:t>
            </w:r>
          </w:p>
        </w:tc>
        <w:tc>
          <w:tcPr>
            <w:tcW w:w="1872" w:type="dxa"/>
            <w:shd w:val="clear" w:color="auto" w:fill="F2F4F7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B237E6" w14:textId="77777777" w:rsidR="00F30732" w:rsidRDefault="00000000">
            <w:r>
              <w:rPr>
                <w:b/>
                <w:sz w:val="17"/>
              </w:rPr>
              <w:t>Reviewed By</w:t>
            </w:r>
          </w:p>
        </w:tc>
      </w:tr>
      <w:tr w:rsidR="00F30732" w14:paraId="607296F6" w14:textId="77777777">
        <w:trPr>
          <w:trHeight w:val="360"/>
          <w:jc w:val="center"/>
        </w:trPr>
        <w:tc>
          <w:tcPr>
            <w:tcW w:w="86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8428BB" w14:textId="77777777" w:rsidR="00F30732" w:rsidRDefault="00000000">
            <w:r>
              <w:rPr>
                <w:sz w:val="16"/>
              </w:rPr>
              <w:t>00</w:t>
            </w:r>
          </w:p>
        </w:tc>
        <w:tc>
          <w:tcPr>
            <w:tcW w:w="158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1B80BA" w14:textId="77777777" w:rsidR="00F30732" w:rsidRDefault="00F30732"/>
        </w:tc>
        <w:tc>
          <w:tcPr>
            <w:tcW w:w="398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261D89" w14:textId="77777777" w:rsidR="00F30732" w:rsidRDefault="00000000">
            <w:r>
              <w:rPr>
                <w:sz w:val="16"/>
              </w:rPr>
              <w:t>Initial Document Issue &amp; Approval</w:t>
            </w:r>
          </w:p>
        </w:tc>
        <w:tc>
          <w:tcPr>
            <w:tcW w:w="187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47F2ED" w14:textId="77777777" w:rsidR="00F30732" w:rsidRDefault="00F30732"/>
        </w:tc>
        <w:tc>
          <w:tcPr>
            <w:tcW w:w="187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3F4623" w14:textId="77777777" w:rsidR="00F30732" w:rsidRDefault="00F30732"/>
        </w:tc>
      </w:tr>
      <w:tr w:rsidR="00F30732" w14:paraId="3EC99863" w14:textId="77777777">
        <w:trPr>
          <w:trHeight w:val="360"/>
          <w:jc w:val="center"/>
        </w:trPr>
        <w:tc>
          <w:tcPr>
            <w:tcW w:w="86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43F736" w14:textId="77777777" w:rsidR="00F30732" w:rsidRDefault="00F30732"/>
        </w:tc>
        <w:tc>
          <w:tcPr>
            <w:tcW w:w="158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6FC988" w14:textId="77777777" w:rsidR="00F30732" w:rsidRDefault="00F30732"/>
        </w:tc>
        <w:tc>
          <w:tcPr>
            <w:tcW w:w="398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9323FF" w14:textId="77777777" w:rsidR="00F30732" w:rsidRDefault="00F30732"/>
        </w:tc>
        <w:tc>
          <w:tcPr>
            <w:tcW w:w="187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D8D350" w14:textId="77777777" w:rsidR="00F30732" w:rsidRDefault="00F30732"/>
        </w:tc>
        <w:tc>
          <w:tcPr>
            <w:tcW w:w="187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2F908F" w14:textId="77777777" w:rsidR="00F30732" w:rsidRDefault="00F30732"/>
        </w:tc>
      </w:tr>
      <w:tr w:rsidR="00F30732" w14:paraId="456EFC36" w14:textId="77777777">
        <w:trPr>
          <w:trHeight w:val="360"/>
          <w:jc w:val="center"/>
        </w:trPr>
        <w:tc>
          <w:tcPr>
            <w:tcW w:w="86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E7F105" w14:textId="77777777" w:rsidR="00F30732" w:rsidRDefault="00F30732"/>
        </w:tc>
        <w:tc>
          <w:tcPr>
            <w:tcW w:w="158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162B9A" w14:textId="77777777" w:rsidR="00F30732" w:rsidRDefault="00F30732"/>
        </w:tc>
        <w:tc>
          <w:tcPr>
            <w:tcW w:w="398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93842B" w14:textId="77777777" w:rsidR="00F30732" w:rsidRDefault="00F30732"/>
        </w:tc>
        <w:tc>
          <w:tcPr>
            <w:tcW w:w="187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423B91" w14:textId="77777777" w:rsidR="00F30732" w:rsidRDefault="00F30732"/>
        </w:tc>
        <w:tc>
          <w:tcPr>
            <w:tcW w:w="187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F3EA44" w14:textId="77777777" w:rsidR="00F30732" w:rsidRDefault="00F30732"/>
        </w:tc>
      </w:tr>
    </w:tbl>
    <w:p w14:paraId="4DCE755D" w14:textId="77777777" w:rsidR="00F30732" w:rsidRDefault="00000000">
      <w:pPr>
        <w:keepNext/>
        <w:spacing w:before="240" w:after="40"/>
      </w:pPr>
      <w:r>
        <w:rPr>
          <w:b/>
          <w:color w:val="7F7F7F"/>
          <w:sz w:val="16"/>
        </w:rPr>
        <w:t>DISCLAIMER &amp; USAGE NOTICE</w:t>
      </w:r>
    </w:p>
    <w:p w14:paraId="04795126" w14:textId="77777777" w:rsidR="00F30732" w:rsidRDefault="00000000">
      <w:pPr>
        <w:spacing w:after="120"/>
      </w:pPr>
      <w:r>
        <w:rPr>
          <w:i/>
          <w:color w:val="7F7F7F"/>
          <w:sz w:val="15"/>
        </w:rPr>
        <w:t>This template is provided as a practical HSE management aid and should be reviewed and adapted to the organization's emergency arrangements, applicable requirements, contractual requirements, and site-specific conditions. Drill scenarios, evaluation criteria, response arrangements, and corrective actions should be aligned with the organization's approved emergency response procedures.</w:t>
      </w:r>
    </w:p>
    <w:sectPr w:rsidR="00F30732" w:rsidSect="00034616">
      <w:headerReference w:type="default" r:id="rId8"/>
      <w:footerReference w:type="default" r:id="rId9"/>
      <w:pgSz w:w="11909" w:h="16834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99A66" w14:textId="77777777" w:rsidR="00695FA6" w:rsidRDefault="00695FA6">
      <w:pPr>
        <w:spacing w:after="0" w:line="240" w:lineRule="auto"/>
      </w:pPr>
      <w:r>
        <w:separator/>
      </w:r>
    </w:p>
  </w:endnote>
  <w:endnote w:type="continuationSeparator" w:id="0">
    <w:p w14:paraId="3D4F564F" w14:textId="77777777" w:rsidR="00695FA6" w:rsidRDefault="00695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3EFA" w14:textId="77777777" w:rsidR="001A6DB8" w:rsidRDefault="001A6DB8" w:rsidP="001A6DB8">
    <w:pPr>
      <w:pStyle w:val="Footer"/>
    </w:pPr>
    <w:r>
      <w:t>The HSEVerse</w:t>
    </w:r>
    <w:r w:rsidRPr="00DE1A36">
      <w:t xml:space="preserve"> | www.</w:t>
    </w:r>
    <w:r>
      <w:t>thehseverse</w:t>
    </w:r>
    <w:r w:rsidRPr="00DE1A36">
      <w:t>.com</w:t>
    </w:r>
  </w:p>
  <w:p w14:paraId="5C4CDD5D" w14:textId="51D9B5EE" w:rsidR="00F30732" w:rsidRDefault="00000000">
    <w:pPr>
      <w:pStyle w:val="Footer"/>
      <w:jc w:val="right"/>
    </w:pPr>
    <w:r>
      <w:rPr>
        <w:color w:val="7F7F7F"/>
        <w:sz w:val="17"/>
      </w:rPr>
      <w:t xml:space="preserve">THV-HSE-TMP-005 | Rev: 00 | Page </w:t>
    </w:r>
    <w:r>
      <w:fldChar w:fldCharType="begin"/>
    </w:r>
    <w:r>
      <w:instrText>PAGE</w:instrText>
    </w:r>
    <w:r>
      <w:fldChar w:fldCharType="separate"/>
    </w:r>
    <w:r w:rsidR="001A6DB8">
      <w:rPr>
        <w:noProof/>
      </w:rPr>
      <w:t>1</w:t>
    </w:r>
    <w:r>
      <w:fldChar w:fldCharType="end"/>
    </w:r>
    <w:r>
      <w:rPr>
        <w:color w:val="7F7F7F"/>
        <w:sz w:val="17"/>
      </w:rPr>
      <w:t xml:space="preserve"> of </w:t>
    </w:r>
    <w:r>
      <w:fldChar w:fldCharType="begin"/>
    </w:r>
    <w:r>
      <w:instrText>NUMPAGES</w:instrText>
    </w:r>
    <w:r>
      <w:fldChar w:fldCharType="separate"/>
    </w:r>
    <w:r w:rsidR="001A6DB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EA765" w14:textId="77777777" w:rsidR="00695FA6" w:rsidRDefault="00695FA6">
      <w:pPr>
        <w:spacing w:after="0" w:line="240" w:lineRule="auto"/>
      </w:pPr>
      <w:r>
        <w:separator/>
      </w:r>
    </w:p>
  </w:footnote>
  <w:footnote w:type="continuationSeparator" w:id="0">
    <w:p w14:paraId="4A644E0B" w14:textId="77777777" w:rsidR="00695FA6" w:rsidRDefault="00695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D3BF" w14:textId="3AC92433" w:rsidR="001A6DB8" w:rsidRDefault="001A6DB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1CA1B" wp14:editId="09F2485A">
          <wp:simplePos x="0" y="0"/>
          <wp:positionH relativeFrom="column">
            <wp:posOffset>0</wp:posOffset>
          </wp:positionH>
          <wp:positionV relativeFrom="paragraph">
            <wp:posOffset>-426720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7100799">
    <w:abstractNumId w:val="8"/>
  </w:num>
  <w:num w:numId="2" w16cid:durableId="587154357">
    <w:abstractNumId w:val="6"/>
  </w:num>
  <w:num w:numId="3" w16cid:durableId="1733892265">
    <w:abstractNumId w:val="5"/>
  </w:num>
  <w:num w:numId="4" w16cid:durableId="1868827703">
    <w:abstractNumId w:val="4"/>
  </w:num>
  <w:num w:numId="5" w16cid:durableId="1020745243">
    <w:abstractNumId w:val="7"/>
  </w:num>
  <w:num w:numId="6" w16cid:durableId="1169709602">
    <w:abstractNumId w:val="3"/>
  </w:num>
  <w:num w:numId="7" w16cid:durableId="1113136995">
    <w:abstractNumId w:val="2"/>
  </w:num>
  <w:num w:numId="8" w16cid:durableId="705716879">
    <w:abstractNumId w:val="1"/>
  </w:num>
  <w:num w:numId="9" w16cid:durableId="47573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6DB8"/>
    <w:rsid w:val="0029639D"/>
    <w:rsid w:val="00326F90"/>
    <w:rsid w:val="00364008"/>
    <w:rsid w:val="00695FA6"/>
    <w:rsid w:val="00AA1D8D"/>
    <w:rsid w:val="00B47730"/>
    <w:rsid w:val="00CB0664"/>
    <w:rsid w:val="00F307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DFD24C"/>
  <w14:defaultImageDpi w14:val="300"/>
  <w15:docId w15:val="{9FA80B23-31FF-4ACD-8329-032E124C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262626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Mohsin Raza</cp:lastModifiedBy>
  <cp:revision>2</cp:revision>
  <dcterms:created xsi:type="dcterms:W3CDTF">2013-12-23T23:15:00Z</dcterms:created>
  <dcterms:modified xsi:type="dcterms:W3CDTF">2026-08-13T11:46:00Z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3a7758fb-09a4-4e46-b4e7-c09c4da0e1f2</vt:lpwstr>
  </property>
</Properties>
</file>