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4777" w14:textId="77777777" w:rsidR="00D8416D" w:rsidRDefault="00D8416D" w:rsidP="00D8416D">
      <w:pPr>
        <w:jc w:val="center"/>
      </w:pPr>
    </w:p>
    <w:p w14:paraId="245150DC" w14:textId="65CCD6AA" w:rsidR="00D8416D" w:rsidRDefault="00D8416D" w:rsidP="00D8416D">
      <w:pPr>
        <w:jc w:val="center"/>
        <w:rPr>
          <w:b/>
          <w:sz w:val="56"/>
        </w:rPr>
      </w:pPr>
    </w:p>
    <w:p w14:paraId="5E97DD57" w14:textId="77777777" w:rsidR="00D8416D" w:rsidRDefault="00D8416D" w:rsidP="00D8416D">
      <w:pPr>
        <w:jc w:val="center"/>
        <w:rPr>
          <w:b/>
          <w:sz w:val="56"/>
        </w:rPr>
      </w:pPr>
    </w:p>
    <w:p w14:paraId="03132F25" w14:textId="77777777" w:rsidR="00D8416D" w:rsidRDefault="00D8416D" w:rsidP="00D8416D">
      <w:pPr>
        <w:jc w:val="center"/>
        <w:rPr>
          <w:b/>
          <w:sz w:val="56"/>
        </w:rPr>
      </w:pPr>
      <w:r w:rsidRPr="00614FAE">
        <w:rPr>
          <w:b/>
          <w:sz w:val="56"/>
        </w:rPr>
        <w:t>PROJECT NAME</w:t>
      </w:r>
    </w:p>
    <w:p w14:paraId="79A4FFFD" w14:textId="77777777" w:rsidR="00D8416D" w:rsidRDefault="00D8416D" w:rsidP="00D8416D">
      <w:pPr>
        <w:jc w:val="center"/>
        <w:rPr>
          <w:b/>
          <w:sz w:val="54"/>
        </w:rPr>
      </w:pPr>
      <w:r>
        <w:rPr>
          <w:b/>
          <w:sz w:val="56"/>
        </w:rPr>
        <w:br/>
      </w:r>
      <w:r>
        <w:rPr>
          <w:b/>
          <w:sz w:val="56"/>
        </w:rPr>
        <w:br/>
      </w:r>
      <w:r>
        <w:rPr>
          <w:b/>
          <w:sz w:val="54"/>
        </w:rPr>
        <w:t>EXCAVATION &amp; TRENCHING</w:t>
      </w:r>
      <w:r>
        <w:rPr>
          <w:b/>
          <w:sz w:val="54"/>
        </w:rPr>
        <w:br/>
        <w:t>RISK ASSESSMENT</w:t>
      </w:r>
    </w:p>
    <w:p w14:paraId="440A9B93" w14:textId="026F0F27" w:rsidR="00C31769" w:rsidRDefault="00000000" w:rsidP="00D8416D">
      <w:pPr>
        <w:jc w:val="center"/>
      </w:pPr>
      <w:r>
        <w:br/>
      </w:r>
      <w:r>
        <w:br/>
      </w:r>
      <w:r>
        <w:rPr>
          <w:sz w:val="26"/>
        </w:rPr>
        <w:t>Comprehensive Risk Assessment for Excavation and Trenching Activities</w:t>
      </w:r>
      <w:r>
        <w:br/>
      </w:r>
      <w:r>
        <w:br/>
      </w:r>
      <w:r>
        <w:br/>
      </w:r>
    </w:p>
    <w:tbl>
      <w:tblPr>
        <w:tblStyle w:val="TableGrid"/>
        <w:tblW w:w="0" w:type="auto"/>
        <w:jc w:val="center"/>
        <w:tblLook w:val="04A0" w:firstRow="1" w:lastRow="0" w:firstColumn="1" w:lastColumn="0" w:noHBand="0" w:noVBand="1"/>
      </w:tblPr>
      <w:tblGrid>
        <w:gridCol w:w="5112"/>
        <w:gridCol w:w="5112"/>
      </w:tblGrid>
      <w:tr w:rsidR="00C31769" w14:paraId="78639FC8" w14:textId="77777777">
        <w:trPr>
          <w:tblHeader/>
          <w:jc w:val="center"/>
        </w:trPr>
        <w:tc>
          <w:tcPr>
            <w:tcW w:w="5112" w:type="dxa"/>
            <w:shd w:val="clear" w:color="auto" w:fill="0F3D5E"/>
            <w:vAlign w:val="center"/>
          </w:tcPr>
          <w:p w14:paraId="65FF2BF8" w14:textId="77777777" w:rsidR="00C31769" w:rsidRDefault="00000000">
            <w:r>
              <w:rPr>
                <w:b/>
                <w:color w:val="FFFFFF"/>
              </w:rPr>
              <w:t>Document Information</w:t>
            </w:r>
          </w:p>
        </w:tc>
        <w:tc>
          <w:tcPr>
            <w:tcW w:w="5112" w:type="dxa"/>
            <w:shd w:val="clear" w:color="auto" w:fill="0F3D5E"/>
            <w:vAlign w:val="center"/>
          </w:tcPr>
          <w:p w14:paraId="0946B392" w14:textId="77777777" w:rsidR="00C31769" w:rsidRDefault="00000000">
            <w:r>
              <w:rPr>
                <w:b/>
                <w:color w:val="FFFFFF"/>
              </w:rPr>
              <w:t>Details</w:t>
            </w:r>
          </w:p>
        </w:tc>
      </w:tr>
      <w:tr w:rsidR="00C31769" w14:paraId="1B6B209C" w14:textId="77777777">
        <w:trPr>
          <w:jc w:val="center"/>
        </w:trPr>
        <w:tc>
          <w:tcPr>
            <w:tcW w:w="5112" w:type="dxa"/>
          </w:tcPr>
          <w:p w14:paraId="20F5C141" w14:textId="77777777" w:rsidR="00C31769" w:rsidRDefault="00000000">
            <w:r>
              <w:rPr>
                <w:sz w:val="18"/>
              </w:rPr>
              <w:t>Resource Category</w:t>
            </w:r>
          </w:p>
        </w:tc>
        <w:tc>
          <w:tcPr>
            <w:tcW w:w="5112" w:type="dxa"/>
          </w:tcPr>
          <w:p w14:paraId="0F03AF5C" w14:textId="77777777" w:rsidR="00C31769" w:rsidRDefault="00000000">
            <w:r>
              <w:rPr>
                <w:sz w:val="18"/>
              </w:rPr>
              <w:t>Risk Assessments</w:t>
            </w:r>
          </w:p>
        </w:tc>
      </w:tr>
      <w:tr w:rsidR="00C31769" w14:paraId="45BC184F" w14:textId="77777777">
        <w:trPr>
          <w:jc w:val="center"/>
        </w:trPr>
        <w:tc>
          <w:tcPr>
            <w:tcW w:w="5112" w:type="dxa"/>
          </w:tcPr>
          <w:p w14:paraId="77CEBF62" w14:textId="77777777" w:rsidR="00C31769" w:rsidRDefault="00000000">
            <w:r>
              <w:rPr>
                <w:sz w:val="18"/>
              </w:rPr>
              <w:t>Document Type</w:t>
            </w:r>
          </w:p>
        </w:tc>
        <w:tc>
          <w:tcPr>
            <w:tcW w:w="5112" w:type="dxa"/>
          </w:tcPr>
          <w:p w14:paraId="51911414" w14:textId="77777777" w:rsidR="00C31769" w:rsidRDefault="00000000">
            <w:r>
              <w:rPr>
                <w:sz w:val="18"/>
              </w:rPr>
              <w:t>Completed Practical Risk Assessment</w:t>
            </w:r>
          </w:p>
        </w:tc>
      </w:tr>
      <w:tr w:rsidR="00C31769" w14:paraId="17C3D827" w14:textId="77777777">
        <w:trPr>
          <w:jc w:val="center"/>
        </w:trPr>
        <w:tc>
          <w:tcPr>
            <w:tcW w:w="5112" w:type="dxa"/>
          </w:tcPr>
          <w:p w14:paraId="5BFD6EC2" w14:textId="77777777" w:rsidR="00C31769" w:rsidRDefault="00000000">
            <w:r>
              <w:rPr>
                <w:sz w:val="18"/>
              </w:rPr>
              <w:t>Revision</w:t>
            </w:r>
          </w:p>
        </w:tc>
        <w:tc>
          <w:tcPr>
            <w:tcW w:w="5112" w:type="dxa"/>
          </w:tcPr>
          <w:p w14:paraId="248EDD13" w14:textId="77777777" w:rsidR="00C31769" w:rsidRDefault="00000000">
            <w:r>
              <w:rPr>
                <w:sz w:val="18"/>
              </w:rPr>
              <w:t>Rev. 00</w:t>
            </w:r>
          </w:p>
        </w:tc>
      </w:tr>
      <w:tr w:rsidR="00C31769" w14:paraId="30AEC600" w14:textId="77777777">
        <w:trPr>
          <w:jc w:val="center"/>
        </w:trPr>
        <w:tc>
          <w:tcPr>
            <w:tcW w:w="5112" w:type="dxa"/>
          </w:tcPr>
          <w:p w14:paraId="4F481720" w14:textId="77777777" w:rsidR="00C31769" w:rsidRDefault="00000000">
            <w:r>
              <w:rPr>
                <w:sz w:val="18"/>
              </w:rPr>
              <w:t>Status</w:t>
            </w:r>
          </w:p>
        </w:tc>
        <w:tc>
          <w:tcPr>
            <w:tcW w:w="5112" w:type="dxa"/>
          </w:tcPr>
          <w:p w14:paraId="1BAC00FE" w14:textId="77777777" w:rsidR="00C31769" w:rsidRDefault="00000000">
            <w:r>
              <w:rPr>
                <w:sz w:val="18"/>
              </w:rPr>
              <w:t>Reference Document</w:t>
            </w:r>
          </w:p>
        </w:tc>
      </w:tr>
    </w:tbl>
    <w:p w14:paraId="3BEEAA8B" w14:textId="77777777" w:rsidR="00C31769" w:rsidRDefault="00C31769"/>
    <w:p w14:paraId="4E116758" w14:textId="77777777" w:rsidR="00C31769" w:rsidRDefault="00000000">
      <w:pPr>
        <w:jc w:val="center"/>
      </w:pPr>
      <w:r>
        <w:br/>
        <w:t>Prepared as a practical HSE reference resource.</w:t>
      </w:r>
    </w:p>
    <w:p w14:paraId="0CB67470" w14:textId="77777777" w:rsidR="00C31769" w:rsidRDefault="00000000">
      <w:r>
        <w:br w:type="page"/>
      </w:r>
    </w:p>
    <w:p w14:paraId="4E9D9B84" w14:textId="77777777" w:rsidR="00C31769" w:rsidRDefault="00000000">
      <w:pPr>
        <w:pStyle w:val="Heading1"/>
      </w:pPr>
      <w:r>
        <w:lastRenderedPageBreak/>
        <w:t>1. Document / Assessment Information</w:t>
      </w:r>
    </w:p>
    <w:tbl>
      <w:tblPr>
        <w:tblStyle w:val="TableGrid"/>
        <w:tblW w:w="0" w:type="auto"/>
        <w:jc w:val="center"/>
        <w:tblLook w:val="04A0" w:firstRow="1" w:lastRow="0" w:firstColumn="1" w:lastColumn="0" w:noHBand="0" w:noVBand="1"/>
      </w:tblPr>
      <w:tblGrid>
        <w:gridCol w:w="5112"/>
        <w:gridCol w:w="5112"/>
      </w:tblGrid>
      <w:tr w:rsidR="00C31769" w14:paraId="3284BFDA" w14:textId="77777777">
        <w:trPr>
          <w:tblHeader/>
          <w:jc w:val="center"/>
        </w:trPr>
        <w:tc>
          <w:tcPr>
            <w:tcW w:w="5112" w:type="dxa"/>
            <w:shd w:val="clear" w:color="auto" w:fill="0F3D5E"/>
            <w:vAlign w:val="center"/>
          </w:tcPr>
          <w:p w14:paraId="0F6404F3" w14:textId="77777777" w:rsidR="00C31769" w:rsidRDefault="00000000">
            <w:r>
              <w:rPr>
                <w:b/>
                <w:color w:val="FFFFFF"/>
              </w:rPr>
              <w:t>Field</w:t>
            </w:r>
          </w:p>
        </w:tc>
        <w:tc>
          <w:tcPr>
            <w:tcW w:w="5112" w:type="dxa"/>
            <w:shd w:val="clear" w:color="auto" w:fill="0F3D5E"/>
            <w:vAlign w:val="center"/>
          </w:tcPr>
          <w:p w14:paraId="0B1EAAA2" w14:textId="77777777" w:rsidR="00C31769" w:rsidRDefault="00000000">
            <w:r>
              <w:rPr>
                <w:b/>
                <w:color w:val="FFFFFF"/>
              </w:rPr>
              <w:t>Details</w:t>
            </w:r>
          </w:p>
        </w:tc>
      </w:tr>
      <w:tr w:rsidR="00C31769" w14:paraId="4A2542C5" w14:textId="77777777">
        <w:trPr>
          <w:jc w:val="center"/>
        </w:trPr>
        <w:tc>
          <w:tcPr>
            <w:tcW w:w="5112" w:type="dxa"/>
          </w:tcPr>
          <w:p w14:paraId="29C0CE1C" w14:textId="77777777" w:rsidR="00C31769" w:rsidRDefault="00000000">
            <w:r>
              <w:rPr>
                <w:sz w:val="18"/>
              </w:rPr>
              <w:t>Project / Site Name</w:t>
            </w:r>
          </w:p>
        </w:tc>
        <w:tc>
          <w:tcPr>
            <w:tcW w:w="5112" w:type="dxa"/>
          </w:tcPr>
          <w:p w14:paraId="64AFDFB0" w14:textId="77777777" w:rsidR="00C31769" w:rsidRDefault="00000000">
            <w:r>
              <w:rPr>
                <w:sz w:val="18"/>
              </w:rPr>
              <w:t>________________________________</w:t>
            </w:r>
          </w:p>
        </w:tc>
      </w:tr>
      <w:tr w:rsidR="00C31769" w14:paraId="5440F3B5" w14:textId="77777777">
        <w:trPr>
          <w:jc w:val="center"/>
        </w:trPr>
        <w:tc>
          <w:tcPr>
            <w:tcW w:w="5112" w:type="dxa"/>
          </w:tcPr>
          <w:p w14:paraId="127F659F" w14:textId="77777777" w:rsidR="00C31769" w:rsidRDefault="00000000">
            <w:r>
              <w:rPr>
                <w:sz w:val="18"/>
              </w:rPr>
              <w:t>Location</w:t>
            </w:r>
          </w:p>
        </w:tc>
        <w:tc>
          <w:tcPr>
            <w:tcW w:w="5112" w:type="dxa"/>
          </w:tcPr>
          <w:p w14:paraId="3C6A4760" w14:textId="77777777" w:rsidR="00C31769" w:rsidRDefault="00000000">
            <w:r>
              <w:rPr>
                <w:sz w:val="18"/>
              </w:rPr>
              <w:t>________________________________</w:t>
            </w:r>
          </w:p>
        </w:tc>
      </w:tr>
      <w:tr w:rsidR="00C31769" w14:paraId="48B6B409" w14:textId="77777777">
        <w:trPr>
          <w:jc w:val="center"/>
        </w:trPr>
        <w:tc>
          <w:tcPr>
            <w:tcW w:w="5112" w:type="dxa"/>
          </w:tcPr>
          <w:p w14:paraId="5AD24BAE" w14:textId="77777777" w:rsidR="00C31769" w:rsidRDefault="00000000">
            <w:r>
              <w:rPr>
                <w:sz w:val="18"/>
              </w:rPr>
              <w:t>Client</w:t>
            </w:r>
          </w:p>
        </w:tc>
        <w:tc>
          <w:tcPr>
            <w:tcW w:w="5112" w:type="dxa"/>
          </w:tcPr>
          <w:p w14:paraId="50AE45C0" w14:textId="77777777" w:rsidR="00C31769" w:rsidRDefault="00000000">
            <w:r>
              <w:rPr>
                <w:sz w:val="18"/>
              </w:rPr>
              <w:t>________________________________</w:t>
            </w:r>
          </w:p>
        </w:tc>
      </w:tr>
      <w:tr w:rsidR="00C31769" w14:paraId="33E00FE1" w14:textId="77777777">
        <w:trPr>
          <w:jc w:val="center"/>
        </w:trPr>
        <w:tc>
          <w:tcPr>
            <w:tcW w:w="5112" w:type="dxa"/>
          </w:tcPr>
          <w:p w14:paraId="24259C95" w14:textId="77777777" w:rsidR="00C31769" w:rsidRDefault="00000000">
            <w:r>
              <w:rPr>
                <w:sz w:val="18"/>
              </w:rPr>
              <w:t>Main Contractor</w:t>
            </w:r>
          </w:p>
        </w:tc>
        <w:tc>
          <w:tcPr>
            <w:tcW w:w="5112" w:type="dxa"/>
          </w:tcPr>
          <w:p w14:paraId="51F4B567" w14:textId="77777777" w:rsidR="00C31769" w:rsidRDefault="00000000">
            <w:r>
              <w:rPr>
                <w:sz w:val="18"/>
              </w:rPr>
              <w:t>________________________________</w:t>
            </w:r>
          </w:p>
        </w:tc>
      </w:tr>
      <w:tr w:rsidR="00C31769" w14:paraId="65527E18" w14:textId="77777777">
        <w:trPr>
          <w:jc w:val="center"/>
        </w:trPr>
        <w:tc>
          <w:tcPr>
            <w:tcW w:w="5112" w:type="dxa"/>
          </w:tcPr>
          <w:p w14:paraId="35CDEDF3" w14:textId="77777777" w:rsidR="00C31769" w:rsidRDefault="00000000">
            <w:r>
              <w:rPr>
                <w:sz w:val="18"/>
              </w:rPr>
              <w:t>Subcontractor</w:t>
            </w:r>
          </w:p>
        </w:tc>
        <w:tc>
          <w:tcPr>
            <w:tcW w:w="5112" w:type="dxa"/>
          </w:tcPr>
          <w:p w14:paraId="382E5A7F" w14:textId="77777777" w:rsidR="00C31769" w:rsidRDefault="00000000">
            <w:r>
              <w:rPr>
                <w:sz w:val="18"/>
              </w:rPr>
              <w:t>________________________________</w:t>
            </w:r>
          </w:p>
        </w:tc>
      </w:tr>
      <w:tr w:rsidR="00C31769" w14:paraId="4067F447" w14:textId="77777777">
        <w:trPr>
          <w:jc w:val="center"/>
        </w:trPr>
        <w:tc>
          <w:tcPr>
            <w:tcW w:w="5112" w:type="dxa"/>
          </w:tcPr>
          <w:p w14:paraId="28BC5542" w14:textId="77777777" w:rsidR="00C31769" w:rsidRDefault="00000000">
            <w:r>
              <w:rPr>
                <w:sz w:val="18"/>
              </w:rPr>
              <w:t>Assessment Reference</w:t>
            </w:r>
          </w:p>
        </w:tc>
        <w:tc>
          <w:tcPr>
            <w:tcW w:w="5112" w:type="dxa"/>
          </w:tcPr>
          <w:p w14:paraId="5C1F8616" w14:textId="77777777" w:rsidR="00C31769" w:rsidRDefault="00000000">
            <w:r>
              <w:rPr>
                <w:sz w:val="18"/>
              </w:rPr>
              <w:t>________________________________</w:t>
            </w:r>
          </w:p>
        </w:tc>
      </w:tr>
      <w:tr w:rsidR="00C31769" w14:paraId="5E556EB5" w14:textId="77777777">
        <w:trPr>
          <w:jc w:val="center"/>
        </w:trPr>
        <w:tc>
          <w:tcPr>
            <w:tcW w:w="5112" w:type="dxa"/>
          </w:tcPr>
          <w:p w14:paraId="6F130C0D" w14:textId="77777777" w:rsidR="00C31769" w:rsidRDefault="00000000">
            <w:r>
              <w:rPr>
                <w:sz w:val="18"/>
              </w:rPr>
              <w:t>Assessment Date</w:t>
            </w:r>
          </w:p>
        </w:tc>
        <w:tc>
          <w:tcPr>
            <w:tcW w:w="5112" w:type="dxa"/>
          </w:tcPr>
          <w:p w14:paraId="48C23AC5" w14:textId="77777777" w:rsidR="00C31769" w:rsidRDefault="00000000">
            <w:r>
              <w:rPr>
                <w:sz w:val="18"/>
              </w:rPr>
              <w:t>________________________________</w:t>
            </w:r>
          </w:p>
        </w:tc>
      </w:tr>
      <w:tr w:rsidR="00C31769" w14:paraId="506E6B55" w14:textId="77777777">
        <w:trPr>
          <w:jc w:val="center"/>
        </w:trPr>
        <w:tc>
          <w:tcPr>
            <w:tcW w:w="5112" w:type="dxa"/>
          </w:tcPr>
          <w:p w14:paraId="0E84F91D" w14:textId="77777777" w:rsidR="00C31769" w:rsidRDefault="00000000">
            <w:r>
              <w:rPr>
                <w:sz w:val="18"/>
              </w:rPr>
              <w:t>Review Date</w:t>
            </w:r>
          </w:p>
        </w:tc>
        <w:tc>
          <w:tcPr>
            <w:tcW w:w="5112" w:type="dxa"/>
          </w:tcPr>
          <w:p w14:paraId="1E557B78" w14:textId="77777777" w:rsidR="00C31769" w:rsidRDefault="00000000">
            <w:r>
              <w:rPr>
                <w:sz w:val="18"/>
              </w:rPr>
              <w:t>________________________________</w:t>
            </w:r>
          </w:p>
        </w:tc>
      </w:tr>
      <w:tr w:rsidR="00C31769" w14:paraId="4A6C95D7" w14:textId="77777777">
        <w:trPr>
          <w:jc w:val="center"/>
        </w:trPr>
        <w:tc>
          <w:tcPr>
            <w:tcW w:w="5112" w:type="dxa"/>
          </w:tcPr>
          <w:p w14:paraId="37187352" w14:textId="77777777" w:rsidR="00C31769" w:rsidRDefault="00000000">
            <w:r>
              <w:rPr>
                <w:sz w:val="18"/>
              </w:rPr>
              <w:t>Activity</w:t>
            </w:r>
          </w:p>
        </w:tc>
        <w:tc>
          <w:tcPr>
            <w:tcW w:w="5112" w:type="dxa"/>
          </w:tcPr>
          <w:p w14:paraId="400CE9A8" w14:textId="77777777" w:rsidR="00C31769" w:rsidRDefault="00000000">
            <w:r>
              <w:rPr>
                <w:sz w:val="18"/>
              </w:rPr>
              <w:t>Excavation and Trenching</w:t>
            </w:r>
          </w:p>
        </w:tc>
      </w:tr>
      <w:tr w:rsidR="00C31769" w14:paraId="03BBB359" w14:textId="77777777">
        <w:trPr>
          <w:jc w:val="center"/>
        </w:trPr>
        <w:tc>
          <w:tcPr>
            <w:tcW w:w="5112" w:type="dxa"/>
          </w:tcPr>
          <w:p w14:paraId="42BD41B5" w14:textId="77777777" w:rsidR="00C31769" w:rsidRDefault="00000000">
            <w:r>
              <w:rPr>
                <w:sz w:val="18"/>
              </w:rPr>
              <w:t>Assessed By</w:t>
            </w:r>
          </w:p>
        </w:tc>
        <w:tc>
          <w:tcPr>
            <w:tcW w:w="5112" w:type="dxa"/>
          </w:tcPr>
          <w:p w14:paraId="718E861B" w14:textId="77777777" w:rsidR="00C31769" w:rsidRDefault="00000000">
            <w:r>
              <w:rPr>
                <w:sz w:val="18"/>
              </w:rPr>
              <w:t>________________________________</w:t>
            </w:r>
          </w:p>
        </w:tc>
      </w:tr>
      <w:tr w:rsidR="00C31769" w14:paraId="3DA82765" w14:textId="77777777">
        <w:trPr>
          <w:jc w:val="center"/>
        </w:trPr>
        <w:tc>
          <w:tcPr>
            <w:tcW w:w="5112" w:type="dxa"/>
          </w:tcPr>
          <w:p w14:paraId="52DC026C" w14:textId="77777777" w:rsidR="00C31769" w:rsidRDefault="00000000">
            <w:r>
              <w:rPr>
                <w:sz w:val="18"/>
              </w:rPr>
              <w:t>Position</w:t>
            </w:r>
          </w:p>
        </w:tc>
        <w:tc>
          <w:tcPr>
            <w:tcW w:w="5112" w:type="dxa"/>
          </w:tcPr>
          <w:p w14:paraId="5D55BFB3" w14:textId="77777777" w:rsidR="00C31769" w:rsidRDefault="00000000">
            <w:r>
              <w:rPr>
                <w:sz w:val="18"/>
              </w:rPr>
              <w:t>________________________________</w:t>
            </w:r>
          </w:p>
        </w:tc>
      </w:tr>
      <w:tr w:rsidR="00C31769" w14:paraId="5E6F5AAE" w14:textId="77777777">
        <w:trPr>
          <w:jc w:val="center"/>
        </w:trPr>
        <w:tc>
          <w:tcPr>
            <w:tcW w:w="5112" w:type="dxa"/>
          </w:tcPr>
          <w:p w14:paraId="76FC20B5" w14:textId="77777777" w:rsidR="00C31769" w:rsidRDefault="00000000">
            <w:r>
              <w:rPr>
                <w:sz w:val="18"/>
              </w:rPr>
              <w:t>Reviewed By</w:t>
            </w:r>
          </w:p>
        </w:tc>
        <w:tc>
          <w:tcPr>
            <w:tcW w:w="5112" w:type="dxa"/>
          </w:tcPr>
          <w:p w14:paraId="417FC9D9" w14:textId="77777777" w:rsidR="00C31769" w:rsidRDefault="00000000">
            <w:r>
              <w:rPr>
                <w:sz w:val="18"/>
              </w:rPr>
              <w:t>________________________________</w:t>
            </w:r>
          </w:p>
        </w:tc>
      </w:tr>
      <w:tr w:rsidR="00C31769" w14:paraId="5F36F5B3" w14:textId="77777777">
        <w:trPr>
          <w:jc w:val="center"/>
        </w:trPr>
        <w:tc>
          <w:tcPr>
            <w:tcW w:w="5112" w:type="dxa"/>
          </w:tcPr>
          <w:p w14:paraId="70F69EAC" w14:textId="77777777" w:rsidR="00C31769" w:rsidRDefault="00000000">
            <w:r>
              <w:rPr>
                <w:sz w:val="18"/>
              </w:rPr>
              <w:t>Approved By</w:t>
            </w:r>
          </w:p>
        </w:tc>
        <w:tc>
          <w:tcPr>
            <w:tcW w:w="5112" w:type="dxa"/>
          </w:tcPr>
          <w:p w14:paraId="4032280B" w14:textId="77777777" w:rsidR="00C31769" w:rsidRDefault="00000000">
            <w:r>
              <w:rPr>
                <w:sz w:val="18"/>
              </w:rPr>
              <w:t>________________________________</w:t>
            </w:r>
          </w:p>
        </w:tc>
      </w:tr>
      <w:tr w:rsidR="00C31769" w14:paraId="0F9DC1B7" w14:textId="77777777">
        <w:trPr>
          <w:jc w:val="center"/>
        </w:trPr>
        <w:tc>
          <w:tcPr>
            <w:tcW w:w="5112" w:type="dxa"/>
          </w:tcPr>
          <w:p w14:paraId="5A7CCDB6" w14:textId="77777777" w:rsidR="00C31769" w:rsidRDefault="00000000">
            <w:r>
              <w:rPr>
                <w:sz w:val="18"/>
              </w:rPr>
              <w:t>Persons at Risk</w:t>
            </w:r>
          </w:p>
        </w:tc>
        <w:tc>
          <w:tcPr>
            <w:tcW w:w="5112" w:type="dxa"/>
          </w:tcPr>
          <w:p w14:paraId="00EC985C" w14:textId="77777777" w:rsidR="00C31769" w:rsidRDefault="00000000">
            <w:r>
              <w:rPr>
                <w:sz w:val="18"/>
              </w:rPr>
              <w:t>Workers, supervisors, operators, contractors, visitors and others who may be exposed</w:t>
            </w:r>
          </w:p>
        </w:tc>
      </w:tr>
      <w:tr w:rsidR="00C31769" w14:paraId="70DA42E9" w14:textId="77777777">
        <w:trPr>
          <w:jc w:val="center"/>
        </w:trPr>
        <w:tc>
          <w:tcPr>
            <w:tcW w:w="5112" w:type="dxa"/>
          </w:tcPr>
          <w:p w14:paraId="321D371D" w14:textId="77777777" w:rsidR="00C31769" w:rsidRDefault="00000000">
            <w:r>
              <w:rPr>
                <w:sz w:val="18"/>
              </w:rPr>
              <w:t>Revision</w:t>
            </w:r>
          </w:p>
        </w:tc>
        <w:tc>
          <w:tcPr>
            <w:tcW w:w="5112" w:type="dxa"/>
          </w:tcPr>
          <w:p w14:paraId="25D82A44" w14:textId="77777777" w:rsidR="00C31769" w:rsidRDefault="00000000">
            <w:r>
              <w:rPr>
                <w:sz w:val="18"/>
              </w:rPr>
              <w:t>00</w:t>
            </w:r>
          </w:p>
        </w:tc>
      </w:tr>
      <w:tr w:rsidR="00C31769" w14:paraId="49018032" w14:textId="77777777">
        <w:trPr>
          <w:jc w:val="center"/>
        </w:trPr>
        <w:tc>
          <w:tcPr>
            <w:tcW w:w="5112" w:type="dxa"/>
          </w:tcPr>
          <w:p w14:paraId="0045E2CA" w14:textId="77777777" w:rsidR="00C31769" w:rsidRDefault="00000000">
            <w:r>
              <w:rPr>
                <w:sz w:val="18"/>
              </w:rPr>
              <w:t>Document Status</w:t>
            </w:r>
          </w:p>
        </w:tc>
        <w:tc>
          <w:tcPr>
            <w:tcW w:w="5112" w:type="dxa"/>
          </w:tcPr>
          <w:p w14:paraId="141A1E1A" w14:textId="77777777" w:rsidR="00C31769" w:rsidRDefault="00000000">
            <w:r>
              <w:rPr>
                <w:sz w:val="18"/>
              </w:rPr>
              <w:t>Completed Reference Assessment</w:t>
            </w:r>
          </w:p>
        </w:tc>
      </w:tr>
    </w:tbl>
    <w:p w14:paraId="599FE193" w14:textId="77777777" w:rsidR="00C31769" w:rsidRDefault="00C31769"/>
    <w:p w14:paraId="659DA788" w14:textId="77777777" w:rsidR="00C31769" w:rsidRDefault="00000000">
      <w:pPr>
        <w:pStyle w:val="Heading1"/>
      </w:pPr>
      <w:r>
        <w:t>2. Purpose</w:t>
      </w:r>
    </w:p>
    <w:p w14:paraId="6C30F228" w14:textId="77777777" w:rsidR="00C31769" w:rsidRDefault="00000000">
      <w:r>
        <w:t>This assessment identifies foreseeable hazards associated with excavation and trenching activities, evaluates the associated risks, and establishes practical controls to prevent collapse, falls, struck-by incidents, underground service damage, equipment interactions, flooding, hazardous atmospheres and other excavation-related harm. It is a completed practical reference assessment and does not replace a project-specific assessment, approved excavation plan or competent-person evaluation.</w:t>
      </w:r>
    </w:p>
    <w:p w14:paraId="2CC6DBFF" w14:textId="77777777" w:rsidR="00C31769" w:rsidRDefault="00000000">
      <w:pPr>
        <w:pStyle w:val="Heading1"/>
      </w:pPr>
      <w:r>
        <w:t>3. Scope</w:t>
      </w:r>
    </w:p>
    <w:p w14:paraId="63F29C07" w14:textId="77777777" w:rsidR="00C31769" w:rsidRDefault="00000000">
      <w:r>
        <w:t>The assessment covers excavation and trenching activities including planning and permit arrangements, utility identification, excavation setup, access and egress, temporary works and shoring, benching and battering, spoil placement, plant and vehicle interfaces, edge protection, underground services, water ingress, hazardous atmospheres, work near structures, lifting into excavations, night work, weather conditions, inspections and emergency response.</w:t>
      </w:r>
    </w:p>
    <w:p w14:paraId="6D58A2F0" w14:textId="77777777" w:rsidR="00C31769" w:rsidRDefault="00000000">
      <w:pPr>
        <w:pStyle w:val="Heading1"/>
      </w:pPr>
      <w:r>
        <w:t>4. Persons at Risk</w:t>
      </w:r>
    </w:p>
    <w:tbl>
      <w:tblPr>
        <w:tblStyle w:val="TableGrid"/>
        <w:tblW w:w="0" w:type="auto"/>
        <w:jc w:val="center"/>
        <w:tblLook w:val="04A0" w:firstRow="1" w:lastRow="0" w:firstColumn="1" w:lastColumn="0" w:noHBand="0" w:noVBand="1"/>
      </w:tblPr>
      <w:tblGrid>
        <w:gridCol w:w="3408"/>
        <w:gridCol w:w="3408"/>
        <w:gridCol w:w="3408"/>
      </w:tblGrid>
      <w:tr w:rsidR="00C31769" w14:paraId="5CEC7503" w14:textId="77777777">
        <w:trPr>
          <w:tblHeader/>
          <w:jc w:val="center"/>
        </w:trPr>
        <w:tc>
          <w:tcPr>
            <w:tcW w:w="3408" w:type="dxa"/>
            <w:shd w:val="clear" w:color="auto" w:fill="0F3D5E"/>
            <w:vAlign w:val="center"/>
          </w:tcPr>
          <w:p w14:paraId="7C6FCEB0" w14:textId="77777777" w:rsidR="00C31769" w:rsidRDefault="00000000">
            <w:r>
              <w:rPr>
                <w:b/>
                <w:color w:val="FFFFFF"/>
              </w:rPr>
              <w:t>No.</w:t>
            </w:r>
          </w:p>
        </w:tc>
        <w:tc>
          <w:tcPr>
            <w:tcW w:w="3408" w:type="dxa"/>
            <w:shd w:val="clear" w:color="auto" w:fill="0F3D5E"/>
            <w:vAlign w:val="center"/>
          </w:tcPr>
          <w:p w14:paraId="68593FBA" w14:textId="77777777" w:rsidR="00C31769" w:rsidRDefault="00000000">
            <w:r>
              <w:rPr>
                <w:b/>
                <w:color w:val="FFFFFF"/>
              </w:rPr>
              <w:t>Person / Group</w:t>
            </w:r>
          </w:p>
        </w:tc>
        <w:tc>
          <w:tcPr>
            <w:tcW w:w="3408" w:type="dxa"/>
            <w:shd w:val="clear" w:color="auto" w:fill="0F3D5E"/>
            <w:vAlign w:val="center"/>
          </w:tcPr>
          <w:p w14:paraId="42EEC445" w14:textId="77777777" w:rsidR="00C31769" w:rsidRDefault="00000000">
            <w:r>
              <w:rPr>
                <w:b/>
                <w:color w:val="FFFFFF"/>
              </w:rPr>
              <w:t>Potential Exposure</w:t>
            </w:r>
          </w:p>
        </w:tc>
      </w:tr>
      <w:tr w:rsidR="00C31769" w14:paraId="7C00E86F" w14:textId="77777777">
        <w:trPr>
          <w:jc w:val="center"/>
        </w:trPr>
        <w:tc>
          <w:tcPr>
            <w:tcW w:w="3408" w:type="dxa"/>
          </w:tcPr>
          <w:p w14:paraId="7651EE25" w14:textId="77777777" w:rsidR="00C31769" w:rsidRDefault="00000000">
            <w:r>
              <w:rPr>
                <w:sz w:val="17"/>
              </w:rPr>
              <w:t>1</w:t>
            </w:r>
          </w:p>
        </w:tc>
        <w:tc>
          <w:tcPr>
            <w:tcW w:w="3408" w:type="dxa"/>
          </w:tcPr>
          <w:p w14:paraId="4029FD86" w14:textId="77777777" w:rsidR="00C31769" w:rsidRDefault="00000000">
            <w:r>
              <w:rPr>
                <w:sz w:val="17"/>
              </w:rPr>
              <w:t>Excavation workers</w:t>
            </w:r>
          </w:p>
        </w:tc>
        <w:tc>
          <w:tcPr>
            <w:tcW w:w="3408" w:type="dxa"/>
          </w:tcPr>
          <w:p w14:paraId="25EFCFBA" w14:textId="77777777" w:rsidR="00C31769" w:rsidRDefault="00000000">
            <w:r>
              <w:rPr>
                <w:sz w:val="17"/>
              </w:rPr>
              <w:t>Collapse, falls, buried services, hazardous atmosphere and water ingress</w:t>
            </w:r>
          </w:p>
        </w:tc>
      </w:tr>
      <w:tr w:rsidR="00C31769" w14:paraId="64CD62C1" w14:textId="77777777">
        <w:trPr>
          <w:jc w:val="center"/>
        </w:trPr>
        <w:tc>
          <w:tcPr>
            <w:tcW w:w="3408" w:type="dxa"/>
          </w:tcPr>
          <w:p w14:paraId="49E1F0AC" w14:textId="77777777" w:rsidR="00C31769" w:rsidRDefault="00000000">
            <w:r>
              <w:rPr>
                <w:sz w:val="17"/>
              </w:rPr>
              <w:t>2</w:t>
            </w:r>
          </w:p>
        </w:tc>
        <w:tc>
          <w:tcPr>
            <w:tcW w:w="3408" w:type="dxa"/>
          </w:tcPr>
          <w:p w14:paraId="7BDAC42F" w14:textId="77777777" w:rsidR="00C31769" w:rsidRDefault="00000000">
            <w:r>
              <w:rPr>
                <w:sz w:val="17"/>
              </w:rPr>
              <w:t>Excavator / plant operators</w:t>
            </w:r>
          </w:p>
        </w:tc>
        <w:tc>
          <w:tcPr>
            <w:tcW w:w="3408" w:type="dxa"/>
          </w:tcPr>
          <w:p w14:paraId="12A526C7" w14:textId="77777777" w:rsidR="00C31769" w:rsidRDefault="00000000">
            <w:r>
              <w:rPr>
                <w:sz w:val="17"/>
              </w:rPr>
              <w:t>Plant interaction, edge collapse and underground services</w:t>
            </w:r>
          </w:p>
        </w:tc>
      </w:tr>
      <w:tr w:rsidR="00C31769" w14:paraId="09723755" w14:textId="77777777">
        <w:trPr>
          <w:jc w:val="center"/>
        </w:trPr>
        <w:tc>
          <w:tcPr>
            <w:tcW w:w="3408" w:type="dxa"/>
          </w:tcPr>
          <w:p w14:paraId="36526460" w14:textId="77777777" w:rsidR="00C31769" w:rsidRDefault="00000000">
            <w:r>
              <w:rPr>
                <w:sz w:val="17"/>
              </w:rPr>
              <w:t>3</w:t>
            </w:r>
          </w:p>
        </w:tc>
        <w:tc>
          <w:tcPr>
            <w:tcW w:w="3408" w:type="dxa"/>
          </w:tcPr>
          <w:p w14:paraId="11E17DAF" w14:textId="77777777" w:rsidR="00C31769" w:rsidRDefault="00000000">
            <w:r>
              <w:rPr>
                <w:sz w:val="17"/>
              </w:rPr>
              <w:t>Banksmen / spotters</w:t>
            </w:r>
          </w:p>
        </w:tc>
        <w:tc>
          <w:tcPr>
            <w:tcW w:w="3408" w:type="dxa"/>
          </w:tcPr>
          <w:p w14:paraId="129F6F01" w14:textId="77777777" w:rsidR="00C31769" w:rsidRDefault="00000000">
            <w:r>
              <w:rPr>
                <w:sz w:val="17"/>
              </w:rPr>
              <w:t>Plant movement, falling material and service damage</w:t>
            </w:r>
          </w:p>
        </w:tc>
      </w:tr>
      <w:tr w:rsidR="00C31769" w14:paraId="14EE12C2" w14:textId="77777777">
        <w:trPr>
          <w:jc w:val="center"/>
        </w:trPr>
        <w:tc>
          <w:tcPr>
            <w:tcW w:w="3408" w:type="dxa"/>
          </w:tcPr>
          <w:p w14:paraId="7DC173AB" w14:textId="77777777" w:rsidR="00C31769" w:rsidRDefault="00000000">
            <w:r>
              <w:rPr>
                <w:sz w:val="17"/>
              </w:rPr>
              <w:t>4</w:t>
            </w:r>
          </w:p>
        </w:tc>
        <w:tc>
          <w:tcPr>
            <w:tcW w:w="3408" w:type="dxa"/>
          </w:tcPr>
          <w:p w14:paraId="017F6561" w14:textId="77777777" w:rsidR="00C31769" w:rsidRDefault="00000000">
            <w:r>
              <w:rPr>
                <w:sz w:val="17"/>
              </w:rPr>
              <w:t>Supervisors / engineers / HSE personnel</w:t>
            </w:r>
          </w:p>
        </w:tc>
        <w:tc>
          <w:tcPr>
            <w:tcW w:w="3408" w:type="dxa"/>
          </w:tcPr>
          <w:p w14:paraId="0F60F044" w14:textId="77777777" w:rsidR="00C31769" w:rsidRDefault="00000000">
            <w:r>
              <w:rPr>
                <w:sz w:val="17"/>
              </w:rPr>
              <w:t>Exposure during inspection and supervision</w:t>
            </w:r>
          </w:p>
        </w:tc>
      </w:tr>
      <w:tr w:rsidR="00C31769" w14:paraId="29E36568" w14:textId="77777777">
        <w:trPr>
          <w:jc w:val="center"/>
        </w:trPr>
        <w:tc>
          <w:tcPr>
            <w:tcW w:w="3408" w:type="dxa"/>
          </w:tcPr>
          <w:p w14:paraId="0C526858" w14:textId="77777777" w:rsidR="00C31769" w:rsidRDefault="00000000">
            <w:r>
              <w:rPr>
                <w:sz w:val="17"/>
              </w:rPr>
              <w:t>5</w:t>
            </w:r>
          </w:p>
        </w:tc>
        <w:tc>
          <w:tcPr>
            <w:tcW w:w="3408" w:type="dxa"/>
          </w:tcPr>
          <w:p w14:paraId="5079BB37" w14:textId="77777777" w:rsidR="00C31769" w:rsidRDefault="00000000">
            <w:r>
              <w:rPr>
                <w:sz w:val="17"/>
              </w:rPr>
              <w:t>Workers near excavation edges</w:t>
            </w:r>
          </w:p>
        </w:tc>
        <w:tc>
          <w:tcPr>
            <w:tcW w:w="3408" w:type="dxa"/>
          </w:tcPr>
          <w:p w14:paraId="69101ADC" w14:textId="77777777" w:rsidR="00C31769" w:rsidRDefault="00000000">
            <w:r>
              <w:rPr>
                <w:sz w:val="17"/>
              </w:rPr>
              <w:t>Falls, falling materials and plant interaction</w:t>
            </w:r>
          </w:p>
        </w:tc>
      </w:tr>
      <w:tr w:rsidR="00C31769" w14:paraId="051BD294" w14:textId="77777777">
        <w:trPr>
          <w:jc w:val="center"/>
        </w:trPr>
        <w:tc>
          <w:tcPr>
            <w:tcW w:w="3408" w:type="dxa"/>
          </w:tcPr>
          <w:p w14:paraId="13B60773" w14:textId="77777777" w:rsidR="00C31769" w:rsidRDefault="00000000">
            <w:r>
              <w:rPr>
                <w:sz w:val="17"/>
              </w:rPr>
              <w:t>6</w:t>
            </w:r>
          </w:p>
        </w:tc>
        <w:tc>
          <w:tcPr>
            <w:tcW w:w="3408" w:type="dxa"/>
          </w:tcPr>
          <w:p w14:paraId="494870E3" w14:textId="77777777" w:rsidR="00C31769" w:rsidRDefault="00000000">
            <w:r>
              <w:rPr>
                <w:sz w:val="17"/>
              </w:rPr>
              <w:t>Utility/service personnel</w:t>
            </w:r>
          </w:p>
        </w:tc>
        <w:tc>
          <w:tcPr>
            <w:tcW w:w="3408" w:type="dxa"/>
          </w:tcPr>
          <w:p w14:paraId="7B1F9173" w14:textId="77777777" w:rsidR="00C31769" w:rsidRDefault="00000000">
            <w:r>
              <w:rPr>
                <w:sz w:val="17"/>
              </w:rPr>
              <w:t>Damage to or contact with underground services</w:t>
            </w:r>
          </w:p>
        </w:tc>
      </w:tr>
      <w:tr w:rsidR="00C31769" w14:paraId="6DDEF549" w14:textId="77777777">
        <w:trPr>
          <w:jc w:val="center"/>
        </w:trPr>
        <w:tc>
          <w:tcPr>
            <w:tcW w:w="3408" w:type="dxa"/>
          </w:tcPr>
          <w:p w14:paraId="176A3D87" w14:textId="77777777" w:rsidR="00C31769" w:rsidRDefault="00000000">
            <w:r>
              <w:rPr>
                <w:sz w:val="17"/>
              </w:rPr>
              <w:t>7</w:t>
            </w:r>
          </w:p>
        </w:tc>
        <w:tc>
          <w:tcPr>
            <w:tcW w:w="3408" w:type="dxa"/>
          </w:tcPr>
          <w:p w14:paraId="61C71BA3" w14:textId="77777777" w:rsidR="00C31769" w:rsidRDefault="00000000">
            <w:r>
              <w:rPr>
                <w:sz w:val="17"/>
              </w:rPr>
              <w:t>Delivery drivers / contractors</w:t>
            </w:r>
          </w:p>
        </w:tc>
        <w:tc>
          <w:tcPr>
            <w:tcW w:w="3408" w:type="dxa"/>
          </w:tcPr>
          <w:p w14:paraId="2E7C33E0" w14:textId="77777777" w:rsidR="00C31769" w:rsidRDefault="00000000">
            <w:r>
              <w:rPr>
                <w:sz w:val="17"/>
              </w:rPr>
              <w:t>Vehicle and excavation interface</w:t>
            </w:r>
          </w:p>
        </w:tc>
      </w:tr>
      <w:tr w:rsidR="00C31769" w14:paraId="0F35169F" w14:textId="77777777">
        <w:trPr>
          <w:jc w:val="center"/>
        </w:trPr>
        <w:tc>
          <w:tcPr>
            <w:tcW w:w="3408" w:type="dxa"/>
          </w:tcPr>
          <w:p w14:paraId="1D74D45A" w14:textId="77777777" w:rsidR="00C31769" w:rsidRDefault="00000000">
            <w:r>
              <w:rPr>
                <w:sz w:val="17"/>
              </w:rPr>
              <w:t>8</w:t>
            </w:r>
          </w:p>
        </w:tc>
        <w:tc>
          <w:tcPr>
            <w:tcW w:w="3408" w:type="dxa"/>
          </w:tcPr>
          <w:p w14:paraId="26034AA7" w14:textId="77777777" w:rsidR="00C31769" w:rsidRDefault="00000000">
            <w:r>
              <w:rPr>
                <w:sz w:val="17"/>
              </w:rPr>
              <w:t>Visitors / unauthorized persons</w:t>
            </w:r>
          </w:p>
        </w:tc>
        <w:tc>
          <w:tcPr>
            <w:tcW w:w="3408" w:type="dxa"/>
          </w:tcPr>
          <w:p w14:paraId="6753A6DB" w14:textId="77777777" w:rsidR="00C31769" w:rsidRDefault="00000000">
            <w:r>
              <w:rPr>
                <w:sz w:val="17"/>
              </w:rPr>
              <w:t>Falls into open excavation</w:t>
            </w:r>
          </w:p>
        </w:tc>
      </w:tr>
      <w:tr w:rsidR="00C31769" w14:paraId="63B425F5" w14:textId="77777777">
        <w:trPr>
          <w:jc w:val="center"/>
        </w:trPr>
        <w:tc>
          <w:tcPr>
            <w:tcW w:w="3408" w:type="dxa"/>
          </w:tcPr>
          <w:p w14:paraId="02B19D4B" w14:textId="77777777" w:rsidR="00C31769" w:rsidRDefault="00000000">
            <w:r>
              <w:rPr>
                <w:sz w:val="17"/>
              </w:rPr>
              <w:t>9</w:t>
            </w:r>
          </w:p>
        </w:tc>
        <w:tc>
          <w:tcPr>
            <w:tcW w:w="3408" w:type="dxa"/>
          </w:tcPr>
          <w:p w14:paraId="72EBFD51" w14:textId="77777777" w:rsidR="00C31769" w:rsidRDefault="00000000">
            <w:r>
              <w:rPr>
                <w:sz w:val="17"/>
              </w:rPr>
              <w:t>Emergency responders</w:t>
            </w:r>
          </w:p>
        </w:tc>
        <w:tc>
          <w:tcPr>
            <w:tcW w:w="3408" w:type="dxa"/>
          </w:tcPr>
          <w:p w14:paraId="6261F9AC" w14:textId="77777777" w:rsidR="00C31769" w:rsidRDefault="00000000">
            <w:r>
              <w:rPr>
                <w:sz w:val="17"/>
              </w:rPr>
              <w:t>Exposure during rescue or incident response</w:t>
            </w:r>
          </w:p>
        </w:tc>
      </w:tr>
      <w:tr w:rsidR="00C31769" w14:paraId="5648E060" w14:textId="77777777">
        <w:trPr>
          <w:jc w:val="center"/>
        </w:trPr>
        <w:tc>
          <w:tcPr>
            <w:tcW w:w="3408" w:type="dxa"/>
          </w:tcPr>
          <w:p w14:paraId="1121061E" w14:textId="77777777" w:rsidR="00C31769" w:rsidRDefault="00000000">
            <w:r>
              <w:rPr>
                <w:sz w:val="17"/>
              </w:rPr>
              <w:lastRenderedPageBreak/>
              <w:t>10</w:t>
            </w:r>
          </w:p>
        </w:tc>
        <w:tc>
          <w:tcPr>
            <w:tcW w:w="3408" w:type="dxa"/>
          </w:tcPr>
          <w:p w14:paraId="3AF465C5" w14:textId="77777777" w:rsidR="00C31769" w:rsidRDefault="00000000">
            <w:r>
              <w:rPr>
                <w:sz w:val="17"/>
              </w:rPr>
              <w:t>Nearby public / third parties</w:t>
            </w:r>
          </w:p>
        </w:tc>
        <w:tc>
          <w:tcPr>
            <w:tcW w:w="3408" w:type="dxa"/>
          </w:tcPr>
          <w:p w14:paraId="4CF10B3C" w14:textId="77777777" w:rsidR="00C31769" w:rsidRDefault="00000000">
            <w:r>
              <w:rPr>
                <w:sz w:val="17"/>
              </w:rPr>
              <w:t>Exposure where excavations interface with public areas</w:t>
            </w:r>
          </w:p>
        </w:tc>
      </w:tr>
    </w:tbl>
    <w:p w14:paraId="44D4AC13" w14:textId="77777777" w:rsidR="00C31769" w:rsidRDefault="00C31769"/>
    <w:p w14:paraId="2DDA2FA4" w14:textId="77777777" w:rsidR="00C31769" w:rsidRDefault="00000000">
      <w:pPr>
        <w:pStyle w:val="Heading1"/>
      </w:pPr>
      <w:r>
        <w:t>5. Excavation and Trenching Control Principles</w:t>
      </w:r>
    </w:p>
    <w:p w14:paraId="26627F25" w14:textId="77777777" w:rsidR="00C31769" w:rsidRDefault="00000000">
      <w:r>
        <w:t>Excavation work must be planned before breaking ground. The controls should address ground conditions, excavation geometry, nearby structures, underground services, water, access, plant, spoil, weather and emergency arrangements. Excavations should be designed and supported according to competent engineering assessment and applicable requirements. Workers must not enter an excavation where collapse or other hazards are not adequately controlled.</w:t>
      </w:r>
    </w:p>
    <w:tbl>
      <w:tblPr>
        <w:tblStyle w:val="TableGrid"/>
        <w:tblW w:w="0" w:type="auto"/>
        <w:jc w:val="center"/>
        <w:tblLook w:val="04A0" w:firstRow="1" w:lastRow="0" w:firstColumn="1" w:lastColumn="0" w:noHBand="0" w:noVBand="1"/>
      </w:tblPr>
      <w:tblGrid>
        <w:gridCol w:w="3408"/>
        <w:gridCol w:w="3408"/>
        <w:gridCol w:w="3408"/>
      </w:tblGrid>
      <w:tr w:rsidR="00C31769" w14:paraId="729BE5C7" w14:textId="77777777">
        <w:trPr>
          <w:tblHeader/>
          <w:jc w:val="center"/>
        </w:trPr>
        <w:tc>
          <w:tcPr>
            <w:tcW w:w="3408" w:type="dxa"/>
            <w:shd w:val="clear" w:color="auto" w:fill="0F3D5E"/>
            <w:vAlign w:val="center"/>
          </w:tcPr>
          <w:p w14:paraId="2BB47CBE" w14:textId="77777777" w:rsidR="00C31769" w:rsidRDefault="00000000">
            <w:r>
              <w:rPr>
                <w:b/>
                <w:color w:val="FFFFFF"/>
              </w:rPr>
              <w:t>Priority</w:t>
            </w:r>
          </w:p>
        </w:tc>
        <w:tc>
          <w:tcPr>
            <w:tcW w:w="3408" w:type="dxa"/>
            <w:shd w:val="clear" w:color="auto" w:fill="0F3D5E"/>
            <w:vAlign w:val="center"/>
          </w:tcPr>
          <w:p w14:paraId="462257BF" w14:textId="77777777" w:rsidR="00C31769" w:rsidRDefault="00000000">
            <w:r>
              <w:rPr>
                <w:b/>
                <w:color w:val="FFFFFF"/>
              </w:rPr>
              <w:t>Principle</w:t>
            </w:r>
          </w:p>
        </w:tc>
        <w:tc>
          <w:tcPr>
            <w:tcW w:w="3408" w:type="dxa"/>
            <w:shd w:val="clear" w:color="auto" w:fill="0F3D5E"/>
            <w:vAlign w:val="center"/>
          </w:tcPr>
          <w:p w14:paraId="2E8D023F" w14:textId="77777777" w:rsidR="00C31769" w:rsidRDefault="00000000">
            <w:r>
              <w:rPr>
                <w:b/>
                <w:color w:val="FFFFFF"/>
              </w:rPr>
              <w:t>Examples</w:t>
            </w:r>
          </w:p>
        </w:tc>
      </w:tr>
      <w:tr w:rsidR="00C31769" w14:paraId="18A5F70C" w14:textId="77777777">
        <w:trPr>
          <w:jc w:val="center"/>
        </w:trPr>
        <w:tc>
          <w:tcPr>
            <w:tcW w:w="3408" w:type="dxa"/>
          </w:tcPr>
          <w:p w14:paraId="61CAFAA7" w14:textId="77777777" w:rsidR="00C31769" w:rsidRDefault="00000000">
            <w:r>
              <w:rPr>
                <w:sz w:val="17"/>
              </w:rPr>
              <w:t>1</w:t>
            </w:r>
          </w:p>
        </w:tc>
        <w:tc>
          <w:tcPr>
            <w:tcW w:w="3408" w:type="dxa"/>
          </w:tcPr>
          <w:p w14:paraId="42FEC025" w14:textId="77777777" w:rsidR="00C31769" w:rsidRDefault="00000000">
            <w:r>
              <w:rPr>
                <w:sz w:val="17"/>
              </w:rPr>
              <w:t>Avoid / reduce exposure</w:t>
            </w:r>
          </w:p>
        </w:tc>
        <w:tc>
          <w:tcPr>
            <w:tcW w:w="3408" w:type="dxa"/>
          </w:tcPr>
          <w:p w14:paraId="421E1F5C" w14:textId="77777777" w:rsidR="00C31769" w:rsidRDefault="00000000">
            <w:r>
              <w:rPr>
                <w:sz w:val="17"/>
              </w:rPr>
              <w:t>Avoid unnecessary excavation, minimize open duration and use alternative methods where reasonably practicable.</w:t>
            </w:r>
          </w:p>
        </w:tc>
      </w:tr>
      <w:tr w:rsidR="00C31769" w14:paraId="7E06B30C" w14:textId="77777777">
        <w:trPr>
          <w:jc w:val="center"/>
        </w:trPr>
        <w:tc>
          <w:tcPr>
            <w:tcW w:w="3408" w:type="dxa"/>
          </w:tcPr>
          <w:p w14:paraId="32034D0B" w14:textId="77777777" w:rsidR="00C31769" w:rsidRDefault="00000000">
            <w:r>
              <w:rPr>
                <w:sz w:val="17"/>
              </w:rPr>
              <w:t>2</w:t>
            </w:r>
          </w:p>
        </w:tc>
        <w:tc>
          <w:tcPr>
            <w:tcW w:w="3408" w:type="dxa"/>
          </w:tcPr>
          <w:p w14:paraId="43AF75FD" w14:textId="77777777" w:rsidR="00C31769" w:rsidRDefault="00000000">
            <w:r>
              <w:rPr>
                <w:sz w:val="17"/>
              </w:rPr>
              <w:t>Prevent collapse and falls</w:t>
            </w:r>
          </w:p>
        </w:tc>
        <w:tc>
          <w:tcPr>
            <w:tcW w:w="3408" w:type="dxa"/>
          </w:tcPr>
          <w:p w14:paraId="3D4E4054" w14:textId="77777777" w:rsidR="00C31769" w:rsidRDefault="00000000">
            <w:r>
              <w:rPr>
                <w:sz w:val="17"/>
              </w:rPr>
              <w:t>Suitable battering/benching, shoring or engineered support; guardrails, barriers and controlled access.</w:t>
            </w:r>
          </w:p>
        </w:tc>
      </w:tr>
      <w:tr w:rsidR="00C31769" w14:paraId="40CA030E" w14:textId="77777777">
        <w:trPr>
          <w:jc w:val="center"/>
        </w:trPr>
        <w:tc>
          <w:tcPr>
            <w:tcW w:w="3408" w:type="dxa"/>
          </w:tcPr>
          <w:p w14:paraId="620FE013" w14:textId="77777777" w:rsidR="00C31769" w:rsidRDefault="00000000">
            <w:r>
              <w:rPr>
                <w:sz w:val="17"/>
              </w:rPr>
              <w:t>3</w:t>
            </w:r>
          </w:p>
        </w:tc>
        <w:tc>
          <w:tcPr>
            <w:tcW w:w="3408" w:type="dxa"/>
          </w:tcPr>
          <w:p w14:paraId="1614178A" w14:textId="77777777" w:rsidR="00C31769" w:rsidRDefault="00000000">
            <w:r>
              <w:rPr>
                <w:sz w:val="17"/>
              </w:rPr>
              <w:t>Control interfaces</w:t>
            </w:r>
          </w:p>
        </w:tc>
        <w:tc>
          <w:tcPr>
            <w:tcW w:w="3408" w:type="dxa"/>
          </w:tcPr>
          <w:p w14:paraId="1BD7CC6C" w14:textId="77777777" w:rsidR="00C31769" w:rsidRDefault="00000000">
            <w:r>
              <w:rPr>
                <w:sz w:val="17"/>
              </w:rPr>
              <w:t>Locate services, segregate plant and people, control spoil and maintain exclusion zones.</w:t>
            </w:r>
          </w:p>
        </w:tc>
      </w:tr>
      <w:tr w:rsidR="00C31769" w14:paraId="0CE946B0" w14:textId="77777777">
        <w:trPr>
          <w:jc w:val="center"/>
        </w:trPr>
        <w:tc>
          <w:tcPr>
            <w:tcW w:w="3408" w:type="dxa"/>
          </w:tcPr>
          <w:p w14:paraId="20E4164A" w14:textId="77777777" w:rsidR="00C31769" w:rsidRDefault="00000000">
            <w:r>
              <w:rPr>
                <w:sz w:val="17"/>
              </w:rPr>
              <w:t>4</w:t>
            </w:r>
          </w:p>
        </w:tc>
        <w:tc>
          <w:tcPr>
            <w:tcW w:w="3408" w:type="dxa"/>
          </w:tcPr>
          <w:p w14:paraId="6937E56E" w14:textId="77777777" w:rsidR="00C31769" w:rsidRDefault="00000000">
            <w:r>
              <w:rPr>
                <w:sz w:val="17"/>
              </w:rPr>
              <w:t>Minimize consequences</w:t>
            </w:r>
          </w:p>
        </w:tc>
        <w:tc>
          <w:tcPr>
            <w:tcW w:w="3408" w:type="dxa"/>
          </w:tcPr>
          <w:p w14:paraId="206990EB" w14:textId="77777777" w:rsidR="00C31769" w:rsidRDefault="00000000">
            <w:r>
              <w:rPr>
                <w:sz w:val="17"/>
              </w:rPr>
              <w:t>Emergency rescue arrangements, safe access/egress, monitoring and prompt response to changing conditions.</w:t>
            </w:r>
          </w:p>
        </w:tc>
      </w:tr>
    </w:tbl>
    <w:p w14:paraId="6C499411" w14:textId="77777777" w:rsidR="00C31769" w:rsidRDefault="00C31769"/>
    <w:p w14:paraId="5DC250FA" w14:textId="77777777" w:rsidR="00C31769" w:rsidRDefault="00000000">
      <w:pPr>
        <w:pStyle w:val="Heading1"/>
      </w:pPr>
      <w:r>
        <w:t>6. General Control Requirements</w:t>
      </w:r>
    </w:p>
    <w:tbl>
      <w:tblPr>
        <w:tblStyle w:val="TableGrid"/>
        <w:tblW w:w="0" w:type="auto"/>
        <w:jc w:val="center"/>
        <w:tblLook w:val="04A0" w:firstRow="1" w:lastRow="0" w:firstColumn="1" w:lastColumn="0" w:noHBand="0" w:noVBand="1"/>
      </w:tblPr>
      <w:tblGrid>
        <w:gridCol w:w="3408"/>
        <w:gridCol w:w="3408"/>
        <w:gridCol w:w="3408"/>
      </w:tblGrid>
      <w:tr w:rsidR="00C31769" w14:paraId="6742170B" w14:textId="77777777">
        <w:trPr>
          <w:tblHeader/>
          <w:jc w:val="center"/>
        </w:trPr>
        <w:tc>
          <w:tcPr>
            <w:tcW w:w="3408" w:type="dxa"/>
            <w:shd w:val="clear" w:color="auto" w:fill="0F3D5E"/>
            <w:vAlign w:val="center"/>
          </w:tcPr>
          <w:p w14:paraId="02A969F4" w14:textId="77777777" w:rsidR="00C31769" w:rsidRDefault="00000000">
            <w:r>
              <w:rPr>
                <w:b/>
                <w:color w:val="FFFFFF"/>
              </w:rPr>
              <w:t>No.</w:t>
            </w:r>
          </w:p>
        </w:tc>
        <w:tc>
          <w:tcPr>
            <w:tcW w:w="3408" w:type="dxa"/>
            <w:shd w:val="clear" w:color="auto" w:fill="0F3D5E"/>
            <w:vAlign w:val="center"/>
          </w:tcPr>
          <w:p w14:paraId="38527508" w14:textId="77777777" w:rsidR="00C31769" w:rsidRDefault="00000000">
            <w:r>
              <w:rPr>
                <w:b/>
                <w:color w:val="FFFFFF"/>
              </w:rPr>
              <w:t>Control Area</w:t>
            </w:r>
          </w:p>
        </w:tc>
        <w:tc>
          <w:tcPr>
            <w:tcW w:w="3408" w:type="dxa"/>
            <w:shd w:val="clear" w:color="auto" w:fill="0F3D5E"/>
            <w:vAlign w:val="center"/>
          </w:tcPr>
          <w:p w14:paraId="4E608102" w14:textId="77777777" w:rsidR="00C31769" w:rsidRDefault="00000000">
            <w:r>
              <w:rPr>
                <w:b/>
                <w:color w:val="FFFFFF"/>
              </w:rPr>
              <w:t>General Requirement</w:t>
            </w:r>
          </w:p>
        </w:tc>
      </w:tr>
      <w:tr w:rsidR="00C31769" w14:paraId="0AA62AE4" w14:textId="77777777">
        <w:trPr>
          <w:jc w:val="center"/>
        </w:trPr>
        <w:tc>
          <w:tcPr>
            <w:tcW w:w="3408" w:type="dxa"/>
          </w:tcPr>
          <w:p w14:paraId="6D7B01B8" w14:textId="77777777" w:rsidR="00C31769" w:rsidRDefault="00000000">
            <w:r>
              <w:rPr>
                <w:sz w:val="16"/>
              </w:rPr>
              <w:t>1</w:t>
            </w:r>
          </w:p>
        </w:tc>
        <w:tc>
          <w:tcPr>
            <w:tcW w:w="3408" w:type="dxa"/>
          </w:tcPr>
          <w:p w14:paraId="22FDF24C" w14:textId="77777777" w:rsidR="00C31769" w:rsidRDefault="00000000">
            <w:r>
              <w:rPr>
                <w:sz w:val="16"/>
              </w:rPr>
              <w:t>Planning</w:t>
            </w:r>
          </w:p>
        </w:tc>
        <w:tc>
          <w:tcPr>
            <w:tcW w:w="3408" w:type="dxa"/>
          </w:tcPr>
          <w:p w14:paraId="03450A3B" w14:textId="77777777" w:rsidR="00C31769" w:rsidRDefault="00000000">
            <w:r>
              <w:rPr>
                <w:sz w:val="16"/>
              </w:rPr>
              <w:t>Plan the excavation sequence, dimensions, support, access, plant and emergency arrangements.</w:t>
            </w:r>
          </w:p>
        </w:tc>
      </w:tr>
      <w:tr w:rsidR="00C31769" w14:paraId="15628C2E" w14:textId="77777777">
        <w:trPr>
          <w:jc w:val="center"/>
        </w:trPr>
        <w:tc>
          <w:tcPr>
            <w:tcW w:w="3408" w:type="dxa"/>
          </w:tcPr>
          <w:p w14:paraId="23C81BD0" w14:textId="77777777" w:rsidR="00C31769" w:rsidRDefault="00000000">
            <w:r>
              <w:rPr>
                <w:sz w:val="16"/>
              </w:rPr>
              <w:t>2</w:t>
            </w:r>
          </w:p>
        </w:tc>
        <w:tc>
          <w:tcPr>
            <w:tcW w:w="3408" w:type="dxa"/>
          </w:tcPr>
          <w:p w14:paraId="4EDFC0C3" w14:textId="77777777" w:rsidR="00C31769" w:rsidRDefault="00000000">
            <w:r>
              <w:rPr>
                <w:sz w:val="16"/>
              </w:rPr>
              <w:t>Competency</w:t>
            </w:r>
          </w:p>
        </w:tc>
        <w:tc>
          <w:tcPr>
            <w:tcW w:w="3408" w:type="dxa"/>
          </w:tcPr>
          <w:p w14:paraId="78F2CAFF" w14:textId="77777777" w:rsidR="00C31769" w:rsidRDefault="00000000">
            <w:r>
              <w:rPr>
                <w:sz w:val="16"/>
              </w:rPr>
              <w:t>Use competent persons for excavation planning, inspections, service identification and specialist temporary works.</w:t>
            </w:r>
          </w:p>
        </w:tc>
      </w:tr>
      <w:tr w:rsidR="00C31769" w14:paraId="161C15BD" w14:textId="77777777">
        <w:trPr>
          <w:jc w:val="center"/>
        </w:trPr>
        <w:tc>
          <w:tcPr>
            <w:tcW w:w="3408" w:type="dxa"/>
          </w:tcPr>
          <w:p w14:paraId="00A877CA" w14:textId="77777777" w:rsidR="00C31769" w:rsidRDefault="00000000">
            <w:r>
              <w:rPr>
                <w:sz w:val="16"/>
              </w:rPr>
              <w:t>3</w:t>
            </w:r>
          </w:p>
        </w:tc>
        <w:tc>
          <w:tcPr>
            <w:tcW w:w="3408" w:type="dxa"/>
          </w:tcPr>
          <w:p w14:paraId="5A0820E7" w14:textId="77777777" w:rsidR="00C31769" w:rsidRDefault="00000000">
            <w:r>
              <w:rPr>
                <w:sz w:val="16"/>
              </w:rPr>
              <w:t>Permit / Authorization</w:t>
            </w:r>
          </w:p>
        </w:tc>
        <w:tc>
          <w:tcPr>
            <w:tcW w:w="3408" w:type="dxa"/>
          </w:tcPr>
          <w:p w14:paraId="04E31151" w14:textId="77777777" w:rsidR="00C31769" w:rsidRDefault="00000000">
            <w:r>
              <w:rPr>
                <w:sz w:val="16"/>
              </w:rPr>
              <w:t>Use required excavation permits and approvals before breaking ground.</w:t>
            </w:r>
          </w:p>
        </w:tc>
      </w:tr>
      <w:tr w:rsidR="00C31769" w14:paraId="34ADA91C" w14:textId="77777777">
        <w:trPr>
          <w:jc w:val="center"/>
        </w:trPr>
        <w:tc>
          <w:tcPr>
            <w:tcW w:w="3408" w:type="dxa"/>
          </w:tcPr>
          <w:p w14:paraId="4E7AA7CF" w14:textId="77777777" w:rsidR="00C31769" w:rsidRDefault="00000000">
            <w:r>
              <w:rPr>
                <w:sz w:val="16"/>
              </w:rPr>
              <w:t>4</w:t>
            </w:r>
          </w:p>
        </w:tc>
        <w:tc>
          <w:tcPr>
            <w:tcW w:w="3408" w:type="dxa"/>
          </w:tcPr>
          <w:p w14:paraId="52849A39" w14:textId="77777777" w:rsidR="00C31769" w:rsidRDefault="00000000">
            <w:r>
              <w:rPr>
                <w:sz w:val="16"/>
              </w:rPr>
              <w:t>Underground Services</w:t>
            </w:r>
          </w:p>
        </w:tc>
        <w:tc>
          <w:tcPr>
            <w:tcW w:w="3408" w:type="dxa"/>
          </w:tcPr>
          <w:p w14:paraId="441D575F" w14:textId="77777777" w:rsidR="00C31769" w:rsidRDefault="00000000">
            <w:r>
              <w:rPr>
                <w:sz w:val="16"/>
              </w:rPr>
              <w:t>Obtain current service information, locate and mark services, and use controlled excavation methods near them.</w:t>
            </w:r>
          </w:p>
        </w:tc>
      </w:tr>
      <w:tr w:rsidR="00C31769" w14:paraId="73A0C495" w14:textId="77777777">
        <w:trPr>
          <w:jc w:val="center"/>
        </w:trPr>
        <w:tc>
          <w:tcPr>
            <w:tcW w:w="3408" w:type="dxa"/>
          </w:tcPr>
          <w:p w14:paraId="053D6999" w14:textId="77777777" w:rsidR="00C31769" w:rsidRDefault="00000000">
            <w:r>
              <w:rPr>
                <w:sz w:val="16"/>
              </w:rPr>
              <w:t>5</w:t>
            </w:r>
          </w:p>
        </w:tc>
        <w:tc>
          <w:tcPr>
            <w:tcW w:w="3408" w:type="dxa"/>
          </w:tcPr>
          <w:p w14:paraId="2008BE91" w14:textId="77777777" w:rsidR="00C31769" w:rsidRDefault="00000000">
            <w:r>
              <w:rPr>
                <w:sz w:val="16"/>
              </w:rPr>
              <w:t>Ground Conditions</w:t>
            </w:r>
          </w:p>
        </w:tc>
        <w:tc>
          <w:tcPr>
            <w:tcW w:w="3408" w:type="dxa"/>
          </w:tcPr>
          <w:p w14:paraId="0A838C0F" w14:textId="77777777" w:rsidR="00C31769" w:rsidRDefault="00000000">
            <w:r>
              <w:rPr>
                <w:sz w:val="16"/>
              </w:rPr>
              <w:t>Assess soil/rock, groundwater, vibration, surcharge and nearby structures.</w:t>
            </w:r>
          </w:p>
        </w:tc>
      </w:tr>
      <w:tr w:rsidR="00C31769" w14:paraId="334D6023" w14:textId="77777777">
        <w:trPr>
          <w:jc w:val="center"/>
        </w:trPr>
        <w:tc>
          <w:tcPr>
            <w:tcW w:w="3408" w:type="dxa"/>
          </w:tcPr>
          <w:p w14:paraId="79A27D9D" w14:textId="77777777" w:rsidR="00C31769" w:rsidRDefault="00000000">
            <w:r>
              <w:rPr>
                <w:sz w:val="16"/>
              </w:rPr>
              <w:t>6</w:t>
            </w:r>
          </w:p>
        </w:tc>
        <w:tc>
          <w:tcPr>
            <w:tcW w:w="3408" w:type="dxa"/>
          </w:tcPr>
          <w:p w14:paraId="69B9E90B" w14:textId="77777777" w:rsidR="00C31769" w:rsidRDefault="00000000">
            <w:r>
              <w:rPr>
                <w:sz w:val="16"/>
              </w:rPr>
              <w:t>Protective Systems</w:t>
            </w:r>
          </w:p>
        </w:tc>
        <w:tc>
          <w:tcPr>
            <w:tcW w:w="3408" w:type="dxa"/>
          </w:tcPr>
          <w:p w14:paraId="1C2E3253" w14:textId="77777777" w:rsidR="00C31769" w:rsidRDefault="00000000">
            <w:r>
              <w:rPr>
                <w:sz w:val="16"/>
              </w:rPr>
              <w:t>Provide engineered shoring, shielding, benching or battering as required.</w:t>
            </w:r>
          </w:p>
        </w:tc>
      </w:tr>
      <w:tr w:rsidR="00C31769" w14:paraId="1E7C4249" w14:textId="77777777">
        <w:trPr>
          <w:jc w:val="center"/>
        </w:trPr>
        <w:tc>
          <w:tcPr>
            <w:tcW w:w="3408" w:type="dxa"/>
          </w:tcPr>
          <w:p w14:paraId="3A6DEB38" w14:textId="77777777" w:rsidR="00C31769" w:rsidRDefault="00000000">
            <w:r>
              <w:rPr>
                <w:sz w:val="16"/>
              </w:rPr>
              <w:t>7</w:t>
            </w:r>
          </w:p>
        </w:tc>
        <w:tc>
          <w:tcPr>
            <w:tcW w:w="3408" w:type="dxa"/>
          </w:tcPr>
          <w:p w14:paraId="25E58848" w14:textId="77777777" w:rsidR="00C31769" w:rsidRDefault="00000000">
            <w:r>
              <w:rPr>
                <w:sz w:val="16"/>
              </w:rPr>
              <w:t>Access / Egress</w:t>
            </w:r>
          </w:p>
        </w:tc>
        <w:tc>
          <w:tcPr>
            <w:tcW w:w="3408" w:type="dxa"/>
          </w:tcPr>
          <w:p w14:paraId="71A9E9D3" w14:textId="77777777" w:rsidR="00C31769" w:rsidRDefault="00000000">
            <w:r>
              <w:rPr>
                <w:sz w:val="16"/>
              </w:rPr>
              <w:t>Provide safe ladders, stairs or ramps at suitable locations.</w:t>
            </w:r>
          </w:p>
        </w:tc>
      </w:tr>
      <w:tr w:rsidR="00C31769" w14:paraId="6F5BC725" w14:textId="77777777">
        <w:trPr>
          <w:jc w:val="center"/>
        </w:trPr>
        <w:tc>
          <w:tcPr>
            <w:tcW w:w="3408" w:type="dxa"/>
          </w:tcPr>
          <w:p w14:paraId="20079D19" w14:textId="77777777" w:rsidR="00C31769" w:rsidRDefault="00000000">
            <w:r>
              <w:rPr>
                <w:sz w:val="16"/>
              </w:rPr>
              <w:t>8</w:t>
            </w:r>
          </w:p>
        </w:tc>
        <w:tc>
          <w:tcPr>
            <w:tcW w:w="3408" w:type="dxa"/>
          </w:tcPr>
          <w:p w14:paraId="5F2292DC" w14:textId="77777777" w:rsidR="00C31769" w:rsidRDefault="00000000">
            <w:r>
              <w:rPr>
                <w:sz w:val="16"/>
              </w:rPr>
              <w:t>Edge Protection</w:t>
            </w:r>
          </w:p>
        </w:tc>
        <w:tc>
          <w:tcPr>
            <w:tcW w:w="3408" w:type="dxa"/>
          </w:tcPr>
          <w:p w14:paraId="4C68E666" w14:textId="77777777" w:rsidR="00C31769" w:rsidRDefault="00000000">
            <w:r>
              <w:rPr>
                <w:sz w:val="16"/>
              </w:rPr>
              <w:t>Prevent falls using barriers, guardrails and controlled access.</w:t>
            </w:r>
          </w:p>
        </w:tc>
      </w:tr>
      <w:tr w:rsidR="00C31769" w14:paraId="145C2324" w14:textId="77777777">
        <w:trPr>
          <w:jc w:val="center"/>
        </w:trPr>
        <w:tc>
          <w:tcPr>
            <w:tcW w:w="3408" w:type="dxa"/>
          </w:tcPr>
          <w:p w14:paraId="2EF3CC74" w14:textId="77777777" w:rsidR="00C31769" w:rsidRDefault="00000000">
            <w:r>
              <w:rPr>
                <w:sz w:val="16"/>
              </w:rPr>
              <w:t>9</w:t>
            </w:r>
          </w:p>
        </w:tc>
        <w:tc>
          <w:tcPr>
            <w:tcW w:w="3408" w:type="dxa"/>
          </w:tcPr>
          <w:p w14:paraId="59F75B46" w14:textId="77777777" w:rsidR="00C31769" w:rsidRDefault="00000000">
            <w:r>
              <w:rPr>
                <w:sz w:val="16"/>
              </w:rPr>
              <w:t>Spoil / Materials</w:t>
            </w:r>
          </w:p>
        </w:tc>
        <w:tc>
          <w:tcPr>
            <w:tcW w:w="3408" w:type="dxa"/>
          </w:tcPr>
          <w:p w14:paraId="0175842B" w14:textId="77777777" w:rsidR="00C31769" w:rsidRDefault="00000000">
            <w:r>
              <w:rPr>
                <w:sz w:val="16"/>
              </w:rPr>
              <w:t>Keep spoil, materials and equipment away from excavation edges as determined by competent assessment.</w:t>
            </w:r>
          </w:p>
        </w:tc>
      </w:tr>
      <w:tr w:rsidR="00C31769" w14:paraId="6CA714BB" w14:textId="77777777">
        <w:trPr>
          <w:jc w:val="center"/>
        </w:trPr>
        <w:tc>
          <w:tcPr>
            <w:tcW w:w="3408" w:type="dxa"/>
          </w:tcPr>
          <w:p w14:paraId="2DBCD46D" w14:textId="77777777" w:rsidR="00C31769" w:rsidRDefault="00000000">
            <w:r>
              <w:rPr>
                <w:sz w:val="16"/>
              </w:rPr>
              <w:t>10</w:t>
            </w:r>
          </w:p>
        </w:tc>
        <w:tc>
          <w:tcPr>
            <w:tcW w:w="3408" w:type="dxa"/>
          </w:tcPr>
          <w:p w14:paraId="402E2F5A" w14:textId="77777777" w:rsidR="00C31769" w:rsidRDefault="00000000">
            <w:r>
              <w:rPr>
                <w:sz w:val="16"/>
              </w:rPr>
              <w:t>Plant Interface</w:t>
            </w:r>
          </w:p>
        </w:tc>
        <w:tc>
          <w:tcPr>
            <w:tcW w:w="3408" w:type="dxa"/>
          </w:tcPr>
          <w:p w14:paraId="46DB7868" w14:textId="77777777" w:rsidR="00C31769" w:rsidRDefault="00000000">
            <w:r>
              <w:rPr>
                <w:sz w:val="16"/>
              </w:rPr>
              <w:t>Keep mobile plant away from unsupported edges and use banksmen where required.</w:t>
            </w:r>
          </w:p>
        </w:tc>
      </w:tr>
      <w:tr w:rsidR="00C31769" w14:paraId="2A5C23F9" w14:textId="77777777">
        <w:trPr>
          <w:jc w:val="center"/>
        </w:trPr>
        <w:tc>
          <w:tcPr>
            <w:tcW w:w="3408" w:type="dxa"/>
          </w:tcPr>
          <w:p w14:paraId="60D339CD" w14:textId="77777777" w:rsidR="00C31769" w:rsidRDefault="00000000">
            <w:r>
              <w:rPr>
                <w:sz w:val="16"/>
              </w:rPr>
              <w:t>11</w:t>
            </w:r>
          </w:p>
        </w:tc>
        <w:tc>
          <w:tcPr>
            <w:tcW w:w="3408" w:type="dxa"/>
          </w:tcPr>
          <w:p w14:paraId="225D4EA8" w14:textId="77777777" w:rsidR="00C31769" w:rsidRDefault="00000000">
            <w:r>
              <w:rPr>
                <w:sz w:val="16"/>
              </w:rPr>
              <w:t>Water</w:t>
            </w:r>
          </w:p>
        </w:tc>
        <w:tc>
          <w:tcPr>
            <w:tcW w:w="3408" w:type="dxa"/>
          </w:tcPr>
          <w:p w14:paraId="709F4D0F" w14:textId="77777777" w:rsidR="00C31769" w:rsidRDefault="00000000">
            <w:r>
              <w:rPr>
                <w:sz w:val="16"/>
              </w:rPr>
              <w:t>Control groundwater, rainwater and flooding before and during entry.</w:t>
            </w:r>
          </w:p>
        </w:tc>
      </w:tr>
      <w:tr w:rsidR="00C31769" w14:paraId="3EADDE66" w14:textId="77777777">
        <w:trPr>
          <w:jc w:val="center"/>
        </w:trPr>
        <w:tc>
          <w:tcPr>
            <w:tcW w:w="3408" w:type="dxa"/>
          </w:tcPr>
          <w:p w14:paraId="2BDCD41C" w14:textId="77777777" w:rsidR="00C31769" w:rsidRDefault="00000000">
            <w:r>
              <w:rPr>
                <w:sz w:val="16"/>
              </w:rPr>
              <w:t>12</w:t>
            </w:r>
          </w:p>
        </w:tc>
        <w:tc>
          <w:tcPr>
            <w:tcW w:w="3408" w:type="dxa"/>
          </w:tcPr>
          <w:p w14:paraId="51C2090B" w14:textId="77777777" w:rsidR="00C31769" w:rsidRDefault="00000000">
            <w:r>
              <w:rPr>
                <w:sz w:val="16"/>
              </w:rPr>
              <w:t>Atmosphere</w:t>
            </w:r>
          </w:p>
        </w:tc>
        <w:tc>
          <w:tcPr>
            <w:tcW w:w="3408" w:type="dxa"/>
          </w:tcPr>
          <w:p w14:paraId="1BE1C0CB" w14:textId="77777777" w:rsidR="00C31769" w:rsidRDefault="00000000">
            <w:r>
              <w:rPr>
                <w:sz w:val="16"/>
              </w:rPr>
              <w:t>Assess oxygen deficiency, toxic or flammable atmospheres where reasonably foreseeable.</w:t>
            </w:r>
          </w:p>
        </w:tc>
      </w:tr>
      <w:tr w:rsidR="00C31769" w14:paraId="53CE3A2C" w14:textId="77777777">
        <w:trPr>
          <w:jc w:val="center"/>
        </w:trPr>
        <w:tc>
          <w:tcPr>
            <w:tcW w:w="3408" w:type="dxa"/>
          </w:tcPr>
          <w:p w14:paraId="2F39C0CE" w14:textId="77777777" w:rsidR="00C31769" w:rsidRDefault="00000000">
            <w:r>
              <w:rPr>
                <w:sz w:val="16"/>
              </w:rPr>
              <w:t>13</w:t>
            </w:r>
          </w:p>
        </w:tc>
        <w:tc>
          <w:tcPr>
            <w:tcW w:w="3408" w:type="dxa"/>
          </w:tcPr>
          <w:p w14:paraId="55A658D4" w14:textId="77777777" w:rsidR="00C31769" w:rsidRDefault="00000000">
            <w:r>
              <w:rPr>
                <w:sz w:val="16"/>
              </w:rPr>
              <w:t>Inspection</w:t>
            </w:r>
          </w:p>
        </w:tc>
        <w:tc>
          <w:tcPr>
            <w:tcW w:w="3408" w:type="dxa"/>
          </w:tcPr>
          <w:p w14:paraId="69AAAD7B" w14:textId="77777777" w:rsidR="00C31769" w:rsidRDefault="00000000">
            <w:r>
              <w:rPr>
                <w:sz w:val="16"/>
              </w:rPr>
              <w:t>Inspect excavations before entry, after changes and after events affecting stability.</w:t>
            </w:r>
          </w:p>
        </w:tc>
      </w:tr>
      <w:tr w:rsidR="00C31769" w14:paraId="038F5F80" w14:textId="77777777">
        <w:trPr>
          <w:jc w:val="center"/>
        </w:trPr>
        <w:tc>
          <w:tcPr>
            <w:tcW w:w="3408" w:type="dxa"/>
          </w:tcPr>
          <w:p w14:paraId="299A98CE" w14:textId="77777777" w:rsidR="00C31769" w:rsidRDefault="00000000">
            <w:r>
              <w:rPr>
                <w:sz w:val="16"/>
              </w:rPr>
              <w:lastRenderedPageBreak/>
              <w:t>14</w:t>
            </w:r>
          </w:p>
        </w:tc>
        <w:tc>
          <w:tcPr>
            <w:tcW w:w="3408" w:type="dxa"/>
          </w:tcPr>
          <w:p w14:paraId="2AE4E31D" w14:textId="77777777" w:rsidR="00C31769" w:rsidRDefault="00000000">
            <w:r>
              <w:rPr>
                <w:sz w:val="16"/>
              </w:rPr>
              <w:t>Weather</w:t>
            </w:r>
          </w:p>
        </w:tc>
        <w:tc>
          <w:tcPr>
            <w:tcW w:w="3408" w:type="dxa"/>
          </w:tcPr>
          <w:p w14:paraId="29E9A5EE" w14:textId="77777777" w:rsidR="00C31769" w:rsidRDefault="00000000">
            <w:r>
              <w:rPr>
                <w:sz w:val="16"/>
              </w:rPr>
              <w:t>Reassess after heavy rain, flooding, vibration or other significant changes.</w:t>
            </w:r>
          </w:p>
        </w:tc>
      </w:tr>
      <w:tr w:rsidR="00C31769" w14:paraId="3FF03D2F" w14:textId="77777777">
        <w:trPr>
          <w:jc w:val="center"/>
        </w:trPr>
        <w:tc>
          <w:tcPr>
            <w:tcW w:w="3408" w:type="dxa"/>
          </w:tcPr>
          <w:p w14:paraId="2E4F6248" w14:textId="77777777" w:rsidR="00C31769" w:rsidRDefault="00000000">
            <w:r>
              <w:rPr>
                <w:sz w:val="16"/>
              </w:rPr>
              <w:t>15</w:t>
            </w:r>
          </w:p>
        </w:tc>
        <w:tc>
          <w:tcPr>
            <w:tcW w:w="3408" w:type="dxa"/>
          </w:tcPr>
          <w:p w14:paraId="367A2126" w14:textId="77777777" w:rsidR="00C31769" w:rsidRDefault="00000000">
            <w:r>
              <w:rPr>
                <w:sz w:val="16"/>
              </w:rPr>
              <w:t>Emergency</w:t>
            </w:r>
          </w:p>
        </w:tc>
        <w:tc>
          <w:tcPr>
            <w:tcW w:w="3408" w:type="dxa"/>
          </w:tcPr>
          <w:p w14:paraId="0656831A" w14:textId="77777777" w:rsidR="00C31769" w:rsidRDefault="00000000">
            <w:r>
              <w:rPr>
                <w:sz w:val="16"/>
              </w:rPr>
              <w:t>Maintain rescue, communication and emergency response arrangements.</w:t>
            </w:r>
          </w:p>
        </w:tc>
      </w:tr>
    </w:tbl>
    <w:p w14:paraId="7E680B83" w14:textId="77777777" w:rsidR="00C31769" w:rsidRDefault="00C31769"/>
    <w:p w14:paraId="788E9FD1" w14:textId="77777777" w:rsidR="00C31769" w:rsidRDefault="00000000">
      <w:pPr>
        <w:pStyle w:val="Heading1"/>
      </w:pPr>
      <w:r>
        <w:t>7. Equipment and Systems Covered</w:t>
      </w:r>
    </w:p>
    <w:p w14:paraId="1295FF41" w14:textId="77777777" w:rsidR="00C31769" w:rsidRDefault="00000000">
      <w:r>
        <w:t>The assessment considers excavation plant and protective systems such as excavators, loaders, dumpers, trench boxes, shoring systems, hydraulic supports, sheet piles, benching and battering arrangements, ladders, stairs, ramps, barriers, gas detectors, pumps, temporary lighting and service-detection equipment. Equipment and temporary works must be suitable for the actual ground conditions, excavation geometry and work method.</w:t>
      </w:r>
    </w:p>
    <w:p w14:paraId="1F6E0A80" w14:textId="77777777" w:rsidR="00C31769" w:rsidRDefault="00000000">
      <w:pPr>
        <w:pStyle w:val="Heading1"/>
      </w:pPr>
      <w:r>
        <w:t>8. Risk Assessment Methodology</w:t>
      </w:r>
    </w:p>
    <w:p w14:paraId="5B959894" w14:textId="77777777" w:rsidR="00C31769" w:rsidRDefault="00000000">
      <w:r>
        <w:t>Risk is assessed using a 5 × 5 matrix. The risk score is calculated as Likelihood × Severity. Initial risk represents the exposure before additional controls are applied; residual risk represents the expected risk after the specified controls are implemented and verified.</w:t>
      </w:r>
    </w:p>
    <w:tbl>
      <w:tblPr>
        <w:tblStyle w:val="TableGrid"/>
        <w:tblW w:w="0" w:type="auto"/>
        <w:jc w:val="center"/>
        <w:tblLook w:val="04A0" w:firstRow="1" w:lastRow="0" w:firstColumn="1" w:lastColumn="0" w:noHBand="0" w:noVBand="1"/>
      </w:tblPr>
      <w:tblGrid>
        <w:gridCol w:w="5112"/>
        <w:gridCol w:w="5112"/>
      </w:tblGrid>
      <w:tr w:rsidR="00C31769" w14:paraId="793C473E" w14:textId="77777777">
        <w:trPr>
          <w:tblHeader/>
          <w:jc w:val="center"/>
        </w:trPr>
        <w:tc>
          <w:tcPr>
            <w:tcW w:w="5112" w:type="dxa"/>
            <w:shd w:val="clear" w:color="auto" w:fill="0F3D5E"/>
            <w:vAlign w:val="center"/>
          </w:tcPr>
          <w:p w14:paraId="150B5BEE" w14:textId="77777777" w:rsidR="00C31769" w:rsidRDefault="00000000">
            <w:r>
              <w:rPr>
                <w:b/>
                <w:color w:val="FFFFFF"/>
              </w:rPr>
              <w:t>Likelihood</w:t>
            </w:r>
          </w:p>
        </w:tc>
        <w:tc>
          <w:tcPr>
            <w:tcW w:w="5112" w:type="dxa"/>
            <w:shd w:val="clear" w:color="auto" w:fill="0F3D5E"/>
            <w:vAlign w:val="center"/>
          </w:tcPr>
          <w:p w14:paraId="6FD27E18" w14:textId="77777777" w:rsidR="00C31769" w:rsidRDefault="00000000">
            <w:r>
              <w:rPr>
                <w:b/>
                <w:color w:val="FFFFFF"/>
              </w:rPr>
              <w:t>Description</w:t>
            </w:r>
          </w:p>
        </w:tc>
      </w:tr>
      <w:tr w:rsidR="00C31769" w14:paraId="071DBFE7" w14:textId="77777777">
        <w:trPr>
          <w:jc w:val="center"/>
        </w:trPr>
        <w:tc>
          <w:tcPr>
            <w:tcW w:w="5112" w:type="dxa"/>
          </w:tcPr>
          <w:p w14:paraId="1885FE5A" w14:textId="77777777" w:rsidR="00C31769" w:rsidRDefault="00000000">
            <w:r>
              <w:rPr>
                <w:sz w:val="17"/>
              </w:rPr>
              <w:t>1</w:t>
            </w:r>
          </w:p>
        </w:tc>
        <w:tc>
          <w:tcPr>
            <w:tcW w:w="5112" w:type="dxa"/>
          </w:tcPr>
          <w:p w14:paraId="677B7AAA" w14:textId="77777777" w:rsidR="00C31769" w:rsidRDefault="00000000">
            <w:r>
              <w:rPr>
                <w:sz w:val="17"/>
              </w:rPr>
              <w:t>Rare</w:t>
            </w:r>
          </w:p>
        </w:tc>
      </w:tr>
      <w:tr w:rsidR="00C31769" w14:paraId="51DDF6C2" w14:textId="77777777">
        <w:trPr>
          <w:jc w:val="center"/>
        </w:trPr>
        <w:tc>
          <w:tcPr>
            <w:tcW w:w="5112" w:type="dxa"/>
          </w:tcPr>
          <w:p w14:paraId="1B57A2DD" w14:textId="77777777" w:rsidR="00C31769" w:rsidRDefault="00000000">
            <w:r>
              <w:rPr>
                <w:sz w:val="17"/>
              </w:rPr>
              <w:t>2</w:t>
            </w:r>
          </w:p>
        </w:tc>
        <w:tc>
          <w:tcPr>
            <w:tcW w:w="5112" w:type="dxa"/>
          </w:tcPr>
          <w:p w14:paraId="0C0FB6A1" w14:textId="77777777" w:rsidR="00C31769" w:rsidRDefault="00000000">
            <w:r>
              <w:rPr>
                <w:sz w:val="17"/>
              </w:rPr>
              <w:t>Unlikely</w:t>
            </w:r>
          </w:p>
        </w:tc>
      </w:tr>
      <w:tr w:rsidR="00C31769" w14:paraId="2A34FA67" w14:textId="77777777">
        <w:trPr>
          <w:jc w:val="center"/>
        </w:trPr>
        <w:tc>
          <w:tcPr>
            <w:tcW w:w="5112" w:type="dxa"/>
          </w:tcPr>
          <w:p w14:paraId="4B505A20" w14:textId="77777777" w:rsidR="00C31769" w:rsidRDefault="00000000">
            <w:r>
              <w:rPr>
                <w:sz w:val="17"/>
              </w:rPr>
              <w:t>3</w:t>
            </w:r>
          </w:p>
        </w:tc>
        <w:tc>
          <w:tcPr>
            <w:tcW w:w="5112" w:type="dxa"/>
          </w:tcPr>
          <w:p w14:paraId="649E5BCF" w14:textId="77777777" w:rsidR="00C31769" w:rsidRDefault="00000000">
            <w:r>
              <w:rPr>
                <w:sz w:val="17"/>
              </w:rPr>
              <w:t>Possible</w:t>
            </w:r>
          </w:p>
        </w:tc>
      </w:tr>
      <w:tr w:rsidR="00C31769" w14:paraId="4D9B6340" w14:textId="77777777">
        <w:trPr>
          <w:jc w:val="center"/>
        </w:trPr>
        <w:tc>
          <w:tcPr>
            <w:tcW w:w="5112" w:type="dxa"/>
          </w:tcPr>
          <w:p w14:paraId="4D7711F7" w14:textId="77777777" w:rsidR="00C31769" w:rsidRDefault="00000000">
            <w:r>
              <w:rPr>
                <w:sz w:val="17"/>
              </w:rPr>
              <w:t>4</w:t>
            </w:r>
          </w:p>
        </w:tc>
        <w:tc>
          <w:tcPr>
            <w:tcW w:w="5112" w:type="dxa"/>
          </w:tcPr>
          <w:p w14:paraId="6BF914AF" w14:textId="77777777" w:rsidR="00C31769" w:rsidRDefault="00000000">
            <w:r>
              <w:rPr>
                <w:sz w:val="17"/>
              </w:rPr>
              <w:t>Likely</w:t>
            </w:r>
          </w:p>
        </w:tc>
      </w:tr>
      <w:tr w:rsidR="00C31769" w14:paraId="323EAA99" w14:textId="77777777">
        <w:trPr>
          <w:jc w:val="center"/>
        </w:trPr>
        <w:tc>
          <w:tcPr>
            <w:tcW w:w="5112" w:type="dxa"/>
          </w:tcPr>
          <w:p w14:paraId="5D3B7AD2" w14:textId="77777777" w:rsidR="00C31769" w:rsidRDefault="00000000">
            <w:r>
              <w:rPr>
                <w:sz w:val="17"/>
              </w:rPr>
              <w:t>5</w:t>
            </w:r>
          </w:p>
        </w:tc>
        <w:tc>
          <w:tcPr>
            <w:tcW w:w="5112" w:type="dxa"/>
          </w:tcPr>
          <w:p w14:paraId="4DE3ABB2" w14:textId="77777777" w:rsidR="00C31769" w:rsidRDefault="00000000">
            <w:r>
              <w:rPr>
                <w:sz w:val="17"/>
              </w:rPr>
              <w:t>Almost Certain</w:t>
            </w:r>
          </w:p>
        </w:tc>
      </w:tr>
    </w:tbl>
    <w:p w14:paraId="29238EBE" w14:textId="77777777" w:rsidR="00C31769" w:rsidRDefault="00C31769"/>
    <w:tbl>
      <w:tblPr>
        <w:tblStyle w:val="TableGrid"/>
        <w:tblW w:w="0" w:type="auto"/>
        <w:jc w:val="center"/>
        <w:tblLook w:val="04A0" w:firstRow="1" w:lastRow="0" w:firstColumn="1" w:lastColumn="0" w:noHBand="0" w:noVBand="1"/>
      </w:tblPr>
      <w:tblGrid>
        <w:gridCol w:w="5112"/>
        <w:gridCol w:w="5112"/>
      </w:tblGrid>
      <w:tr w:rsidR="00C31769" w14:paraId="2569891C" w14:textId="77777777">
        <w:trPr>
          <w:tblHeader/>
          <w:jc w:val="center"/>
        </w:trPr>
        <w:tc>
          <w:tcPr>
            <w:tcW w:w="5112" w:type="dxa"/>
            <w:shd w:val="clear" w:color="auto" w:fill="0F3D5E"/>
            <w:vAlign w:val="center"/>
          </w:tcPr>
          <w:p w14:paraId="5427DCB9" w14:textId="77777777" w:rsidR="00C31769" w:rsidRDefault="00000000">
            <w:r>
              <w:rPr>
                <w:b/>
                <w:color w:val="FFFFFF"/>
              </w:rPr>
              <w:t>Severity</w:t>
            </w:r>
          </w:p>
        </w:tc>
        <w:tc>
          <w:tcPr>
            <w:tcW w:w="5112" w:type="dxa"/>
            <w:shd w:val="clear" w:color="auto" w:fill="0F3D5E"/>
            <w:vAlign w:val="center"/>
          </w:tcPr>
          <w:p w14:paraId="184B8CE9" w14:textId="77777777" w:rsidR="00C31769" w:rsidRDefault="00000000">
            <w:r>
              <w:rPr>
                <w:b/>
                <w:color w:val="FFFFFF"/>
              </w:rPr>
              <w:t>Description</w:t>
            </w:r>
          </w:p>
        </w:tc>
      </w:tr>
      <w:tr w:rsidR="00C31769" w14:paraId="27D07EC3" w14:textId="77777777">
        <w:trPr>
          <w:jc w:val="center"/>
        </w:trPr>
        <w:tc>
          <w:tcPr>
            <w:tcW w:w="5112" w:type="dxa"/>
          </w:tcPr>
          <w:p w14:paraId="5CBDAF11" w14:textId="77777777" w:rsidR="00C31769" w:rsidRDefault="00000000">
            <w:r>
              <w:rPr>
                <w:sz w:val="17"/>
              </w:rPr>
              <w:t>1</w:t>
            </w:r>
          </w:p>
        </w:tc>
        <w:tc>
          <w:tcPr>
            <w:tcW w:w="5112" w:type="dxa"/>
          </w:tcPr>
          <w:p w14:paraId="73F20C58" w14:textId="77777777" w:rsidR="00C31769" w:rsidRDefault="00000000">
            <w:r>
              <w:rPr>
                <w:sz w:val="17"/>
              </w:rPr>
              <w:t>Minor injury</w:t>
            </w:r>
          </w:p>
        </w:tc>
      </w:tr>
      <w:tr w:rsidR="00C31769" w14:paraId="54AA442A" w14:textId="77777777">
        <w:trPr>
          <w:jc w:val="center"/>
        </w:trPr>
        <w:tc>
          <w:tcPr>
            <w:tcW w:w="5112" w:type="dxa"/>
          </w:tcPr>
          <w:p w14:paraId="049BBCCF" w14:textId="77777777" w:rsidR="00C31769" w:rsidRDefault="00000000">
            <w:r>
              <w:rPr>
                <w:sz w:val="17"/>
              </w:rPr>
              <w:t>2</w:t>
            </w:r>
          </w:p>
        </w:tc>
        <w:tc>
          <w:tcPr>
            <w:tcW w:w="5112" w:type="dxa"/>
          </w:tcPr>
          <w:p w14:paraId="65A70CFD" w14:textId="77777777" w:rsidR="00C31769" w:rsidRDefault="00000000">
            <w:r>
              <w:rPr>
                <w:sz w:val="17"/>
              </w:rPr>
              <w:t>First-aid injury</w:t>
            </w:r>
          </w:p>
        </w:tc>
      </w:tr>
      <w:tr w:rsidR="00C31769" w14:paraId="546E1CE5" w14:textId="77777777">
        <w:trPr>
          <w:jc w:val="center"/>
        </w:trPr>
        <w:tc>
          <w:tcPr>
            <w:tcW w:w="5112" w:type="dxa"/>
          </w:tcPr>
          <w:p w14:paraId="2305DB92" w14:textId="77777777" w:rsidR="00C31769" w:rsidRDefault="00000000">
            <w:r>
              <w:rPr>
                <w:sz w:val="17"/>
              </w:rPr>
              <w:t>3</w:t>
            </w:r>
          </w:p>
        </w:tc>
        <w:tc>
          <w:tcPr>
            <w:tcW w:w="5112" w:type="dxa"/>
          </w:tcPr>
          <w:p w14:paraId="32C5417D" w14:textId="77777777" w:rsidR="00C31769" w:rsidRDefault="00000000">
            <w:r>
              <w:rPr>
                <w:sz w:val="17"/>
              </w:rPr>
              <w:t>Medical treatment injury</w:t>
            </w:r>
          </w:p>
        </w:tc>
      </w:tr>
      <w:tr w:rsidR="00C31769" w14:paraId="5260ED10" w14:textId="77777777">
        <w:trPr>
          <w:jc w:val="center"/>
        </w:trPr>
        <w:tc>
          <w:tcPr>
            <w:tcW w:w="5112" w:type="dxa"/>
          </w:tcPr>
          <w:p w14:paraId="1F5757C8" w14:textId="77777777" w:rsidR="00C31769" w:rsidRDefault="00000000">
            <w:r>
              <w:rPr>
                <w:sz w:val="17"/>
              </w:rPr>
              <w:t>4</w:t>
            </w:r>
          </w:p>
        </w:tc>
        <w:tc>
          <w:tcPr>
            <w:tcW w:w="5112" w:type="dxa"/>
          </w:tcPr>
          <w:p w14:paraId="74CF5E48" w14:textId="77777777" w:rsidR="00C31769" w:rsidRDefault="00000000">
            <w:r>
              <w:rPr>
                <w:sz w:val="17"/>
              </w:rPr>
              <w:t>Serious / major injury</w:t>
            </w:r>
          </w:p>
        </w:tc>
      </w:tr>
      <w:tr w:rsidR="00C31769" w14:paraId="76D66E83" w14:textId="77777777">
        <w:trPr>
          <w:jc w:val="center"/>
        </w:trPr>
        <w:tc>
          <w:tcPr>
            <w:tcW w:w="5112" w:type="dxa"/>
          </w:tcPr>
          <w:p w14:paraId="6B7350DB" w14:textId="77777777" w:rsidR="00C31769" w:rsidRDefault="00000000">
            <w:r>
              <w:rPr>
                <w:sz w:val="17"/>
              </w:rPr>
              <w:t>5</w:t>
            </w:r>
          </w:p>
        </w:tc>
        <w:tc>
          <w:tcPr>
            <w:tcW w:w="5112" w:type="dxa"/>
          </w:tcPr>
          <w:p w14:paraId="41F1DDCA" w14:textId="77777777" w:rsidR="00C31769" w:rsidRDefault="00000000">
            <w:r>
              <w:rPr>
                <w:sz w:val="17"/>
              </w:rPr>
              <w:t>Fatality / catastrophic consequence</w:t>
            </w:r>
          </w:p>
        </w:tc>
      </w:tr>
    </w:tbl>
    <w:p w14:paraId="1B5A9985" w14:textId="77777777" w:rsidR="00C31769" w:rsidRDefault="00C31769"/>
    <w:p w14:paraId="7DC03597" w14:textId="77777777" w:rsidR="00C31769" w:rsidRDefault="00000000">
      <w:pPr>
        <w:pStyle w:val="Heading1"/>
      </w:pPr>
      <w:r>
        <w:t>9. Risk Classification</w:t>
      </w:r>
    </w:p>
    <w:tbl>
      <w:tblPr>
        <w:tblStyle w:val="TableGrid"/>
        <w:tblW w:w="0" w:type="auto"/>
        <w:jc w:val="center"/>
        <w:tblLook w:val="04A0" w:firstRow="1" w:lastRow="0" w:firstColumn="1" w:lastColumn="0" w:noHBand="0" w:noVBand="1"/>
      </w:tblPr>
      <w:tblGrid>
        <w:gridCol w:w="3408"/>
        <w:gridCol w:w="3408"/>
        <w:gridCol w:w="3408"/>
      </w:tblGrid>
      <w:tr w:rsidR="00C31769" w14:paraId="59AC1574" w14:textId="77777777">
        <w:trPr>
          <w:tblHeader/>
          <w:jc w:val="center"/>
        </w:trPr>
        <w:tc>
          <w:tcPr>
            <w:tcW w:w="3408" w:type="dxa"/>
            <w:shd w:val="clear" w:color="auto" w:fill="0F3D5E"/>
            <w:vAlign w:val="center"/>
          </w:tcPr>
          <w:p w14:paraId="51D4DD7D" w14:textId="77777777" w:rsidR="00C31769" w:rsidRDefault="00000000">
            <w:r>
              <w:rPr>
                <w:b/>
                <w:color w:val="FFFFFF"/>
              </w:rPr>
              <w:t>Score</w:t>
            </w:r>
          </w:p>
        </w:tc>
        <w:tc>
          <w:tcPr>
            <w:tcW w:w="3408" w:type="dxa"/>
            <w:shd w:val="clear" w:color="auto" w:fill="0F3D5E"/>
            <w:vAlign w:val="center"/>
          </w:tcPr>
          <w:p w14:paraId="6E41D328" w14:textId="77777777" w:rsidR="00C31769" w:rsidRDefault="00000000">
            <w:r>
              <w:rPr>
                <w:b/>
                <w:color w:val="FFFFFF"/>
              </w:rPr>
              <w:t>Risk Level</w:t>
            </w:r>
          </w:p>
        </w:tc>
        <w:tc>
          <w:tcPr>
            <w:tcW w:w="3408" w:type="dxa"/>
            <w:shd w:val="clear" w:color="auto" w:fill="0F3D5E"/>
            <w:vAlign w:val="center"/>
          </w:tcPr>
          <w:p w14:paraId="6E4EA20F" w14:textId="77777777" w:rsidR="00C31769" w:rsidRDefault="00000000">
            <w:r>
              <w:rPr>
                <w:b/>
                <w:color w:val="FFFFFF"/>
              </w:rPr>
              <w:t>General Action</w:t>
            </w:r>
          </w:p>
        </w:tc>
      </w:tr>
      <w:tr w:rsidR="00C31769" w14:paraId="54A4A493" w14:textId="77777777">
        <w:trPr>
          <w:jc w:val="center"/>
        </w:trPr>
        <w:tc>
          <w:tcPr>
            <w:tcW w:w="3408" w:type="dxa"/>
          </w:tcPr>
          <w:p w14:paraId="39BFF4A8" w14:textId="77777777" w:rsidR="00C31769" w:rsidRDefault="00000000">
            <w:r>
              <w:rPr>
                <w:sz w:val="17"/>
              </w:rPr>
              <w:t>1–4</w:t>
            </w:r>
          </w:p>
        </w:tc>
        <w:tc>
          <w:tcPr>
            <w:tcW w:w="3408" w:type="dxa"/>
          </w:tcPr>
          <w:p w14:paraId="1419B1FE" w14:textId="77777777" w:rsidR="00C31769" w:rsidRDefault="00000000">
            <w:r>
              <w:rPr>
                <w:sz w:val="17"/>
              </w:rPr>
              <w:t>Low</w:t>
            </w:r>
          </w:p>
        </w:tc>
        <w:tc>
          <w:tcPr>
            <w:tcW w:w="3408" w:type="dxa"/>
          </w:tcPr>
          <w:p w14:paraId="38CE1266" w14:textId="77777777" w:rsidR="00C31769" w:rsidRDefault="00000000">
            <w:r>
              <w:rPr>
                <w:sz w:val="17"/>
              </w:rPr>
              <w:t>Maintain controls and monitor.</w:t>
            </w:r>
          </w:p>
        </w:tc>
      </w:tr>
      <w:tr w:rsidR="00C31769" w14:paraId="23B836B3" w14:textId="77777777">
        <w:trPr>
          <w:jc w:val="center"/>
        </w:trPr>
        <w:tc>
          <w:tcPr>
            <w:tcW w:w="3408" w:type="dxa"/>
          </w:tcPr>
          <w:p w14:paraId="4B4A8D38" w14:textId="77777777" w:rsidR="00C31769" w:rsidRDefault="00000000">
            <w:r>
              <w:rPr>
                <w:sz w:val="17"/>
              </w:rPr>
              <w:t>5–9</w:t>
            </w:r>
          </w:p>
        </w:tc>
        <w:tc>
          <w:tcPr>
            <w:tcW w:w="3408" w:type="dxa"/>
          </w:tcPr>
          <w:p w14:paraId="061873D1" w14:textId="77777777" w:rsidR="00C31769" w:rsidRDefault="00000000">
            <w:r>
              <w:rPr>
                <w:sz w:val="17"/>
              </w:rPr>
              <w:t>Medium</w:t>
            </w:r>
          </w:p>
        </w:tc>
        <w:tc>
          <w:tcPr>
            <w:tcW w:w="3408" w:type="dxa"/>
          </w:tcPr>
          <w:p w14:paraId="731FBD90" w14:textId="77777777" w:rsidR="00C31769" w:rsidRDefault="00000000">
            <w:r>
              <w:rPr>
                <w:sz w:val="17"/>
              </w:rPr>
              <w:t>Improve controls where reasonably practicable.</w:t>
            </w:r>
          </w:p>
        </w:tc>
      </w:tr>
      <w:tr w:rsidR="00C31769" w14:paraId="61D7D4A0" w14:textId="77777777">
        <w:trPr>
          <w:jc w:val="center"/>
        </w:trPr>
        <w:tc>
          <w:tcPr>
            <w:tcW w:w="3408" w:type="dxa"/>
          </w:tcPr>
          <w:p w14:paraId="6D172E64" w14:textId="77777777" w:rsidR="00C31769" w:rsidRDefault="00000000">
            <w:r>
              <w:rPr>
                <w:sz w:val="17"/>
              </w:rPr>
              <w:t>10–16</w:t>
            </w:r>
          </w:p>
        </w:tc>
        <w:tc>
          <w:tcPr>
            <w:tcW w:w="3408" w:type="dxa"/>
          </w:tcPr>
          <w:p w14:paraId="2D5BA977" w14:textId="77777777" w:rsidR="00C31769" w:rsidRDefault="00000000">
            <w:r>
              <w:rPr>
                <w:sz w:val="17"/>
              </w:rPr>
              <w:t>High</w:t>
            </w:r>
          </w:p>
        </w:tc>
        <w:tc>
          <w:tcPr>
            <w:tcW w:w="3408" w:type="dxa"/>
          </w:tcPr>
          <w:p w14:paraId="30810CE1" w14:textId="77777777" w:rsidR="00C31769" w:rsidRDefault="00000000">
            <w:r>
              <w:rPr>
                <w:sz w:val="17"/>
              </w:rPr>
              <w:t>Immediate management attention and additional controls required.</w:t>
            </w:r>
          </w:p>
        </w:tc>
      </w:tr>
      <w:tr w:rsidR="00C31769" w14:paraId="1F7BAAA7" w14:textId="77777777">
        <w:trPr>
          <w:jc w:val="center"/>
        </w:trPr>
        <w:tc>
          <w:tcPr>
            <w:tcW w:w="3408" w:type="dxa"/>
          </w:tcPr>
          <w:p w14:paraId="3004E381" w14:textId="77777777" w:rsidR="00C31769" w:rsidRDefault="00000000">
            <w:r>
              <w:rPr>
                <w:sz w:val="17"/>
              </w:rPr>
              <w:t>17–25</w:t>
            </w:r>
          </w:p>
        </w:tc>
        <w:tc>
          <w:tcPr>
            <w:tcW w:w="3408" w:type="dxa"/>
          </w:tcPr>
          <w:p w14:paraId="46989C7C" w14:textId="77777777" w:rsidR="00C31769" w:rsidRDefault="00000000">
            <w:r>
              <w:rPr>
                <w:sz w:val="17"/>
              </w:rPr>
              <w:t>Very High</w:t>
            </w:r>
          </w:p>
        </w:tc>
        <w:tc>
          <w:tcPr>
            <w:tcW w:w="3408" w:type="dxa"/>
          </w:tcPr>
          <w:p w14:paraId="67B82BF8" w14:textId="77777777" w:rsidR="00C31769" w:rsidRDefault="00000000">
            <w:r>
              <w:rPr>
                <w:sz w:val="17"/>
              </w:rPr>
              <w:t>Work should not proceed until adequate controls reduce the risk.</w:t>
            </w:r>
          </w:p>
        </w:tc>
      </w:tr>
    </w:tbl>
    <w:p w14:paraId="664E8F2C" w14:textId="77777777" w:rsidR="00C31769" w:rsidRDefault="00C31769"/>
    <w:p w14:paraId="6ED78843" w14:textId="77777777" w:rsidR="00C31769" w:rsidRDefault="00000000">
      <w:pPr>
        <w:pStyle w:val="Heading1"/>
      </w:pPr>
      <w:r>
        <w:t>10. 5 × 5 Risk Matrix</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C31769" w14:paraId="1D2DF3A8" w14:textId="77777777">
        <w:trPr>
          <w:tblHeader/>
          <w:jc w:val="center"/>
        </w:trPr>
        <w:tc>
          <w:tcPr>
            <w:tcW w:w="1704" w:type="dxa"/>
            <w:shd w:val="clear" w:color="auto" w:fill="0F3D5E"/>
            <w:vAlign w:val="center"/>
          </w:tcPr>
          <w:p w14:paraId="5D936727" w14:textId="77777777" w:rsidR="00C31769" w:rsidRDefault="00000000">
            <w:r>
              <w:rPr>
                <w:b/>
                <w:color w:val="FFFFFF"/>
              </w:rPr>
              <w:t>Likelihood ↓ / Severity →</w:t>
            </w:r>
          </w:p>
        </w:tc>
        <w:tc>
          <w:tcPr>
            <w:tcW w:w="1704" w:type="dxa"/>
            <w:shd w:val="clear" w:color="auto" w:fill="0F3D5E"/>
            <w:vAlign w:val="center"/>
          </w:tcPr>
          <w:p w14:paraId="7AE923E6" w14:textId="77777777" w:rsidR="00C31769" w:rsidRDefault="00000000">
            <w:r>
              <w:rPr>
                <w:b/>
                <w:color w:val="FFFFFF"/>
              </w:rPr>
              <w:t>1</w:t>
            </w:r>
          </w:p>
        </w:tc>
        <w:tc>
          <w:tcPr>
            <w:tcW w:w="1704" w:type="dxa"/>
            <w:shd w:val="clear" w:color="auto" w:fill="0F3D5E"/>
            <w:vAlign w:val="center"/>
          </w:tcPr>
          <w:p w14:paraId="5D131B80" w14:textId="77777777" w:rsidR="00C31769" w:rsidRDefault="00000000">
            <w:r>
              <w:rPr>
                <w:b/>
                <w:color w:val="FFFFFF"/>
              </w:rPr>
              <w:t>2</w:t>
            </w:r>
          </w:p>
        </w:tc>
        <w:tc>
          <w:tcPr>
            <w:tcW w:w="1704" w:type="dxa"/>
            <w:shd w:val="clear" w:color="auto" w:fill="0F3D5E"/>
            <w:vAlign w:val="center"/>
          </w:tcPr>
          <w:p w14:paraId="4112DB89" w14:textId="77777777" w:rsidR="00C31769" w:rsidRDefault="00000000">
            <w:r>
              <w:rPr>
                <w:b/>
                <w:color w:val="FFFFFF"/>
              </w:rPr>
              <w:t>3</w:t>
            </w:r>
          </w:p>
        </w:tc>
        <w:tc>
          <w:tcPr>
            <w:tcW w:w="1704" w:type="dxa"/>
            <w:shd w:val="clear" w:color="auto" w:fill="0F3D5E"/>
            <w:vAlign w:val="center"/>
          </w:tcPr>
          <w:p w14:paraId="0B7CEF0A" w14:textId="77777777" w:rsidR="00C31769" w:rsidRDefault="00000000">
            <w:r>
              <w:rPr>
                <w:b/>
                <w:color w:val="FFFFFF"/>
              </w:rPr>
              <w:t>4</w:t>
            </w:r>
          </w:p>
        </w:tc>
        <w:tc>
          <w:tcPr>
            <w:tcW w:w="1704" w:type="dxa"/>
            <w:shd w:val="clear" w:color="auto" w:fill="0F3D5E"/>
            <w:vAlign w:val="center"/>
          </w:tcPr>
          <w:p w14:paraId="52EB050F" w14:textId="77777777" w:rsidR="00C31769" w:rsidRDefault="00000000">
            <w:r>
              <w:rPr>
                <w:b/>
                <w:color w:val="FFFFFF"/>
              </w:rPr>
              <w:t>5</w:t>
            </w:r>
          </w:p>
        </w:tc>
      </w:tr>
      <w:tr w:rsidR="00C31769" w14:paraId="0FA8AB04" w14:textId="77777777">
        <w:trPr>
          <w:jc w:val="center"/>
        </w:trPr>
        <w:tc>
          <w:tcPr>
            <w:tcW w:w="1704" w:type="dxa"/>
          </w:tcPr>
          <w:p w14:paraId="06E93A65" w14:textId="77777777" w:rsidR="00C31769" w:rsidRDefault="00000000">
            <w:r>
              <w:rPr>
                <w:sz w:val="17"/>
              </w:rPr>
              <w:t>5 Almost Certain</w:t>
            </w:r>
          </w:p>
        </w:tc>
        <w:tc>
          <w:tcPr>
            <w:tcW w:w="1704" w:type="dxa"/>
          </w:tcPr>
          <w:p w14:paraId="3C71D74F" w14:textId="77777777" w:rsidR="00C31769" w:rsidRDefault="00000000">
            <w:r>
              <w:rPr>
                <w:sz w:val="17"/>
              </w:rPr>
              <w:t>5</w:t>
            </w:r>
          </w:p>
        </w:tc>
        <w:tc>
          <w:tcPr>
            <w:tcW w:w="1704" w:type="dxa"/>
          </w:tcPr>
          <w:p w14:paraId="765DC863" w14:textId="77777777" w:rsidR="00C31769" w:rsidRDefault="00000000">
            <w:r>
              <w:rPr>
                <w:sz w:val="17"/>
              </w:rPr>
              <w:t>10</w:t>
            </w:r>
          </w:p>
        </w:tc>
        <w:tc>
          <w:tcPr>
            <w:tcW w:w="1704" w:type="dxa"/>
          </w:tcPr>
          <w:p w14:paraId="06DD843D" w14:textId="77777777" w:rsidR="00C31769" w:rsidRDefault="00000000">
            <w:r>
              <w:rPr>
                <w:sz w:val="17"/>
              </w:rPr>
              <w:t>15</w:t>
            </w:r>
          </w:p>
        </w:tc>
        <w:tc>
          <w:tcPr>
            <w:tcW w:w="1704" w:type="dxa"/>
          </w:tcPr>
          <w:p w14:paraId="7B26DED0" w14:textId="77777777" w:rsidR="00C31769" w:rsidRDefault="00000000">
            <w:r>
              <w:rPr>
                <w:sz w:val="17"/>
              </w:rPr>
              <w:t>20</w:t>
            </w:r>
          </w:p>
        </w:tc>
        <w:tc>
          <w:tcPr>
            <w:tcW w:w="1704" w:type="dxa"/>
          </w:tcPr>
          <w:p w14:paraId="1D3EDCC8" w14:textId="77777777" w:rsidR="00C31769" w:rsidRDefault="00000000">
            <w:r>
              <w:rPr>
                <w:sz w:val="17"/>
              </w:rPr>
              <w:t>25</w:t>
            </w:r>
          </w:p>
        </w:tc>
      </w:tr>
      <w:tr w:rsidR="00C31769" w14:paraId="10255EE5" w14:textId="77777777">
        <w:trPr>
          <w:jc w:val="center"/>
        </w:trPr>
        <w:tc>
          <w:tcPr>
            <w:tcW w:w="1704" w:type="dxa"/>
          </w:tcPr>
          <w:p w14:paraId="54B5816F" w14:textId="77777777" w:rsidR="00C31769" w:rsidRDefault="00000000">
            <w:r>
              <w:rPr>
                <w:sz w:val="17"/>
              </w:rPr>
              <w:t>4 Likely</w:t>
            </w:r>
          </w:p>
        </w:tc>
        <w:tc>
          <w:tcPr>
            <w:tcW w:w="1704" w:type="dxa"/>
          </w:tcPr>
          <w:p w14:paraId="52335604" w14:textId="77777777" w:rsidR="00C31769" w:rsidRDefault="00000000">
            <w:r>
              <w:rPr>
                <w:sz w:val="17"/>
              </w:rPr>
              <w:t>4</w:t>
            </w:r>
          </w:p>
        </w:tc>
        <w:tc>
          <w:tcPr>
            <w:tcW w:w="1704" w:type="dxa"/>
          </w:tcPr>
          <w:p w14:paraId="1677B75D" w14:textId="77777777" w:rsidR="00C31769" w:rsidRDefault="00000000">
            <w:r>
              <w:rPr>
                <w:sz w:val="17"/>
              </w:rPr>
              <w:t>8</w:t>
            </w:r>
          </w:p>
        </w:tc>
        <w:tc>
          <w:tcPr>
            <w:tcW w:w="1704" w:type="dxa"/>
          </w:tcPr>
          <w:p w14:paraId="09C23172" w14:textId="77777777" w:rsidR="00C31769" w:rsidRDefault="00000000">
            <w:r>
              <w:rPr>
                <w:sz w:val="17"/>
              </w:rPr>
              <w:t>12</w:t>
            </w:r>
          </w:p>
        </w:tc>
        <w:tc>
          <w:tcPr>
            <w:tcW w:w="1704" w:type="dxa"/>
          </w:tcPr>
          <w:p w14:paraId="79EFA0E7" w14:textId="77777777" w:rsidR="00C31769" w:rsidRDefault="00000000">
            <w:r>
              <w:rPr>
                <w:sz w:val="17"/>
              </w:rPr>
              <w:t>16</w:t>
            </w:r>
          </w:p>
        </w:tc>
        <w:tc>
          <w:tcPr>
            <w:tcW w:w="1704" w:type="dxa"/>
          </w:tcPr>
          <w:p w14:paraId="78FCAA7C" w14:textId="77777777" w:rsidR="00C31769" w:rsidRDefault="00000000">
            <w:r>
              <w:rPr>
                <w:sz w:val="17"/>
              </w:rPr>
              <w:t>20</w:t>
            </w:r>
          </w:p>
        </w:tc>
      </w:tr>
      <w:tr w:rsidR="00C31769" w14:paraId="52CD8FBF" w14:textId="77777777">
        <w:trPr>
          <w:jc w:val="center"/>
        </w:trPr>
        <w:tc>
          <w:tcPr>
            <w:tcW w:w="1704" w:type="dxa"/>
          </w:tcPr>
          <w:p w14:paraId="04B636CF" w14:textId="77777777" w:rsidR="00C31769" w:rsidRDefault="00000000">
            <w:r>
              <w:rPr>
                <w:sz w:val="17"/>
              </w:rPr>
              <w:lastRenderedPageBreak/>
              <w:t>3 Possible</w:t>
            </w:r>
          </w:p>
        </w:tc>
        <w:tc>
          <w:tcPr>
            <w:tcW w:w="1704" w:type="dxa"/>
          </w:tcPr>
          <w:p w14:paraId="5D615ED7" w14:textId="77777777" w:rsidR="00C31769" w:rsidRDefault="00000000">
            <w:r>
              <w:rPr>
                <w:sz w:val="17"/>
              </w:rPr>
              <w:t>3</w:t>
            </w:r>
          </w:p>
        </w:tc>
        <w:tc>
          <w:tcPr>
            <w:tcW w:w="1704" w:type="dxa"/>
          </w:tcPr>
          <w:p w14:paraId="7B804E6B" w14:textId="77777777" w:rsidR="00C31769" w:rsidRDefault="00000000">
            <w:r>
              <w:rPr>
                <w:sz w:val="17"/>
              </w:rPr>
              <w:t>6</w:t>
            </w:r>
          </w:p>
        </w:tc>
        <w:tc>
          <w:tcPr>
            <w:tcW w:w="1704" w:type="dxa"/>
          </w:tcPr>
          <w:p w14:paraId="044D69CB" w14:textId="77777777" w:rsidR="00C31769" w:rsidRDefault="00000000">
            <w:r>
              <w:rPr>
                <w:sz w:val="17"/>
              </w:rPr>
              <w:t>9</w:t>
            </w:r>
          </w:p>
        </w:tc>
        <w:tc>
          <w:tcPr>
            <w:tcW w:w="1704" w:type="dxa"/>
          </w:tcPr>
          <w:p w14:paraId="28E03B3B" w14:textId="77777777" w:rsidR="00C31769" w:rsidRDefault="00000000">
            <w:r>
              <w:rPr>
                <w:sz w:val="17"/>
              </w:rPr>
              <w:t>12</w:t>
            </w:r>
          </w:p>
        </w:tc>
        <w:tc>
          <w:tcPr>
            <w:tcW w:w="1704" w:type="dxa"/>
          </w:tcPr>
          <w:p w14:paraId="3D4D1FE6" w14:textId="77777777" w:rsidR="00C31769" w:rsidRDefault="00000000">
            <w:r>
              <w:rPr>
                <w:sz w:val="17"/>
              </w:rPr>
              <w:t>15</w:t>
            </w:r>
          </w:p>
        </w:tc>
      </w:tr>
      <w:tr w:rsidR="00C31769" w14:paraId="474CA389" w14:textId="77777777">
        <w:trPr>
          <w:jc w:val="center"/>
        </w:trPr>
        <w:tc>
          <w:tcPr>
            <w:tcW w:w="1704" w:type="dxa"/>
          </w:tcPr>
          <w:p w14:paraId="33108062" w14:textId="77777777" w:rsidR="00C31769" w:rsidRDefault="00000000">
            <w:r>
              <w:rPr>
                <w:sz w:val="17"/>
              </w:rPr>
              <w:t>2 Unlikely</w:t>
            </w:r>
          </w:p>
        </w:tc>
        <w:tc>
          <w:tcPr>
            <w:tcW w:w="1704" w:type="dxa"/>
          </w:tcPr>
          <w:p w14:paraId="1B19FBF5" w14:textId="77777777" w:rsidR="00C31769" w:rsidRDefault="00000000">
            <w:r>
              <w:rPr>
                <w:sz w:val="17"/>
              </w:rPr>
              <w:t>2</w:t>
            </w:r>
          </w:p>
        </w:tc>
        <w:tc>
          <w:tcPr>
            <w:tcW w:w="1704" w:type="dxa"/>
          </w:tcPr>
          <w:p w14:paraId="4EE39D00" w14:textId="77777777" w:rsidR="00C31769" w:rsidRDefault="00000000">
            <w:r>
              <w:rPr>
                <w:sz w:val="17"/>
              </w:rPr>
              <w:t>4</w:t>
            </w:r>
          </w:p>
        </w:tc>
        <w:tc>
          <w:tcPr>
            <w:tcW w:w="1704" w:type="dxa"/>
          </w:tcPr>
          <w:p w14:paraId="0D0AEF48" w14:textId="77777777" w:rsidR="00C31769" w:rsidRDefault="00000000">
            <w:r>
              <w:rPr>
                <w:sz w:val="17"/>
              </w:rPr>
              <w:t>6</w:t>
            </w:r>
          </w:p>
        </w:tc>
        <w:tc>
          <w:tcPr>
            <w:tcW w:w="1704" w:type="dxa"/>
          </w:tcPr>
          <w:p w14:paraId="778A4E4E" w14:textId="77777777" w:rsidR="00C31769" w:rsidRDefault="00000000">
            <w:r>
              <w:rPr>
                <w:sz w:val="17"/>
              </w:rPr>
              <w:t>8</w:t>
            </w:r>
          </w:p>
        </w:tc>
        <w:tc>
          <w:tcPr>
            <w:tcW w:w="1704" w:type="dxa"/>
          </w:tcPr>
          <w:p w14:paraId="0FEB0C89" w14:textId="77777777" w:rsidR="00C31769" w:rsidRDefault="00000000">
            <w:r>
              <w:rPr>
                <w:sz w:val="17"/>
              </w:rPr>
              <w:t>10</w:t>
            </w:r>
          </w:p>
        </w:tc>
      </w:tr>
      <w:tr w:rsidR="00C31769" w14:paraId="226FCDF7" w14:textId="77777777">
        <w:trPr>
          <w:jc w:val="center"/>
        </w:trPr>
        <w:tc>
          <w:tcPr>
            <w:tcW w:w="1704" w:type="dxa"/>
          </w:tcPr>
          <w:p w14:paraId="622A8859" w14:textId="77777777" w:rsidR="00C31769" w:rsidRDefault="00000000">
            <w:r>
              <w:rPr>
                <w:sz w:val="17"/>
              </w:rPr>
              <w:t>1 Rare</w:t>
            </w:r>
          </w:p>
        </w:tc>
        <w:tc>
          <w:tcPr>
            <w:tcW w:w="1704" w:type="dxa"/>
          </w:tcPr>
          <w:p w14:paraId="14BDA669" w14:textId="77777777" w:rsidR="00C31769" w:rsidRDefault="00000000">
            <w:r>
              <w:rPr>
                <w:sz w:val="17"/>
              </w:rPr>
              <w:t>1</w:t>
            </w:r>
          </w:p>
        </w:tc>
        <w:tc>
          <w:tcPr>
            <w:tcW w:w="1704" w:type="dxa"/>
          </w:tcPr>
          <w:p w14:paraId="4AA5C915" w14:textId="77777777" w:rsidR="00C31769" w:rsidRDefault="00000000">
            <w:r>
              <w:rPr>
                <w:sz w:val="17"/>
              </w:rPr>
              <w:t>2</w:t>
            </w:r>
          </w:p>
        </w:tc>
        <w:tc>
          <w:tcPr>
            <w:tcW w:w="1704" w:type="dxa"/>
          </w:tcPr>
          <w:p w14:paraId="55201AA5" w14:textId="77777777" w:rsidR="00C31769" w:rsidRDefault="00000000">
            <w:r>
              <w:rPr>
                <w:sz w:val="17"/>
              </w:rPr>
              <w:t>3</w:t>
            </w:r>
          </w:p>
        </w:tc>
        <w:tc>
          <w:tcPr>
            <w:tcW w:w="1704" w:type="dxa"/>
          </w:tcPr>
          <w:p w14:paraId="4BAB1AFC" w14:textId="77777777" w:rsidR="00C31769" w:rsidRDefault="00000000">
            <w:r>
              <w:rPr>
                <w:sz w:val="17"/>
              </w:rPr>
              <w:t>4</w:t>
            </w:r>
          </w:p>
        </w:tc>
        <w:tc>
          <w:tcPr>
            <w:tcW w:w="1704" w:type="dxa"/>
          </w:tcPr>
          <w:p w14:paraId="7E3716BA" w14:textId="77777777" w:rsidR="00C31769" w:rsidRDefault="00000000">
            <w:r>
              <w:rPr>
                <w:sz w:val="17"/>
              </w:rPr>
              <w:t>5</w:t>
            </w:r>
          </w:p>
        </w:tc>
      </w:tr>
    </w:tbl>
    <w:p w14:paraId="363D41E4" w14:textId="77777777" w:rsidR="00C31769" w:rsidRDefault="00C31769"/>
    <w:p w14:paraId="67159467" w14:textId="579B438B" w:rsidR="00C31769" w:rsidRDefault="00C31769"/>
    <w:p w14:paraId="41EB25AF" w14:textId="77777777" w:rsidR="00C31769" w:rsidRDefault="00000000">
      <w:pPr>
        <w:pStyle w:val="Heading1"/>
      </w:pPr>
      <w:r>
        <w:t>11. Detailed Excavation &amp; Trenching Risk Assessment</w:t>
      </w:r>
    </w:p>
    <w:p w14:paraId="7511847C" w14:textId="77777777" w:rsidR="00C31769" w:rsidRDefault="00000000">
      <w:r>
        <w:t>The following assessment addresses representative excavation and trenching hazards. Risk ratings are reference values and must be verified against actual ground conditions, excavation geometry, protective systems, equipment, services and work methods before implementation.</w:t>
      </w:r>
    </w:p>
    <w:p w14:paraId="3C14880D" w14:textId="77777777" w:rsidR="00C31769" w:rsidRDefault="00C31769">
      <w:pPr>
        <w:sectPr w:rsidR="00C31769">
          <w:headerReference w:type="default" r:id="rId8"/>
          <w:footerReference w:type="default" r:id="rId9"/>
          <w:pgSz w:w="12240" w:h="15840"/>
          <w:pgMar w:top="936" w:right="1008" w:bottom="936" w:left="1008" w:header="720" w:footer="720" w:gutter="0"/>
          <w:cols w:space="720"/>
          <w:docGrid w:linePitch="360"/>
        </w:sectPr>
      </w:pPr>
    </w:p>
    <w:tbl>
      <w:tblPr>
        <w:tblStyle w:val="TableGrid"/>
        <w:tblW w:w="0" w:type="auto"/>
        <w:jc w:val="center"/>
        <w:tblLook w:val="04A0" w:firstRow="1" w:lastRow="0" w:firstColumn="1" w:lastColumn="0" w:noHBand="0" w:noVBand="1"/>
      </w:tblPr>
      <w:tblGrid>
        <w:gridCol w:w="502"/>
        <w:gridCol w:w="878"/>
        <w:gridCol w:w="1172"/>
        <w:gridCol w:w="883"/>
        <w:gridCol w:w="1446"/>
        <w:gridCol w:w="1032"/>
        <w:gridCol w:w="685"/>
        <w:gridCol w:w="685"/>
        <w:gridCol w:w="691"/>
        <w:gridCol w:w="685"/>
        <w:gridCol w:w="1284"/>
        <w:gridCol w:w="932"/>
        <w:gridCol w:w="932"/>
        <w:gridCol w:w="932"/>
        <w:gridCol w:w="932"/>
        <w:gridCol w:w="1233"/>
      </w:tblGrid>
      <w:tr w:rsidR="00C31769" w14:paraId="217F9BD6" w14:textId="77777777">
        <w:trPr>
          <w:tblHeader/>
          <w:jc w:val="center"/>
        </w:trPr>
        <w:tc>
          <w:tcPr>
            <w:tcW w:w="918" w:type="dxa"/>
            <w:shd w:val="clear" w:color="auto" w:fill="0F3D5E"/>
          </w:tcPr>
          <w:p w14:paraId="7AB43010" w14:textId="77777777" w:rsidR="00C31769" w:rsidRDefault="00000000">
            <w:r>
              <w:rPr>
                <w:b/>
                <w:color w:val="FFFFFF"/>
              </w:rPr>
              <w:lastRenderedPageBreak/>
              <w:t>No.</w:t>
            </w:r>
          </w:p>
        </w:tc>
        <w:tc>
          <w:tcPr>
            <w:tcW w:w="918" w:type="dxa"/>
            <w:shd w:val="clear" w:color="auto" w:fill="0F3D5E"/>
          </w:tcPr>
          <w:p w14:paraId="6DA4D1BE" w14:textId="77777777" w:rsidR="00C31769" w:rsidRDefault="00000000">
            <w:r>
              <w:rPr>
                <w:b/>
                <w:color w:val="FFFFFF"/>
              </w:rPr>
              <w:t>Activity / Hazard</w:t>
            </w:r>
          </w:p>
        </w:tc>
        <w:tc>
          <w:tcPr>
            <w:tcW w:w="918" w:type="dxa"/>
            <w:shd w:val="clear" w:color="auto" w:fill="0F3D5E"/>
          </w:tcPr>
          <w:p w14:paraId="670F50A5" w14:textId="77777777" w:rsidR="00C31769" w:rsidRDefault="00000000">
            <w:r>
              <w:rPr>
                <w:b/>
                <w:color w:val="FFFFFF"/>
              </w:rPr>
              <w:t>Hazard Description</w:t>
            </w:r>
          </w:p>
        </w:tc>
        <w:tc>
          <w:tcPr>
            <w:tcW w:w="918" w:type="dxa"/>
            <w:shd w:val="clear" w:color="auto" w:fill="0F3D5E"/>
          </w:tcPr>
          <w:p w14:paraId="5195B610" w14:textId="77777777" w:rsidR="00C31769" w:rsidRDefault="00000000">
            <w:r>
              <w:rPr>
                <w:b/>
                <w:color w:val="FFFFFF"/>
              </w:rPr>
              <w:t>Persons at Risk</w:t>
            </w:r>
          </w:p>
        </w:tc>
        <w:tc>
          <w:tcPr>
            <w:tcW w:w="918" w:type="dxa"/>
            <w:shd w:val="clear" w:color="auto" w:fill="0F3D5E"/>
          </w:tcPr>
          <w:p w14:paraId="777661C5" w14:textId="77777777" w:rsidR="00C31769" w:rsidRDefault="00000000">
            <w:r>
              <w:rPr>
                <w:b/>
                <w:color w:val="FFFFFF"/>
              </w:rPr>
              <w:t>Potential Consequences</w:t>
            </w:r>
          </w:p>
        </w:tc>
        <w:tc>
          <w:tcPr>
            <w:tcW w:w="918" w:type="dxa"/>
            <w:shd w:val="clear" w:color="auto" w:fill="0F3D5E"/>
          </w:tcPr>
          <w:p w14:paraId="1391BA3B" w14:textId="77777777" w:rsidR="00C31769" w:rsidRDefault="00000000">
            <w:r>
              <w:rPr>
                <w:b/>
                <w:color w:val="FFFFFF"/>
              </w:rPr>
              <w:t>Existing Control Measures</w:t>
            </w:r>
          </w:p>
        </w:tc>
        <w:tc>
          <w:tcPr>
            <w:tcW w:w="918" w:type="dxa"/>
            <w:shd w:val="clear" w:color="auto" w:fill="0F3D5E"/>
          </w:tcPr>
          <w:p w14:paraId="58A2200E" w14:textId="77777777" w:rsidR="00C31769" w:rsidRDefault="00000000">
            <w:r>
              <w:rPr>
                <w:b/>
                <w:color w:val="FFFFFF"/>
              </w:rPr>
              <w:t>Initial L</w:t>
            </w:r>
          </w:p>
        </w:tc>
        <w:tc>
          <w:tcPr>
            <w:tcW w:w="918" w:type="dxa"/>
            <w:shd w:val="clear" w:color="auto" w:fill="0F3D5E"/>
          </w:tcPr>
          <w:p w14:paraId="5EB4A2E2" w14:textId="77777777" w:rsidR="00C31769" w:rsidRDefault="00000000">
            <w:r>
              <w:rPr>
                <w:b/>
                <w:color w:val="FFFFFF"/>
              </w:rPr>
              <w:t>Initial S</w:t>
            </w:r>
          </w:p>
        </w:tc>
        <w:tc>
          <w:tcPr>
            <w:tcW w:w="918" w:type="dxa"/>
            <w:shd w:val="clear" w:color="auto" w:fill="0F3D5E"/>
          </w:tcPr>
          <w:p w14:paraId="52D9A439" w14:textId="77777777" w:rsidR="00C31769" w:rsidRDefault="00000000">
            <w:r>
              <w:rPr>
                <w:b/>
                <w:color w:val="FFFFFF"/>
              </w:rPr>
              <w:t>Initial Score</w:t>
            </w:r>
          </w:p>
        </w:tc>
        <w:tc>
          <w:tcPr>
            <w:tcW w:w="918" w:type="dxa"/>
            <w:shd w:val="clear" w:color="auto" w:fill="0F3D5E"/>
          </w:tcPr>
          <w:p w14:paraId="027DFCAC" w14:textId="77777777" w:rsidR="00C31769" w:rsidRDefault="00000000">
            <w:r>
              <w:rPr>
                <w:b/>
                <w:color w:val="FFFFFF"/>
              </w:rPr>
              <w:t>Initial Level</w:t>
            </w:r>
          </w:p>
        </w:tc>
        <w:tc>
          <w:tcPr>
            <w:tcW w:w="918" w:type="dxa"/>
            <w:shd w:val="clear" w:color="auto" w:fill="0F3D5E"/>
          </w:tcPr>
          <w:p w14:paraId="3652FD6B" w14:textId="77777777" w:rsidR="00C31769" w:rsidRDefault="00000000">
            <w:r>
              <w:rPr>
                <w:b/>
                <w:color w:val="FFFFFF"/>
              </w:rPr>
              <w:t>Further Controls</w:t>
            </w:r>
          </w:p>
        </w:tc>
        <w:tc>
          <w:tcPr>
            <w:tcW w:w="918" w:type="dxa"/>
            <w:shd w:val="clear" w:color="auto" w:fill="0F3D5E"/>
          </w:tcPr>
          <w:p w14:paraId="28D0CEC9" w14:textId="77777777" w:rsidR="00C31769" w:rsidRDefault="00000000">
            <w:r>
              <w:rPr>
                <w:b/>
                <w:color w:val="FFFFFF"/>
              </w:rPr>
              <w:t>Residual L</w:t>
            </w:r>
          </w:p>
        </w:tc>
        <w:tc>
          <w:tcPr>
            <w:tcW w:w="918" w:type="dxa"/>
            <w:shd w:val="clear" w:color="auto" w:fill="0F3D5E"/>
          </w:tcPr>
          <w:p w14:paraId="6D99C87D" w14:textId="77777777" w:rsidR="00C31769" w:rsidRDefault="00000000">
            <w:r>
              <w:rPr>
                <w:b/>
                <w:color w:val="FFFFFF"/>
              </w:rPr>
              <w:t>Residual S</w:t>
            </w:r>
          </w:p>
        </w:tc>
        <w:tc>
          <w:tcPr>
            <w:tcW w:w="918" w:type="dxa"/>
            <w:shd w:val="clear" w:color="auto" w:fill="0F3D5E"/>
          </w:tcPr>
          <w:p w14:paraId="3FAD4A96" w14:textId="77777777" w:rsidR="00C31769" w:rsidRDefault="00000000">
            <w:r>
              <w:rPr>
                <w:b/>
                <w:color w:val="FFFFFF"/>
              </w:rPr>
              <w:t>Residual Score</w:t>
            </w:r>
          </w:p>
        </w:tc>
        <w:tc>
          <w:tcPr>
            <w:tcW w:w="918" w:type="dxa"/>
            <w:shd w:val="clear" w:color="auto" w:fill="0F3D5E"/>
          </w:tcPr>
          <w:p w14:paraId="76133AF9" w14:textId="77777777" w:rsidR="00C31769" w:rsidRDefault="00000000">
            <w:r>
              <w:rPr>
                <w:b/>
                <w:color w:val="FFFFFF"/>
              </w:rPr>
              <w:t>Residual Level</w:t>
            </w:r>
          </w:p>
        </w:tc>
        <w:tc>
          <w:tcPr>
            <w:tcW w:w="918" w:type="dxa"/>
            <w:shd w:val="clear" w:color="auto" w:fill="0F3D5E"/>
          </w:tcPr>
          <w:p w14:paraId="5ACA6488" w14:textId="77777777" w:rsidR="00C31769" w:rsidRDefault="00000000">
            <w:r>
              <w:rPr>
                <w:b/>
                <w:color w:val="FFFFFF"/>
              </w:rPr>
              <w:t>Responsible Person</w:t>
            </w:r>
          </w:p>
        </w:tc>
      </w:tr>
      <w:tr w:rsidR="00C31769" w14:paraId="66C14528" w14:textId="77777777">
        <w:trPr>
          <w:jc w:val="center"/>
        </w:trPr>
        <w:tc>
          <w:tcPr>
            <w:tcW w:w="918" w:type="dxa"/>
          </w:tcPr>
          <w:p w14:paraId="378A1FD5" w14:textId="77777777" w:rsidR="00C31769" w:rsidRDefault="00000000">
            <w:r>
              <w:rPr>
                <w:sz w:val="12"/>
              </w:rPr>
              <w:t>1</w:t>
            </w:r>
          </w:p>
        </w:tc>
        <w:tc>
          <w:tcPr>
            <w:tcW w:w="918" w:type="dxa"/>
          </w:tcPr>
          <w:p w14:paraId="48F405F8" w14:textId="77777777" w:rsidR="00C31769" w:rsidRDefault="00000000">
            <w:r>
              <w:rPr>
                <w:sz w:val="12"/>
              </w:rPr>
              <w:t>Excavation collapse</w:t>
            </w:r>
          </w:p>
        </w:tc>
        <w:tc>
          <w:tcPr>
            <w:tcW w:w="918" w:type="dxa"/>
          </w:tcPr>
          <w:p w14:paraId="5495E1E5" w14:textId="77777777" w:rsidR="00C31769" w:rsidRDefault="00000000">
            <w:r>
              <w:rPr>
                <w:sz w:val="12"/>
              </w:rPr>
              <w:t>Unsupported or inadequately supported excavation sidewalls</w:t>
            </w:r>
          </w:p>
        </w:tc>
        <w:tc>
          <w:tcPr>
            <w:tcW w:w="918" w:type="dxa"/>
          </w:tcPr>
          <w:p w14:paraId="1507F020" w14:textId="77777777" w:rsidR="00C31769" w:rsidRDefault="00000000">
            <w:r>
              <w:rPr>
                <w:sz w:val="12"/>
              </w:rPr>
              <w:t>Excavation workers, supervisors, rescuers</w:t>
            </w:r>
          </w:p>
        </w:tc>
        <w:tc>
          <w:tcPr>
            <w:tcW w:w="918" w:type="dxa"/>
          </w:tcPr>
          <w:p w14:paraId="6C93BE9C" w14:textId="77777777" w:rsidR="00C31769" w:rsidRDefault="00000000">
            <w:r>
              <w:rPr>
                <w:sz w:val="12"/>
              </w:rPr>
              <w:t>Burial, crushing, serious injury or fatality</w:t>
            </w:r>
          </w:p>
        </w:tc>
        <w:tc>
          <w:tcPr>
            <w:tcW w:w="918" w:type="dxa"/>
          </w:tcPr>
          <w:p w14:paraId="7B044F58" w14:textId="77777777" w:rsidR="00C31769" w:rsidRDefault="00000000">
            <w:r>
              <w:rPr>
                <w:sz w:val="12"/>
              </w:rPr>
              <w:t>Competent planning; basic ground assessment; access control.</w:t>
            </w:r>
          </w:p>
        </w:tc>
        <w:tc>
          <w:tcPr>
            <w:tcW w:w="918" w:type="dxa"/>
          </w:tcPr>
          <w:p w14:paraId="6F64D9BA" w14:textId="77777777" w:rsidR="00C31769" w:rsidRDefault="00000000">
            <w:r>
              <w:rPr>
                <w:sz w:val="12"/>
              </w:rPr>
              <w:t>4</w:t>
            </w:r>
          </w:p>
        </w:tc>
        <w:tc>
          <w:tcPr>
            <w:tcW w:w="918" w:type="dxa"/>
          </w:tcPr>
          <w:p w14:paraId="0B01B108" w14:textId="77777777" w:rsidR="00C31769" w:rsidRDefault="00000000">
            <w:r>
              <w:rPr>
                <w:sz w:val="12"/>
              </w:rPr>
              <w:t>5</w:t>
            </w:r>
          </w:p>
        </w:tc>
        <w:tc>
          <w:tcPr>
            <w:tcW w:w="918" w:type="dxa"/>
          </w:tcPr>
          <w:p w14:paraId="5AF12824" w14:textId="77777777" w:rsidR="00C31769" w:rsidRDefault="00000000">
            <w:r>
              <w:rPr>
                <w:sz w:val="12"/>
              </w:rPr>
              <w:t>20</w:t>
            </w:r>
          </w:p>
        </w:tc>
        <w:tc>
          <w:tcPr>
            <w:tcW w:w="918" w:type="dxa"/>
          </w:tcPr>
          <w:p w14:paraId="709DDBAB" w14:textId="77777777" w:rsidR="00C31769" w:rsidRDefault="00000000">
            <w:r>
              <w:rPr>
                <w:sz w:val="12"/>
              </w:rPr>
              <w:t>Very High</w:t>
            </w:r>
          </w:p>
        </w:tc>
        <w:tc>
          <w:tcPr>
            <w:tcW w:w="918" w:type="dxa"/>
          </w:tcPr>
          <w:p w14:paraId="73013338" w14:textId="77777777" w:rsidR="00C31769" w:rsidRDefault="00000000">
            <w:r>
              <w:rPr>
                <w:sz w:val="12"/>
              </w:rPr>
              <w:t>Provide engineered shoring, shielding, benching or battering based on competent assessment; inspect before entry and after changes.</w:t>
            </w:r>
          </w:p>
        </w:tc>
        <w:tc>
          <w:tcPr>
            <w:tcW w:w="918" w:type="dxa"/>
          </w:tcPr>
          <w:p w14:paraId="1016CE2D" w14:textId="77777777" w:rsidR="00C31769" w:rsidRDefault="00000000">
            <w:r>
              <w:rPr>
                <w:sz w:val="12"/>
              </w:rPr>
              <w:t>1</w:t>
            </w:r>
          </w:p>
        </w:tc>
        <w:tc>
          <w:tcPr>
            <w:tcW w:w="918" w:type="dxa"/>
          </w:tcPr>
          <w:p w14:paraId="55F05E4D" w14:textId="77777777" w:rsidR="00C31769" w:rsidRDefault="00000000">
            <w:r>
              <w:rPr>
                <w:sz w:val="12"/>
              </w:rPr>
              <w:t>5</w:t>
            </w:r>
          </w:p>
        </w:tc>
        <w:tc>
          <w:tcPr>
            <w:tcW w:w="918" w:type="dxa"/>
          </w:tcPr>
          <w:p w14:paraId="015E9488" w14:textId="77777777" w:rsidR="00C31769" w:rsidRDefault="00000000">
            <w:r>
              <w:rPr>
                <w:sz w:val="12"/>
              </w:rPr>
              <w:t>5</w:t>
            </w:r>
          </w:p>
        </w:tc>
        <w:tc>
          <w:tcPr>
            <w:tcW w:w="918" w:type="dxa"/>
          </w:tcPr>
          <w:p w14:paraId="2474CFBE" w14:textId="77777777" w:rsidR="00C31769" w:rsidRDefault="00000000">
            <w:r>
              <w:rPr>
                <w:sz w:val="12"/>
              </w:rPr>
              <w:t>Medium</w:t>
            </w:r>
          </w:p>
        </w:tc>
        <w:tc>
          <w:tcPr>
            <w:tcW w:w="918" w:type="dxa"/>
          </w:tcPr>
          <w:p w14:paraId="3052778E" w14:textId="77777777" w:rsidR="00C31769" w:rsidRDefault="00000000">
            <w:r>
              <w:rPr>
                <w:sz w:val="12"/>
              </w:rPr>
              <w:t>Competent Person / Construction Manager</w:t>
            </w:r>
          </w:p>
        </w:tc>
      </w:tr>
      <w:tr w:rsidR="00C31769" w14:paraId="4D71FA98" w14:textId="77777777">
        <w:trPr>
          <w:jc w:val="center"/>
        </w:trPr>
        <w:tc>
          <w:tcPr>
            <w:tcW w:w="918" w:type="dxa"/>
          </w:tcPr>
          <w:p w14:paraId="1F870B6D" w14:textId="77777777" w:rsidR="00C31769" w:rsidRDefault="00000000">
            <w:r>
              <w:rPr>
                <w:sz w:val="12"/>
              </w:rPr>
              <w:t>2</w:t>
            </w:r>
          </w:p>
        </w:tc>
        <w:tc>
          <w:tcPr>
            <w:tcW w:w="918" w:type="dxa"/>
          </w:tcPr>
          <w:p w14:paraId="1ACE285F" w14:textId="77777777" w:rsidR="00C31769" w:rsidRDefault="00000000">
            <w:r>
              <w:rPr>
                <w:sz w:val="12"/>
              </w:rPr>
              <w:t>Trench collapse</w:t>
            </w:r>
          </w:p>
        </w:tc>
        <w:tc>
          <w:tcPr>
            <w:tcW w:w="918" w:type="dxa"/>
          </w:tcPr>
          <w:p w14:paraId="71EF7AD5" w14:textId="77777777" w:rsidR="00C31769" w:rsidRDefault="00000000">
            <w:r>
              <w:rPr>
                <w:sz w:val="12"/>
              </w:rPr>
              <w:t>Workers enter trench with inadequate protective system</w:t>
            </w:r>
          </w:p>
        </w:tc>
        <w:tc>
          <w:tcPr>
            <w:tcW w:w="918" w:type="dxa"/>
          </w:tcPr>
          <w:p w14:paraId="0B4831AC" w14:textId="77777777" w:rsidR="00C31769" w:rsidRDefault="00000000">
            <w:r>
              <w:rPr>
                <w:sz w:val="12"/>
              </w:rPr>
              <w:t>Workers, supervisors</w:t>
            </w:r>
          </w:p>
        </w:tc>
        <w:tc>
          <w:tcPr>
            <w:tcW w:w="918" w:type="dxa"/>
          </w:tcPr>
          <w:p w14:paraId="6BA6435C" w14:textId="77777777" w:rsidR="00C31769" w:rsidRDefault="00000000">
            <w:r>
              <w:rPr>
                <w:sz w:val="12"/>
              </w:rPr>
              <w:t>Burial or crushing</w:t>
            </w:r>
          </w:p>
        </w:tc>
        <w:tc>
          <w:tcPr>
            <w:tcW w:w="918" w:type="dxa"/>
          </w:tcPr>
          <w:p w14:paraId="6473233F" w14:textId="77777777" w:rsidR="00C31769" w:rsidRDefault="00000000">
            <w:r>
              <w:rPr>
                <w:sz w:val="12"/>
              </w:rPr>
              <w:t>Trench protection and supervision where provided.</w:t>
            </w:r>
          </w:p>
        </w:tc>
        <w:tc>
          <w:tcPr>
            <w:tcW w:w="918" w:type="dxa"/>
          </w:tcPr>
          <w:p w14:paraId="301C076C" w14:textId="77777777" w:rsidR="00C31769" w:rsidRDefault="00000000">
            <w:r>
              <w:rPr>
                <w:sz w:val="12"/>
              </w:rPr>
              <w:t>4</w:t>
            </w:r>
          </w:p>
        </w:tc>
        <w:tc>
          <w:tcPr>
            <w:tcW w:w="918" w:type="dxa"/>
          </w:tcPr>
          <w:p w14:paraId="3E55846A" w14:textId="77777777" w:rsidR="00C31769" w:rsidRDefault="00000000">
            <w:r>
              <w:rPr>
                <w:sz w:val="12"/>
              </w:rPr>
              <w:t>5</w:t>
            </w:r>
          </w:p>
        </w:tc>
        <w:tc>
          <w:tcPr>
            <w:tcW w:w="918" w:type="dxa"/>
          </w:tcPr>
          <w:p w14:paraId="71C5A99A" w14:textId="77777777" w:rsidR="00C31769" w:rsidRDefault="00000000">
            <w:r>
              <w:rPr>
                <w:sz w:val="12"/>
              </w:rPr>
              <w:t>20</w:t>
            </w:r>
          </w:p>
        </w:tc>
        <w:tc>
          <w:tcPr>
            <w:tcW w:w="918" w:type="dxa"/>
          </w:tcPr>
          <w:p w14:paraId="470863A5" w14:textId="77777777" w:rsidR="00C31769" w:rsidRDefault="00000000">
            <w:r>
              <w:rPr>
                <w:sz w:val="12"/>
              </w:rPr>
              <w:t>Very High</w:t>
            </w:r>
          </w:p>
        </w:tc>
        <w:tc>
          <w:tcPr>
            <w:tcW w:w="918" w:type="dxa"/>
          </w:tcPr>
          <w:p w14:paraId="27E37D98" w14:textId="77777777" w:rsidR="00C31769" w:rsidRDefault="00000000">
            <w:r>
              <w:rPr>
                <w:sz w:val="12"/>
              </w:rPr>
              <w:t>Do not permit entry until protective system is installed and verified; maintain safe dimensions and access; prohibit unsupported entry.</w:t>
            </w:r>
          </w:p>
        </w:tc>
        <w:tc>
          <w:tcPr>
            <w:tcW w:w="918" w:type="dxa"/>
          </w:tcPr>
          <w:p w14:paraId="5D560317" w14:textId="77777777" w:rsidR="00C31769" w:rsidRDefault="00000000">
            <w:r>
              <w:rPr>
                <w:sz w:val="12"/>
              </w:rPr>
              <w:t>1</w:t>
            </w:r>
          </w:p>
        </w:tc>
        <w:tc>
          <w:tcPr>
            <w:tcW w:w="918" w:type="dxa"/>
          </w:tcPr>
          <w:p w14:paraId="47C15F26" w14:textId="77777777" w:rsidR="00C31769" w:rsidRDefault="00000000">
            <w:r>
              <w:rPr>
                <w:sz w:val="12"/>
              </w:rPr>
              <w:t>5</w:t>
            </w:r>
          </w:p>
        </w:tc>
        <w:tc>
          <w:tcPr>
            <w:tcW w:w="918" w:type="dxa"/>
          </w:tcPr>
          <w:p w14:paraId="606C0DD1" w14:textId="77777777" w:rsidR="00C31769" w:rsidRDefault="00000000">
            <w:r>
              <w:rPr>
                <w:sz w:val="12"/>
              </w:rPr>
              <w:t>5</w:t>
            </w:r>
          </w:p>
        </w:tc>
        <w:tc>
          <w:tcPr>
            <w:tcW w:w="918" w:type="dxa"/>
          </w:tcPr>
          <w:p w14:paraId="2C5B030A" w14:textId="77777777" w:rsidR="00C31769" w:rsidRDefault="00000000">
            <w:r>
              <w:rPr>
                <w:sz w:val="12"/>
              </w:rPr>
              <w:t>Medium</w:t>
            </w:r>
          </w:p>
        </w:tc>
        <w:tc>
          <w:tcPr>
            <w:tcW w:w="918" w:type="dxa"/>
          </w:tcPr>
          <w:p w14:paraId="3A9050A1" w14:textId="77777777" w:rsidR="00C31769" w:rsidRDefault="00000000">
            <w:r>
              <w:rPr>
                <w:sz w:val="12"/>
              </w:rPr>
              <w:t>Excavation Supervisor</w:t>
            </w:r>
          </w:p>
        </w:tc>
      </w:tr>
      <w:tr w:rsidR="00C31769" w14:paraId="23C060F9" w14:textId="77777777">
        <w:trPr>
          <w:jc w:val="center"/>
        </w:trPr>
        <w:tc>
          <w:tcPr>
            <w:tcW w:w="918" w:type="dxa"/>
          </w:tcPr>
          <w:p w14:paraId="28A76559" w14:textId="77777777" w:rsidR="00C31769" w:rsidRDefault="00000000">
            <w:r>
              <w:rPr>
                <w:sz w:val="12"/>
              </w:rPr>
              <w:t>3</w:t>
            </w:r>
          </w:p>
        </w:tc>
        <w:tc>
          <w:tcPr>
            <w:tcW w:w="918" w:type="dxa"/>
          </w:tcPr>
          <w:p w14:paraId="38E7CFCA" w14:textId="77777777" w:rsidR="00C31769" w:rsidRDefault="00000000">
            <w:r>
              <w:rPr>
                <w:sz w:val="12"/>
              </w:rPr>
              <w:t>Underground electrical services</w:t>
            </w:r>
          </w:p>
        </w:tc>
        <w:tc>
          <w:tcPr>
            <w:tcW w:w="918" w:type="dxa"/>
          </w:tcPr>
          <w:p w14:paraId="301B44A9" w14:textId="77777777" w:rsidR="00C31769" w:rsidRDefault="00000000">
            <w:r>
              <w:rPr>
                <w:sz w:val="12"/>
              </w:rPr>
              <w:t>Excavation contacts buried electrical cable</w:t>
            </w:r>
          </w:p>
        </w:tc>
        <w:tc>
          <w:tcPr>
            <w:tcW w:w="918" w:type="dxa"/>
          </w:tcPr>
          <w:p w14:paraId="2125DDCA" w14:textId="77777777" w:rsidR="00C31769" w:rsidRDefault="00000000">
            <w:r>
              <w:rPr>
                <w:sz w:val="12"/>
              </w:rPr>
              <w:t>Workers, operators, utility personnel</w:t>
            </w:r>
          </w:p>
        </w:tc>
        <w:tc>
          <w:tcPr>
            <w:tcW w:w="918" w:type="dxa"/>
          </w:tcPr>
          <w:p w14:paraId="44BA526B" w14:textId="77777777" w:rsidR="00C31769" w:rsidRDefault="00000000">
            <w:r>
              <w:rPr>
                <w:sz w:val="12"/>
              </w:rPr>
              <w:t>Electrocution, arc flash, fire, outage</w:t>
            </w:r>
          </w:p>
        </w:tc>
        <w:tc>
          <w:tcPr>
            <w:tcW w:w="918" w:type="dxa"/>
          </w:tcPr>
          <w:p w14:paraId="3AF8AA03" w14:textId="77777777" w:rsidR="00C31769" w:rsidRDefault="00000000">
            <w:r>
              <w:rPr>
                <w:sz w:val="12"/>
              </w:rPr>
              <w:t>Service drawings and detection where available.</w:t>
            </w:r>
          </w:p>
        </w:tc>
        <w:tc>
          <w:tcPr>
            <w:tcW w:w="918" w:type="dxa"/>
          </w:tcPr>
          <w:p w14:paraId="709F1871" w14:textId="77777777" w:rsidR="00C31769" w:rsidRDefault="00000000">
            <w:r>
              <w:rPr>
                <w:sz w:val="12"/>
              </w:rPr>
              <w:t>4</w:t>
            </w:r>
          </w:p>
        </w:tc>
        <w:tc>
          <w:tcPr>
            <w:tcW w:w="918" w:type="dxa"/>
          </w:tcPr>
          <w:p w14:paraId="2279A1B6" w14:textId="77777777" w:rsidR="00C31769" w:rsidRDefault="00000000">
            <w:r>
              <w:rPr>
                <w:sz w:val="12"/>
              </w:rPr>
              <w:t>5</w:t>
            </w:r>
          </w:p>
        </w:tc>
        <w:tc>
          <w:tcPr>
            <w:tcW w:w="918" w:type="dxa"/>
          </w:tcPr>
          <w:p w14:paraId="2F3D83EE" w14:textId="77777777" w:rsidR="00C31769" w:rsidRDefault="00000000">
            <w:r>
              <w:rPr>
                <w:sz w:val="12"/>
              </w:rPr>
              <w:t>20</w:t>
            </w:r>
          </w:p>
        </w:tc>
        <w:tc>
          <w:tcPr>
            <w:tcW w:w="918" w:type="dxa"/>
          </w:tcPr>
          <w:p w14:paraId="65FB1FDE" w14:textId="77777777" w:rsidR="00C31769" w:rsidRDefault="00000000">
            <w:r>
              <w:rPr>
                <w:sz w:val="12"/>
              </w:rPr>
              <w:t>Very High</w:t>
            </w:r>
          </w:p>
        </w:tc>
        <w:tc>
          <w:tcPr>
            <w:tcW w:w="918" w:type="dxa"/>
          </w:tcPr>
          <w:p w14:paraId="6E0282C1" w14:textId="77777777" w:rsidR="00C31769" w:rsidRDefault="00000000">
            <w:r>
              <w:rPr>
                <w:sz w:val="12"/>
              </w:rPr>
              <w:t>Obtain current utility information; scan and mark services; use controlled hand excavation near identified services; establish exclusion distances and emergency procedure.</w:t>
            </w:r>
          </w:p>
        </w:tc>
        <w:tc>
          <w:tcPr>
            <w:tcW w:w="918" w:type="dxa"/>
          </w:tcPr>
          <w:p w14:paraId="715F10A9" w14:textId="77777777" w:rsidR="00C31769" w:rsidRDefault="00000000">
            <w:r>
              <w:rPr>
                <w:sz w:val="12"/>
              </w:rPr>
              <w:t>1</w:t>
            </w:r>
          </w:p>
        </w:tc>
        <w:tc>
          <w:tcPr>
            <w:tcW w:w="918" w:type="dxa"/>
          </w:tcPr>
          <w:p w14:paraId="670F089F" w14:textId="77777777" w:rsidR="00C31769" w:rsidRDefault="00000000">
            <w:r>
              <w:rPr>
                <w:sz w:val="12"/>
              </w:rPr>
              <w:t>5</w:t>
            </w:r>
          </w:p>
        </w:tc>
        <w:tc>
          <w:tcPr>
            <w:tcW w:w="918" w:type="dxa"/>
          </w:tcPr>
          <w:p w14:paraId="46CAA4E3" w14:textId="77777777" w:rsidR="00C31769" w:rsidRDefault="00000000">
            <w:r>
              <w:rPr>
                <w:sz w:val="12"/>
              </w:rPr>
              <w:t>5</w:t>
            </w:r>
          </w:p>
        </w:tc>
        <w:tc>
          <w:tcPr>
            <w:tcW w:w="918" w:type="dxa"/>
          </w:tcPr>
          <w:p w14:paraId="67246C3C" w14:textId="77777777" w:rsidR="00C31769" w:rsidRDefault="00000000">
            <w:r>
              <w:rPr>
                <w:sz w:val="12"/>
              </w:rPr>
              <w:t>Medium</w:t>
            </w:r>
          </w:p>
        </w:tc>
        <w:tc>
          <w:tcPr>
            <w:tcW w:w="918" w:type="dxa"/>
          </w:tcPr>
          <w:p w14:paraId="7B59167B" w14:textId="77777777" w:rsidR="00C31769" w:rsidRDefault="00000000">
            <w:r>
              <w:rPr>
                <w:sz w:val="12"/>
              </w:rPr>
              <w:t>Permit Holder / Competent Person</w:t>
            </w:r>
          </w:p>
        </w:tc>
      </w:tr>
      <w:tr w:rsidR="00C31769" w14:paraId="7A65965C" w14:textId="77777777">
        <w:trPr>
          <w:jc w:val="center"/>
        </w:trPr>
        <w:tc>
          <w:tcPr>
            <w:tcW w:w="918" w:type="dxa"/>
          </w:tcPr>
          <w:p w14:paraId="265506B4" w14:textId="77777777" w:rsidR="00C31769" w:rsidRDefault="00000000">
            <w:r>
              <w:rPr>
                <w:sz w:val="12"/>
              </w:rPr>
              <w:t>4</w:t>
            </w:r>
          </w:p>
        </w:tc>
        <w:tc>
          <w:tcPr>
            <w:tcW w:w="918" w:type="dxa"/>
          </w:tcPr>
          <w:p w14:paraId="26EEDD7E" w14:textId="77777777" w:rsidR="00C31769" w:rsidRDefault="00000000">
            <w:r>
              <w:rPr>
                <w:sz w:val="12"/>
              </w:rPr>
              <w:t>Gas / fuel pipeline</w:t>
            </w:r>
          </w:p>
        </w:tc>
        <w:tc>
          <w:tcPr>
            <w:tcW w:w="918" w:type="dxa"/>
          </w:tcPr>
          <w:p w14:paraId="34B3E3CB" w14:textId="77777777" w:rsidR="00C31769" w:rsidRDefault="00000000">
            <w:r>
              <w:rPr>
                <w:sz w:val="12"/>
              </w:rPr>
              <w:t>Excavation damages buried gas or fuel line</w:t>
            </w:r>
          </w:p>
        </w:tc>
        <w:tc>
          <w:tcPr>
            <w:tcW w:w="918" w:type="dxa"/>
          </w:tcPr>
          <w:p w14:paraId="7436C559" w14:textId="77777777" w:rsidR="00C31769" w:rsidRDefault="00000000">
            <w:r>
              <w:rPr>
                <w:sz w:val="12"/>
              </w:rPr>
              <w:t>Workers, public, utility personnel</w:t>
            </w:r>
          </w:p>
        </w:tc>
        <w:tc>
          <w:tcPr>
            <w:tcW w:w="918" w:type="dxa"/>
          </w:tcPr>
          <w:p w14:paraId="743DE908" w14:textId="77777777" w:rsidR="00C31769" w:rsidRDefault="00000000">
            <w:r>
              <w:rPr>
                <w:sz w:val="12"/>
              </w:rPr>
              <w:t>Fire, explosion, toxic exposure, fatality</w:t>
            </w:r>
          </w:p>
        </w:tc>
        <w:tc>
          <w:tcPr>
            <w:tcW w:w="918" w:type="dxa"/>
          </w:tcPr>
          <w:p w14:paraId="0621C1EF" w14:textId="77777777" w:rsidR="00C31769" w:rsidRDefault="00000000">
            <w:r>
              <w:rPr>
                <w:sz w:val="12"/>
              </w:rPr>
              <w:t>Utility information and service locating.</w:t>
            </w:r>
          </w:p>
        </w:tc>
        <w:tc>
          <w:tcPr>
            <w:tcW w:w="918" w:type="dxa"/>
          </w:tcPr>
          <w:p w14:paraId="5819A233" w14:textId="77777777" w:rsidR="00C31769" w:rsidRDefault="00000000">
            <w:r>
              <w:rPr>
                <w:sz w:val="12"/>
              </w:rPr>
              <w:t>3</w:t>
            </w:r>
          </w:p>
        </w:tc>
        <w:tc>
          <w:tcPr>
            <w:tcW w:w="918" w:type="dxa"/>
          </w:tcPr>
          <w:p w14:paraId="6A705717" w14:textId="77777777" w:rsidR="00C31769" w:rsidRDefault="00000000">
            <w:r>
              <w:rPr>
                <w:sz w:val="12"/>
              </w:rPr>
              <w:t>5</w:t>
            </w:r>
          </w:p>
        </w:tc>
        <w:tc>
          <w:tcPr>
            <w:tcW w:w="918" w:type="dxa"/>
          </w:tcPr>
          <w:p w14:paraId="72CA0204" w14:textId="77777777" w:rsidR="00C31769" w:rsidRDefault="00000000">
            <w:r>
              <w:rPr>
                <w:sz w:val="12"/>
              </w:rPr>
              <w:t>15</w:t>
            </w:r>
          </w:p>
        </w:tc>
        <w:tc>
          <w:tcPr>
            <w:tcW w:w="918" w:type="dxa"/>
          </w:tcPr>
          <w:p w14:paraId="4ABC4C89" w14:textId="77777777" w:rsidR="00C31769" w:rsidRDefault="00000000">
            <w:r>
              <w:rPr>
                <w:sz w:val="12"/>
              </w:rPr>
              <w:t>High</w:t>
            </w:r>
          </w:p>
        </w:tc>
        <w:tc>
          <w:tcPr>
            <w:tcW w:w="918" w:type="dxa"/>
          </w:tcPr>
          <w:p w14:paraId="34D111FD" w14:textId="77777777" w:rsidR="00C31769" w:rsidRDefault="00000000">
            <w:r>
              <w:rPr>
                <w:sz w:val="12"/>
              </w:rPr>
              <w:t>Confirm service location and depth; controlled excavation; no ignition sources where required; emergency isolation/contact arrangements.</w:t>
            </w:r>
          </w:p>
        </w:tc>
        <w:tc>
          <w:tcPr>
            <w:tcW w:w="918" w:type="dxa"/>
          </w:tcPr>
          <w:p w14:paraId="53ABF82B" w14:textId="77777777" w:rsidR="00C31769" w:rsidRDefault="00000000">
            <w:r>
              <w:rPr>
                <w:sz w:val="12"/>
              </w:rPr>
              <w:t>1</w:t>
            </w:r>
          </w:p>
        </w:tc>
        <w:tc>
          <w:tcPr>
            <w:tcW w:w="918" w:type="dxa"/>
          </w:tcPr>
          <w:p w14:paraId="075C5A9F" w14:textId="77777777" w:rsidR="00C31769" w:rsidRDefault="00000000">
            <w:r>
              <w:rPr>
                <w:sz w:val="12"/>
              </w:rPr>
              <w:t>5</w:t>
            </w:r>
          </w:p>
        </w:tc>
        <w:tc>
          <w:tcPr>
            <w:tcW w:w="918" w:type="dxa"/>
          </w:tcPr>
          <w:p w14:paraId="7D0D46CC" w14:textId="77777777" w:rsidR="00C31769" w:rsidRDefault="00000000">
            <w:r>
              <w:rPr>
                <w:sz w:val="12"/>
              </w:rPr>
              <w:t>5</w:t>
            </w:r>
          </w:p>
        </w:tc>
        <w:tc>
          <w:tcPr>
            <w:tcW w:w="918" w:type="dxa"/>
          </w:tcPr>
          <w:p w14:paraId="0161F36E" w14:textId="77777777" w:rsidR="00C31769" w:rsidRDefault="00000000">
            <w:r>
              <w:rPr>
                <w:sz w:val="12"/>
              </w:rPr>
              <w:t>Medium</w:t>
            </w:r>
          </w:p>
        </w:tc>
        <w:tc>
          <w:tcPr>
            <w:tcW w:w="918" w:type="dxa"/>
          </w:tcPr>
          <w:p w14:paraId="25C4650E" w14:textId="77777777" w:rsidR="00C31769" w:rsidRDefault="00000000">
            <w:r>
              <w:rPr>
                <w:sz w:val="12"/>
              </w:rPr>
              <w:t>Permit Holder / Supervisor</w:t>
            </w:r>
          </w:p>
        </w:tc>
      </w:tr>
      <w:tr w:rsidR="00C31769" w14:paraId="21CA8CDA" w14:textId="77777777">
        <w:trPr>
          <w:jc w:val="center"/>
        </w:trPr>
        <w:tc>
          <w:tcPr>
            <w:tcW w:w="918" w:type="dxa"/>
          </w:tcPr>
          <w:p w14:paraId="26464FAE" w14:textId="77777777" w:rsidR="00C31769" w:rsidRDefault="00000000">
            <w:r>
              <w:rPr>
                <w:sz w:val="12"/>
              </w:rPr>
              <w:t>5</w:t>
            </w:r>
          </w:p>
        </w:tc>
        <w:tc>
          <w:tcPr>
            <w:tcW w:w="918" w:type="dxa"/>
          </w:tcPr>
          <w:p w14:paraId="726B9901" w14:textId="77777777" w:rsidR="00C31769" w:rsidRDefault="00000000">
            <w:r>
              <w:rPr>
                <w:sz w:val="12"/>
              </w:rPr>
              <w:t>Water / pressurized service</w:t>
            </w:r>
          </w:p>
        </w:tc>
        <w:tc>
          <w:tcPr>
            <w:tcW w:w="918" w:type="dxa"/>
          </w:tcPr>
          <w:p w14:paraId="24D9B08E" w14:textId="77777777" w:rsidR="00C31769" w:rsidRDefault="00000000">
            <w:r>
              <w:rPr>
                <w:sz w:val="12"/>
              </w:rPr>
              <w:t>Damage to buried water or pressurized line</w:t>
            </w:r>
          </w:p>
        </w:tc>
        <w:tc>
          <w:tcPr>
            <w:tcW w:w="918" w:type="dxa"/>
          </w:tcPr>
          <w:p w14:paraId="4E56EE5C" w14:textId="77777777" w:rsidR="00C31769" w:rsidRDefault="00000000">
            <w:r>
              <w:rPr>
                <w:sz w:val="12"/>
              </w:rPr>
              <w:t>Workers, nearby personnel</w:t>
            </w:r>
          </w:p>
        </w:tc>
        <w:tc>
          <w:tcPr>
            <w:tcW w:w="918" w:type="dxa"/>
          </w:tcPr>
          <w:p w14:paraId="780310CA" w14:textId="77777777" w:rsidR="00C31769" w:rsidRDefault="00000000">
            <w:r>
              <w:rPr>
                <w:sz w:val="12"/>
              </w:rPr>
              <w:t>Flooding, engulfment, injury, service disruption</w:t>
            </w:r>
          </w:p>
        </w:tc>
        <w:tc>
          <w:tcPr>
            <w:tcW w:w="918" w:type="dxa"/>
          </w:tcPr>
          <w:p w14:paraId="28A81FA1" w14:textId="77777777" w:rsidR="00C31769" w:rsidRDefault="00000000">
            <w:r>
              <w:rPr>
                <w:sz w:val="12"/>
              </w:rPr>
              <w:t>Service records and detection.</w:t>
            </w:r>
          </w:p>
        </w:tc>
        <w:tc>
          <w:tcPr>
            <w:tcW w:w="918" w:type="dxa"/>
          </w:tcPr>
          <w:p w14:paraId="54D21BE9" w14:textId="77777777" w:rsidR="00C31769" w:rsidRDefault="00000000">
            <w:r>
              <w:rPr>
                <w:sz w:val="12"/>
              </w:rPr>
              <w:t>3</w:t>
            </w:r>
          </w:p>
        </w:tc>
        <w:tc>
          <w:tcPr>
            <w:tcW w:w="918" w:type="dxa"/>
          </w:tcPr>
          <w:p w14:paraId="1B858ADF" w14:textId="77777777" w:rsidR="00C31769" w:rsidRDefault="00000000">
            <w:r>
              <w:rPr>
                <w:sz w:val="12"/>
              </w:rPr>
              <w:t>4</w:t>
            </w:r>
          </w:p>
        </w:tc>
        <w:tc>
          <w:tcPr>
            <w:tcW w:w="918" w:type="dxa"/>
          </w:tcPr>
          <w:p w14:paraId="6D2D3C97" w14:textId="77777777" w:rsidR="00C31769" w:rsidRDefault="00000000">
            <w:r>
              <w:rPr>
                <w:sz w:val="12"/>
              </w:rPr>
              <w:t>12</w:t>
            </w:r>
          </w:p>
        </w:tc>
        <w:tc>
          <w:tcPr>
            <w:tcW w:w="918" w:type="dxa"/>
          </w:tcPr>
          <w:p w14:paraId="7B7A53CE" w14:textId="77777777" w:rsidR="00C31769" w:rsidRDefault="00000000">
            <w:r>
              <w:rPr>
                <w:sz w:val="12"/>
              </w:rPr>
              <w:t>High</w:t>
            </w:r>
          </w:p>
        </w:tc>
        <w:tc>
          <w:tcPr>
            <w:tcW w:w="918" w:type="dxa"/>
          </w:tcPr>
          <w:p w14:paraId="1EEDF5DB" w14:textId="77777777" w:rsidR="00C31769" w:rsidRDefault="00000000">
            <w:r>
              <w:rPr>
                <w:sz w:val="12"/>
              </w:rPr>
              <w:t>Verify route; expose service carefully; maintain controlled excavation and emergency isolation plan.</w:t>
            </w:r>
          </w:p>
        </w:tc>
        <w:tc>
          <w:tcPr>
            <w:tcW w:w="918" w:type="dxa"/>
          </w:tcPr>
          <w:p w14:paraId="29FD9B51" w14:textId="77777777" w:rsidR="00C31769" w:rsidRDefault="00000000">
            <w:r>
              <w:rPr>
                <w:sz w:val="12"/>
              </w:rPr>
              <w:t>1</w:t>
            </w:r>
          </w:p>
        </w:tc>
        <w:tc>
          <w:tcPr>
            <w:tcW w:w="918" w:type="dxa"/>
          </w:tcPr>
          <w:p w14:paraId="013C3438" w14:textId="77777777" w:rsidR="00C31769" w:rsidRDefault="00000000">
            <w:r>
              <w:rPr>
                <w:sz w:val="12"/>
              </w:rPr>
              <w:t>4</w:t>
            </w:r>
          </w:p>
        </w:tc>
        <w:tc>
          <w:tcPr>
            <w:tcW w:w="918" w:type="dxa"/>
          </w:tcPr>
          <w:p w14:paraId="7DABE7E3" w14:textId="77777777" w:rsidR="00C31769" w:rsidRDefault="00000000">
            <w:r>
              <w:rPr>
                <w:sz w:val="12"/>
              </w:rPr>
              <w:t>4</w:t>
            </w:r>
          </w:p>
        </w:tc>
        <w:tc>
          <w:tcPr>
            <w:tcW w:w="918" w:type="dxa"/>
          </w:tcPr>
          <w:p w14:paraId="46EBDB5D" w14:textId="77777777" w:rsidR="00C31769" w:rsidRDefault="00000000">
            <w:r>
              <w:rPr>
                <w:sz w:val="12"/>
              </w:rPr>
              <w:t>Low</w:t>
            </w:r>
          </w:p>
        </w:tc>
        <w:tc>
          <w:tcPr>
            <w:tcW w:w="918" w:type="dxa"/>
          </w:tcPr>
          <w:p w14:paraId="614B5361" w14:textId="77777777" w:rsidR="00C31769" w:rsidRDefault="00000000">
            <w:r>
              <w:rPr>
                <w:sz w:val="12"/>
              </w:rPr>
              <w:t>Supervisor</w:t>
            </w:r>
          </w:p>
        </w:tc>
      </w:tr>
      <w:tr w:rsidR="00C31769" w14:paraId="517941B3" w14:textId="77777777">
        <w:trPr>
          <w:jc w:val="center"/>
        </w:trPr>
        <w:tc>
          <w:tcPr>
            <w:tcW w:w="918" w:type="dxa"/>
          </w:tcPr>
          <w:p w14:paraId="728A4E26" w14:textId="77777777" w:rsidR="00C31769" w:rsidRDefault="00000000">
            <w:r>
              <w:rPr>
                <w:sz w:val="12"/>
              </w:rPr>
              <w:t>6</w:t>
            </w:r>
          </w:p>
        </w:tc>
        <w:tc>
          <w:tcPr>
            <w:tcW w:w="918" w:type="dxa"/>
          </w:tcPr>
          <w:p w14:paraId="3EE50888" w14:textId="77777777" w:rsidR="00C31769" w:rsidRDefault="00000000">
            <w:r>
              <w:rPr>
                <w:sz w:val="12"/>
              </w:rPr>
              <w:t>Unknown services</w:t>
            </w:r>
          </w:p>
        </w:tc>
        <w:tc>
          <w:tcPr>
            <w:tcW w:w="918" w:type="dxa"/>
          </w:tcPr>
          <w:p w14:paraId="738525A4" w14:textId="77777777" w:rsidR="00C31769" w:rsidRDefault="00000000">
            <w:r>
              <w:rPr>
                <w:sz w:val="12"/>
              </w:rPr>
              <w:t>Unidentified service encountered during excavation</w:t>
            </w:r>
          </w:p>
        </w:tc>
        <w:tc>
          <w:tcPr>
            <w:tcW w:w="918" w:type="dxa"/>
          </w:tcPr>
          <w:p w14:paraId="5601F56B" w14:textId="77777777" w:rsidR="00C31769" w:rsidRDefault="00000000">
            <w:r>
              <w:rPr>
                <w:sz w:val="12"/>
              </w:rPr>
              <w:t>Workers, operators</w:t>
            </w:r>
          </w:p>
        </w:tc>
        <w:tc>
          <w:tcPr>
            <w:tcW w:w="918" w:type="dxa"/>
          </w:tcPr>
          <w:p w14:paraId="2430F8FE" w14:textId="77777777" w:rsidR="00C31769" w:rsidRDefault="00000000">
            <w:r>
              <w:rPr>
                <w:sz w:val="12"/>
              </w:rPr>
              <w:t>Service strike, injury, outage or fire</w:t>
            </w:r>
          </w:p>
        </w:tc>
        <w:tc>
          <w:tcPr>
            <w:tcW w:w="918" w:type="dxa"/>
          </w:tcPr>
          <w:p w14:paraId="05CCEA10" w14:textId="77777777" w:rsidR="00C31769" w:rsidRDefault="00000000">
            <w:r>
              <w:rPr>
                <w:sz w:val="12"/>
              </w:rPr>
              <w:t>Stop-work instruction for unexpected obstructions.</w:t>
            </w:r>
          </w:p>
        </w:tc>
        <w:tc>
          <w:tcPr>
            <w:tcW w:w="918" w:type="dxa"/>
          </w:tcPr>
          <w:p w14:paraId="213C2DB9" w14:textId="77777777" w:rsidR="00C31769" w:rsidRDefault="00000000">
            <w:r>
              <w:rPr>
                <w:sz w:val="12"/>
              </w:rPr>
              <w:t>4</w:t>
            </w:r>
          </w:p>
        </w:tc>
        <w:tc>
          <w:tcPr>
            <w:tcW w:w="918" w:type="dxa"/>
          </w:tcPr>
          <w:p w14:paraId="1CB2D7BE" w14:textId="77777777" w:rsidR="00C31769" w:rsidRDefault="00000000">
            <w:r>
              <w:rPr>
                <w:sz w:val="12"/>
              </w:rPr>
              <w:t>5</w:t>
            </w:r>
          </w:p>
        </w:tc>
        <w:tc>
          <w:tcPr>
            <w:tcW w:w="918" w:type="dxa"/>
          </w:tcPr>
          <w:p w14:paraId="140B5D15" w14:textId="77777777" w:rsidR="00C31769" w:rsidRDefault="00000000">
            <w:r>
              <w:rPr>
                <w:sz w:val="12"/>
              </w:rPr>
              <w:t>20</w:t>
            </w:r>
          </w:p>
        </w:tc>
        <w:tc>
          <w:tcPr>
            <w:tcW w:w="918" w:type="dxa"/>
          </w:tcPr>
          <w:p w14:paraId="12FEA5EE" w14:textId="77777777" w:rsidR="00C31769" w:rsidRDefault="00000000">
            <w:r>
              <w:rPr>
                <w:sz w:val="12"/>
              </w:rPr>
              <w:t>Very High</w:t>
            </w:r>
          </w:p>
        </w:tc>
        <w:tc>
          <w:tcPr>
            <w:tcW w:w="918" w:type="dxa"/>
          </w:tcPr>
          <w:p w14:paraId="4E3050E2" w14:textId="77777777" w:rsidR="00C31769" w:rsidRDefault="00000000">
            <w:r>
              <w:rPr>
                <w:sz w:val="12"/>
              </w:rPr>
              <w:t>Stop excavation; isolate area; identify service through competent utility process; update permit and controls before resuming.</w:t>
            </w:r>
          </w:p>
        </w:tc>
        <w:tc>
          <w:tcPr>
            <w:tcW w:w="918" w:type="dxa"/>
          </w:tcPr>
          <w:p w14:paraId="2E9BDB80" w14:textId="77777777" w:rsidR="00C31769" w:rsidRDefault="00000000">
            <w:r>
              <w:rPr>
                <w:sz w:val="12"/>
              </w:rPr>
              <w:t>1</w:t>
            </w:r>
          </w:p>
        </w:tc>
        <w:tc>
          <w:tcPr>
            <w:tcW w:w="918" w:type="dxa"/>
          </w:tcPr>
          <w:p w14:paraId="2C407878" w14:textId="77777777" w:rsidR="00C31769" w:rsidRDefault="00000000">
            <w:r>
              <w:rPr>
                <w:sz w:val="12"/>
              </w:rPr>
              <w:t>5</w:t>
            </w:r>
          </w:p>
        </w:tc>
        <w:tc>
          <w:tcPr>
            <w:tcW w:w="918" w:type="dxa"/>
          </w:tcPr>
          <w:p w14:paraId="405A6B8F" w14:textId="77777777" w:rsidR="00C31769" w:rsidRDefault="00000000">
            <w:r>
              <w:rPr>
                <w:sz w:val="12"/>
              </w:rPr>
              <w:t>5</w:t>
            </w:r>
          </w:p>
        </w:tc>
        <w:tc>
          <w:tcPr>
            <w:tcW w:w="918" w:type="dxa"/>
          </w:tcPr>
          <w:p w14:paraId="67DD303A" w14:textId="77777777" w:rsidR="00C31769" w:rsidRDefault="00000000">
            <w:r>
              <w:rPr>
                <w:sz w:val="12"/>
              </w:rPr>
              <w:t>Medium</w:t>
            </w:r>
          </w:p>
        </w:tc>
        <w:tc>
          <w:tcPr>
            <w:tcW w:w="918" w:type="dxa"/>
          </w:tcPr>
          <w:p w14:paraId="2B9014C3" w14:textId="77777777" w:rsidR="00C31769" w:rsidRDefault="00000000">
            <w:r>
              <w:rPr>
                <w:sz w:val="12"/>
              </w:rPr>
              <w:t>Permit Holder</w:t>
            </w:r>
          </w:p>
        </w:tc>
      </w:tr>
      <w:tr w:rsidR="00C31769" w14:paraId="27676E2E" w14:textId="77777777">
        <w:trPr>
          <w:jc w:val="center"/>
        </w:trPr>
        <w:tc>
          <w:tcPr>
            <w:tcW w:w="918" w:type="dxa"/>
          </w:tcPr>
          <w:p w14:paraId="33DA4718" w14:textId="77777777" w:rsidR="00C31769" w:rsidRDefault="00000000">
            <w:r>
              <w:rPr>
                <w:sz w:val="12"/>
              </w:rPr>
              <w:t>7</w:t>
            </w:r>
          </w:p>
        </w:tc>
        <w:tc>
          <w:tcPr>
            <w:tcW w:w="918" w:type="dxa"/>
          </w:tcPr>
          <w:p w14:paraId="57E6401B" w14:textId="77777777" w:rsidR="00C31769" w:rsidRDefault="00000000">
            <w:r>
              <w:rPr>
                <w:sz w:val="12"/>
              </w:rPr>
              <w:t>Falls into excavation</w:t>
            </w:r>
          </w:p>
        </w:tc>
        <w:tc>
          <w:tcPr>
            <w:tcW w:w="918" w:type="dxa"/>
          </w:tcPr>
          <w:p w14:paraId="3736243A" w14:textId="77777777" w:rsidR="00C31769" w:rsidRDefault="00000000">
            <w:r>
              <w:rPr>
                <w:sz w:val="12"/>
              </w:rPr>
              <w:t>Open excavation without adequate barrier or cover</w:t>
            </w:r>
          </w:p>
        </w:tc>
        <w:tc>
          <w:tcPr>
            <w:tcW w:w="918" w:type="dxa"/>
          </w:tcPr>
          <w:p w14:paraId="3318856F" w14:textId="77777777" w:rsidR="00C31769" w:rsidRDefault="00000000">
            <w:r>
              <w:rPr>
                <w:sz w:val="12"/>
              </w:rPr>
              <w:t>Workers, visitors, drivers</w:t>
            </w:r>
          </w:p>
        </w:tc>
        <w:tc>
          <w:tcPr>
            <w:tcW w:w="918" w:type="dxa"/>
          </w:tcPr>
          <w:p w14:paraId="4EC3CE49" w14:textId="77777777" w:rsidR="00C31769" w:rsidRDefault="00000000">
            <w:r>
              <w:rPr>
                <w:sz w:val="12"/>
              </w:rPr>
              <w:t>Fall to lower level, serious injury or fatality</w:t>
            </w:r>
          </w:p>
        </w:tc>
        <w:tc>
          <w:tcPr>
            <w:tcW w:w="918" w:type="dxa"/>
          </w:tcPr>
          <w:p w14:paraId="48CDB3FD" w14:textId="77777777" w:rsidR="00C31769" w:rsidRDefault="00000000">
            <w:r>
              <w:rPr>
                <w:sz w:val="12"/>
              </w:rPr>
              <w:t>Barricades and warning signs where provided.</w:t>
            </w:r>
          </w:p>
        </w:tc>
        <w:tc>
          <w:tcPr>
            <w:tcW w:w="918" w:type="dxa"/>
          </w:tcPr>
          <w:p w14:paraId="167ED937" w14:textId="77777777" w:rsidR="00C31769" w:rsidRDefault="00000000">
            <w:r>
              <w:rPr>
                <w:sz w:val="12"/>
              </w:rPr>
              <w:t>4</w:t>
            </w:r>
          </w:p>
        </w:tc>
        <w:tc>
          <w:tcPr>
            <w:tcW w:w="918" w:type="dxa"/>
          </w:tcPr>
          <w:p w14:paraId="1B5FC077" w14:textId="77777777" w:rsidR="00C31769" w:rsidRDefault="00000000">
            <w:r>
              <w:rPr>
                <w:sz w:val="12"/>
              </w:rPr>
              <w:t>5</w:t>
            </w:r>
          </w:p>
        </w:tc>
        <w:tc>
          <w:tcPr>
            <w:tcW w:w="918" w:type="dxa"/>
          </w:tcPr>
          <w:p w14:paraId="43675286" w14:textId="77777777" w:rsidR="00C31769" w:rsidRDefault="00000000">
            <w:r>
              <w:rPr>
                <w:sz w:val="12"/>
              </w:rPr>
              <w:t>20</w:t>
            </w:r>
          </w:p>
        </w:tc>
        <w:tc>
          <w:tcPr>
            <w:tcW w:w="918" w:type="dxa"/>
          </w:tcPr>
          <w:p w14:paraId="6DD5A87B" w14:textId="77777777" w:rsidR="00C31769" w:rsidRDefault="00000000">
            <w:r>
              <w:rPr>
                <w:sz w:val="12"/>
              </w:rPr>
              <w:t>Very High</w:t>
            </w:r>
          </w:p>
        </w:tc>
        <w:tc>
          <w:tcPr>
            <w:tcW w:w="918" w:type="dxa"/>
          </w:tcPr>
          <w:p w14:paraId="38AD73AA" w14:textId="77777777" w:rsidR="00C31769" w:rsidRDefault="00000000">
            <w:r>
              <w:rPr>
                <w:sz w:val="12"/>
              </w:rPr>
              <w:t>Install robust guardrails/barriers; cover openings where appropriate; control access; provide lighting and signage.</w:t>
            </w:r>
          </w:p>
        </w:tc>
        <w:tc>
          <w:tcPr>
            <w:tcW w:w="918" w:type="dxa"/>
          </w:tcPr>
          <w:p w14:paraId="713B19B2" w14:textId="77777777" w:rsidR="00C31769" w:rsidRDefault="00000000">
            <w:r>
              <w:rPr>
                <w:sz w:val="12"/>
              </w:rPr>
              <w:t>1</w:t>
            </w:r>
          </w:p>
        </w:tc>
        <w:tc>
          <w:tcPr>
            <w:tcW w:w="918" w:type="dxa"/>
          </w:tcPr>
          <w:p w14:paraId="0355B2CF" w14:textId="77777777" w:rsidR="00C31769" w:rsidRDefault="00000000">
            <w:r>
              <w:rPr>
                <w:sz w:val="12"/>
              </w:rPr>
              <w:t>5</w:t>
            </w:r>
          </w:p>
        </w:tc>
        <w:tc>
          <w:tcPr>
            <w:tcW w:w="918" w:type="dxa"/>
          </w:tcPr>
          <w:p w14:paraId="09B96D78" w14:textId="77777777" w:rsidR="00C31769" w:rsidRDefault="00000000">
            <w:r>
              <w:rPr>
                <w:sz w:val="12"/>
              </w:rPr>
              <w:t>5</w:t>
            </w:r>
          </w:p>
        </w:tc>
        <w:tc>
          <w:tcPr>
            <w:tcW w:w="918" w:type="dxa"/>
          </w:tcPr>
          <w:p w14:paraId="29A945E6" w14:textId="77777777" w:rsidR="00C31769" w:rsidRDefault="00000000">
            <w:r>
              <w:rPr>
                <w:sz w:val="12"/>
              </w:rPr>
              <w:t>Medium</w:t>
            </w:r>
          </w:p>
        </w:tc>
        <w:tc>
          <w:tcPr>
            <w:tcW w:w="918" w:type="dxa"/>
          </w:tcPr>
          <w:p w14:paraId="5DEB4FF6" w14:textId="77777777" w:rsidR="00C31769" w:rsidRDefault="00000000">
            <w:r>
              <w:rPr>
                <w:sz w:val="12"/>
              </w:rPr>
              <w:t>Supervisor / HSE</w:t>
            </w:r>
          </w:p>
        </w:tc>
      </w:tr>
      <w:tr w:rsidR="00C31769" w14:paraId="69D97D97" w14:textId="77777777">
        <w:trPr>
          <w:jc w:val="center"/>
        </w:trPr>
        <w:tc>
          <w:tcPr>
            <w:tcW w:w="918" w:type="dxa"/>
          </w:tcPr>
          <w:p w14:paraId="45FA9E12" w14:textId="77777777" w:rsidR="00C31769" w:rsidRDefault="00000000">
            <w:r>
              <w:rPr>
                <w:sz w:val="12"/>
              </w:rPr>
              <w:t>8</w:t>
            </w:r>
          </w:p>
        </w:tc>
        <w:tc>
          <w:tcPr>
            <w:tcW w:w="918" w:type="dxa"/>
          </w:tcPr>
          <w:p w14:paraId="3A8EFDB1" w14:textId="77777777" w:rsidR="00C31769" w:rsidRDefault="00000000">
            <w:r>
              <w:rPr>
                <w:sz w:val="12"/>
              </w:rPr>
              <w:t>Plant near excavation edge</w:t>
            </w:r>
          </w:p>
        </w:tc>
        <w:tc>
          <w:tcPr>
            <w:tcW w:w="918" w:type="dxa"/>
          </w:tcPr>
          <w:p w14:paraId="1AA75162" w14:textId="77777777" w:rsidR="00C31769" w:rsidRDefault="00000000">
            <w:r>
              <w:rPr>
                <w:sz w:val="12"/>
              </w:rPr>
              <w:t>Excavator, dumper or vehicle operates too close to edge</w:t>
            </w:r>
          </w:p>
        </w:tc>
        <w:tc>
          <w:tcPr>
            <w:tcW w:w="918" w:type="dxa"/>
          </w:tcPr>
          <w:p w14:paraId="1FE9ED87" w14:textId="77777777" w:rsidR="00C31769" w:rsidRDefault="00000000">
            <w:r>
              <w:rPr>
                <w:sz w:val="12"/>
              </w:rPr>
              <w:t>Operators, workers</w:t>
            </w:r>
          </w:p>
        </w:tc>
        <w:tc>
          <w:tcPr>
            <w:tcW w:w="918" w:type="dxa"/>
          </w:tcPr>
          <w:p w14:paraId="6C4A0E1C" w14:textId="77777777" w:rsidR="00C31769" w:rsidRDefault="00000000">
            <w:r>
              <w:rPr>
                <w:sz w:val="12"/>
              </w:rPr>
              <w:t>Edge collapse, overturning, struck-by incident</w:t>
            </w:r>
          </w:p>
        </w:tc>
        <w:tc>
          <w:tcPr>
            <w:tcW w:w="918" w:type="dxa"/>
          </w:tcPr>
          <w:p w14:paraId="700C3F9B" w14:textId="77777777" w:rsidR="00C31769" w:rsidRDefault="00000000">
            <w:r>
              <w:rPr>
                <w:sz w:val="12"/>
              </w:rPr>
              <w:t>Basic exclusion zones and operator awareness.</w:t>
            </w:r>
          </w:p>
        </w:tc>
        <w:tc>
          <w:tcPr>
            <w:tcW w:w="918" w:type="dxa"/>
          </w:tcPr>
          <w:p w14:paraId="20F10BD4" w14:textId="77777777" w:rsidR="00C31769" w:rsidRDefault="00000000">
            <w:r>
              <w:rPr>
                <w:sz w:val="12"/>
              </w:rPr>
              <w:t>4</w:t>
            </w:r>
          </w:p>
        </w:tc>
        <w:tc>
          <w:tcPr>
            <w:tcW w:w="918" w:type="dxa"/>
          </w:tcPr>
          <w:p w14:paraId="5A5F9ADB" w14:textId="77777777" w:rsidR="00C31769" w:rsidRDefault="00000000">
            <w:r>
              <w:rPr>
                <w:sz w:val="12"/>
              </w:rPr>
              <w:t>5</w:t>
            </w:r>
          </w:p>
        </w:tc>
        <w:tc>
          <w:tcPr>
            <w:tcW w:w="918" w:type="dxa"/>
          </w:tcPr>
          <w:p w14:paraId="20C4B168" w14:textId="77777777" w:rsidR="00C31769" w:rsidRDefault="00000000">
            <w:r>
              <w:rPr>
                <w:sz w:val="12"/>
              </w:rPr>
              <w:t>20</w:t>
            </w:r>
          </w:p>
        </w:tc>
        <w:tc>
          <w:tcPr>
            <w:tcW w:w="918" w:type="dxa"/>
          </w:tcPr>
          <w:p w14:paraId="34D6A133" w14:textId="77777777" w:rsidR="00C31769" w:rsidRDefault="00000000">
            <w:r>
              <w:rPr>
                <w:sz w:val="12"/>
              </w:rPr>
              <w:t>Very High</w:t>
            </w:r>
          </w:p>
        </w:tc>
        <w:tc>
          <w:tcPr>
            <w:tcW w:w="918" w:type="dxa"/>
          </w:tcPr>
          <w:p w14:paraId="28F2E0C5" w14:textId="77777777" w:rsidR="00C31769" w:rsidRDefault="00000000">
            <w:r>
              <w:rPr>
                <w:sz w:val="12"/>
              </w:rPr>
              <w:t xml:space="preserve">Establish engineered stand-off distances; use physical barriers/stop blocks </w:t>
            </w:r>
            <w:r>
              <w:rPr>
                <w:sz w:val="12"/>
              </w:rPr>
              <w:lastRenderedPageBreak/>
              <w:t>where required; banksman; assess ground loading and surcharge.</w:t>
            </w:r>
          </w:p>
        </w:tc>
        <w:tc>
          <w:tcPr>
            <w:tcW w:w="918" w:type="dxa"/>
          </w:tcPr>
          <w:p w14:paraId="08A5A4BC" w14:textId="77777777" w:rsidR="00C31769" w:rsidRDefault="00000000">
            <w:r>
              <w:rPr>
                <w:sz w:val="12"/>
              </w:rPr>
              <w:lastRenderedPageBreak/>
              <w:t>1</w:t>
            </w:r>
          </w:p>
        </w:tc>
        <w:tc>
          <w:tcPr>
            <w:tcW w:w="918" w:type="dxa"/>
          </w:tcPr>
          <w:p w14:paraId="55AD787E" w14:textId="77777777" w:rsidR="00C31769" w:rsidRDefault="00000000">
            <w:r>
              <w:rPr>
                <w:sz w:val="12"/>
              </w:rPr>
              <w:t>5</w:t>
            </w:r>
          </w:p>
        </w:tc>
        <w:tc>
          <w:tcPr>
            <w:tcW w:w="918" w:type="dxa"/>
          </w:tcPr>
          <w:p w14:paraId="7AF45C73" w14:textId="77777777" w:rsidR="00C31769" w:rsidRDefault="00000000">
            <w:r>
              <w:rPr>
                <w:sz w:val="12"/>
              </w:rPr>
              <w:t>5</w:t>
            </w:r>
          </w:p>
        </w:tc>
        <w:tc>
          <w:tcPr>
            <w:tcW w:w="918" w:type="dxa"/>
          </w:tcPr>
          <w:p w14:paraId="0B8BB073" w14:textId="77777777" w:rsidR="00C31769" w:rsidRDefault="00000000">
            <w:r>
              <w:rPr>
                <w:sz w:val="12"/>
              </w:rPr>
              <w:t>Medium</w:t>
            </w:r>
          </w:p>
        </w:tc>
        <w:tc>
          <w:tcPr>
            <w:tcW w:w="918" w:type="dxa"/>
          </w:tcPr>
          <w:p w14:paraId="08FCEB3F" w14:textId="77777777" w:rsidR="00C31769" w:rsidRDefault="00000000">
            <w:r>
              <w:rPr>
                <w:sz w:val="12"/>
              </w:rPr>
              <w:t>Plant Supervisor</w:t>
            </w:r>
          </w:p>
        </w:tc>
      </w:tr>
      <w:tr w:rsidR="00C31769" w14:paraId="48433A90" w14:textId="77777777">
        <w:trPr>
          <w:jc w:val="center"/>
        </w:trPr>
        <w:tc>
          <w:tcPr>
            <w:tcW w:w="918" w:type="dxa"/>
          </w:tcPr>
          <w:p w14:paraId="57B4026A" w14:textId="77777777" w:rsidR="00C31769" w:rsidRDefault="00000000">
            <w:r>
              <w:rPr>
                <w:sz w:val="12"/>
              </w:rPr>
              <w:t>9</w:t>
            </w:r>
          </w:p>
        </w:tc>
        <w:tc>
          <w:tcPr>
            <w:tcW w:w="918" w:type="dxa"/>
          </w:tcPr>
          <w:p w14:paraId="2FCD8050" w14:textId="77777777" w:rsidR="00C31769" w:rsidRDefault="00000000">
            <w:r>
              <w:rPr>
                <w:sz w:val="12"/>
              </w:rPr>
              <w:t>Spoil heap at edge</w:t>
            </w:r>
          </w:p>
        </w:tc>
        <w:tc>
          <w:tcPr>
            <w:tcW w:w="918" w:type="dxa"/>
          </w:tcPr>
          <w:p w14:paraId="79C054CD" w14:textId="77777777" w:rsidR="00C31769" w:rsidRDefault="00000000">
            <w:r>
              <w:rPr>
                <w:sz w:val="12"/>
              </w:rPr>
              <w:t>Spoil or materials stored too close to excavation</w:t>
            </w:r>
          </w:p>
        </w:tc>
        <w:tc>
          <w:tcPr>
            <w:tcW w:w="918" w:type="dxa"/>
          </w:tcPr>
          <w:p w14:paraId="62823136" w14:textId="77777777" w:rsidR="00C31769" w:rsidRDefault="00000000">
            <w:r>
              <w:rPr>
                <w:sz w:val="12"/>
              </w:rPr>
              <w:t>Workers, plant operators</w:t>
            </w:r>
          </w:p>
        </w:tc>
        <w:tc>
          <w:tcPr>
            <w:tcW w:w="918" w:type="dxa"/>
          </w:tcPr>
          <w:p w14:paraId="37A6BE75" w14:textId="77777777" w:rsidR="00C31769" w:rsidRDefault="00000000">
            <w:r>
              <w:rPr>
                <w:sz w:val="12"/>
              </w:rPr>
              <w:t>Edge surcharge, collapse, falling material</w:t>
            </w:r>
          </w:p>
        </w:tc>
        <w:tc>
          <w:tcPr>
            <w:tcW w:w="918" w:type="dxa"/>
          </w:tcPr>
          <w:p w14:paraId="12E5602E" w14:textId="77777777" w:rsidR="00C31769" w:rsidRDefault="00000000">
            <w:r>
              <w:rPr>
                <w:sz w:val="12"/>
              </w:rPr>
              <w:t>Housekeeping and supervisor monitoring.</w:t>
            </w:r>
          </w:p>
        </w:tc>
        <w:tc>
          <w:tcPr>
            <w:tcW w:w="918" w:type="dxa"/>
          </w:tcPr>
          <w:p w14:paraId="04A777BE" w14:textId="77777777" w:rsidR="00C31769" w:rsidRDefault="00000000">
            <w:r>
              <w:rPr>
                <w:sz w:val="12"/>
              </w:rPr>
              <w:t>4</w:t>
            </w:r>
          </w:p>
        </w:tc>
        <w:tc>
          <w:tcPr>
            <w:tcW w:w="918" w:type="dxa"/>
          </w:tcPr>
          <w:p w14:paraId="27A95BE3" w14:textId="77777777" w:rsidR="00C31769" w:rsidRDefault="00000000">
            <w:r>
              <w:rPr>
                <w:sz w:val="12"/>
              </w:rPr>
              <w:t>5</w:t>
            </w:r>
          </w:p>
        </w:tc>
        <w:tc>
          <w:tcPr>
            <w:tcW w:w="918" w:type="dxa"/>
          </w:tcPr>
          <w:p w14:paraId="2736DF38" w14:textId="77777777" w:rsidR="00C31769" w:rsidRDefault="00000000">
            <w:r>
              <w:rPr>
                <w:sz w:val="12"/>
              </w:rPr>
              <w:t>20</w:t>
            </w:r>
          </w:p>
        </w:tc>
        <w:tc>
          <w:tcPr>
            <w:tcW w:w="918" w:type="dxa"/>
          </w:tcPr>
          <w:p w14:paraId="7F1E3351" w14:textId="77777777" w:rsidR="00C31769" w:rsidRDefault="00000000">
            <w:r>
              <w:rPr>
                <w:sz w:val="12"/>
              </w:rPr>
              <w:t>Very High</w:t>
            </w:r>
          </w:p>
        </w:tc>
        <w:tc>
          <w:tcPr>
            <w:tcW w:w="918" w:type="dxa"/>
          </w:tcPr>
          <w:p w14:paraId="44A3B1AC" w14:textId="77777777" w:rsidR="00C31769" w:rsidRDefault="00000000">
            <w:r>
              <w:rPr>
                <w:sz w:val="12"/>
              </w:rPr>
              <w:t>Set competent-person-defined setback; keep heavy materials away from edge; remove excess spoil promptly.</w:t>
            </w:r>
          </w:p>
        </w:tc>
        <w:tc>
          <w:tcPr>
            <w:tcW w:w="918" w:type="dxa"/>
          </w:tcPr>
          <w:p w14:paraId="56E3E814" w14:textId="77777777" w:rsidR="00C31769" w:rsidRDefault="00000000">
            <w:r>
              <w:rPr>
                <w:sz w:val="12"/>
              </w:rPr>
              <w:t>1</w:t>
            </w:r>
          </w:p>
        </w:tc>
        <w:tc>
          <w:tcPr>
            <w:tcW w:w="918" w:type="dxa"/>
          </w:tcPr>
          <w:p w14:paraId="004B23E2" w14:textId="77777777" w:rsidR="00C31769" w:rsidRDefault="00000000">
            <w:r>
              <w:rPr>
                <w:sz w:val="12"/>
              </w:rPr>
              <w:t>5</w:t>
            </w:r>
          </w:p>
        </w:tc>
        <w:tc>
          <w:tcPr>
            <w:tcW w:w="918" w:type="dxa"/>
          </w:tcPr>
          <w:p w14:paraId="5DAC35B2" w14:textId="77777777" w:rsidR="00C31769" w:rsidRDefault="00000000">
            <w:r>
              <w:rPr>
                <w:sz w:val="12"/>
              </w:rPr>
              <w:t>5</w:t>
            </w:r>
          </w:p>
        </w:tc>
        <w:tc>
          <w:tcPr>
            <w:tcW w:w="918" w:type="dxa"/>
          </w:tcPr>
          <w:p w14:paraId="3294C808" w14:textId="77777777" w:rsidR="00C31769" w:rsidRDefault="00000000">
            <w:r>
              <w:rPr>
                <w:sz w:val="12"/>
              </w:rPr>
              <w:t>Medium</w:t>
            </w:r>
          </w:p>
        </w:tc>
        <w:tc>
          <w:tcPr>
            <w:tcW w:w="918" w:type="dxa"/>
          </w:tcPr>
          <w:p w14:paraId="10CA9F05" w14:textId="77777777" w:rsidR="00C31769" w:rsidRDefault="00000000">
            <w:r>
              <w:rPr>
                <w:sz w:val="12"/>
              </w:rPr>
              <w:t>Excavation Supervisor</w:t>
            </w:r>
          </w:p>
        </w:tc>
      </w:tr>
      <w:tr w:rsidR="00C31769" w14:paraId="5D9F0EF2" w14:textId="77777777">
        <w:trPr>
          <w:jc w:val="center"/>
        </w:trPr>
        <w:tc>
          <w:tcPr>
            <w:tcW w:w="918" w:type="dxa"/>
          </w:tcPr>
          <w:p w14:paraId="562A858C" w14:textId="77777777" w:rsidR="00C31769" w:rsidRDefault="00000000">
            <w:r>
              <w:rPr>
                <w:sz w:val="12"/>
              </w:rPr>
              <w:t>10</w:t>
            </w:r>
          </w:p>
        </w:tc>
        <w:tc>
          <w:tcPr>
            <w:tcW w:w="918" w:type="dxa"/>
          </w:tcPr>
          <w:p w14:paraId="38522087" w14:textId="77777777" w:rsidR="00C31769" w:rsidRDefault="00000000">
            <w:r>
              <w:rPr>
                <w:sz w:val="12"/>
              </w:rPr>
              <w:t>Water ingress / flooding</w:t>
            </w:r>
          </w:p>
        </w:tc>
        <w:tc>
          <w:tcPr>
            <w:tcW w:w="918" w:type="dxa"/>
          </w:tcPr>
          <w:p w14:paraId="41B6BE9F" w14:textId="77777777" w:rsidR="00C31769" w:rsidRDefault="00000000">
            <w:r>
              <w:rPr>
                <w:sz w:val="12"/>
              </w:rPr>
              <w:t>Groundwater, rainwater or burst service enters excavation</w:t>
            </w:r>
          </w:p>
        </w:tc>
        <w:tc>
          <w:tcPr>
            <w:tcW w:w="918" w:type="dxa"/>
          </w:tcPr>
          <w:p w14:paraId="1ABBC2F7" w14:textId="77777777" w:rsidR="00C31769" w:rsidRDefault="00000000">
            <w:r>
              <w:rPr>
                <w:sz w:val="12"/>
              </w:rPr>
              <w:t>Workers, plant operators</w:t>
            </w:r>
          </w:p>
        </w:tc>
        <w:tc>
          <w:tcPr>
            <w:tcW w:w="918" w:type="dxa"/>
          </w:tcPr>
          <w:p w14:paraId="3033321B" w14:textId="77777777" w:rsidR="00C31769" w:rsidRDefault="00000000">
            <w:r>
              <w:rPr>
                <w:sz w:val="12"/>
              </w:rPr>
              <w:t>Engulfment, collapse, drowning, electrical hazards</w:t>
            </w:r>
          </w:p>
        </w:tc>
        <w:tc>
          <w:tcPr>
            <w:tcW w:w="918" w:type="dxa"/>
          </w:tcPr>
          <w:p w14:paraId="37160E60" w14:textId="77777777" w:rsidR="00C31769" w:rsidRDefault="00000000">
            <w:r>
              <w:rPr>
                <w:sz w:val="12"/>
              </w:rPr>
              <w:t>Pumps and weather monitoring where applicable.</w:t>
            </w:r>
          </w:p>
        </w:tc>
        <w:tc>
          <w:tcPr>
            <w:tcW w:w="918" w:type="dxa"/>
          </w:tcPr>
          <w:p w14:paraId="6432472C" w14:textId="77777777" w:rsidR="00C31769" w:rsidRDefault="00000000">
            <w:r>
              <w:rPr>
                <w:sz w:val="12"/>
              </w:rPr>
              <w:t>4</w:t>
            </w:r>
          </w:p>
        </w:tc>
        <w:tc>
          <w:tcPr>
            <w:tcW w:w="918" w:type="dxa"/>
          </w:tcPr>
          <w:p w14:paraId="77E15C11" w14:textId="77777777" w:rsidR="00C31769" w:rsidRDefault="00000000">
            <w:r>
              <w:rPr>
                <w:sz w:val="12"/>
              </w:rPr>
              <w:t>5</w:t>
            </w:r>
          </w:p>
        </w:tc>
        <w:tc>
          <w:tcPr>
            <w:tcW w:w="918" w:type="dxa"/>
          </w:tcPr>
          <w:p w14:paraId="1B95E666" w14:textId="77777777" w:rsidR="00C31769" w:rsidRDefault="00000000">
            <w:r>
              <w:rPr>
                <w:sz w:val="12"/>
              </w:rPr>
              <w:t>20</w:t>
            </w:r>
          </w:p>
        </w:tc>
        <w:tc>
          <w:tcPr>
            <w:tcW w:w="918" w:type="dxa"/>
          </w:tcPr>
          <w:p w14:paraId="60B49206" w14:textId="77777777" w:rsidR="00C31769" w:rsidRDefault="00000000">
            <w:r>
              <w:rPr>
                <w:sz w:val="12"/>
              </w:rPr>
              <w:t>Very High</w:t>
            </w:r>
          </w:p>
        </w:tc>
        <w:tc>
          <w:tcPr>
            <w:tcW w:w="918" w:type="dxa"/>
          </w:tcPr>
          <w:p w14:paraId="0A52C826" w14:textId="77777777" w:rsidR="00C31769" w:rsidRDefault="00000000">
            <w:r>
              <w:rPr>
                <w:sz w:val="12"/>
              </w:rPr>
              <w:t>Provide drainage/dewatering plan; inspect after rain; maintain pumps and backup arrangements; prohibit entry when unsafe.</w:t>
            </w:r>
          </w:p>
        </w:tc>
        <w:tc>
          <w:tcPr>
            <w:tcW w:w="918" w:type="dxa"/>
          </w:tcPr>
          <w:p w14:paraId="24D516B9" w14:textId="77777777" w:rsidR="00C31769" w:rsidRDefault="00000000">
            <w:r>
              <w:rPr>
                <w:sz w:val="12"/>
              </w:rPr>
              <w:t>1</w:t>
            </w:r>
          </w:p>
        </w:tc>
        <w:tc>
          <w:tcPr>
            <w:tcW w:w="918" w:type="dxa"/>
          </w:tcPr>
          <w:p w14:paraId="1DD58489" w14:textId="77777777" w:rsidR="00C31769" w:rsidRDefault="00000000">
            <w:r>
              <w:rPr>
                <w:sz w:val="12"/>
              </w:rPr>
              <w:t>5</w:t>
            </w:r>
          </w:p>
        </w:tc>
        <w:tc>
          <w:tcPr>
            <w:tcW w:w="918" w:type="dxa"/>
          </w:tcPr>
          <w:p w14:paraId="234A40A1" w14:textId="77777777" w:rsidR="00C31769" w:rsidRDefault="00000000">
            <w:r>
              <w:rPr>
                <w:sz w:val="12"/>
              </w:rPr>
              <w:t>5</w:t>
            </w:r>
          </w:p>
        </w:tc>
        <w:tc>
          <w:tcPr>
            <w:tcW w:w="918" w:type="dxa"/>
          </w:tcPr>
          <w:p w14:paraId="729E378D" w14:textId="77777777" w:rsidR="00C31769" w:rsidRDefault="00000000">
            <w:r>
              <w:rPr>
                <w:sz w:val="12"/>
              </w:rPr>
              <w:t>Medium</w:t>
            </w:r>
          </w:p>
        </w:tc>
        <w:tc>
          <w:tcPr>
            <w:tcW w:w="918" w:type="dxa"/>
          </w:tcPr>
          <w:p w14:paraId="3AC61EF9" w14:textId="77777777" w:rsidR="00C31769" w:rsidRDefault="00000000">
            <w:r>
              <w:rPr>
                <w:sz w:val="12"/>
              </w:rPr>
              <w:t>Construction Manager</w:t>
            </w:r>
          </w:p>
        </w:tc>
      </w:tr>
      <w:tr w:rsidR="00C31769" w14:paraId="4E9F1B3C" w14:textId="77777777">
        <w:trPr>
          <w:jc w:val="center"/>
        </w:trPr>
        <w:tc>
          <w:tcPr>
            <w:tcW w:w="918" w:type="dxa"/>
          </w:tcPr>
          <w:p w14:paraId="3A0D479C" w14:textId="77777777" w:rsidR="00C31769" w:rsidRDefault="00000000">
            <w:r>
              <w:rPr>
                <w:sz w:val="12"/>
              </w:rPr>
              <w:t>11</w:t>
            </w:r>
          </w:p>
        </w:tc>
        <w:tc>
          <w:tcPr>
            <w:tcW w:w="918" w:type="dxa"/>
          </w:tcPr>
          <w:p w14:paraId="2A810284" w14:textId="77777777" w:rsidR="00C31769" w:rsidRDefault="00000000">
            <w:r>
              <w:rPr>
                <w:sz w:val="12"/>
              </w:rPr>
              <w:t>Hazardous atmosphere</w:t>
            </w:r>
          </w:p>
        </w:tc>
        <w:tc>
          <w:tcPr>
            <w:tcW w:w="918" w:type="dxa"/>
          </w:tcPr>
          <w:p w14:paraId="324A4970" w14:textId="77777777" w:rsidR="00C31769" w:rsidRDefault="00000000">
            <w:r>
              <w:rPr>
                <w:sz w:val="12"/>
              </w:rPr>
              <w:t>Oxygen deficiency, toxic or flammable gas in excavation</w:t>
            </w:r>
          </w:p>
        </w:tc>
        <w:tc>
          <w:tcPr>
            <w:tcW w:w="918" w:type="dxa"/>
          </w:tcPr>
          <w:p w14:paraId="66F00C1A" w14:textId="77777777" w:rsidR="00C31769" w:rsidRDefault="00000000">
            <w:r>
              <w:rPr>
                <w:sz w:val="12"/>
              </w:rPr>
              <w:t>Workers, rescuers</w:t>
            </w:r>
          </w:p>
        </w:tc>
        <w:tc>
          <w:tcPr>
            <w:tcW w:w="918" w:type="dxa"/>
          </w:tcPr>
          <w:p w14:paraId="220D270D" w14:textId="77777777" w:rsidR="00C31769" w:rsidRDefault="00000000">
            <w:r>
              <w:rPr>
                <w:sz w:val="12"/>
              </w:rPr>
              <w:t>Asphyxiation, poisoning, fire or explosion</w:t>
            </w:r>
          </w:p>
        </w:tc>
        <w:tc>
          <w:tcPr>
            <w:tcW w:w="918" w:type="dxa"/>
          </w:tcPr>
          <w:p w14:paraId="6D9FDCE2" w14:textId="77777777" w:rsidR="00C31769" w:rsidRDefault="00000000">
            <w:r>
              <w:rPr>
                <w:sz w:val="12"/>
              </w:rPr>
              <w:t>Atmospheric assessment where required.</w:t>
            </w:r>
          </w:p>
        </w:tc>
        <w:tc>
          <w:tcPr>
            <w:tcW w:w="918" w:type="dxa"/>
          </w:tcPr>
          <w:p w14:paraId="28E9CF07" w14:textId="77777777" w:rsidR="00C31769" w:rsidRDefault="00000000">
            <w:r>
              <w:rPr>
                <w:sz w:val="12"/>
              </w:rPr>
              <w:t>3</w:t>
            </w:r>
          </w:p>
        </w:tc>
        <w:tc>
          <w:tcPr>
            <w:tcW w:w="918" w:type="dxa"/>
          </w:tcPr>
          <w:p w14:paraId="2CB7FC03" w14:textId="77777777" w:rsidR="00C31769" w:rsidRDefault="00000000">
            <w:r>
              <w:rPr>
                <w:sz w:val="12"/>
              </w:rPr>
              <w:t>5</w:t>
            </w:r>
          </w:p>
        </w:tc>
        <w:tc>
          <w:tcPr>
            <w:tcW w:w="918" w:type="dxa"/>
          </w:tcPr>
          <w:p w14:paraId="294BC8F9" w14:textId="77777777" w:rsidR="00C31769" w:rsidRDefault="00000000">
            <w:r>
              <w:rPr>
                <w:sz w:val="12"/>
              </w:rPr>
              <w:t>15</w:t>
            </w:r>
          </w:p>
        </w:tc>
        <w:tc>
          <w:tcPr>
            <w:tcW w:w="918" w:type="dxa"/>
          </w:tcPr>
          <w:p w14:paraId="5B69AFAE" w14:textId="77777777" w:rsidR="00C31769" w:rsidRDefault="00000000">
            <w:r>
              <w:rPr>
                <w:sz w:val="12"/>
              </w:rPr>
              <w:t>High</w:t>
            </w:r>
          </w:p>
        </w:tc>
        <w:tc>
          <w:tcPr>
            <w:tcW w:w="918" w:type="dxa"/>
          </w:tcPr>
          <w:p w14:paraId="00857B09" w14:textId="77777777" w:rsidR="00C31769" w:rsidRDefault="00000000">
            <w:r>
              <w:rPr>
                <w:sz w:val="12"/>
              </w:rPr>
              <w:t>Conduct atmospheric testing where foreseeable; provide ventilation; use calibrated detector; establish entry/evacuation criteria and rescue plan.</w:t>
            </w:r>
          </w:p>
        </w:tc>
        <w:tc>
          <w:tcPr>
            <w:tcW w:w="918" w:type="dxa"/>
          </w:tcPr>
          <w:p w14:paraId="1BCDAD10" w14:textId="77777777" w:rsidR="00C31769" w:rsidRDefault="00000000">
            <w:r>
              <w:rPr>
                <w:sz w:val="12"/>
              </w:rPr>
              <w:t>1</w:t>
            </w:r>
          </w:p>
        </w:tc>
        <w:tc>
          <w:tcPr>
            <w:tcW w:w="918" w:type="dxa"/>
          </w:tcPr>
          <w:p w14:paraId="3C74F968" w14:textId="77777777" w:rsidR="00C31769" w:rsidRDefault="00000000">
            <w:r>
              <w:rPr>
                <w:sz w:val="12"/>
              </w:rPr>
              <w:t>5</w:t>
            </w:r>
          </w:p>
        </w:tc>
        <w:tc>
          <w:tcPr>
            <w:tcW w:w="918" w:type="dxa"/>
          </w:tcPr>
          <w:p w14:paraId="6E90F1C5" w14:textId="77777777" w:rsidR="00C31769" w:rsidRDefault="00000000">
            <w:r>
              <w:rPr>
                <w:sz w:val="12"/>
              </w:rPr>
              <w:t>5</w:t>
            </w:r>
          </w:p>
        </w:tc>
        <w:tc>
          <w:tcPr>
            <w:tcW w:w="918" w:type="dxa"/>
          </w:tcPr>
          <w:p w14:paraId="4997F2C6" w14:textId="77777777" w:rsidR="00C31769" w:rsidRDefault="00000000">
            <w:r>
              <w:rPr>
                <w:sz w:val="12"/>
              </w:rPr>
              <w:t>Medium</w:t>
            </w:r>
          </w:p>
        </w:tc>
        <w:tc>
          <w:tcPr>
            <w:tcW w:w="918" w:type="dxa"/>
          </w:tcPr>
          <w:p w14:paraId="65497875" w14:textId="77777777" w:rsidR="00C31769" w:rsidRDefault="00000000">
            <w:r>
              <w:rPr>
                <w:sz w:val="12"/>
              </w:rPr>
              <w:t>Competent Person / HSE</w:t>
            </w:r>
          </w:p>
        </w:tc>
      </w:tr>
      <w:tr w:rsidR="00C31769" w14:paraId="386AFFF2" w14:textId="77777777">
        <w:trPr>
          <w:jc w:val="center"/>
        </w:trPr>
        <w:tc>
          <w:tcPr>
            <w:tcW w:w="918" w:type="dxa"/>
          </w:tcPr>
          <w:p w14:paraId="48E4BADE" w14:textId="77777777" w:rsidR="00C31769" w:rsidRDefault="00000000">
            <w:r>
              <w:rPr>
                <w:sz w:val="12"/>
              </w:rPr>
              <w:t>12</w:t>
            </w:r>
          </w:p>
        </w:tc>
        <w:tc>
          <w:tcPr>
            <w:tcW w:w="918" w:type="dxa"/>
          </w:tcPr>
          <w:p w14:paraId="09E1A9F9" w14:textId="77777777" w:rsidR="00C31769" w:rsidRDefault="00000000">
            <w:r>
              <w:rPr>
                <w:sz w:val="12"/>
              </w:rPr>
              <w:t>Poor access and egress</w:t>
            </w:r>
          </w:p>
        </w:tc>
        <w:tc>
          <w:tcPr>
            <w:tcW w:w="918" w:type="dxa"/>
          </w:tcPr>
          <w:p w14:paraId="31426856" w14:textId="77777777" w:rsidR="00C31769" w:rsidRDefault="00000000">
            <w:r>
              <w:rPr>
                <w:sz w:val="12"/>
              </w:rPr>
              <w:t>Inadequate or blocked ladder/stair access</w:t>
            </w:r>
          </w:p>
        </w:tc>
        <w:tc>
          <w:tcPr>
            <w:tcW w:w="918" w:type="dxa"/>
          </w:tcPr>
          <w:p w14:paraId="5BA96B88" w14:textId="77777777" w:rsidR="00C31769" w:rsidRDefault="00000000">
            <w:r>
              <w:rPr>
                <w:sz w:val="12"/>
              </w:rPr>
              <w:t>Workers</w:t>
            </w:r>
          </w:p>
        </w:tc>
        <w:tc>
          <w:tcPr>
            <w:tcW w:w="918" w:type="dxa"/>
          </w:tcPr>
          <w:p w14:paraId="0D8F1467" w14:textId="77777777" w:rsidR="00C31769" w:rsidRDefault="00000000">
            <w:r>
              <w:rPr>
                <w:sz w:val="12"/>
              </w:rPr>
              <w:t>Falls, delayed evacuation</w:t>
            </w:r>
          </w:p>
        </w:tc>
        <w:tc>
          <w:tcPr>
            <w:tcW w:w="918" w:type="dxa"/>
          </w:tcPr>
          <w:p w14:paraId="450E7EA5" w14:textId="77777777" w:rsidR="00C31769" w:rsidRDefault="00000000">
            <w:r>
              <w:rPr>
                <w:sz w:val="12"/>
              </w:rPr>
              <w:t>Ladders or access points provided.</w:t>
            </w:r>
          </w:p>
        </w:tc>
        <w:tc>
          <w:tcPr>
            <w:tcW w:w="918" w:type="dxa"/>
          </w:tcPr>
          <w:p w14:paraId="581D67DE" w14:textId="77777777" w:rsidR="00C31769" w:rsidRDefault="00000000">
            <w:r>
              <w:rPr>
                <w:sz w:val="12"/>
              </w:rPr>
              <w:t>3</w:t>
            </w:r>
          </w:p>
        </w:tc>
        <w:tc>
          <w:tcPr>
            <w:tcW w:w="918" w:type="dxa"/>
          </w:tcPr>
          <w:p w14:paraId="7B268703" w14:textId="77777777" w:rsidR="00C31769" w:rsidRDefault="00000000">
            <w:r>
              <w:rPr>
                <w:sz w:val="12"/>
              </w:rPr>
              <w:t>4</w:t>
            </w:r>
          </w:p>
        </w:tc>
        <w:tc>
          <w:tcPr>
            <w:tcW w:w="918" w:type="dxa"/>
          </w:tcPr>
          <w:p w14:paraId="1016765A" w14:textId="77777777" w:rsidR="00C31769" w:rsidRDefault="00000000">
            <w:r>
              <w:rPr>
                <w:sz w:val="12"/>
              </w:rPr>
              <w:t>12</w:t>
            </w:r>
          </w:p>
        </w:tc>
        <w:tc>
          <w:tcPr>
            <w:tcW w:w="918" w:type="dxa"/>
          </w:tcPr>
          <w:p w14:paraId="48C722B4" w14:textId="77777777" w:rsidR="00C31769" w:rsidRDefault="00000000">
            <w:r>
              <w:rPr>
                <w:sz w:val="12"/>
              </w:rPr>
              <w:t>High</w:t>
            </w:r>
          </w:p>
        </w:tc>
        <w:tc>
          <w:tcPr>
            <w:tcW w:w="918" w:type="dxa"/>
          </w:tcPr>
          <w:p w14:paraId="1A8B1C39" w14:textId="77777777" w:rsidR="00C31769" w:rsidRDefault="00000000">
            <w:r>
              <w:rPr>
                <w:sz w:val="12"/>
              </w:rPr>
              <w:t>Provide secure, suitable access at appropriate intervals; keep routes clear; inspect and maintain access.</w:t>
            </w:r>
          </w:p>
        </w:tc>
        <w:tc>
          <w:tcPr>
            <w:tcW w:w="918" w:type="dxa"/>
          </w:tcPr>
          <w:p w14:paraId="65C67F76" w14:textId="77777777" w:rsidR="00C31769" w:rsidRDefault="00000000">
            <w:r>
              <w:rPr>
                <w:sz w:val="12"/>
              </w:rPr>
              <w:t>1</w:t>
            </w:r>
          </w:p>
        </w:tc>
        <w:tc>
          <w:tcPr>
            <w:tcW w:w="918" w:type="dxa"/>
          </w:tcPr>
          <w:p w14:paraId="0B14BA05" w14:textId="77777777" w:rsidR="00C31769" w:rsidRDefault="00000000">
            <w:r>
              <w:rPr>
                <w:sz w:val="12"/>
              </w:rPr>
              <w:t>4</w:t>
            </w:r>
          </w:p>
        </w:tc>
        <w:tc>
          <w:tcPr>
            <w:tcW w:w="918" w:type="dxa"/>
          </w:tcPr>
          <w:p w14:paraId="353117BA" w14:textId="77777777" w:rsidR="00C31769" w:rsidRDefault="00000000">
            <w:r>
              <w:rPr>
                <w:sz w:val="12"/>
              </w:rPr>
              <w:t>4</w:t>
            </w:r>
          </w:p>
        </w:tc>
        <w:tc>
          <w:tcPr>
            <w:tcW w:w="918" w:type="dxa"/>
          </w:tcPr>
          <w:p w14:paraId="3768001B" w14:textId="77777777" w:rsidR="00C31769" w:rsidRDefault="00000000">
            <w:r>
              <w:rPr>
                <w:sz w:val="12"/>
              </w:rPr>
              <w:t>Low</w:t>
            </w:r>
          </w:p>
        </w:tc>
        <w:tc>
          <w:tcPr>
            <w:tcW w:w="918" w:type="dxa"/>
          </w:tcPr>
          <w:p w14:paraId="2BD8D4DE" w14:textId="77777777" w:rsidR="00C31769" w:rsidRDefault="00000000">
            <w:r>
              <w:rPr>
                <w:sz w:val="12"/>
              </w:rPr>
              <w:t>Supervisor</w:t>
            </w:r>
          </w:p>
        </w:tc>
      </w:tr>
      <w:tr w:rsidR="00C31769" w14:paraId="302E7479" w14:textId="77777777">
        <w:trPr>
          <w:jc w:val="center"/>
        </w:trPr>
        <w:tc>
          <w:tcPr>
            <w:tcW w:w="918" w:type="dxa"/>
          </w:tcPr>
          <w:p w14:paraId="7BE9C2B3" w14:textId="77777777" w:rsidR="00C31769" w:rsidRDefault="00000000">
            <w:r>
              <w:rPr>
                <w:sz w:val="12"/>
              </w:rPr>
              <w:t>13</w:t>
            </w:r>
          </w:p>
        </w:tc>
        <w:tc>
          <w:tcPr>
            <w:tcW w:w="918" w:type="dxa"/>
          </w:tcPr>
          <w:p w14:paraId="51DF3A6C" w14:textId="77777777" w:rsidR="00C31769" w:rsidRDefault="00000000">
            <w:r>
              <w:rPr>
                <w:sz w:val="12"/>
              </w:rPr>
              <w:t>Inadequate shoring / support</w:t>
            </w:r>
          </w:p>
        </w:tc>
        <w:tc>
          <w:tcPr>
            <w:tcW w:w="918" w:type="dxa"/>
          </w:tcPr>
          <w:p w14:paraId="7BD12290" w14:textId="77777777" w:rsidR="00C31769" w:rsidRDefault="00000000">
            <w:r>
              <w:rPr>
                <w:sz w:val="12"/>
              </w:rPr>
              <w:t>Incorrect installation, damaged or unsuitable temporary works</w:t>
            </w:r>
          </w:p>
        </w:tc>
        <w:tc>
          <w:tcPr>
            <w:tcW w:w="918" w:type="dxa"/>
          </w:tcPr>
          <w:p w14:paraId="2127ECA5" w14:textId="77777777" w:rsidR="00C31769" w:rsidRDefault="00000000">
            <w:r>
              <w:rPr>
                <w:sz w:val="12"/>
              </w:rPr>
              <w:t>Workers, supervisors</w:t>
            </w:r>
          </w:p>
        </w:tc>
        <w:tc>
          <w:tcPr>
            <w:tcW w:w="918" w:type="dxa"/>
          </w:tcPr>
          <w:p w14:paraId="13AE3303" w14:textId="77777777" w:rsidR="00C31769" w:rsidRDefault="00000000">
            <w:r>
              <w:rPr>
                <w:sz w:val="12"/>
              </w:rPr>
              <w:t>Collapse and burial</w:t>
            </w:r>
          </w:p>
        </w:tc>
        <w:tc>
          <w:tcPr>
            <w:tcW w:w="918" w:type="dxa"/>
          </w:tcPr>
          <w:p w14:paraId="1CE7AEFE" w14:textId="77777777" w:rsidR="00C31769" w:rsidRDefault="00000000">
            <w:r>
              <w:rPr>
                <w:sz w:val="12"/>
              </w:rPr>
              <w:t>Temporary support system provided.</w:t>
            </w:r>
          </w:p>
        </w:tc>
        <w:tc>
          <w:tcPr>
            <w:tcW w:w="918" w:type="dxa"/>
          </w:tcPr>
          <w:p w14:paraId="7F3102E3" w14:textId="77777777" w:rsidR="00C31769" w:rsidRDefault="00000000">
            <w:r>
              <w:rPr>
                <w:sz w:val="12"/>
              </w:rPr>
              <w:t>4</w:t>
            </w:r>
          </w:p>
        </w:tc>
        <w:tc>
          <w:tcPr>
            <w:tcW w:w="918" w:type="dxa"/>
          </w:tcPr>
          <w:p w14:paraId="1648BCA6" w14:textId="77777777" w:rsidR="00C31769" w:rsidRDefault="00000000">
            <w:r>
              <w:rPr>
                <w:sz w:val="12"/>
              </w:rPr>
              <w:t>5</w:t>
            </w:r>
          </w:p>
        </w:tc>
        <w:tc>
          <w:tcPr>
            <w:tcW w:w="918" w:type="dxa"/>
          </w:tcPr>
          <w:p w14:paraId="7F79DB48" w14:textId="77777777" w:rsidR="00C31769" w:rsidRDefault="00000000">
            <w:r>
              <w:rPr>
                <w:sz w:val="12"/>
              </w:rPr>
              <w:t>20</w:t>
            </w:r>
          </w:p>
        </w:tc>
        <w:tc>
          <w:tcPr>
            <w:tcW w:w="918" w:type="dxa"/>
          </w:tcPr>
          <w:p w14:paraId="00DE5518" w14:textId="77777777" w:rsidR="00C31769" w:rsidRDefault="00000000">
            <w:r>
              <w:rPr>
                <w:sz w:val="12"/>
              </w:rPr>
              <w:t>Very High</w:t>
            </w:r>
          </w:p>
        </w:tc>
        <w:tc>
          <w:tcPr>
            <w:tcW w:w="918" w:type="dxa"/>
          </w:tcPr>
          <w:p w14:paraId="6C73179D" w14:textId="77777777" w:rsidR="00C31769" w:rsidRDefault="00000000">
            <w:r>
              <w:rPr>
                <w:sz w:val="12"/>
              </w:rPr>
              <w:t>Use engineered/design-approved system; competent installation; inspect components; prohibit unauthorized modification; maintain sequence.</w:t>
            </w:r>
          </w:p>
        </w:tc>
        <w:tc>
          <w:tcPr>
            <w:tcW w:w="918" w:type="dxa"/>
          </w:tcPr>
          <w:p w14:paraId="165DCE16" w14:textId="77777777" w:rsidR="00C31769" w:rsidRDefault="00000000">
            <w:r>
              <w:rPr>
                <w:sz w:val="12"/>
              </w:rPr>
              <w:t>1</w:t>
            </w:r>
          </w:p>
        </w:tc>
        <w:tc>
          <w:tcPr>
            <w:tcW w:w="918" w:type="dxa"/>
          </w:tcPr>
          <w:p w14:paraId="27B7DE29" w14:textId="77777777" w:rsidR="00C31769" w:rsidRDefault="00000000">
            <w:r>
              <w:rPr>
                <w:sz w:val="12"/>
              </w:rPr>
              <w:t>5</w:t>
            </w:r>
          </w:p>
        </w:tc>
        <w:tc>
          <w:tcPr>
            <w:tcW w:w="918" w:type="dxa"/>
          </w:tcPr>
          <w:p w14:paraId="53D29F43" w14:textId="77777777" w:rsidR="00C31769" w:rsidRDefault="00000000">
            <w:r>
              <w:rPr>
                <w:sz w:val="12"/>
              </w:rPr>
              <w:t>5</w:t>
            </w:r>
          </w:p>
        </w:tc>
        <w:tc>
          <w:tcPr>
            <w:tcW w:w="918" w:type="dxa"/>
          </w:tcPr>
          <w:p w14:paraId="5234BB69" w14:textId="77777777" w:rsidR="00C31769" w:rsidRDefault="00000000">
            <w:r>
              <w:rPr>
                <w:sz w:val="12"/>
              </w:rPr>
              <w:t>Medium</w:t>
            </w:r>
          </w:p>
        </w:tc>
        <w:tc>
          <w:tcPr>
            <w:tcW w:w="918" w:type="dxa"/>
          </w:tcPr>
          <w:p w14:paraId="4C067E77" w14:textId="77777777" w:rsidR="00C31769" w:rsidRDefault="00000000">
            <w:r>
              <w:rPr>
                <w:sz w:val="12"/>
              </w:rPr>
              <w:t>Temporary Works Coordinator / Supervisor</w:t>
            </w:r>
          </w:p>
        </w:tc>
      </w:tr>
      <w:tr w:rsidR="00C31769" w14:paraId="132F18CC" w14:textId="77777777">
        <w:trPr>
          <w:jc w:val="center"/>
        </w:trPr>
        <w:tc>
          <w:tcPr>
            <w:tcW w:w="918" w:type="dxa"/>
          </w:tcPr>
          <w:p w14:paraId="01370640" w14:textId="77777777" w:rsidR="00C31769" w:rsidRDefault="00000000">
            <w:r>
              <w:rPr>
                <w:sz w:val="12"/>
              </w:rPr>
              <w:t>14</w:t>
            </w:r>
          </w:p>
        </w:tc>
        <w:tc>
          <w:tcPr>
            <w:tcW w:w="918" w:type="dxa"/>
          </w:tcPr>
          <w:p w14:paraId="36F772E2" w14:textId="77777777" w:rsidR="00C31769" w:rsidRDefault="00000000">
            <w:r>
              <w:rPr>
                <w:sz w:val="12"/>
              </w:rPr>
              <w:t>Benching / battering failure</w:t>
            </w:r>
          </w:p>
        </w:tc>
        <w:tc>
          <w:tcPr>
            <w:tcW w:w="918" w:type="dxa"/>
          </w:tcPr>
          <w:p w14:paraId="4DFF1355" w14:textId="77777777" w:rsidR="00C31769" w:rsidRDefault="00000000">
            <w:r>
              <w:rPr>
                <w:sz w:val="12"/>
              </w:rPr>
              <w:t>Incorrect slope or bench geometry for ground conditions</w:t>
            </w:r>
          </w:p>
        </w:tc>
        <w:tc>
          <w:tcPr>
            <w:tcW w:w="918" w:type="dxa"/>
          </w:tcPr>
          <w:p w14:paraId="4D9570E8" w14:textId="77777777" w:rsidR="00C31769" w:rsidRDefault="00000000">
            <w:r>
              <w:rPr>
                <w:sz w:val="12"/>
              </w:rPr>
              <w:t>Workers</w:t>
            </w:r>
          </w:p>
        </w:tc>
        <w:tc>
          <w:tcPr>
            <w:tcW w:w="918" w:type="dxa"/>
          </w:tcPr>
          <w:p w14:paraId="791943A1" w14:textId="77777777" w:rsidR="00C31769" w:rsidRDefault="00000000">
            <w:r>
              <w:rPr>
                <w:sz w:val="12"/>
              </w:rPr>
              <w:t>Sidewall collapse</w:t>
            </w:r>
          </w:p>
        </w:tc>
        <w:tc>
          <w:tcPr>
            <w:tcW w:w="918" w:type="dxa"/>
          </w:tcPr>
          <w:p w14:paraId="59445F0A" w14:textId="77777777" w:rsidR="00C31769" w:rsidRDefault="00000000">
            <w:r>
              <w:rPr>
                <w:sz w:val="12"/>
              </w:rPr>
              <w:t>Basic excavation profile controls.</w:t>
            </w:r>
          </w:p>
        </w:tc>
        <w:tc>
          <w:tcPr>
            <w:tcW w:w="918" w:type="dxa"/>
          </w:tcPr>
          <w:p w14:paraId="2EFEDDAC" w14:textId="77777777" w:rsidR="00C31769" w:rsidRDefault="00000000">
            <w:r>
              <w:rPr>
                <w:sz w:val="12"/>
              </w:rPr>
              <w:t>4</w:t>
            </w:r>
          </w:p>
        </w:tc>
        <w:tc>
          <w:tcPr>
            <w:tcW w:w="918" w:type="dxa"/>
          </w:tcPr>
          <w:p w14:paraId="028ADD90" w14:textId="77777777" w:rsidR="00C31769" w:rsidRDefault="00000000">
            <w:r>
              <w:rPr>
                <w:sz w:val="12"/>
              </w:rPr>
              <w:t>5</w:t>
            </w:r>
          </w:p>
        </w:tc>
        <w:tc>
          <w:tcPr>
            <w:tcW w:w="918" w:type="dxa"/>
          </w:tcPr>
          <w:p w14:paraId="24629B21" w14:textId="77777777" w:rsidR="00C31769" w:rsidRDefault="00000000">
            <w:r>
              <w:rPr>
                <w:sz w:val="12"/>
              </w:rPr>
              <w:t>20</w:t>
            </w:r>
          </w:p>
        </w:tc>
        <w:tc>
          <w:tcPr>
            <w:tcW w:w="918" w:type="dxa"/>
          </w:tcPr>
          <w:p w14:paraId="75E61535" w14:textId="77777777" w:rsidR="00C31769" w:rsidRDefault="00000000">
            <w:r>
              <w:rPr>
                <w:sz w:val="12"/>
              </w:rPr>
              <w:t>Very High</w:t>
            </w:r>
          </w:p>
        </w:tc>
        <w:tc>
          <w:tcPr>
            <w:tcW w:w="918" w:type="dxa"/>
          </w:tcPr>
          <w:p w14:paraId="16C88965" w14:textId="77777777" w:rsidR="00C31769" w:rsidRDefault="00000000">
            <w:r>
              <w:rPr>
                <w:sz w:val="12"/>
              </w:rPr>
              <w:t>Use competent engineering assessment; maintain specified angles/bench dimensions; inspect after changes and weather events.</w:t>
            </w:r>
          </w:p>
        </w:tc>
        <w:tc>
          <w:tcPr>
            <w:tcW w:w="918" w:type="dxa"/>
          </w:tcPr>
          <w:p w14:paraId="264B93FA" w14:textId="77777777" w:rsidR="00C31769" w:rsidRDefault="00000000">
            <w:r>
              <w:rPr>
                <w:sz w:val="12"/>
              </w:rPr>
              <w:t>1</w:t>
            </w:r>
          </w:p>
        </w:tc>
        <w:tc>
          <w:tcPr>
            <w:tcW w:w="918" w:type="dxa"/>
          </w:tcPr>
          <w:p w14:paraId="3C789EB5" w14:textId="77777777" w:rsidR="00C31769" w:rsidRDefault="00000000">
            <w:r>
              <w:rPr>
                <w:sz w:val="12"/>
              </w:rPr>
              <w:t>5</w:t>
            </w:r>
          </w:p>
        </w:tc>
        <w:tc>
          <w:tcPr>
            <w:tcW w:w="918" w:type="dxa"/>
          </w:tcPr>
          <w:p w14:paraId="7A6D6B21" w14:textId="77777777" w:rsidR="00C31769" w:rsidRDefault="00000000">
            <w:r>
              <w:rPr>
                <w:sz w:val="12"/>
              </w:rPr>
              <w:t>5</w:t>
            </w:r>
          </w:p>
        </w:tc>
        <w:tc>
          <w:tcPr>
            <w:tcW w:w="918" w:type="dxa"/>
          </w:tcPr>
          <w:p w14:paraId="52B3C7F9" w14:textId="77777777" w:rsidR="00C31769" w:rsidRDefault="00000000">
            <w:r>
              <w:rPr>
                <w:sz w:val="12"/>
              </w:rPr>
              <w:t>Medium</w:t>
            </w:r>
          </w:p>
        </w:tc>
        <w:tc>
          <w:tcPr>
            <w:tcW w:w="918" w:type="dxa"/>
          </w:tcPr>
          <w:p w14:paraId="560B8661" w14:textId="77777777" w:rsidR="00C31769" w:rsidRDefault="00000000">
            <w:r>
              <w:rPr>
                <w:sz w:val="12"/>
              </w:rPr>
              <w:t>Competent Person</w:t>
            </w:r>
          </w:p>
        </w:tc>
      </w:tr>
      <w:tr w:rsidR="00C31769" w14:paraId="22D5EA1D" w14:textId="77777777">
        <w:trPr>
          <w:jc w:val="center"/>
        </w:trPr>
        <w:tc>
          <w:tcPr>
            <w:tcW w:w="918" w:type="dxa"/>
          </w:tcPr>
          <w:p w14:paraId="10D7109F" w14:textId="77777777" w:rsidR="00C31769" w:rsidRDefault="00000000">
            <w:r>
              <w:rPr>
                <w:sz w:val="12"/>
              </w:rPr>
              <w:t>15</w:t>
            </w:r>
          </w:p>
        </w:tc>
        <w:tc>
          <w:tcPr>
            <w:tcW w:w="918" w:type="dxa"/>
          </w:tcPr>
          <w:p w14:paraId="25A55451" w14:textId="77777777" w:rsidR="00C31769" w:rsidRDefault="00000000">
            <w:r>
              <w:rPr>
                <w:sz w:val="12"/>
              </w:rPr>
              <w:t>Adjacent structure instability</w:t>
            </w:r>
          </w:p>
        </w:tc>
        <w:tc>
          <w:tcPr>
            <w:tcW w:w="918" w:type="dxa"/>
          </w:tcPr>
          <w:p w14:paraId="52A075E0" w14:textId="77777777" w:rsidR="00C31769" w:rsidRDefault="00000000">
            <w:r>
              <w:rPr>
                <w:sz w:val="12"/>
              </w:rPr>
              <w:t>Excavation undermines building, wall, road or utility support</w:t>
            </w:r>
          </w:p>
        </w:tc>
        <w:tc>
          <w:tcPr>
            <w:tcW w:w="918" w:type="dxa"/>
          </w:tcPr>
          <w:p w14:paraId="70D6F308" w14:textId="77777777" w:rsidR="00C31769" w:rsidRDefault="00000000">
            <w:r>
              <w:rPr>
                <w:sz w:val="12"/>
              </w:rPr>
              <w:t>Workers, public, adjacent occupants</w:t>
            </w:r>
          </w:p>
        </w:tc>
        <w:tc>
          <w:tcPr>
            <w:tcW w:w="918" w:type="dxa"/>
          </w:tcPr>
          <w:p w14:paraId="01365FE3" w14:textId="77777777" w:rsidR="00C31769" w:rsidRDefault="00000000">
            <w:r>
              <w:rPr>
                <w:sz w:val="12"/>
              </w:rPr>
              <w:t>Structural collapse, burial, major damage</w:t>
            </w:r>
          </w:p>
        </w:tc>
        <w:tc>
          <w:tcPr>
            <w:tcW w:w="918" w:type="dxa"/>
          </w:tcPr>
          <w:p w14:paraId="1E09432F" w14:textId="77777777" w:rsidR="00C31769" w:rsidRDefault="00000000">
            <w:r>
              <w:rPr>
                <w:sz w:val="12"/>
              </w:rPr>
              <w:t>Pre-work survey and visual monitoring.</w:t>
            </w:r>
          </w:p>
        </w:tc>
        <w:tc>
          <w:tcPr>
            <w:tcW w:w="918" w:type="dxa"/>
          </w:tcPr>
          <w:p w14:paraId="646332FF" w14:textId="77777777" w:rsidR="00C31769" w:rsidRDefault="00000000">
            <w:r>
              <w:rPr>
                <w:sz w:val="12"/>
              </w:rPr>
              <w:t>3</w:t>
            </w:r>
          </w:p>
        </w:tc>
        <w:tc>
          <w:tcPr>
            <w:tcW w:w="918" w:type="dxa"/>
          </w:tcPr>
          <w:p w14:paraId="4CA84C92" w14:textId="77777777" w:rsidR="00C31769" w:rsidRDefault="00000000">
            <w:r>
              <w:rPr>
                <w:sz w:val="12"/>
              </w:rPr>
              <w:t>5</w:t>
            </w:r>
          </w:p>
        </w:tc>
        <w:tc>
          <w:tcPr>
            <w:tcW w:w="918" w:type="dxa"/>
          </w:tcPr>
          <w:p w14:paraId="6F8E5CCB" w14:textId="77777777" w:rsidR="00C31769" w:rsidRDefault="00000000">
            <w:r>
              <w:rPr>
                <w:sz w:val="12"/>
              </w:rPr>
              <w:t>15</w:t>
            </w:r>
          </w:p>
        </w:tc>
        <w:tc>
          <w:tcPr>
            <w:tcW w:w="918" w:type="dxa"/>
          </w:tcPr>
          <w:p w14:paraId="438ADD32" w14:textId="77777777" w:rsidR="00C31769" w:rsidRDefault="00000000">
            <w:r>
              <w:rPr>
                <w:sz w:val="12"/>
              </w:rPr>
              <w:t>High</w:t>
            </w:r>
          </w:p>
        </w:tc>
        <w:tc>
          <w:tcPr>
            <w:tcW w:w="918" w:type="dxa"/>
          </w:tcPr>
          <w:p w14:paraId="41548DF9" w14:textId="77777777" w:rsidR="00C31769" w:rsidRDefault="00000000">
            <w:r>
              <w:rPr>
                <w:sz w:val="12"/>
              </w:rPr>
              <w:t xml:space="preserve">Assess influence zone; provide engineered support/underpinning where required; monitor movement and establish </w:t>
            </w:r>
            <w:r>
              <w:rPr>
                <w:sz w:val="12"/>
              </w:rPr>
              <w:lastRenderedPageBreak/>
              <w:t>exclusion zones.</w:t>
            </w:r>
          </w:p>
        </w:tc>
        <w:tc>
          <w:tcPr>
            <w:tcW w:w="918" w:type="dxa"/>
          </w:tcPr>
          <w:p w14:paraId="63D755E2" w14:textId="77777777" w:rsidR="00C31769" w:rsidRDefault="00000000">
            <w:r>
              <w:rPr>
                <w:sz w:val="12"/>
              </w:rPr>
              <w:lastRenderedPageBreak/>
              <w:t>1</w:t>
            </w:r>
          </w:p>
        </w:tc>
        <w:tc>
          <w:tcPr>
            <w:tcW w:w="918" w:type="dxa"/>
          </w:tcPr>
          <w:p w14:paraId="5706A36E" w14:textId="77777777" w:rsidR="00C31769" w:rsidRDefault="00000000">
            <w:r>
              <w:rPr>
                <w:sz w:val="12"/>
              </w:rPr>
              <w:t>5</w:t>
            </w:r>
          </w:p>
        </w:tc>
        <w:tc>
          <w:tcPr>
            <w:tcW w:w="918" w:type="dxa"/>
          </w:tcPr>
          <w:p w14:paraId="34B8951E" w14:textId="77777777" w:rsidR="00C31769" w:rsidRDefault="00000000">
            <w:r>
              <w:rPr>
                <w:sz w:val="12"/>
              </w:rPr>
              <w:t>5</w:t>
            </w:r>
          </w:p>
        </w:tc>
        <w:tc>
          <w:tcPr>
            <w:tcW w:w="918" w:type="dxa"/>
          </w:tcPr>
          <w:p w14:paraId="283D77CB" w14:textId="77777777" w:rsidR="00C31769" w:rsidRDefault="00000000">
            <w:r>
              <w:rPr>
                <w:sz w:val="12"/>
              </w:rPr>
              <w:t>Medium</w:t>
            </w:r>
          </w:p>
        </w:tc>
        <w:tc>
          <w:tcPr>
            <w:tcW w:w="918" w:type="dxa"/>
          </w:tcPr>
          <w:p w14:paraId="59295CB1" w14:textId="77777777" w:rsidR="00C31769" w:rsidRDefault="00000000">
            <w:r>
              <w:rPr>
                <w:sz w:val="12"/>
              </w:rPr>
              <w:t>Engineer / Construction Manager</w:t>
            </w:r>
          </w:p>
        </w:tc>
      </w:tr>
      <w:tr w:rsidR="00C31769" w14:paraId="0F1FD053" w14:textId="77777777">
        <w:trPr>
          <w:jc w:val="center"/>
        </w:trPr>
        <w:tc>
          <w:tcPr>
            <w:tcW w:w="918" w:type="dxa"/>
          </w:tcPr>
          <w:p w14:paraId="03831F06" w14:textId="77777777" w:rsidR="00C31769" w:rsidRDefault="00000000">
            <w:r>
              <w:rPr>
                <w:sz w:val="12"/>
              </w:rPr>
              <w:t>16</w:t>
            </w:r>
          </w:p>
        </w:tc>
        <w:tc>
          <w:tcPr>
            <w:tcW w:w="918" w:type="dxa"/>
          </w:tcPr>
          <w:p w14:paraId="5849DD67" w14:textId="77777777" w:rsidR="00C31769" w:rsidRDefault="00000000">
            <w:r>
              <w:rPr>
                <w:sz w:val="12"/>
              </w:rPr>
              <w:t>Vibration from plant</w:t>
            </w:r>
          </w:p>
        </w:tc>
        <w:tc>
          <w:tcPr>
            <w:tcW w:w="918" w:type="dxa"/>
          </w:tcPr>
          <w:p w14:paraId="24BFA969" w14:textId="77777777" w:rsidR="00C31769" w:rsidRDefault="00000000">
            <w:r>
              <w:rPr>
                <w:sz w:val="12"/>
              </w:rPr>
              <w:t>Vibration affects excavation stability or adjacent structures</w:t>
            </w:r>
          </w:p>
        </w:tc>
        <w:tc>
          <w:tcPr>
            <w:tcW w:w="918" w:type="dxa"/>
          </w:tcPr>
          <w:p w14:paraId="67D2F7AF" w14:textId="77777777" w:rsidR="00C31769" w:rsidRDefault="00000000">
            <w:r>
              <w:rPr>
                <w:sz w:val="12"/>
              </w:rPr>
              <w:t>Workers, operators, public</w:t>
            </w:r>
          </w:p>
        </w:tc>
        <w:tc>
          <w:tcPr>
            <w:tcW w:w="918" w:type="dxa"/>
          </w:tcPr>
          <w:p w14:paraId="2374ECE9" w14:textId="77777777" w:rsidR="00C31769" w:rsidRDefault="00000000">
            <w:r>
              <w:rPr>
                <w:sz w:val="12"/>
              </w:rPr>
              <w:t>Collapse, structural damage</w:t>
            </w:r>
          </w:p>
        </w:tc>
        <w:tc>
          <w:tcPr>
            <w:tcW w:w="918" w:type="dxa"/>
          </w:tcPr>
          <w:p w14:paraId="57B1758B" w14:textId="77777777" w:rsidR="00C31769" w:rsidRDefault="00000000">
            <w:r>
              <w:rPr>
                <w:sz w:val="12"/>
              </w:rPr>
              <w:t>Plant controls and supervision.</w:t>
            </w:r>
          </w:p>
        </w:tc>
        <w:tc>
          <w:tcPr>
            <w:tcW w:w="918" w:type="dxa"/>
          </w:tcPr>
          <w:p w14:paraId="4DF7399A" w14:textId="77777777" w:rsidR="00C31769" w:rsidRDefault="00000000">
            <w:r>
              <w:rPr>
                <w:sz w:val="12"/>
              </w:rPr>
              <w:t>3</w:t>
            </w:r>
          </w:p>
        </w:tc>
        <w:tc>
          <w:tcPr>
            <w:tcW w:w="918" w:type="dxa"/>
          </w:tcPr>
          <w:p w14:paraId="20699633" w14:textId="77777777" w:rsidR="00C31769" w:rsidRDefault="00000000">
            <w:r>
              <w:rPr>
                <w:sz w:val="12"/>
              </w:rPr>
              <w:t>4</w:t>
            </w:r>
          </w:p>
        </w:tc>
        <w:tc>
          <w:tcPr>
            <w:tcW w:w="918" w:type="dxa"/>
          </w:tcPr>
          <w:p w14:paraId="0DB3E06C" w14:textId="77777777" w:rsidR="00C31769" w:rsidRDefault="00000000">
            <w:r>
              <w:rPr>
                <w:sz w:val="12"/>
              </w:rPr>
              <w:t>12</w:t>
            </w:r>
          </w:p>
        </w:tc>
        <w:tc>
          <w:tcPr>
            <w:tcW w:w="918" w:type="dxa"/>
          </w:tcPr>
          <w:p w14:paraId="48B5440F" w14:textId="77777777" w:rsidR="00C31769" w:rsidRDefault="00000000">
            <w:r>
              <w:rPr>
                <w:sz w:val="12"/>
              </w:rPr>
              <w:t>High</w:t>
            </w:r>
          </w:p>
        </w:tc>
        <w:tc>
          <w:tcPr>
            <w:tcW w:w="918" w:type="dxa"/>
          </w:tcPr>
          <w:p w14:paraId="6D00CF75" w14:textId="77777777" w:rsidR="00C31769" w:rsidRDefault="00000000">
            <w:r>
              <w:rPr>
                <w:sz w:val="12"/>
              </w:rPr>
              <w:t>Assess vibration-sensitive conditions; control plant location and operating methods; monitor stability and structures where required.</w:t>
            </w:r>
          </w:p>
        </w:tc>
        <w:tc>
          <w:tcPr>
            <w:tcW w:w="918" w:type="dxa"/>
          </w:tcPr>
          <w:p w14:paraId="5323BDCE" w14:textId="77777777" w:rsidR="00C31769" w:rsidRDefault="00000000">
            <w:r>
              <w:rPr>
                <w:sz w:val="12"/>
              </w:rPr>
              <w:t>1</w:t>
            </w:r>
          </w:p>
        </w:tc>
        <w:tc>
          <w:tcPr>
            <w:tcW w:w="918" w:type="dxa"/>
          </w:tcPr>
          <w:p w14:paraId="1D355CE2" w14:textId="77777777" w:rsidR="00C31769" w:rsidRDefault="00000000">
            <w:r>
              <w:rPr>
                <w:sz w:val="12"/>
              </w:rPr>
              <w:t>4</w:t>
            </w:r>
          </w:p>
        </w:tc>
        <w:tc>
          <w:tcPr>
            <w:tcW w:w="918" w:type="dxa"/>
          </w:tcPr>
          <w:p w14:paraId="233903CC" w14:textId="77777777" w:rsidR="00C31769" w:rsidRDefault="00000000">
            <w:r>
              <w:rPr>
                <w:sz w:val="12"/>
              </w:rPr>
              <w:t>4</w:t>
            </w:r>
          </w:p>
        </w:tc>
        <w:tc>
          <w:tcPr>
            <w:tcW w:w="918" w:type="dxa"/>
          </w:tcPr>
          <w:p w14:paraId="5D537DB4" w14:textId="77777777" w:rsidR="00C31769" w:rsidRDefault="00000000">
            <w:r>
              <w:rPr>
                <w:sz w:val="12"/>
              </w:rPr>
              <w:t>Low</w:t>
            </w:r>
          </w:p>
        </w:tc>
        <w:tc>
          <w:tcPr>
            <w:tcW w:w="918" w:type="dxa"/>
          </w:tcPr>
          <w:p w14:paraId="670A3F00" w14:textId="77777777" w:rsidR="00C31769" w:rsidRDefault="00000000">
            <w:r>
              <w:rPr>
                <w:sz w:val="12"/>
              </w:rPr>
              <w:t>Construction Manager</w:t>
            </w:r>
          </w:p>
        </w:tc>
      </w:tr>
      <w:tr w:rsidR="00C31769" w14:paraId="04DF6AF6" w14:textId="77777777">
        <w:trPr>
          <w:jc w:val="center"/>
        </w:trPr>
        <w:tc>
          <w:tcPr>
            <w:tcW w:w="918" w:type="dxa"/>
          </w:tcPr>
          <w:p w14:paraId="5287B427" w14:textId="77777777" w:rsidR="00C31769" w:rsidRDefault="00000000">
            <w:r>
              <w:rPr>
                <w:sz w:val="12"/>
              </w:rPr>
              <w:t>17</w:t>
            </w:r>
          </w:p>
        </w:tc>
        <w:tc>
          <w:tcPr>
            <w:tcW w:w="918" w:type="dxa"/>
          </w:tcPr>
          <w:p w14:paraId="3B171841" w14:textId="77777777" w:rsidR="00C31769" w:rsidRDefault="00000000">
            <w:r>
              <w:rPr>
                <w:sz w:val="12"/>
              </w:rPr>
              <w:t>Falling materials into excavation</w:t>
            </w:r>
          </w:p>
        </w:tc>
        <w:tc>
          <w:tcPr>
            <w:tcW w:w="918" w:type="dxa"/>
          </w:tcPr>
          <w:p w14:paraId="000A5886" w14:textId="77777777" w:rsidR="00C31769" w:rsidRDefault="00000000">
            <w:r>
              <w:rPr>
                <w:sz w:val="12"/>
              </w:rPr>
              <w:t>Tools, materials or debris fall from edge</w:t>
            </w:r>
          </w:p>
        </w:tc>
        <w:tc>
          <w:tcPr>
            <w:tcW w:w="918" w:type="dxa"/>
          </w:tcPr>
          <w:p w14:paraId="27F2B72A" w14:textId="77777777" w:rsidR="00C31769" w:rsidRDefault="00000000">
            <w:r>
              <w:rPr>
                <w:sz w:val="12"/>
              </w:rPr>
              <w:t>Workers in excavation</w:t>
            </w:r>
          </w:p>
        </w:tc>
        <w:tc>
          <w:tcPr>
            <w:tcW w:w="918" w:type="dxa"/>
          </w:tcPr>
          <w:p w14:paraId="25699FBA" w14:textId="77777777" w:rsidR="00C31769" w:rsidRDefault="00000000">
            <w:r>
              <w:rPr>
                <w:sz w:val="12"/>
              </w:rPr>
              <w:t>Struck-by injury, serious injury</w:t>
            </w:r>
          </w:p>
        </w:tc>
        <w:tc>
          <w:tcPr>
            <w:tcW w:w="918" w:type="dxa"/>
          </w:tcPr>
          <w:p w14:paraId="60215F09" w14:textId="77777777" w:rsidR="00C31769" w:rsidRDefault="00000000">
            <w:r>
              <w:rPr>
                <w:sz w:val="12"/>
              </w:rPr>
              <w:t>Housekeeping and basic barriers.</w:t>
            </w:r>
          </w:p>
        </w:tc>
        <w:tc>
          <w:tcPr>
            <w:tcW w:w="918" w:type="dxa"/>
          </w:tcPr>
          <w:p w14:paraId="7B47CC82" w14:textId="77777777" w:rsidR="00C31769" w:rsidRDefault="00000000">
            <w:r>
              <w:rPr>
                <w:sz w:val="12"/>
              </w:rPr>
              <w:t>4</w:t>
            </w:r>
          </w:p>
        </w:tc>
        <w:tc>
          <w:tcPr>
            <w:tcW w:w="918" w:type="dxa"/>
          </w:tcPr>
          <w:p w14:paraId="0C7D9B2E" w14:textId="77777777" w:rsidR="00C31769" w:rsidRDefault="00000000">
            <w:r>
              <w:rPr>
                <w:sz w:val="12"/>
              </w:rPr>
              <w:t>4</w:t>
            </w:r>
          </w:p>
        </w:tc>
        <w:tc>
          <w:tcPr>
            <w:tcW w:w="918" w:type="dxa"/>
          </w:tcPr>
          <w:p w14:paraId="49B6E23E" w14:textId="77777777" w:rsidR="00C31769" w:rsidRDefault="00000000">
            <w:r>
              <w:rPr>
                <w:sz w:val="12"/>
              </w:rPr>
              <w:t>16</w:t>
            </w:r>
          </w:p>
        </w:tc>
        <w:tc>
          <w:tcPr>
            <w:tcW w:w="918" w:type="dxa"/>
          </w:tcPr>
          <w:p w14:paraId="081236A6" w14:textId="77777777" w:rsidR="00C31769" w:rsidRDefault="00000000">
            <w:r>
              <w:rPr>
                <w:sz w:val="12"/>
              </w:rPr>
              <w:t>High</w:t>
            </w:r>
          </w:p>
        </w:tc>
        <w:tc>
          <w:tcPr>
            <w:tcW w:w="918" w:type="dxa"/>
          </w:tcPr>
          <w:p w14:paraId="3DC734C7" w14:textId="77777777" w:rsidR="00C31769" w:rsidRDefault="00000000">
            <w:r>
              <w:rPr>
                <w:sz w:val="12"/>
              </w:rPr>
              <w:t>Use edge barriers/toe boards where appropriate; secure materials; maintain exclusion zones; prohibit throwing materials.</w:t>
            </w:r>
          </w:p>
        </w:tc>
        <w:tc>
          <w:tcPr>
            <w:tcW w:w="918" w:type="dxa"/>
          </w:tcPr>
          <w:p w14:paraId="1E409228" w14:textId="77777777" w:rsidR="00C31769" w:rsidRDefault="00000000">
            <w:r>
              <w:rPr>
                <w:sz w:val="12"/>
              </w:rPr>
              <w:t>1</w:t>
            </w:r>
          </w:p>
        </w:tc>
        <w:tc>
          <w:tcPr>
            <w:tcW w:w="918" w:type="dxa"/>
          </w:tcPr>
          <w:p w14:paraId="2E33D688" w14:textId="77777777" w:rsidR="00C31769" w:rsidRDefault="00000000">
            <w:r>
              <w:rPr>
                <w:sz w:val="12"/>
              </w:rPr>
              <w:t>4</w:t>
            </w:r>
          </w:p>
        </w:tc>
        <w:tc>
          <w:tcPr>
            <w:tcW w:w="918" w:type="dxa"/>
          </w:tcPr>
          <w:p w14:paraId="15B9FC9F" w14:textId="77777777" w:rsidR="00C31769" w:rsidRDefault="00000000">
            <w:r>
              <w:rPr>
                <w:sz w:val="12"/>
              </w:rPr>
              <w:t>4</w:t>
            </w:r>
          </w:p>
        </w:tc>
        <w:tc>
          <w:tcPr>
            <w:tcW w:w="918" w:type="dxa"/>
          </w:tcPr>
          <w:p w14:paraId="1B1D11BE" w14:textId="77777777" w:rsidR="00C31769" w:rsidRDefault="00000000">
            <w:r>
              <w:rPr>
                <w:sz w:val="12"/>
              </w:rPr>
              <w:t>Low</w:t>
            </w:r>
          </w:p>
        </w:tc>
        <w:tc>
          <w:tcPr>
            <w:tcW w:w="918" w:type="dxa"/>
          </w:tcPr>
          <w:p w14:paraId="453E5F6B" w14:textId="77777777" w:rsidR="00C31769" w:rsidRDefault="00000000">
            <w:r>
              <w:rPr>
                <w:sz w:val="12"/>
              </w:rPr>
              <w:t>Supervisor</w:t>
            </w:r>
          </w:p>
        </w:tc>
      </w:tr>
      <w:tr w:rsidR="00C31769" w14:paraId="05959156" w14:textId="77777777">
        <w:trPr>
          <w:jc w:val="center"/>
        </w:trPr>
        <w:tc>
          <w:tcPr>
            <w:tcW w:w="918" w:type="dxa"/>
          </w:tcPr>
          <w:p w14:paraId="0A16FFBD" w14:textId="77777777" w:rsidR="00C31769" w:rsidRDefault="00000000">
            <w:r>
              <w:rPr>
                <w:sz w:val="12"/>
              </w:rPr>
              <w:t>18</w:t>
            </w:r>
          </w:p>
        </w:tc>
        <w:tc>
          <w:tcPr>
            <w:tcW w:w="918" w:type="dxa"/>
          </w:tcPr>
          <w:p w14:paraId="2F5DBB1F" w14:textId="77777777" w:rsidR="00C31769" w:rsidRDefault="00000000">
            <w:r>
              <w:rPr>
                <w:sz w:val="12"/>
              </w:rPr>
              <w:t>Lifting into / out of excavation</w:t>
            </w:r>
          </w:p>
        </w:tc>
        <w:tc>
          <w:tcPr>
            <w:tcW w:w="918" w:type="dxa"/>
          </w:tcPr>
          <w:p w14:paraId="39E05659" w14:textId="77777777" w:rsidR="00C31769" w:rsidRDefault="00000000">
            <w:r>
              <w:rPr>
                <w:sz w:val="12"/>
              </w:rPr>
              <w:t>Loads suspended over workers or excavation</w:t>
            </w:r>
          </w:p>
        </w:tc>
        <w:tc>
          <w:tcPr>
            <w:tcW w:w="918" w:type="dxa"/>
          </w:tcPr>
          <w:p w14:paraId="6E5D761C" w14:textId="77777777" w:rsidR="00C31769" w:rsidRDefault="00000000">
            <w:r>
              <w:rPr>
                <w:sz w:val="12"/>
              </w:rPr>
              <w:t>Workers, lifting team</w:t>
            </w:r>
          </w:p>
        </w:tc>
        <w:tc>
          <w:tcPr>
            <w:tcW w:w="918" w:type="dxa"/>
          </w:tcPr>
          <w:p w14:paraId="128911F3" w14:textId="77777777" w:rsidR="00C31769" w:rsidRDefault="00000000">
            <w:r>
              <w:rPr>
                <w:sz w:val="12"/>
              </w:rPr>
              <w:t>Dropped load, crushing, equipment interaction</w:t>
            </w:r>
          </w:p>
        </w:tc>
        <w:tc>
          <w:tcPr>
            <w:tcW w:w="918" w:type="dxa"/>
          </w:tcPr>
          <w:p w14:paraId="2F8261D5" w14:textId="77777777" w:rsidR="00C31769" w:rsidRDefault="00000000">
            <w:r>
              <w:rPr>
                <w:sz w:val="12"/>
              </w:rPr>
              <w:t>Lifting equipment and operator controls.</w:t>
            </w:r>
          </w:p>
        </w:tc>
        <w:tc>
          <w:tcPr>
            <w:tcW w:w="918" w:type="dxa"/>
          </w:tcPr>
          <w:p w14:paraId="37EFF7F4" w14:textId="77777777" w:rsidR="00C31769" w:rsidRDefault="00000000">
            <w:r>
              <w:rPr>
                <w:sz w:val="12"/>
              </w:rPr>
              <w:t>3</w:t>
            </w:r>
          </w:p>
        </w:tc>
        <w:tc>
          <w:tcPr>
            <w:tcW w:w="918" w:type="dxa"/>
          </w:tcPr>
          <w:p w14:paraId="0C0821BD" w14:textId="77777777" w:rsidR="00C31769" w:rsidRDefault="00000000">
            <w:r>
              <w:rPr>
                <w:sz w:val="12"/>
              </w:rPr>
              <w:t>5</w:t>
            </w:r>
          </w:p>
        </w:tc>
        <w:tc>
          <w:tcPr>
            <w:tcW w:w="918" w:type="dxa"/>
          </w:tcPr>
          <w:p w14:paraId="2F02F7D3" w14:textId="77777777" w:rsidR="00C31769" w:rsidRDefault="00000000">
            <w:r>
              <w:rPr>
                <w:sz w:val="12"/>
              </w:rPr>
              <w:t>15</w:t>
            </w:r>
          </w:p>
        </w:tc>
        <w:tc>
          <w:tcPr>
            <w:tcW w:w="918" w:type="dxa"/>
          </w:tcPr>
          <w:p w14:paraId="1FEA1AEB" w14:textId="77777777" w:rsidR="00C31769" w:rsidRDefault="00000000">
            <w:r>
              <w:rPr>
                <w:sz w:val="12"/>
              </w:rPr>
              <w:t>High</w:t>
            </w:r>
          </w:p>
        </w:tc>
        <w:tc>
          <w:tcPr>
            <w:tcW w:w="918" w:type="dxa"/>
          </w:tcPr>
          <w:p w14:paraId="731764DD" w14:textId="77777777" w:rsidR="00C31769" w:rsidRDefault="00000000">
            <w:r>
              <w:rPr>
                <w:sz w:val="12"/>
              </w:rPr>
              <w:t>Plan lift; prevent people under suspended loads; use competent lifting team; maintain exclusion zone and communication.</w:t>
            </w:r>
          </w:p>
        </w:tc>
        <w:tc>
          <w:tcPr>
            <w:tcW w:w="918" w:type="dxa"/>
          </w:tcPr>
          <w:p w14:paraId="638554AA" w14:textId="77777777" w:rsidR="00C31769" w:rsidRDefault="00000000">
            <w:r>
              <w:rPr>
                <w:sz w:val="12"/>
              </w:rPr>
              <w:t>1</w:t>
            </w:r>
          </w:p>
        </w:tc>
        <w:tc>
          <w:tcPr>
            <w:tcW w:w="918" w:type="dxa"/>
          </w:tcPr>
          <w:p w14:paraId="0D0DEAA2" w14:textId="77777777" w:rsidR="00C31769" w:rsidRDefault="00000000">
            <w:r>
              <w:rPr>
                <w:sz w:val="12"/>
              </w:rPr>
              <w:t>5</w:t>
            </w:r>
          </w:p>
        </w:tc>
        <w:tc>
          <w:tcPr>
            <w:tcW w:w="918" w:type="dxa"/>
          </w:tcPr>
          <w:p w14:paraId="69EEF967" w14:textId="77777777" w:rsidR="00C31769" w:rsidRDefault="00000000">
            <w:r>
              <w:rPr>
                <w:sz w:val="12"/>
              </w:rPr>
              <w:t>5</w:t>
            </w:r>
          </w:p>
        </w:tc>
        <w:tc>
          <w:tcPr>
            <w:tcW w:w="918" w:type="dxa"/>
          </w:tcPr>
          <w:p w14:paraId="0FE2D93C" w14:textId="77777777" w:rsidR="00C31769" w:rsidRDefault="00000000">
            <w:r>
              <w:rPr>
                <w:sz w:val="12"/>
              </w:rPr>
              <w:t>Medium</w:t>
            </w:r>
          </w:p>
        </w:tc>
        <w:tc>
          <w:tcPr>
            <w:tcW w:w="918" w:type="dxa"/>
          </w:tcPr>
          <w:p w14:paraId="0CB48D18" w14:textId="77777777" w:rsidR="00C31769" w:rsidRDefault="00000000">
            <w:r>
              <w:rPr>
                <w:sz w:val="12"/>
              </w:rPr>
              <w:t>Lifting Supervisor</w:t>
            </w:r>
          </w:p>
        </w:tc>
      </w:tr>
      <w:tr w:rsidR="00C31769" w14:paraId="67B93C1C" w14:textId="77777777">
        <w:trPr>
          <w:jc w:val="center"/>
        </w:trPr>
        <w:tc>
          <w:tcPr>
            <w:tcW w:w="918" w:type="dxa"/>
          </w:tcPr>
          <w:p w14:paraId="55F54BE2" w14:textId="77777777" w:rsidR="00C31769" w:rsidRDefault="00000000">
            <w:r>
              <w:rPr>
                <w:sz w:val="12"/>
              </w:rPr>
              <w:t>19</w:t>
            </w:r>
          </w:p>
        </w:tc>
        <w:tc>
          <w:tcPr>
            <w:tcW w:w="918" w:type="dxa"/>
          </w:tcPr>
          <w:p w14:paraId="3E6D0D6B" w14:textId="77777777" w:rsidR="00C31769" w:rsidRDefault="00000000">
            <w:r>
              <w:rPr>
                <w:sz w:val="12"/>
              </w:rPr>
              <w:t>Excavator swing radius</w:t>
            </w:r>
          </w:p>
        </w:tc>
        <w:tc>
          <w:tcPr>
            <w:tcW w:w="918" w:type="dxa"/>
          </w:tcPr>
          <w:p w14:paraId="78A8A66C" w14:textId="77777777" w:rsidR="00C31769" w:rsidRDefault="00000000">
            <w:r>
              <w:rPr>
                <w:sz w:val="12"/>
              </w:rPr>
              <w:t>Workers enter plant operating/swing area</w:t>
            </w:r>
          </w:p>
        </w:tc>
        <w:tc>
          <w:tcPr>
            <w:tcW w:w="918" w:type="dxa"/>
          </w:tcPr>
          <w:p w14:paraId="7905744B" w14:textId="77777777" w:rsidR="00C31769" w:rsidRDefault="00000000">
            <w:r>
              <w:rPr>
                <w:sz w:val="12"/>
              </w:rPr>
              <w:t>Workers, banksmen, operators</w:t>
            </w:r>
          </w:p>
        </w:tc>
        <w:tc>
          <w:tcPr>
            <w:tcW w:w="918" w:type="dxa"/>
          </w:tcPr>
          <w:p w14:paraId="614B5336" w14:textId="77777777" w:rsidR="00C31769" w:rsidRDefault="00000000">
            <w:r>
              <w:rPr>
                <w:sz w:val="12"/>
              </w:rPr>
              <w:t>Struck-by/crushing fatality</w:t>
            </w:r>
          </w:p>
        </w:tc>
        <w:tc>
          <w:tcPr>
            <w:tcW w:w="918" w:type="dxa"/>
          </w:tcPr>
          <w:p w14:paraId="21C42319" w14:textId="77777777" w:rsidR="00C31769" w:rsidRDefault="00000000">
            <w:r>
              <w:rPr>
                <w:sz w:val="12"/>
              </w:rPr>
              <w:t>Banksman and operator communication.</w:t>
            </w:r>
          </w:p>
        </w:tc>
        <w:tc>
          <w:tcPr>
            <w:tcW w:w="918" w:type="dxa"/>
          </w:tcPr>
          <w:p w14:paraId="7C833FCF" w14:textId="77777777" w:rsidR="00C31769" w:rsidRDefault="00000000">
            <w:r>
              <w:rPr>
                <w:sz w:val="12"/>
              </w:rPr>
              <w:t>4</w:t>
            </w:r>
          </w:p>
        </w:tc>
        <w:tc>
          <w:tcPr>
            <w:tcW w:w="918" w:type="dxa"/>
          </w:tcPr>
          <w:p w14:paraId="5233DE36" w14:textId="77777777" w:rsidR="00C31769" w:rsidRDefault="00000000">
            <w:r>
              <w:rPr>
                <w:sz w:val="12"/>
              </w:rPr>
              <w:t>5</w:t>
            </w:r>
          </w:p>
        </w:tc>
        <w:tc>
          <w:tcPr>
            <w:tcW w:w="918" w:type="dxa"/>
          </w:tcPr>
          <w:p w14:paraId="2AE09AC1" w14:textId="77777777" w:rsidR="00C31769" w:rsidRDefault="00000000">
            <w:r>
              <w:rPr>
                <w:sz w:val="12"/>
              </w:rPr>
              <w:t>20</w:t>
            </w:r>
          </w:p>
        </w:tc>
        <w:tc>
          <w:tcPr>
            <w:tcW w:w="918" w:type="dxa"/>
          </w:tcPr>
          <w:p w14:paraId="059DAF7D" w14:textId="77777777" w:rsidR="00C31769" w:rsidRDefault="00000000">
            <w:r>
              <w:rPr>
                <w:sz w:val="12"/>
              </w:rPr>
              <w:t>Very High</w:t>
            </w:r>
          </w:p>
        </w:tc>
        <w:tc>
          <w:tcPr>
            <w:tcW w:w="918" w:type="dxa"/>
          </w:tcPr>
          <w:p w14:paraId="0D620BEE" w14:textId="77777777" w:rsidR="00C31769" w:rsidRDefault="00000000">
            <w:r>
              <w:rPr>
                <w:sz w:val="12"/>
              </w:rPr>
              <w:t>Establish exclusion zone; segregate pedestrians; use dedicated banksman; maintain visibility and communication; no unauthorized entry.</w:t>
            </w:r>
          </w:p>
        </w:tc>
        <w:tc>
          <w:tcPr>
            <w:tcW w:w="918" w:type="dxa"/>
          </w:tcPr>
          <w:p w14:paraId="057061D0" w14:textId="77777777" w:rsidR="00C31769" w:rsidRDefault="00000000">
            <w:r>
              <w:rPr>
                <w:sz w:val="12"/>
              </w:rPr>
              <w:t>1</w:t>
            </w:r>
          </w:p>
        </w:tc>
        <w:tc>
          <w:tcPr>
            <w:tcW w:w="918" w:type="dxa"/>
          </w:tcPr>
          <w:p w14:paraId="43650C74" w14:textId="77777777" w:rsidR="00C31769" w:rsidRDefault="00000000">
            <w:r>
              <w:rPr>
                <w:sz w:val="12"/>
              </w:rPr>
              <w:t>5</w:t>
            </w:r>
          </w:p>
        </w:tc>
        <w:tc>
          <w:tcPr>
            <w:tcW w:w="918" w:type="dxa"/>
          </w:tcPr>
          <w:p w14:paraId="169B9835" w14:textId="77777777" w:rsidR="00C31769" w:rsidRDefault="00000000">
            <w:r>
              <w:rPr>
                <w:sz w:val="12"/>
              </w:rPr>
              <w:t>5</w:t>
            </w:r>
          </w:p>
        </w:tc>
        <w:tc>
          <w:tcPr>
            <w:tcW w:w="918" w:type="dxa"/>
          </w:tcPr>
          <w:p w14:paraId="6A2AE977" w14:textId="77777777" w:rsidR="00C31769" w:rsidRDefault="00000000">
            <w:r>
              <w:rPr>
                <w:sz w:val="12"/>
              </w:rPr>
              <w:t>Medium</w:t>
            </w:r>
          </w:p>
        </w:tc>
        <w:tc>
          <w:tcPr>
            <w:tcW w:w="918" w:type="dxa"/>
          </w:tcPr>
          <w:p w14:paraId="0B4B6DA0" w14:textId="77777777" w:rsidR="00C31769" w:rsidRDefault="00000000">
            <w:r>
              <w:rPr>
                <w:sz w:val="12"/>
              </w:rPr>
              <w:t>Plant Supervisor</w:t>
            </w:r>
          </w:p>
        </w:tc>
      </w:tr>
      <w:tr w:rsidR="00C31769" w14:paraId="063CC01B" w14:textId="77777777">
        <w:trPr>
          <w:jc w:val="center"/>
        </w:trPr>
        <w:tc>
          <w:tcPr>
            <w:tcW w:w="918" w:type="dxa"/>
          </w:tcPr>
          <w:p w14:paraId="4843E5B9" w14:textId="77777777" w:rsidR="00C31769" w:rsidRDefault="00000000">
            <w:r>
              <w:rPr>
                <w:sz w:val="12"/>
              </w:rPr>
              <w:t>20</w:t>
            </w:r>
          </w:p>
        </w:tc>
        <w:tc>
          <w:tcPr>
            <w:tcW w:w="918" w:type="dxa"/>
          </w:tcPr>
          <w:p w14:paraId="6FD0C518" w14:textId="77777777" w:rsidR="00C31769" w:rsidRDefault="00000000">
            <w:r>
              <w:rPr>
                <w:sz w:val="12"/>
              </w:rPr>
              <w:t>Blind spots / poor visibility</w:t>
            </w:r>
          </w:p>
        </w:tc>
        <w:tc>
          <w:tcPr>
            <w:tcW w:w="918" w:type="dxa"/>
          </w:tcPr>
          <w:p w14:paraId="37261039" w14:textId="77777777" w:rsidR="00C31769" w:rsidRDefault="00000000">
            <w:r>
              <w:rPr>
                <w:sz w:val="12"/>
              </w:rPr>
              <w:t>Operator cannot see workers around excavation</w:t>
            </w:r>
          </w:p>
        </w:tc>
        <w:tc>
          <w:tcPr>
            <w:tcW w:w="918" w:type="dxa"/>
          </w:tcPr>
          <w:p w14:paraId="4A4920C4" w14:textId="77777777" w:rsidR="00C31769" w:rsidRDefault="00000000">
            <w:r>
              <w:rPr>
                <w:sz w:val="12"/>
              </w:rPr>
              <w:t>Workers, operators</w:t>
            </w:r>
          </w:p>
        </w:tc>
        <w:tc>
          <w:tcPr>
            <w:tcW w:w="918" w:type="dxa"/>
          </w:tcPr>
          <w:p w14:paraId="727AD2AC" w14:textId="77777777" w:rsidR="00C31769" w:rsidRDefault="00000000">
            <w:r>
              <w:rPr>
                <w:sz w:val="12"/>
              </w:rPr>
              <w:t>Struck-by/crushing</w:t>
            </w:r>
          </w:p>
        </w:tc>
        <w:tc>
          <w:tcPr>
            <w:tcW w:w="918" w:type="dxa"/>
          </w:tcPr>
          <w:p w14:paraId="6CF0F7A9" w14:textId="77777777" w:rsidR="00C31769" w:rsidRDefault="00000000">
            <w:r>
              <w:rPr>
                <w:sz w:val="12"/>
              </w:rPr>
              <w:t>Mirrors/cameras and banksman where used.</w:t>
            </w:r>
          </w:p>
        </w:tc>
        <w:tc>
          <w:tcPr>
            <w:tcW w:w="918" w:type="dxa"/>
          </w:tcPr>
          <w:p w14:paraId="7359ECE0" w14:textId="77777777" w:rsidR="00C31769" w:rsidRDefault="00000000">
            <w:r>
              <w:rPr>
                <w:sz w:val="12"/>
              </w:rPr>
              <w:t>4</w:t>
            </w:r>
          </w:p>
        </w:tc>
        <w:tc>
          <w:tcPr>
            <w:tcW w:w="918" w:type="dxa"/>
          </w:tcPr>
          <w:p w14:paraId="5BE14F86" w14:textId="77777777" w:rsidR="00C31769" w:rsidRDefault="00000000">
            <w:r>
              <w:rPr>
                <w:sz w:val="12"/>
              </w:rPr>
              <w:t>5</w:t>
            </w:r>
          </w:p>
        </w:tc>
        <w:tc>
          <w:tcPr>
            <w:tcW w:w="918" w:type="dxa"/>
          </w:tcPr>
          <w:p w14:paraId="6DB4B526" w14:textId="77777777" w:rsidR="00C31769" w:rsidRDefault="00000000">
            <w:r>
              <w:rPr>
                <w:sz w:val="12"/>
              </w:rPr>
              <w:t>20</w:t>
            </w:r>
          </w:p>
        </w:tc>
        <w:tc>
          <w:tcPr>
            <w:tcW w:w="918" w:type="dxa"/>
          </w:tcPr>
          <w:p w14:paraId="48965B1B" w14:textId="77777777" w:rsidR="00C31769" w:rsidRDefault="00000000">
            <w:r>
              <w:rPr>
                <w:sz w:val="12"/>
              </w:rPr>
              <w:t>Very High</w:t>
            </w:r>
          </w:p>
        </w:tc>
        <w:tc>
          <w:tcPr>
            <w:tcW w:w="918" w:type="dxa"/>
          </w:tcPr>
          <w:p w14:paraId="4B31EEA7" w14:textId="77777777" w:rsidR="00C31769" w:rsidRDefault="00000000">
            <w:r>
              <w:rPr>
                <w:sz w:val="12"/>
              </w:rPr>
              <w:t>Improve visibility; use competent banksman; establish communication signals; stop plant when personnel enter controlled area.</w:t>
            </w:r>
          </w:p>
        </w:tc>
        <w:tc>
          <w:tcPr>
            <w:tcW w:w="918" w:type="dxa"/>
          </w:tcPr>
          <w:p w14:paraId="559D6052" w14:textId="77777777" w:rsidR="00C31769" w:rsidRDefault="00000000">
            <w:r>
              <w:rPr>
                <w:sz w:val="12"/>
              </w:rPr>
              <w:t>1</w:t>
            </w:r>
          </w:p>
        </w:tc>
        <w:tc>
          <w:tcPr>
            <w:tcW w:w="918" w:type="dxa"/>
          </w:tcPr>
          <w:p w14:paraId="118519F6" w14:textId="77777777" w:rsidR="00C31769" w:rsidRDefault="00000000">
            <w:r>
              <w:rPr>
                <w:sz w:val="12"/>
              </w:rPr>
              <w:t>5</w:t>
            </w:r>
          </w:p>
        </w:tc>
        <w:tc>
          <w:tcPr>
            <w:tcW w:w="918" w:type="dxa"/>
          </w:tcPr>
          <w:p w14:paraId="3A41A29F" w14:textId="77777777" w:rsidR="00C31769" w:rsidRDefault="00000000">
            <w:r>
              <w:rPr>
                <w:sz w:val="12"/>
              </w:rPr>
              <w:t>5</w:t>
            </w:r>
          </w:p>
        </w:tc>
        <w:tc>
          <w:tcPr>
            <w:tcW w:w="918" w:type="dxa"/>
          </w:tcPr>
          <w:p w14:paraId="030886B5" w14:textId="77777777" w:rsidR="00C31769" w:rsidRDefault="00000000">
            <w:r>
              <w:rPr>
                <w:sz w:val="12"/>
              </w:rPr>
              <w:t>Medium</w:t>
            </w:r>
          </w:p>
        </w:tc>
        <w:tc>
          <w:tcPr>
            <w:tcW w:w="918" w:type="dxa"/>
          </w:tcPr>
          <w:p w14:paraId="7924722A" w14:textId="77777777" w:rsidR="00C31769" w:rsidRDefault="00000000">
            <w:r>
              <w:rPr>
                <w:sz w:val="12"/>
              </w:rPr>
              <w:t>Plant Supervisor</w:t>
            </w:r>
          </w:p>
        </w:tc>
      </w:tr>
      <w:tr w:rsidR="00C31769" w14:paraId="4FF99EA4" w14:textId="77777777">
        <w:trPr>
          <w:jc w:val="center"/>
        </w:trPr>
        <w:tc>
          <w:tcPr>
            <w:tcW w:w="918" w:type="dxa"/>
          </w:tcPr>
          <w:p w14:paraId="63A2862D" w14:textId="77777777" w:rsidR="00C31769" w:rsidRDefault="00000000">
            <w:r>
              <w:rPr>
                <w:sz w:val="12"/>
              </w:rPr>
              <w:t>21</w:t>
            </w:r>
          </w:p>
        </w:tc>
        <w:tc>
          <w:tcPr>
            <w:tcW w:w="918" w:type="dxa"/>
          </w:tcPr>
          <w:p w14:paraId="6D02594A" w14:textId="77777777" w:rsidR="00C31769" w:rsidRDefault="00000000">
            <w:r>
              <w:rPr>
                <w:sz w:val="12"/>
              </w:rPr>
              <w:t>Night / low-light excavation</w:t>
            </w:r>
          </w:p>
        </w:tc>
        <w:tc>
          <w:tcPr>
            <w:tcW w:w="918" w:type="dxa"/>
          </w:tcPr>
          <w:p w14:paraId="0E287022" w14:textId="77777777" w:rsidR="00C31769" w:rsidRDefault="00000000">
            <w:r>
              <w:rPr>
                <w:sz w:val="12"/>
              </w:rPr>
              <w:t>Insufficient lighting around excavation</w:t>
            </w:r>
          </w:p>
        </w:tc>
        <w:tc>
          <w:tcPr>
            <w:tcW w:w="918" w:type="dxa"/>
          </w:tcPr>
          <w:p w14:paraId="406292C1" w14:textId="77777777" w:rsidR="00C31769" w:rsidRDefault="00000000">
            <w:r>
              <w:rPr>
                <w:sz w:val="12"/>
              </w:rPr>
              <w:t>Workers, operators, drivers</w:t>
            </w:r>
          </w:p>
        </w:tc>
        <w:tc>
          <w:tcPr>
            <w:tcW w:w="918" w:type="dxa"/>
          </w:tcPr>
          <w:p w14:paraId="20A4DE1E" w14:textId="77777777" w:rsidR="00C31769" w:rsidRDefault="00000000">
            <w:r>
              <w:rPr>
                <w:sz w:val="12"/>
              </w:rPr>
              <w:t>Falls, collisions, plant incidents</w:t>
            </w:r>
          </w:p>
        </w:tc>
        <w:tc>
          <w:tcPr>
            <w:tcW w:w="918" w:type="dxa"/>
          </w:tcPr>
          <w:p w14:paraId="6FE9DCDE" w14:textId="77777777" w:rsidR="00C31769" w:rsidRDefault="00000000">
            <w:r>
              <w:rPr>
                <w:sz w:val="12"/>
              </w:rPr>
              <w:t>Temporary lighting where provided.</w:t>
            </w:r>
          </w:p>
        </w:tc>
        <w:tc>
          <w:tcPr>
            <w:tcW w:w="918" w:type="dxa"/>
          </w:tcPr>
          <w:p w14:paraId="79CB24C9" w14:textId="77777777" w:rsidR="00C31769" w:rsidRDefault="00000000">
            <w:r>
              <w:rPr>
                <w:sz w:val="12"/>
              </w:rPr>
              <w:t>3</w:t>
            </w:r>
          </w:p>
        </w:tc>
        <w:tc>
          <w:tcPr>
            <w:tcW w:w="918" w:type="dxa"/>
          </w:tcPr>
          <w:p w14:paraId="014F21D8" w14:textId="77777777" w:rsidR="00C31769" w:rsidRDefault="00000000">
            <w:r>
              <w:rPr>
                <w:sz w:val="12"/>
              </w:rPr>
              <w:t>4</w:t>
            </w:r>
          </w:p>
        </w:tc>
        <w:tc>
          <w:tcPr>
            <w:tcW w:w="918" w:type="dxa"/>
          </w:tcPr>
          <w:p w14:paraId="53D20175" w14:textId="77777777" w:rsidR="00C31769" w:rsidRDefault="00000000">
            <w:r>
              <w:rPr>
                <w:sz w:val="12"/>
              </w:rPr>
              <w:t>12</w:t>
            </w:r>
          </w:p>
        </w:tc>
        <w:tc>
          <w:tcPr>
            <w:tcW w:w="918" w:type="dxa"/>
          </w:tcPr>
          <w:p w14:paraId="3A8EC2DE" w14:textId="77777777" w:rsidR="00C31769" w:rsidRDefault="00000000">
            <w:r>
              <w:rPr>
                <w:sz w:val="12"/>
              </w:rPr>
              <w:t>High</w:t>
            </w:r>
          </w:p>
        </w:tc>
        <w:tc>
          <w:tcPr>
            <w:tcW w:w="918" w:type="dxa"/>
          </w:tcPr>
          <w:p w14:paraId="11D68A08" w14:textId="77777777" w:rsidR="00C31769" w:rsidRDefault="00000000">
            <w:r>
              <w:rPr>
                <w:sz w:val="12"/>
              </w:rPr>
              <w:t>Provide adequate task and perimeter lighting; illuminate access, barriers and work zones; inspect lighting before shift.</w:t>
            </w:r>
          </w:p>
        </w:tc>
        <w:tc>
          <w:tcPr>
            <w:tcW w:w="918" w:type="dxa"/>
          </w:tcPr>
          <w:p w14:paraId="6E79FE0A" w14:textId="77777777" w:rsidR="00C31769" w:rsidRDefault="00000000">
            <w:r>
              <w:rPr>
                <w:sz w:val="12"/>
              </w:rPr>
              <w:t>1</w:t>
            </w:r>
          </w:p>
        </w:tc>
        <w:tc>
          <w:tcPr>
            <w:tcW w:w="918" w:type="dxa"/>
          </w:tcPr>
          <w:p w14:paraId="5913BB1F" w14:textId="77777777" w:rsidR="00C31769" w:rsidRDefault="00000000">
            <w:r>
              <w:rPr>
                <w:sz w:val="12"/>
              </w:rPr>
              <w:t>4</w:t>
            </w:r>
          </w:p>
        </w:tc>
        <w:tc>
          <w:tcPr>
            <w:tcW w:w="918" w:type="dxa"/>
          </w:tcPr>
          <w:p w14:paraId="64FE66E8" w14:textId="77777777" w:rsidR="00C31769" w:rsidRDefault="00000000">
            <w:r>
              <w:rPr>
                <w:sz w:val="12"/>
              </w:rPr>
              <w:t>4</w:t>
            </w:r>
          </w:p>
        </w:tc>
        <w:tc>
          <w:tcPr>
            <w:tcW w:w="918" w:type="dxa"/>
          </w:tcPr>
          <w:p w14:paraId="0EBEB989" w14:textId="77777777" w:rsidR="00C31769" w:rsidRDefault="00000000">
            <w:r>
              <w:rPr>
                <w:sz w:val="12"/>
              </w:rPr>
              <w:t>Low</w:t>
            </w:r>
          </w:p>
        </w:tc>
        <w:tc>
          <w:tcPr>
            <w:tcW w:w="918" w:type="dxa"/>
          </w:tcPr>
          <w:p w14:paraId="45E07BC9" w14:textId="77777777" w:rsidR="00C31769" w:rsidRDefault="00000000">
            <w:r>
              <w:rPr>
                <w:sz w:val="12"/>
              </w:rPr>
              <w:t>Site Supervisor</w:t>
            </w:r>
          </w:p>
        </w:tc>
      </w:tr>
      <w:tr w:rsidR="00C31769" w14:paraId="5E97B5C9" w14:textId="77777777">
        <w:trPr>
          <w:jc w:val="center"/>
        </w:trPr>
        <w:tc>
          <w:tcPr>
            <w:tcW w:w="918" w:type="dxa"/>
          </w:tcPr>
          <w:p w14:paraId="3647E480" w14:textId="77777777" w:rsidR="00C31769" w:rsidRDefault="00000000">
            <w:r>
              <w:rPr>
                <w:sz w:val="12"/>
              </w:rPr>
              <w:t>22</w:t>
            </w:r>
          </w:p>
        </w:tc>
        <w:tc>
          <w:tcPr>
            <w:tcW w:w="918" w:type="dxa"/>
          </w:tcPr>
          <w:p w14:paraId="7F15E40E" w14:textId="77777777" w:rsidR="00C31769" w:rsidRDefault="00000000">
            <w:r>
              <w:rPr>
                <w:sz w:val="12"/>
              </w:rPr>
              <w:t>Adverse weather</w:t>
            </w:r>
          </w:p>
        </w:tc>
        <w:tc>
          <w:tcPr>
            <w:tcW w:w="918" w:type="dxa"/>
          </w:tcPr>
          <w:p w14:paraId="05DAD9F6" w14:textId="77777777" w:rsidR="00C31769" w:rsidRDefault="00000000">
            <w:r>
              <w:rPr>
                <w:sz w:val="12"/>
              </w:rPr>
              <w:t>Heavy rain, wind, heat or poor visibility changes excavation conditions</w:t>
            </w:r>
          </w:p>
        </w:tc>
        <w:tc>
          <w:tcPr>
            <w:tcW w:w="918" w:type="dxa"/>
          </w:tcPr>
          <w:p w14:paraId="37E862FF" w14:textId="77777777" w:rsidR="00C31769" w:rsidRDefault="00000000">
            <w:r>
              <w:rPr>
                <w:sz w:val="12"/>
              </w:rPr>
              <w:t>Workers, operators</w:t>
            </w:r>
          </w:p>
        </w:tc>
        <w:tc>
          <w:tcPr>
            <w:tcW w:w="918" w:type="dxa"/>
          </w:tcPr>
          <w:p w14:paraId="692AA60E" w14:textId="77777777" w:rsidR="00C31769" w:rsidRDefault="00000000">
            <w:r>
              <w:rPr>
                <w:sz w:val="12"/>
              </w:rPr>
              <w:t>Collapse, flooding, slips, heat illness</w:t>
            </w:r>
          </w:p>
        </w:tc>
        <w:tc>
          <w:tcPr>
            <w:tcW w:w="918" w:type="dxa"/>
          </w:tcPr>
          <w:p w14:paraId="243143A0" w14:textId="77777777" w:rsidR="00C31769" w:rsidRDefault="00000000">
            <w:r>
              <w:rPr>
                <w:sz w:val="12"/>
              </w:rPr>
              <w:t>Weather monitoring and site inspections.</w:t>
            </w:r>
          </w:p>
        </w:tc>
        <w:tc>
          <w:tcPr>
            <w:tcW w:w="918" w:type="dxa"/>
          </w:tcPr>
          <w:p w14:paraId="10FC111E" w14:textId="77777777" w:rsidR="00C31769" w:rsidRDefault="00000000">
            <w:r>
              <w:rPr>
                <w:sz w:val="12"/>
              </w:rPr>
              <w:t>4</w:t>
            </w:r>
          </w:p>
        </w:tc>
        <w:tc>
          <w:tcPr>
            <w:tcW w:w="918" w:type="dxa"/>
          </w:tcPr>
          <w:p w14:paraId="31296405" w14:textId="77777777" w:rsidR="00C31769" w:rsidRDefault="00000000">
            <w:r>
              <w:rPr>
                <w:sz w:val="12"/>
              </w:rPr>
              <w:t>5</w:t>
            </w:r>
          </w:p>
        </w:tc>
        <w:tc>
          <w:tcPr>
            <w:tcW w:w="918" w:type="dxa"/>
          </w:tcPr>
          <w:p w14:paraId="1BEEEF88" w14:textId="77777777" w:rsidR="00C31769" w:rsidRDefault="00000000">
            <w:r>
              <w:rPr>
                <w:sz w:val="12"/>
              </w:rPr>
              <w:t>20</w:t>
            </w:r>
          </w:p>
        </w:tc>
        <w:tc>
          <w:tcPr>
            <w:tcW w:w="918" w:type="dxa"/>
          </w:tcPr>
          <w:p w14:paraId="3867F479" w14:textId="77777777" w:rsidR="00C31769" w:rsidRDefault="00000000">
            <w:r>
              <w:rPr>
                <w:sz w:val="12"/>
              </w:rPr>
              <w:t>Very High</w:t>
            </w:r>
          </w:p>
        </w:tc>
        <w:tc>
          <w:tcPr>
            <w:tcW w:w="918" w:type="dxa"/>
          </w:tcPr>
          <w:p w14:paraId="071A850D" w14:textId="77777777" w:rsidR="00C31769" w:rsidRDefault="00000000">
            <w:r>
              <w:rPr>
                <w:sz w:val="12"/>
              </w:rPr>
              <w:t>Stop and reassess when conditions change; inspect after rain; maintain drainage; provide heat controls and safe restart criteria.</w:t>
            </w:r>
          </w:p>
        </w:tc>
        <w:tc>
          <w:tcPr>
            <w:tcW w:w="918" w:type="dxa"/>
          </w:tcPr>
          <w:p w14:paraId="1F6EF4F4" w14:textId="77777777" w:rsidR="00C31769" w:rsidRDefault="00000000">
            <w:r>
              <w:rPr>
                <w:sz w:val="12"/>
              </w:rPr>
              <w:t>2</w:t>
            </w:r>
          </w:p>
        </w:tc>
        <w:tc>
          <w:tcPr>
            <w:tcW w:w="918" w:type="dxa"/>
          </w:tcPr>
          <w:p w14:paraId="7EB7F513" w14:textId="77777777" w:rsidR="00C31769" w:rsidRDefault="00000000">
            <w:r>
              <w:rPr>
                <w:sz w:val="12"/>
              </w:rPr>
              <w:t>5</w:t>
            </w:r>
          </w:p>
        </w:tc>
        <w:tc>
          <w:tcPr>
            <w:tcW w:w="918" w:type="dxa"/>
          </w:tcPr>
          <w:p w14:paraId="7241E232" w14:textId="77777777" w:rsidR="00C31769" w:rsidRDefault="00000000">
            <w:r>
              <w:rPr>
                <w:sz w:val="12"/>
              </w:rPr>
              <w:t>10</w:t>
            </w:r>
          </w:p>
        </w:tc>
        <w:tc>
          <w:tcPr>
            <w:tcW w:w="918" w:type="dxa"/>
          </w:tcPr>
          <w:p w14:paraId="648F8196" w14:textId="77777777" w:rsidR="00C31769" w:rsidRDefault="00000000">
            <w:r>
              <w:rPr>
                <w:sz w:val="12"/>
              </w:rPr>
              <w:t>High</w:t>
            </w:r>
          </w:p>
        </w:tc>
        <w:tc>
          <w:tcPr>
            <w:tcW w:w="918" w:type="dxa"/>
          </w:tcPr>
          <w:p w14:paraId="706B4735" w14:textId="77777777" w:rsidR="00C31769" w:rsidRDefault="00000000">
            <w:r>
              <w:rPr>
                <w:sz w:val="12"/>
              </w:rPr>
              <w:t>Site Manager / HSE</w:t>
            </w:r>
          </w:p>
        </w:tc>
      </w:tr>
      <w:tr w:rsidR="00C31769" w14:paraId="747EE718" w14:textId="77777777">
        <w:trPr>
          <w:jc w:val="center"/>
        </w:trPr>
        <w:tc>
          <w:tcPr>
            <w:tcW w:w="918" w:type="dxa"/>
          </w:tcPr>
          <w:p w14:paraId="7D25D1D5" w14:textId="77777777" w:rsidR="00C31769" w:rsidRDefault="00000000">
            <w:r>
              <w:rPr>
                <w:sz w:val="12"/>
              </w:rPr>
              <w:t>23</w:t>
            </w:r>
          </w:p>
        </w:tc>
        <w:tc>
          <w:tcPr>
            <w:tcW w:w="918" w:type="dxa"/>
          </w:tcPr>
          <w:p w14:paraId="2EEFD536" w14:textId="77777777" w:rsidR="00C31769" w:rsidRDefault="00000000">
            <w:r>
              <w:rPr>
                <w:sz w:val="12"/>
              </w:rPr>
              <w:t>Unauthorized access</w:t>
            </w:r>
          </w:p>
        </w:tc>
        <w:tc>
          <w:tcPr>
            <w:tcW w:w="918" w:type="dxa"/>
          </w:tcPr>
          <w:p w14:paraId="41D343C5" w14:textId="77777777" w:rsidR="00C31769" w:rsidRDefault="00000000">
            <w:r>
              <w:rPr>
                <w:sz w:val="12"/>
              </w:rPr>
              <w:t>Workers or public enter excavation without authorization</w:t>
            </w:r>
          </w:p>
        </w:tc>
        <w:tc>
          <w:tcPr>
            <w:tcW w:w="918" w:type="dxa"/>
          </w:tcPr>
          <w:p w14:paraId="60DBBD86" w14:textId="77777777" w:rsidR="00C31769" w:rsidRDefault="00000000">
            <w:r>
              <w:rPr>
                <w:sz w:val="12"/>
              </w:rPr>
              <w:t>Workers, visitors, public</w:t>
            </w:r>
          </w:p>
        </w:tc>
        <w:tc>
          <w:tcPr>
            <w:tcW w:w="918" w:type="dxa"/>
          </w:tcPr>
          <w:p w14:paraId="6902992A" w14:textId="77777777" w:rsidR="00C31769" w:rsidRDefault="00000000">
            <w:r>
              <w:rPr>
                <w:sz w:val="12"/>
              </w:rPr>
              <w:t>Fall, collapse exposure</w:t>
            </w:r>
          </w:p>
        </w:tc>
        <w:tc>
          <w:tcPr>
            <w:tcW w:w="918" w:type="dxa"/>
          </w:tcPr>
          <w:p w14:paraId="23BAD825" w14:textId="77777777" w:rsidR="00C31769" w:rsidRDefault="00000000">
            <w:r>
              <w:rPr>
                <w:sz w:val="12"/>
              </w:rPr>
              <w:t>Barriers and signs.</w:t>
            </w:r>
          </w:p>
        </w:tc>
        <w:tc>
          <w:tcPr>
            <w:tcW w:w="918" w:type="dxa"/>
          </w:tcPr>
          <w:p w14:paraId="5202CEE5" w14:textId="77777777" w:rsidR="00C31769" w:rsidRDefault="00000000">
            <w:r>
              <w:rPr>
                <w:sz w:val="12"/>
              </w:rPr>
              <w:t>3</w:t>
            </w:r>
          </w:p>
        </w:tc>
        <w:tc>
          <w:tcPr>
            <w:tcW w:w="918" w:type="dxa"/>
          </w:tcPr>
          <w:p w14:paraId="50C7FDA8" w14:textId="77777777" w:rsidR="00C31769" w:rsidRDefault="00000000">
            <w:r>
              <w:rPr>
                <w:sz w:val="12"/>
              </w:rPr>
              <w:t>5</w:t>
            </w:r>
          </w:p>
        </w:tc>
        <w:tc>
          <w:tcPr>
            <w:tcW w:w="918" w:type="dxa"/>
          </w:tcPr>
          <w:p w14:paraId="235B0766" w14:textId="77777777" w:rsidR="00C31769" w:rsidRDefault="00000000">
            <w:r>
              <w:rPr>
                <w:sz w:val="12"/>
              </w:rPr>
              <w:t>15</w:t>
            </w:r>
          </w:p>
        </w:tc>
        <w:tc>
          <w:tcPr>
            <w:tcW w:w="918" w:type="dxa"/>
          </w:tcPr>
          <w:p w14:paraId="7637A712" w14:textId="77777777" w:rsidR="00C31769" w:rsidRDefault="00000000">
            <w:r>
              <w:rPr>
                <w:sz w:val="12"/>
              </w:rPr>
              <w:t>High</w:t>
            </w:r>
          </w:p>
        </w:tc>
        <w:tc>
          <w:tcPr>
            <w:tcW w:w="918" w:type="dxa"/>
          </w:tcPr>
          <w:p w14:paraId="501167A2" w14:textId="77777777" w:rsidR="00C31769" w:rsidRDefault="00000000">
            <w:r>
              <w:rPr>
                <w:sz w:val="12"/>
              </w:rPr>
              <w:t xml:space="preserve">Use robust barriers, controlled access points, signage, security checks and maintain protection outside working </w:t>
            </w:r>
            <w:r>
              <w:rPr>
                <w:sz w:val="12"/>
              </w:rPr>
              <w:lastRenderedPageBreak/>
              <w:t>hours.</w:t>
            </w:r>
          </w:p>
        </w:tc>
        <w:tc>
          <w:tcPr>
            <w:tcW w:w="918" w:type="dxa"/>
          </w:tcPr>
          <w:p w14:paraId="46C182B3" w14:textId="77777777" w:rsidR="00C31769" w:rsidRDefault="00000000">
            <w:r>
              <w:rPr>
                <w:sz w:val="12"/>
              </w:rPr>
              <w:lastRenderedPageBreak/>
              <w:t>1</w:t>
            </w:r>
          </w:p>
        </w:tc>
        <w:tc>
          <w:tcPr>
            <w:tcW w:w="918" w:type="dxa"/>
          </w:tcPr>
          <w:p w14:paraId="08BFE67F" w14:textId="77777777" w:rsidR="00C31769" w:rsidRDefault="00000000">
            <w:r>
              <w:rPr>
                <w:sz w:val="12"/>
              </w:rPr>
              <w:t>5</w:t>
            </w:r>
          </w:p>
        </w:tc>
        <w:tc>
          <w:tcPr>
            <w:tcW w:w="918" w:type="dxa"/>
          </w:tcPr>
          <w:p w14:paraId="44FA44F8" w14:textId="77777777" w:rsidR="00C31769" w:rsidRDefault="00000000">
            <w:r>
              <w:rPr>
                <w:sz w:val="12"/>
              </w:rPr>
              <w:t>5</w:t>
            </w:r>
          </w:p>
        </w:tc>
        <w:tc>
          <w:tcPr>
            <w:tcW w:w="918" w:type="dxa"/>
          </w:tcPr>
          <w:p w14:paraId="5034A5B9" w14:textId="77777777" w:rsidR="00C31769" w:rsidRDefault="00000000">
            <w:r>
              <w:rPr>
                <w:sz w:val="12"/>
              </w:rPr>
              <w:t>Medium</w:t>
            </w:r>
          </w:p>
        </w:tc>
        <w:tc>
          <w:tcPr>
            <w:tcW w:w="918" w:type="dxa"/>
          </w:tcPr>
          <w:p w14:paraId="0EC69CED" w14:textId="77777777" w:rsidR="00C31769" w:rsidRDefault="00000000">
            <w:r>
              <w:rPr>
                <w:sz w:val="12"/>
              </w:rPr>
              <w:t>Supervisor / Security</w:t>
            </w:r>
          </w:p>
        </w:tc>
      </w:tr>
      <w:tr w:rsidR="00C31769" w14:paraId="1BF3B027" w14:textId="77777777">
        <w:trPr>
          <w:jc w:val="center"/>
        </w:trPr>
        <w:tc>
          <w:tcPr>
            <w:tcW w:w="918" w:type="dxa"/>
          </w:tcPr>
          <w:p w14:paraId="437469FF" w14:textId="77777777" w:rsidR="00C31769" w:rsidRDefault="00000000">
            <w:r>
              <w:rPr>
                <w:sz w:val="12"/>
              </w:rPr>
              <w:t>24</w:t>
            </w:r>
          </w:p>
        </w:tc>
        <w:tc>
          <w:tcPr>
            <w:tcW w:w="918" w:type="dxa"/>
          </w:tcPr>
          <w:p w14:paraId="6413333A" w14:textId="77777777" w:rsidR="00C31769" w:rsidRDefault="00000000">
            <w:r>
              <w:rPr>
                <w:sz w:val="12"/>
              </w:rPr>
              <w:t>Emergency rescue</w:t>
            </w:r>
          </w:p>
        </w:tc>
        <w:tc>
          <w:tcPr>
            <w:tcW w:w="918" w:type="dxa"/>
          </w:tcPr>
          <w:p w14:paraId="4FA11EDF" w14:textId="77777777" w:rsidR="00C31769" w:rsidRDefault="00000000">
            <w:r>
              <w:rPr>
                <w:sz w:val="12"/>
              </w:rPr>
              <w:t>Buried worker, collapse, flooding or service strike requires rescue</w:t>
            </w:r>
          </w:p>
        </w:tc>
        <w:tc>
          <w:tcPr>
            <w:tcW w:w="918" w:type="dxa"/>
          </w:tcPr>
          <w:p w14:paraId="732A32F1" w14:textId="77777777" w:rsidR="00C31769" w:rsidRDefault="00000000">
            <w:r>
              <w:rPr>
                <w:sz w:val="12"/>
              </w:rPr>
              <w:t>Workers, rescuers</w:t>
            </w:r>
          </w:p>
        </w:tc>
        <w:tc>
          <w:tcPr>
            <w:tcW w:w="918" w:type="dxa"/>
          </w:tcPr>
          <w:p w14:paraId="34F130E7" w14:textId="77777777" w:rsidR="00C31769" w:rsidRDefault="00000000">
            <w:r>
              <w:rPr>
                <w:sz w:val="12"/>
              </w:rPr>
              <w:t>Fatality, secondary collapse, electrical exposure</w:t>
            </w:r>
          </w:p>
        </w:tc>
        <w:tc>
          <w:tcPr>
            <w:tcW w:w="918" w:type="dxa"/>
          </w:tcPr>
          <w:p w14:paraId="23EDD062" w14:textId="77777777" w:rsidR="00C31769" w:rsidRDefault="00000000">
            <w:r>
              <w:rPr>
                <w:sz w:val="12"/>
              </w:rPr>
              <w:t>Emergency contacts and general site response.</w:t>
            </w:r>
          </w:p>
        </w:tc>
        <w:tc>
          <w:tcPr>
            <w:tcW w:w="918" w:type="dxa"/>
          </w:tcPr>
          <w:p w14:paraId="755FF77F" w14:textId="77777777" w:rsidR="00C31769" w:rsidRDefault="00000000">
            <w:r>
              <w:rPr>
                <w:sz w:val="12"/>
              </w:rPr>
              <w:t>4</w:t>
            </w:r>
          </w:p>
        </w:tc>
        <w:tc>
          <w:tcPr>
            <w:tcW w:w="918" w:type="dxa"/>
          </w:tcPr>
          <w:p w14:paraId="7DA6B04E" w14:textId="77777777" w:rsidR="00C31769" w:rsidRDefault="00000000">
            <w:r>
              <w:rPr>
                <w:sz w:val="12"/>
              </w:rPr>
              <w:t>5</w:t>
            </w:r>
          </w:p>
        </w:tc>
        <w:tc>
          <w:tcPr>
            <w:tcW w:w="918" w:type="dxa"/>
          </w:tcPr>
          <w:p w14:paraId="7EC69333" w14:textId="77777777" w:rsidR="00C31769" w:rsidRDefault="00000000">
            <w:r>
              <w:rPr>
                <w:sz w:val="12"/>
              </w:rPr>
              <w:t>20</w:t>
            </w:r>
          </w:p>
        </w:tc>
        <w:tc>
          <w:tcPr>
            <w:tcW w:w="918" w:type="dxa"/>
          </w:tcPr>
          <w:p w14:paraId="2309F6E7" w14:textId="77777777" w:rsidR="00C31769" w:rsidRDefault="00000000">
            <w:r>
              <w:rPr>
                <w:sz w:val="12"/>
              </w:rPr>
              <w:t>Very High</w:t>
            </w:r>
          </w:p>
        </w:tc>
        <w:tc>
          <w:tcPr>
            <w:tcW w:w="918" w:type="dxa"/>
          </w:tcPr>
          <w:p w14:paraId="5051BAA2" w14:textId="77777777" w:rsidR="00C31769" w:rsidRDefault="00000000">
            <w:r>
              <w:rPr>
                <w:sz w:val="12"/>
              </w:rPr>
              <w:t>Prepare excavation emergency plan; do not enter unstable excavation for improvised rescue; provide competent rescue arrangements, communication and emergency access.</w:t>
            </w:r>
          </w:p>
        </w:tc>
        <w:tc>
          <w:tcPr>
            <w:tcW w:w="918" w:type="dxa"/>
          </w:tcPr>
          <w:p w14:paraId="6A71B3F6" w14:textId="77777777" w:rsidR="00C31769" w:rsidRDefault="00000000">
            <w:r>
              <w:rPr>
                <w:sz w:val="12"/>
              </w:rPr>
              <w:t>1</w:t>
            </w:r>
          </w:p>
        </w:tc>
        <w:tc>
          <w:tcPr>
            <w:tcW w:w="918" w:type="dxa"/>
          </w:tcPr>
          <w:p w14:paraId="2711DFC7" w14:textId="77777777" w:rsidR="00C31769" w:rsidRDefault="00000000">
            <w:r>
              <w:rPr>
                <w:sz w:val="12"/>
              </w:rPr>
              <w:t>5</w:t>
            </w:r>
          </w:p>
        </w:tc>
        <w:tc>
          <w:tcPr>
            <w:tcW w:w="918" w:type="dxa"/>
          </w:tcPr>
          <w:p w14:paraId="73C28EFC" w14:textId="77777777" w:rsidR="00C31769" w:rsidRDefault="00000000">
            <w:r>
              <w:rPr>
                <w:sz w:val="12"/>
              </w:rPr>
              <w:t>5</w:t>
            </w:r>
          </w:p>
        </w:tc>
        <w:tc>
          <w:tcPr>
            <w:tcW w:w="918" w:type="dxa"/>
          </w:tcPr>
          <w:p w14:paraId="09F45482" w14:textId="77777777" w:rsidR="00C31769" w:rsidRDefault="00000000">
            <w:r>
              <w:rPr>
                <w:sz w:val="12"/>
              </w:rPr>
              <w:t>Medium</w:t>
            </w:r>
          </w:p>
        </w:tc>
        <w:tc>
          <w:tcPr>
            <w:tcW w:w="918" w:type="dxa"/>
          </w:tcPr>
          <w:p w14:paraId="7D5AB58C" w14:textId="77777777" w:rsidR="00C31769" w:rsidRDefault="00000000">
            <w:r>
              <w:rPr>
                <w:sz w:val="12"/>
              </w:rPr>
              <w:t>Site Manager / HSE</w:t>
            </w:r>
          </w:p>
        </w:tc>
      </w:tr>
      <w:tr w:rsidR="00C31769" w14:paraId="2969EE81" w14:textId="77777777">
        <w:trPr>
          <w:jc w:val="center"/>
        </w:trPr>
        <w:tc>
          <w:tcPr>
            <w:tcW w:w="918" w:type="dxa"/>
          </w:tcPr>
          <w:p w14:paraId="6EB9780B" w14:textId="77777777" w:rsidR="00C31769" w:rsidRDefault="00000000">
            <w:r>
              <w:rPr>
                <w:sz w:val="12"/>
              </w:rPr>
              <w:t>25</w:t>
            </w:r>
          </w:p>
        </w:tc>
        <w:tc>
          <w:tcPr>
            <w:tcW w:w="918" w:type="dxa"/>
          </w:tcPr>
          <w:p w14:paraId="5C3F40D2" w14:textId="77777777" w:rsidR="00C31769" w:rsidRDefault="00000000">
            <w:r>
              <w:rPr>
                <w:sz w:val="12"/>
              </w:rPr>
              <w:t>Excavation inspection failure</w:t>
            </w:r>
          </w:p>
        </w:tc>
        <w:tc>
          <w:tcPr>
            <w:tcW w:w="918" w:type="dxa"/>
          </w:tcPr>
          <w:p w14:paraId="01A697D4" w14:textId="77777777" w:rsidR="00C31769" w:rsidRDefault="00000000">
            <w:r>
              <w:rPr>
                <w:sz w:val="12"/>
              </w:rPr>
              <w:t>Changes or deterioration not identified before entry</w:t>
            </w:r>
          </w:p>
        </w:tc>
        <w:tc>
          <w:tcPr>
            <w:tcW w:w="918" w:type="dxa"/>
          </w:tcPr>
          <w:p w14:paraId="6F1B43D4" w14:textId="77777777" w:rsidR="00C31769" w:rsidRDefault="00000000">
            <w:r>
              <w:rPr>
                <w:sz w:val="12"/>
              </w:rPr>
              <w:t>Workers, supervisors</w:t>
            </w:r>
          </w:p>
        </w:tc>
        <w:tc>
          <w:tcPr>
            <w:tcW w:w="918" w:type="dxa"/>
          </w:tcPr>
          <w:p w14:paraId="0406157B" w14:textId="77777777" w:rsidR="00C31769" w:rsidRDefault="00000000">
            <w:r>
              <w:rPr>
                <w:sz w:val="12"/>
              </w:rPr>
              <w:t>Exposure to collapse, water or other hazards</w:t>
            </w:r>
          </w:p>
        </w:tc>
        <w:tc>
          <w:tcPr>
            <w:tcW w:w="918" w:type="dxa"/>
          </w:tcPr>
          <w:p w14:paraId="7872B944" w14:textId="77777777" w:rsidR="00C31769" w:rsidRDefault="00000000">
            <w:r>
              <w:rPr>
                <w:sz w:val="12"/>
              </w:rPr>
              <w:t>Routine inspections.</w:t>
            </w:r>
          </w:p>
        </w:tc>
        <w:tc>
          <w:tcPr>
            <w:tcW w:w="918" w:type="dxa"/>
          </w:tcPr>
          <w:p w14:paraId="643A5EA3" w14:textId="77777777" w:rsidR="00C31769" w:rsidRDefault="00000000">
            <w:r>
              <w:rPr>
                <w:sz w:val="12"/>
              </w:rPr>
              <w:t>4</w:t>
            </w:r>
          </w:p>
        </w:tc>
        <w:tc>
          <w:tcPr>
            <w:tcW w:w="918" w:type="dxa"/>
          </w:tcPr>
          <w:p w14:paraId="2E4D73A6" w14:textId="77777777" w:rsidR="00C31769" w:rsidRDefault="00000000">
            <w:r>
              <w:rPr>
                <w:sz w:val="12"/>
              </w:rPr>
              <w:t>5</w:t>
            </w:r>
          </w:p>
        </w:tc>
        <w:tc>
          <w:tcPr>
            <w:tcW w:w="918" w:type="dxa"/>
          </w:tcPr>
          <w:p w14:paraId="6C5A7860" w14:textId="77777777" w:rsidR="00C31769" w:rsidRDefault="00000000">
            <w:r>
              <w:rPr>
                <w:sz w:val="12"/>
              </w:rPr>
              <w:t>20</w:t>
            </w:r>
          </w:p>
        </w:tc>
        <w:tc>
          <w:tcPr>
            <w:tcW w:w="918" w:type="dxa"/>
          </w:tcPr>
          <w:p w14:paraId="65C8E93E" w14:textId="77777777" w:rsidR="00C31769" w:rsidRDefault="00000000">
            <w:r>
              <w:rPr>
                <w:sz w:val="12"/>
              </w:rPr>
              <w:t>Very High</w:t>
            </w:r>
          </w:p>
        </w:tc>
        <w:tc>
          <w:tcPr>
            <w:tcW w:w="918" w:type="dxa"/>
          </w:tcPr>
          <w:p w14:paraId="67A8DECA" w14:textId="77777777" w:rsidR="00C31769" w:rsidRDefault="00000000">
            <w:r>
              <w:rPr>
                <w:sz w:val="12"/>
              </w:rPr>
              <w:t>Competent person to inspect before entry and after rain, vibration, alteration or other events; record findings and close unsafe areas.</w:t>
            </w:r>
          </w:p>
        </w:tc>
        <w:tc>
          <w:tcPr>
            <w:tcW w:w="918" w:type="dxa"/>
          </w:tcPr>
          <w:p w14:paraId="5477E178" w14:textId="77777777" w:rsidR="00C31769" w:rsidRDefault="00000000">
            <w:r>
              <w:rPr>
                <w:sz w:val="12"/>
              </w:rPr>
              <w:t>1</w:t>
            </w:r>
          </w:p>
        </w:tc>
        <w:tc>
          <w:tcPr>
            <w:tcW w:w="918" w:type="dxa"/>
          </w:tcPr>
          <w:p w14:paraId="16119CA0" w14:textId="77777777" w:rsidR="00C31769" w:rsidRDefault="00000000">
            <w:r>
              <w:rPr>
                <w:sz w:val="12"/>
              </w:rPr>
              <w:t>5</w:t>
            </w:r>
          </w:p>
        </w:tc>
        <w:tc>
          <w:tcPr>
            <w:tcW w:w="918" w:type="dxa"/>
          </w:tcPr>
          <w:p w14:paraId="3CB26C69" w14:textId="77777777" w:rsidR="00C31769" w:rsidRDefault="00000000">
            <w:r>
              <w:rPr>
                <w:sz w:val="12"/>
              </w:rPr>
              <w:t>5</w:t>
            </w:r>
          </w:p>
        </w:tc>
        <w:tc>
          <w:tcPr>
            <w:tcW w:w="918" w:type="dxa"/>
          </w:tcPr>
          <w:p w14:paraId="23F5BA29" w14:textId="77777777" w:rsidR="00C31769" w:rsidRDefault="00000000">
            <w:r>
              <w:rPr>
                <w:sz w:val="12"/>
              </w:rPr>
              <w:t>Medium</w:t>
            </w:r>
          </w:p>
        </w:tc>
        <w:tc>
          <w:tcPr>
            <w:tcW w:w="918" w:type="dxa"/>
          </w:tcPr>
          <w:p w14:paraId="24F36B59" w14:textId="77777777" w:rsidR="00C31769" w:rsidRDefault="00000000">
            <w:r>
              <w:rPr>
                <w:sz w:val="12"/>
              </w:rPr>
              <w:t>Competent Person</w:t>
            </w:r>
          </w:p>
        </w:tc>
      </w:tr>
    </w:tbl>
    <w:p w14:paraId="5FEF950A" w14:textId="77777777" w:rsidR="00C31769" w:rsidRDefault="00000000">
      <w:r>
        <w:t>Risk scores are calculated as Likelihood × Severity. Residual ratings assume all listed additional controls are implemented and verified.</w:t>
      </w:r>
    </w:p>
    <w:p w14:paraId="05359A18" w14:textId="77777777" w:rsidR="00C31769" w:rsidRDefault="00C31769">
      <w:pPr>
        <w:sectPr w:rsidR="00C31769">
          <w:pgSz w:w="15840" w:h="12240" w:orient="landscape"/>
          <w:pgMar w:top="648" w:right="576" w:bottom="648" w:left="576" w:header="720" w:footer="720" w:gutter="0"/>
          <w:cols w:space="720"/>
          <w:docGrid w:linePitch="360"/>
        </w:sectPr>
      </w:pPr>
    </w:p>
    <w:p w14:paraId="74654F0D" w14:textId="77777777" w:rsidR="00C31769" w:rsidRDefault="00000000">
      <w:pPr>
        <w:pStyle w:val="Heading1"/>
      </w:pPr>
      <w:r>
        <w:lastRenderedPageBreak/>
        <w:t>12. Key Excavation &amp; Trenching Safety Requirements</w:t>
      </w:r>
    </w:p>
    <w:tbl>
      <w:tblPr>
        <w:tblStyle w:val="TableGrid"/>
        <w:tblW w:w="0" w:type="auto"/>
        <w:jc w:val="center"/>
        <w:tblLook w:val="04A0" w:firstRow="1" w:lastRow="0" w:firstColumn="1" w:lastColumn="0" w:noHBand="0" w:noVBand="1"/>
      </w:tblPr>
      <w:tblGrid>
        <w:gridCol w:w="3408"/>
        <w:gridCol w:w="3408"/>
        <w:gridCol w:w="3408"/>
      </w:tblGrid>
      <w:tr w:rsidR="00C31769" w14:paraId="33E8C74E" w14:textId="77777777">
        <w:trPr>
          <w:tblHeader/>
          <w:jc w:val="center"/>
        </w:trPr>
        <w:tc>
          <w:tcPr>
            <w:tcW w:w="3408" w:type="dxa"/>
            <w:shd w:val="clear" w:color="auto" w:fill="0F3D5E"/>
            <w:vAlign w:val="center"/>
          </w:tcPr>
          <w:p w14:paraId="6D9698BC" w14:textId="77777777" w:rsidR="00C31769" w:rsidRDefault="00000000">
            <w:r>
              <w:rPr>
                <w:b/>
                <w:color w:val="FFFFFF"/>
              </w:rPr>
              <w:t>No.</w:t>
            </w:r>
          </w:p>
        </w:tc>
        <w:tc>
          <w:tcPr>
            <w:tcW w:w="3408" w:type="dxa"/>
            <w:shd w:val="clear" w:color="auto" w:fill="0F3D5E"/>
            <w:vAlign w:val="center"/>
          </w:tcPr>
          <w:p w14:paraId="456E5D9B" w14:textId="77777777" w:rsidR="00C31769" w:rsidRDefault="00000000">
            <w:r>
              <w:rPr>
                <w:b/>
                <w:color w:val="FFFFFF"/>
              </w:rPr>
              <w:t>Requirement</w:t>
            </w:r>
          </w:p>
        </w:tc>
        <w:tc>
          <w:tcPr>
            <w:tcW w:w="3408" w:type="dxa"/>
            <w:shd w:val="clear" w:color="auto" w:fill="0F3D5E"/>
            <w:vAlign w:val="center"/>
          </w:tcPr>
          <w:p w14:paraId="3609E025" w14:textId="77777777" w:rsidR="00C31769" w:rsidRDefault="00000000">
            <w:r>
              <w:rPr>
                <w:b/>
                <w:color w:val="FFFFFF"/>
              </w:rPr>
              <w:t>Expected Practice</w:t>
            </w:r>
          </w:p>
        </w:tc>
      </w:tr>
      <w:tr w:rsidR="00C31769" w14:paraId="68B40D71" w14:textId="77777777">
        <w:trPr>
          <w:jc w:val="center"/>
        </w:trPr>
        <w:tc>
          <w:tcPr>
            <w:tcW w:w="3408" w:type="dxa"/>
          </w:tcPr>
          <w:p w14:paraId="0432C957" w14:textId="77777777" w:rsidR="00C31769" w:rsidRDefault="00000000">
            <w:r>
              <w:rPr>
                <w:sz w:val="16"/>
              </w:rPr>
              <w:t>1</w:t>
            </w:r>
          </w:p>
        </w:tc>
        <w:tc>
          <w:tcPr>
            <w:tcW w:w="3408" w:type="dxa"/>
          </w:tcPr>
          <w:p w14:paraId="2B62C574" w14:textId="77777777" w:rsidR="00C31769" w:rsidRDefault="00000000">
            <w:r>
              <w:rPr>
                <w:sz w:val="16"/>
              </w:rPr>
              <w:t>Planning</w:t>
            </w:r>
          </w:p>
        </w:tc>
        <w:tc>
          <w:tcPr>
            <w:tcW w:w="3408" w:type="dxa"/>
          </w:tcPr>
          <w:p w14:paraId="073DCB7C" w14:textId="77777777" w:rsidR="00C31769" w:rsidRDefault="00000000">
            <w:r>
              <w:rPr>
                <w:sz w:val="16"/>
              </w:rPr>
              <w:t>Plan excavation sequence, support, services, access, plant and emergency response before starting.</w:t>
            </w:r>
          </w:p>
        </w:tc>
      </w:tr>
      <w:tr w:rsidR="00C31769" w14:paraId="59B7D33F" w14:textId="77777777">
        <w:trPr>
          <w:jc w:val="center"/>
        </w:trPr>
        <w:tc>
          <w:tcPr>
            <w:tcW w:w="3408" w:type="dxa"/>
          </w:tcPr>
          <w:p w14:paraId="5E748722" w14:textId="77777777" w:rsidR="00C31769" w:rsidRDefault="00000000">
            <w:r>
              <w:rPr>
                <w:sz w:val="16"/>
              </w:rPr>
              <w:t>2</w:t>
            </w:r>
          </w:p>
        </w:tc>
        <w:tc>
          <w:tcPr>
            <w:tcW w:w="3408" w:type="dxa"/>
          </w:tcPr>
          <w:p w14:paraId="37711073" w14:textId="77777777" w:rsidR="00C31769" w:rsidRDefault="00000000">
            <w:r>
              <w:rPr>
                <w:sz w:val="16"/>
              </w:rPr>
              <w:t>Permit / Authorization</w:t>
            </w:r>
          </w:p>
        </w:tc>
        <w:tc>
          <w:tcPr>
            <w:tcW w:w="3408" w:type="dxa"/>
          </w:tcPr>
          <w:p w14:paraId="0790D13D" w14:textId="77777777" w:rsidR="00C31769" w:rsidRDefault="00000000">
            <w:r>
              <w:rPr>
                <w:sz w:val="16"/>
              </w:rPr>
              <w:t>Complete required excavation permit and approvals before breaking ground.</w:t>
            </w:r>
          </w:p>
        </w:tc>
      </w:tr>
      <w:tr w:rsidR="00C31769" w14:paraId="09DD79BB" w14:textId="77777777">
        <w:trPr>
          <w:jc w:val="center"/>
        </w:trPr>
        <w:tc>
          <w:tcPr>
            <w:tcW w:w="3408" w:type="dxa"/>
          </w:tcPr>
          <w:p w14:paraId="7C2FF9AA" w14:textId="77777777" w:rsidR="00C31769" w:rsidRDefault="00000000">
            <w:r>
              <w:rPr>
                <w:sz w:val="16"/>
              </w:rPr>
              <w:t>3</w:t>
            </w:r>
          </w:p>
        </w:tc>
        <w:tc>
          <w:tcPr>
            <w:tcW w:w="3408" w:type="dxa"/>
          </w:tcPr>
          <w:p w14:paraId="5789F088" w14:textId="77777777" w:rsidR="00C31769" w:rsidRDefault="00000000">
            <w:r>
              <w:rPr>
                <w:sz w:val="16"/>
              </w:rPr>
              <w:t>Competency</w:t>
            </w:r>
          </w:p>
        </w:tc>
        <w:tc>
          <w:tcPr>
            <w:tcW w:w="3408" w:type="dxa"/>
          </w:tcPr>
          <w:p w14:paraId="61DD8252" w14:textId="77777777" w:rsidR="00C31769" w:rsidRDefault="00000000">
            <w:r>
              <w:rPr>
                <w:sz w:val="16"/>
              </w:rPr>
              <w:t>Use competent personnel for excavation inspections, utility locating and temporary works.</w:t>
            </w:r>
          </w:p>
        </w:tc>
      </w:tr>
      <w:tr w:rsidR="00C31769" w14:paraId="10F50184" w14:textId="77777777">
        <w:trPr>
          <w:jc w:val="center"/>
        </w:trPr>
        <w:tc>
          <w:tcPr>
            <w:tcW w:w="3408" w:type="dxa"/>
          </w:tcPr>
          <w:p w14:paraId="1093AAAB" w14:textId="77777777" w:rsidR="00C31769" w:rsidRDefault="00000000">
            <w:r>
              <w:rPr>
                <w:sz w:val="16"/>
              </w:rPr>
              <w:t>4</w:t>
            </w:r>
          </w:p>
        </w:tc>
        <w:tc>
          <w:tcPr>
            <w:tcW w:w="3408" w:type="dxa"/>
          </w:tcPr>
          <w:p w14:paraId="0C070A49" w14:textId="77777777" w:rsidR="00C31769" w:rsidRDefault="00000000">
            <w:r>
              <w:rPr>
                <w:sz w:val="16"/>
              </w:rPr>
              <w:t>Ground Assessment</w:t>
            </w:r>
          </w:p>
        </w:tc>
        <w:tc>
          <w:tcPr>
            <w:tcW w:w="3408" w:type="dxa"/>
          </w:tcPr>
          <w:p w14:paraId="052253C9" w14:textId="77777777" w:rsidR="00C31769" w:rsidRDefault="00000000">
            <w:r>
              <w:rPr>
                <w:sz w:val="16"/>
              </w:rPr>
              <w:t>Assess soil, rock, groundwater, surcharge, vibration and adjacent structures.</w:t>
            </w:r>
          </w:p>
        </w:tc>
      </w:tr>
      <w:tr w:rsidR="00C31769" w14:paraId="25501CDE" w14:textId="77777777">
        <w:trPr>
          <w:jc w:val="center"/>
        </w:trPr>
        <w:tc>
          <w:tcPr>
            <w:tcW w:w="3408" w:type="dxa"/>
          </w:tcPr>
          <w:p w14:paraId="2247E0F9" w14:textId="77777777" w:rsidR="00C31769" w:rsidRDefault="00000000">
            <w:r>
              <w:rPr>
                <w:sz w:val="16"/>
              </w:rPr>
              <w:t>5</w:t>
            </w:r>
          </w:p>
        </w:tc>
        <w:tc>
          <w:tcPr>
            <w:tcW w:w="3408" w:type="dxa"/>
          </w:tcPr>
          <w:p w14:paraId="3A8E76E4" w14:textId="77777777" w:rsidR="00C31769" w:rsidRDefault="00000000">
            <w:r>
              <w:rPr>
                <w:sz w:val="16"/>
              </w:rPr>
              <w:t>Protective Systems</w:t>
            </w:r>
          </w:p>
        </w:tc>
        <w:tc>
          <w:tcPr>
            <w:tcW w:w="3408" w:type="dxa"/>
          </w:tcPr>
          <w:p w14:paraId="0673D8C8" w14:textId="77777777" w:rsidR="00C31769" w:rsidRDefault="00000000">
            <w:r>
              <w:rPr>
                <w:sz w:val="16"/>
              </w:rPr>
              <w:t>Provide suitable shoring, shielding, benching or battering based on competent assessment.</w:t>
            </w:r>
          </w:p>
        </w:tc>
      </w:tr>
      <w:tr w:rsidR="00C31769" w14:paraId="1799E1AA" w14:textId="77777777">
        <w:trPr>
          <w:jc w:val="center"/>
        </w:trPr>
        <w:tc>
          <w:tcPr>
            <w:tcW w:w="3408" w:type="dxa"/>
          </w:tcPr>
          <w:p w14:paraId="0D702A92" w14:textId="77777777" w:rsidR="00C31769" w:rsidRDefault="00000000">
            <w:r>
              <w:rPr>
                <w:sz w:val="16"/>
              </w:rPr>
              <w:t>6</w:t>
            </w:r>
          </w:p>
        </w:tc>
        <w:tc>
          <w:tcPr>
            <w:tcW w:w="3408" w:type="dxa"/>
          </w:tcPr>
          <w:p w14:paraId="231DE62D" w14:textId="77777777" w:rsidR="00C31769" w:rsidRDefault="00000000">
            <w:r>
              <w:rPr>
                <w:sz w:val="16"/>
              </w:rPr>
              <w:t>Services</w:t>
            </w:r>
          </w:p>
        </w:tc>
        <w:tc>
          <w:tcPr>
            <w:tcW w:w="3408" w:type="dxa"/>
          </w:tcPr>
          <w:p w14:paraId="4D141C98" w14:textId="77777777" w:rsidR="00C31769" w:rsidRDefault="00000000">
            <w:r>
              <w:rPr>
                <w:sz w:val="16"/>
              </w:rPr>
              <w:t>Locate, mark and safely expose underground services using approved methods.</w:t>
            </w:r>
          </w:p>
        </w:tc>
      </w:tr>
      <w:tr w:rsidR="00C31769" w14:paraId="768D1B6A" w14:textId="77777777">
        <w:trPr>
          <w:jc w:val="center"/>
        </w:trPr>
        <w:tc>
          <w:tcPr>
            <w:tcW w:w="3408" w:type="dxa"/>
          </w:tcPr>
          <w:p w14:paraId="0573068F" w14:textId="77777777" w:rsidR="00C31769" w:rsidRDefault="00000000">
            <w:r>
              <w:rPr>
                <w:sz w:val="16"/>
              </w:rPr>
              <w:t>7</w:t>
            </w:r>
          </w:p>
        </w:tc>
        <w:tc>
          <w:tcPr>
            <w:tcW w:w="3408" w:type="dxa"/>
          </w:tcPr>
          <w:p w14:paraId="28CF6096" w14:textId="77777777" w:rsidR="00C31769" w:rsidRDefault="00000000">
            <w:r>
              <w:rPr>
                <w:sz w:val="16"/>
              </w:rPr>
              <w:t>Access / Egress</w:t>
            </w:r>
          </w:p>
        </w:tc>
        <w:tc>
          <w:tcPr>
            <w:tcW w:w="3408" w:type="dxa"/>
          </w:tcPr>
          <w:p w14:paraId="36B91CA8" w14:textId="77777777" w:rsidR="00C31769" w:rsidRDefault="00000000">
            <w:r>
              <w:rPr>
                <w:sz w:val="16"/>
              </w:rPr>
              <w:t>Provide secure ladders, stairs or ramps and keep them clear.</w:t>
            </w:r>
          </w:p>
        </w:tc>
      </w:tr>
      <w:tr w:rsidR="00C31769" w14:paraId="4011A727" w14:textId="77777777">
        <w:trPr>
          <w:jc w:val="center"/>
        </w:trPr>
        <w:tc>
          <w:tcPr>
            <w:tcW w:w="3408" w:type="dxa"/>
          </w:tcPr>
          <w:p w14:paraId="1E61AF2A" w14:textId="77777777" w:rsidR="00C31769" w:rsidRDefault="00000000">
            <w:r>
              <w:rPr>
                <w:sz w:val="16"/>
              </w:rPr>
              <w:t>8</w:t>
            </w:r>
          </w:p>
        </w:tc>
        <w:tc>
          <w:tcPr>
            <w:tcW w:w="3408" w:type="dxa"/>
          </w:tcPr>
          <w:p w14:paraId="2489A943" w14:textId="77777777" w:rsidR="00C31769" w:rsidRDefault="00000000">
            <w:r>
              <w:rPr>
                <w:sz w:val="16"/>
              </w:rPr>
              <w:t>Edge Protection</w:t>
            </w:r>
          </w:p>
        </w:tc>
        <w:tc>
          <w:tcPr>
            <w:tcW w:w="3408" w:type="dxa"/>
          </w:tcPr>
          <w:p w14:paraId="502F425C" w14:textId="77777777" w:rsidR="00C31769" w:rsidRDefault="00000000">
            <w:r>
              <w:rPr>
                <w:sz w:val="16"/>
              </w:rPr>
              <w:t>Prevent falls with robust barriers and controlled access.</w:t>
            </w:r>
          </w:p>
        </w:tc>
      </w:tr>
      <w:tr w:rsidR="00C31769" w14:paraId="01CAC27F" w14:textId="77777777">
        <w:trPr>
          <w:jc w:val="center"/>
        </w:trPr>
        <w:tc>
          <w:tcPr>
            <w:tcW w:w="3408" w:type="dxa"/>
          </w:tcPr>
          <w:p w14:paraId="004653F2" w14:textId="77777777" w:rsidR="00C31769" w:rsidRDefault="00000000">
            <w:r>
              <w:rPr>
                <w:sz w:val="16"/>
              </w:rPr>
              <w:t>9</w:t>
            </w:r>
          </w:p>
        </w:tc>
        <w:tc>
          <w:tcPr>
            <w:tcW w:w="3408" w:type="dxa"/>
          </w:tcPr>
          <w:p w14:paraId="250F170C" w14:textId="77777777" w:rsidR="00C31769" w:rsidRDefault="00000000">
            <w:r>
              <w:rPr>
                <w:sz w:val="16"/>
              </w:rPr>
              <w:t>Spoil / Surcharge</w:t>
            </w:r>
          </w:p>
        </w:tc>
        <w:tc>
          <w:tcPr>
            <w:tcW w:w="3408" w:type="dxa"/>
          </w:tcPr>
          <w:p w14:paraId="4EF400AD" w14:textId="77777777" w:rsidR="00C31769" w:rsidRDefault="00000000">
            <w:r>
              <w:rPr>
                <w:sz w:val="16"/>
              </w:rPr>
              <w:t>Keep spoil, materials and plant at safe distances from edges.</w:t>
            </w:r>
          </w:p>
        </w:tc>
      </w:tr>
      <w:tr w:rsidR="00C31769" w14:paraId="6B14B004" w14:textId="77777777">
        <w:trPr>
          <w:jc w:val="center"/>
        </w:trPr>
        <w:tc>
          <w:tcPr>
            <w:tcW w:w="3408" w:type="dxa"/>
          </w:tcPr>
          <w:p w14:paraId="5A9426DA" w14:textId="77777777" w:rsidR="00C31769" w:rsidRDefault="00000000">
            <w:r>
              <w:rPr>
                <w:sz w:val="16"/>
              </w:rPr>
              <w:t>10</w:t>
            </w:r>
          </w:p>
        </w:tc>
        <w:tc>
          <w:tcPr>
            <w:tcW w:w="3408" w:type="dxa"/>
          </w:tcPr>
          <w:p w14:paraId="00A35331" w14:textId="77777777" w:rsidR="00C31769" w:rsidRDefault="00000000">
            <w:r>
              <w:rPr>
                <w:sz w:val="16"/>
              </w:rPr>
              <w:t>Plant Interface</w:t>
            </w:r>
          </w:p>
        </w:tc>
        <w:tc>
          <w:tcPr>
            <w:tcW w:w="3408" w:type="dxa"/>
          </w:tcPr>
          <w:p w14:paraId="14BB28B0" w14:textId="77777777" w:rsidR="00C31769" w:rsidRDefault="00000000">
            <w:r>
              <w:rPr>
                <w:sz w:val="16"/>
              </w:rPr>
              <w:t>Segregate people and plant; control edge loading and use banksmen.</w:t>
            </w:r>
          </w:p>
        </w:tc>
      </w:tr>
      <w:tr w:rsidR="00C31769" w14:paraId="6761E6AB" w14:textId="77777777">
        <w:trPr>
          <w:jc w:val="center"/>
        </w:trPr>
        <w:tc>
          <w:tcPr>
            <w:tcW w:w="3408" w:type="dxa"/>
          </w:tcPr>
          <w:p w14:paraId="13B18B1F" w14:textId="77777777" w:rsidR="00C31769" w:rsidRDefault="00000000">
            <w:r>
              <w:rPr>
                <w:sz w:val="16"/>
              </w:rPr>
              <w:t>11</w:t>
            </w:r>
          </w:p>
        </w:tc>
        <w:tc>
          <w:tcPr>
            <w:tcW w:w="3408" w:type="dxa"/>
          </w:tcPr>
          <w:p w14:paraId="1D32D14C" w14:textId="77777777" w:rsidR="00C31769" w:rsidRDefault="00000000">
            <w:r>
              <w:rPr>
                <w:sz w:val="16"/>
              </w:rPr>
              <w:t>Water</w:t>
            </w:r>
          </w:p>
        </w:tc>
        <w:tc>
          <w:tcPr>
            <w:tcW w:w="3408" w:type="dxa"/>
          </w:tcPr>
          <w:p w14:paraId="41940A74" w14:textId="77777777" w:rsidR="00C31769" w:rsidRDefault="00000000">
            <w:r>
              <w:rPr>
                <w:sz w:val="16"/>
              </w:rPr>
              <w:t>Control groundwater, rainwater and flooding before entry.</w:t>
            </w:r>
          </w:p>
        </w:tc>
      </w:tr>
      <w:tr w:rsidR="00C31769" w14:paraId="2D4C1C6C" w14:textId="77777777">
        <w:trPr>
          <w:jc w:val="center"/>
        </w:trPr>
        <w:tc>
          <w:tcPr>
            <w:tcW w:w="3408" w:type="dxa"/>
          </w:tcPr>
          <w:p w14:paraId="31DB28DB" w14:textId="77777777" w:rsidR="00C31769" w:rsidRDefault="00000000">
            <w:r>
              <w:rPr>
                <w:sz w:val="16"/>
              </w:rPr>
              <w:t>12</w:t>
            </w:r>
          </w:p>
        </w:tc>
        <w:tc>
          <w:tcPr>
            <w:tcW w:w="3408" w:type="dxa"/>
          </w:tcPr>
          <w:p w14:paraId="3FBB2144" w14:textId="77777777" w:rsidR="00C31769" w:rsidRDefault="00000000">
            <w:r>
              <w:rPr>
                <w:sz w:val="16"/>
              </w:rPr>
              <w:t>Atmosphere</w:t>
            </w:r>
          </w:p>
        </w:tc>
        <w:tc>
          <w:tcPr>
            <w:tcW w:w="3408" w:type="dxa"/>
          </w:tcPr>
          <w:p w14:paraId="08F80107" w14:textId="77777777" w:rsidR="00C31769" w:rsidRDefault="00000000">
            <w:r>
              <w:rPr>
                <w:sz w:val="16"/>
              </w:rPr>
              <w:t>Test and control hazardous atmospheres where reasonably foreseeable.</w:t>
            </w:r>
          </w:p>
        </w:tc>
      </w:tr>
      <w:tr w:rsidR="00C31769" w14:paraId="213E47D5" w14:textId="77777777">
        <w:trPr>
          <w:jc w:val="center"/>
        </w:trPr>
        <w:tc>
          <w:tcPr>
            <w:tcW w:w="3408" w:type="dxa"/>
          </w:tcPr>
          <w:p w14:paraId="5BEB1B85" w14:textId="77777777" w:rsidR="00C31769" w:rsidRDefault="00000000">
            <w:r>
              <w:rPr>
                <w:sz w:val="16"/>
              </w:rPr>
              <w:t>13</w:t>
            </w:r>
          </w:p>
        </w:tc>
        <w:tc>
          <w:tcPr>
            <w:tcW w:w="3408" w:type="dxa"/>
          </w:tcPr>
          <w:p w14:paraId="658BB7AC" w14:textId="77777777" w:rsidR="00C31769" w:rsidRDefault="00000000">
            <w:r>
              <w:rPr>
                <w:sz w:val="16"/>
              </w:rPr>
              <w:t>Inspection</w:t>
            </w:r>
          </w:p>
        </w:tc>
        <w:tc>
          <w:tcPr>
            <w:tcW w:w="3408" w:type="dxa"/>
          </w:tcPr>
          <w:p w14:paraId="3C123314" w14:textId="77777777" w:rsidR="00C31769" w:rsidRDefault="00000000">
            <w:r>
              <w:rPr>
                <w:sz w:val="16"/>
              </w:rPr>
              <w:t>Inspect before entry and after changes, rain, vibration or other stability-affecting events.</w:t>
            </w:r>
          </w:p>
        </w:tc>
      </w:tr>
      <w:tr w:rsidR="00C31769" w14:paraId="123DEE0F" w14:textId="77777777">
        <w:trPr>
          <w:jc w:val="center"/>
        </w:trPr>
        <w:tc>
          <w:tcPr>
            <w:tcW w:w="3408" w:type="dxa"/>
          </w:tcPr>
          <w:p w14:paraId="6D566761" w14:textId="77777777" w:rsidR="00C31769" w:rsidRDefault="00000000">
            <w:r>
              <w:rPr>
                <w:sz w:val="16"/>
              </w:rPr>
              <w:t>14</w:t>
            </w:r>
          </w:p>
        </w:tc>
        <w:tc>
          <w:tcPr>
            <w:tcW w:w="3408" w:type="dxa"/>
          </w:tcPr>
          <w:p w14:paraId="26C8EC80" w14:textId="77777777" w:rsidR="00C31769" w:rsidRDefault="00000000">
            <w:r>
              <w:rPr>
                <w:sz w:val="16"/>
              </w:rPr>
              <w:t>Falling Objects</w:t>
            </w:r>
          </w:p>
        </w:tc>
        <w:tc>
          <w:tcPr>
            <w:tcW w:w="3408" w:type="dxa"/>
          </w:tcPr>
          <w:p w14:paraId="0525B283" w14:textId="77777777" w:rsidR="00C31769" w:rsidRDefault="00000000">
            <w:r>
              <w:rPr>
                <w:sz w:val="16"/>
              </w:rPr>
              <w:t>Control tools, materials and debris around excavation edges.</w:t>
            </w:r>
          </w:p>
        </w:tc>
      </w:tr>
      <w:tr w:rsidR="00C31769" w14:paraId="1898298F" w14:textId="77777777">
        <w:trPr>
          <w:jc w:val="center"/>
        </w:trPr>
        <w:tc>
          <w:tcPr>
            <w:tcW w:w="3408" w:type="dxa"/>
          </w:tcPr>
          <w:p w14:paraId="6CE27E34" w14:textId="77777777" w:rsidR="00C31769" w:rsidRDefault="00000000">
            <w:r>
              <w:rPr>
                <w:sz w:val="16"/>
              </w:rPr>
              <w:t>15</w:t>
            </w:r>
          </w:p>
        </w:tc>
        <w:tc>
          <w:tcPr>
            <w:tcW w:w="3408" w:type="dxa"/>
          </w:tcPr>
          <w:p w14:paraId="4810790A" w14:textId="77777777" w:rsidR="00C31769" w:rsidRDefault="00000000">
            <w:r>
              <w:rPr>
                <w:sz w:val="16"/>
              </w:rPr>
              <w:t>Emergency</w:t>
            </w:r>
          </w:p>
        </w:tc>
        <w:tc>
          <w:tcPr>
            <w:tcW w:w="3408" w:type="dxa"/>
          </w:tcPr>
          <w:p w14:paraId="3B00610E" w14:textId="77777777" w:rsidR="00C31769" w:rsidRDefault="00000000">
            <w:r>
              <w:rPr>
                <w:sz w:val="16"/>
              </w:rPr>
              <w:t>Maintain practical rescue, communication and emergency access arrangements.</w:t>
            </w:r>
          </w:p>
        </w:tc>
      </w:tr>
      <w:tr w:rsidR="00C31769" w14:paraId="689447D2" w14:textId="77777777">
        <w:trPr>
          <w:jc w:val="center"/>
        </w:trPr>
        <w:tc>
          <w:tcPr>
            <w:tcW w:w="3408" w:type="dxa"/>
          </w:tcPr>
          <w:p w14:paraId="207F13C4" w14:textId="77777777" w:rsidR="00C31769" w:rsidRDefault="00000000">
            <w:r>
              <w:rPr>
                <w:sz w:val="16"/>
              </w:rPr>
              <w:t>16</w:t>
            </w:r>
          </w:p>
        </w:tc>
        <w:tc>
          <w:tcPr>
            <w:tcW w:w="3408" w:type="dxa"/>
          </w:tcPr>
          <w:p w14:paraId="4625FE40" w14:textId="77777777" w:rsidR="00C31769" w:rsidRDefault="00000000">
            <w:r>
              <w:rPr>
                <w:sz w:val="16"/>
              </w:rPr>
              <w:t>Weather</w:t>
            </w:r>
          </w:p>
        </w:tc>
        <w:tc>
          <w:tcPr>
            <w:tcW w:w="3408" w:type="dxa"/>
          </w:tcPr>
          <w:p w14:paraId="3A97B1FF" w14:textId="77777777" w:rsidR="00C31769" w:rsidRDefault="00000000">
            <w:r>
              <w:rPr>
                <w:sz w:val="16"/>
              </w:rPr>
              <w:t>Stop and reassess work when weather changes excavation stability or visibility.</w:t>
            </w:r>
          </w:p>
        </w:tc>
      </w:tr>
    </w:tbl>
    <w:p w14:paraId="1B94285F" w14:textId="77777777" w:rsidR="00C31769" w:rsidRDefault="00C31769"/>
    <w:p w14:paraId="1DDD7943" w14:textId="77777777" w:rsidR="00C31769" w:rsidRDefault="00000000">
      <w:pPr>
        <w:pStyle w:val="Heading1"/>
      </w:pPr>
      <w:r>
        <w:t>13. Inspection and Monitoring</w:t>
      </w:r>
    </w:p>
    <w:p w14:paraId="5481D462" w14:textId="77777777" w:rsidR="00C31769" w:rsidRDefault="00000000">
      <w:r>
        <w:t>Excavations and protective systems should be inspected by a competent person before workers enter and whenever conditions change. Reinspection should occur after rain, flooding, vibration, nearby construction activity, alteration of support systems, material changes or other events that could affect stability. Defects or unsafe conditions must be controlled immediately and the excavation kept out of service until safe.</w:t>
      </w:r>
    </w:p>
    <w:tbl>
      <w:tblPr>
        <w:tblStyle w:val="TableGrid"/>
        <w:tblW w:w="0" w:type="auto"/>
        <w:jc w:val="center"/>
        <w:tblLook w:val="04A0" w:firstRow="1" w:lastRow="0" w:firstColumn="1" w:lastColumn="0" w:noHBand="0" w:noVBand="1"/>
      </w:tblPr>
      <w:tblGrid>
        <w:gridCol w:w="5112"/>
        <w:gridCol w:w="5112"/>
      </w:tblGrid>
      <w:tr w:rsidR="00C31769" w14:paraId="44385C86" w14:textId="77777777">
        <w:trPr>
          <w:tblHeader/>
          <w:jc w:val="center"/>
        </w:trPr>
        <w:tc>
          <w:tcPr>
            <w:tcW w:w="5112" w:type="dxa"/>
            <w:shd w:val="clear" w:color="auto" w:fill="0F3D5E"/>
            <w:vAlign w:val="center"/>
          </w:tcPr>
          <w:p w14:paraId="13BD93AA" w14:textId="77777777" w:rsidR="00C31769" w:rsidRDefault="00000000">
            <w:r>
              <w:rPr>
                <w:b/>
                <w:color w:val="FFFFFF"/>
              </w:rPr>
              <w:t>Inspection / Monitoring Activity</w:t>
            </w:r>
          </w:p>
        </w:tc>
        <w:tc>
          <w:tcPr>
            <w:tcW w:w="5112" w:type="dxa"/>
            <w:shd w:val="clear" w:color="auto" w:fill="0F3D5E"/>
            <w:vAlign w:val="center"/>
          </w:tcPr>
          <w:p w14:paraId="6AD68EFC" w14:textId="77777777" w:rsidR="00C31769" w:rsidRDefault="00000000">
            <w:r>
              <w:rPr>
                <w:b/>
                <w:color w:val="FFFFFF"/>
              </w:rPr>
              <w:t>Minimum Focus</w:t>
            </w:r>
          </w:p>
        </w:tc>
      </w:tr>
      <w:tr w:rsidR="00C31769" w14:paraId="24AC93DB" w14:textId="77777777">
        <w:trPr>
          <w:jc w:val="center"/>
        </w:trPr>
        <w:tc>
          <w:tcPr>
            <w:tcW w:w="5112" w:type="dxa"/>
          </w:tcPr>
          <w:p w14:paraId="414247A3" w14:textId="77777777" w:rsidR="00C31769" w:rsidRDefault="00000000">
            <w:r>
              <w:rPr>
                <w:sz w:val="16"/>
              </w:rPr>
              <w:t>Pre-entry excavation inspection</w:t>
            </w:r>
          </w:p>
        </w:tc>
        <w:tc>
          <w:tcPr>
            <w:tcW w:w="5112" w:type="dxa"/>
          </w:tcPr>
          <w:p w14:paraId="26C31295" w14:textId="77777777" w:rsidR="00C31769" w:rsidRDefault="00000000">
            <w:r>
              <w:rPr>
                <w:sz w:val="16"/>
              </w:rPr>
              <w:t>Ground condition, sidewalls, support, edge protection, access and water.</w:t>
            </w:r>
          </w:p>
        </w:tc>
      </w:tr>
      <w:tr w:rsidR="00C31769" w14:paraId="08FF91B7" w14:textId="77777777">
        <w:trPr>
          <w:jc w:val="center"/>
        </w:trPr>
        <w:tc>
          <w:tcPr>
            <w:tcW w:w="5112" w:type="dxa"/>
          </w:tcPr>
          <w:p w14:paraId="0BB0F51B" w14:textId="77777777" w:rsidR="00C31769" w:rsidRDefault="00000000">
            <w:r>
              <w:rPr>
                <w:sz w:val="16"/>
              </w:rPr>
              <w:t>Protective system inspection</w:t>
            </w:r>
          </w:p>
        </w:tc>
        <w:tc>
          <w:tcPr>
            <w:tcW w:w="5112" w:type="dxa"/>
          </w:tcPr>
          <w:p w14:paraId="1EB7B74C" w14:textId="77777777" w:rsidR="00C31769" w:rsidRDefault="00000000">
            <w:r>
              <w:rPr>
                <w:sz w:val="16"/>
              </w:rPr>
              <w:t>Shoring, trench box, hydraulic supports, benching/battering and signs of movement.</w:t>
            </w:r>
          </w:p>
        </w:tc>
      </w:tr>
      <w:tr w:rsidR="00C31769" w14:paraId="0CF0B505" w14:textId="77777777">
        <w:trPr>
          <w:jc w:val="center"/>
        </w:trPr>
        <w:tc>
          <w:tcPr>
            <w:tcW w:w="5112" w:type="dxa"/>
          </w:tcPr>
          <w:p w14:paraId="4F85C84F" w14:textId="77777777" w:rsidR="00C31769" w:rsidRDefault="00000000">
            <w:r>
              <w:rPr>
                <w:sz w:val="16"/>
              </w:rPr>
              <w:t>Underground service verification</w:t>
            </w:r>
          </w:p>
        </w:tc>
        <w:tc>
          <w:tcPr>
            <w:tcW w:w="5112" w:type="dxa"/>
          </w:tcPr>
          <w:p w14:paraId="5A626CB1" w14:textId="77777777" w:rsidR="00C31769" w:rsidRDefault="00000000">
            <w:r>
              <w:rPr>
                <w:sz w:val="16"/>
              </w:rPr>
              <w:t>Service markings, exposed services, protection and permit conditions.</w:t>
            </w:r>
          </w:p>
        </w:tc>
      </w:tr>
      <w:tr w:rsidR="00C31769" w14:paraId="39806B9F" w14:textId="77777777">
        <w:trPr>
          <w:jc w:val="center"/>
        </w:trPr>
        <w:tc>
          <w:tcPr>
            <w:tcW w:w="5112" w:type="dxa"/>
          </w:tcPr>
          <w:p w14:paraId="095D37D1" w14:textId="77777777" w:rsidR="00C31769" w:rsidRDefault="00000000">
            <w:r>
              <w:rPr>
                <w:sz w:val="16"/>
              </w:rPr>
              <w:t>Plant and edge monitoring</w:t>
            </w:r>
          </w:p>
        </w:tc>
        <w:tc>
          <w:tcPr>
            <w:tcW w:w="5112" w:type="dxa"/>
          </w:tcPr>
          <w:p w14:paraId="58330CD7" w14:textId="77777777" w:rsidR="00C31769" w:rsidRDefault="00000000">
            <w:r>
              <w:rPr>
                <w:sz w:val="16"/>
              </w:rPr>
              <w:t>Stand-off distance, surcharge, exclusion zone, ground stability and banksman controls.</w:t>
            </w:r>
          </w:p>
        </w:tc>
      </w:tr>
      <w:tr w:rsidR="00C31769" w14:paraId="5BCCBB0A" w14:textId="77777777">
        <w:trPr>
          <w:jc w:val="center"/>
        </w:trPr>
        <w:tc>
          <w:tcPr>
            <w:tcW w:w="5112" w:type="dxa"/>
          </w:tcPr>
          <w:p w14:paraId="0EAD9299" w14:textId="77777777" w:rsidR="00C31769" w:rsidRDefault="00000000">
            <w:r>
              <w:rPr>
                <w:sz w:val="16"/>
              </w:rPr>
              <w:t>Atmospheric monitoring</w:t>
            </w:r>
          </w:p>
        </w:tc>
        <w:tc>
          <w:tcPr>
            <w:tcW w:w="5112" w:type="dxa"/>
          </w:tcPr>
          <w:p w14:paraId="33DDB746" w14:textId="77777777" w:rsidR="00C31769" w:rsidRDefault="00000000">
            <w:r>
              <w:rPr>
                <w:sz w:val="16"/>
              </w:rPr>
              <w:t>Oxygen, toxic/flammable gases and ventilation where required.</w:t>
            </w:r>
          </w:p>
        </w:tc>
      </w:tr>
      <w:tr w:rsidR="00C31769" w14:paraId="31E92017" w14:textId="77777777">
        <w:trPr>
          <w:jc w:val="center"/>
        </w:trPr>
        <w:tc>
          <w:tcPr>
            <w:tcW w:w="5112" w:type="dxa"/>
          </w:tcPr>
          <w:p w14:paraId="58305AD4" w14:textId="77777777" w:rsidR="00C31769" w:rsidRDefault="00000000">
            <w:r>
              <w:rPr>
                <w:sz w:val="16"/>
              </w:rPr>
              <w:t>Weather / event inspection</w:t>
            </w:r>
          </w:p>
        </w:tc>
        <w:tc>
          <w:tcPr>
            <w:tcW w:w="5112" w:type="dxa"/>
          </w:tcPr>
          <w:p w14:paraId="52195BF1" w14:textId="77777777" w:rsidR="00C31769" w:rsidRDefault="00000000">
            <w:r>
              <w:rPr>
                <w:sz w:val="16"/>
              </w:rPr>
              <w:t>Reassess after rain, flooding, vibration or other significant changes.</w:t>
            </w:r>
          </w:p>
        </w:tc>
      </w:tr>
      <w:tr w:rsidR="00C31769" w14:paraId="3C63F11A" w14:textId="77777777">
        <w:trPr>
          <w:jc w:val="center"/>
        </w:trPr>
        <w:tc>
          <w:tcPr>
            <w:tcW w:w="5112" w:type="dxa"/>
          </w:tcPr>
          <w:p w14:paraId="5780EFA4" w14:textId="77777777" w:rsidR="00C31769" w:rsidRDefault="00000000">
            <w:r>
              <w:rPr>
                <w:sz w:val="16"/>
              </w:rPr>
              <w:t>HSE / supervisor inspection</w:t>
            </w:r>
          </w:p>
        </w:tc>
        <w:tc>
          <w:tcPr>
            <w:tcW w:w="5112" w:type="dxa"/>
          </w:tcPr>
          <w:p w14:paraId="087645E4" w14:textId="77777777" w:rsidR="00C31769" w:rsidRDefault="00000000">
            <w:r>
              <w:rPr>
                <w:sz w:val="16"/>
              </w:rPr>
              <w:t>Housekeeping, barriers, access, signage, unauthorized entry and changing hazards.</w:t>
            </w:r>
          </w:p>
        </w:tc>
      </w:tr>
    </w:tbl>
    <w:p w14:paraId="612551E7" w14:textId="77777777" w:rsidR="00C31769" w:rsidRDefault="00C31769"/>
    <w:p w14:paraId="6FC3F47D" w14:textId="77777777" w:rsidR="00C31769" w:rsidRDefault="00000000">
      <w:pPr>
        <w:pStyle w:val="Heading1"/>
      </w:pPr>
      <w:r>
        <w:lastRenderedPageBreak/>
        <w:t>14. Monitoring and Review of the Risk Assessment</w:t>
      </w:r>
    </w:p>
    <w:tbl>
      <w:tblPr>
        <w:tblStyle w:val="TableGrid"/>
        <w:tblW w:w="0" w:type="auto"/>
        <w:jc w:val="center"/>
        <w:tblLook w:val="04A0" w:firstRow="1" w:lastRow="0" w:firstColumn="1" w:lastColumn="0" w:noHBand="0" w:noVBand="1"/>
      </w:tblPr>
      <w:tblGrid>
        <w:gridCol w:w="5112"/>
        <w:gridCol w:w="5112"/>
      </w:tblGrid>
      <w:tr w:rsidR="00C31769" w14:paraId="68380DF8" w14:textId="77777777">
        <w:trPr>
          <w:tblHeader/>
          <w:jc w:val="center"/>
        </w:trPr>
        <w:tc>
          <w:tcPr>
            <w:tcW w:w="5112" w:type="dxa"/>
            <w:shd w:val="clear" w:color="auto" w:fill="0F3D5E"/>
            <w:vAlign w:val="center"/>
          </w:tcPr>
          <w:p w14:paraId="4B875CFD" w14:textId="77777777" w:rsidR="00C31769" w:rsidRDefault="00000000">
            <w:r>
              <w:rPr>
                <w:b/>
                <w:color w:val="FFFFFF"/>
              </w:rPr>
              <w:t>Review Trigger</w:t>
            </w:r>
          </w:p>
        </w:tc>
        <w:tc>
          <w:tcPr>
            <w:tcW w:w="5112" w:type="dxa"/>
            <w:shd w:val="clear" w:color="auto" w:fill="0F3D5E"/>
            <w:vAlign w:val="center"/>
          </w:tcPr>
          <w:p w14:paraId="2307403C" w14:textId="77777777" w:rsidR="00C31769" w:rsidRDefault="00000000">
            <w:r>
              <w:rPr>
                <w:b/>
                <w:color w:val="FFFFFF"/>
              </w:rPr>
              <w:t>Required Action</w:t>
            </w:r>
          </w:p>
        </w:tc>
      </w:tr>
      <w:tr w:rsidR="00C31769" w14:paraId="27A19FA1" w14:textId="77777777">
        <w:trPr>
          <w:jc w:val="center"/>
        </w:trPr>
        <w:tc>
          <w:tcPr>
            <w:tcW w:w="5112" w:type="dxa"/>
          </w:tcPr>
          <w:p w14:paraId="497CCA92" w14:textId="77777777" w:rsidR="00C31769" w:rsidRDefault="00000000">
            <w:r>
              <w:rPr>
                <w:sz w:val="16"/>
              </w:rPr>
              <w:t>Before work starts</w:t>
            </w:r>
          </w:p>
        </w:tc>
        <w:tc>
          <w:tcPr>
            <w:tcW w:w="5112" w:type="dxa"/>
          </w:tcPr>
          <w:p w14:paraId="537416F5" w14:textId="77777777" w:rsidR="00C31769" w:rsidRDefault="00000000">
            <w:r>
              <w:rPr>
                <w:sz w:val="16"/>
              </w:rPr>
              <w:t>Confirm current services, ground conditions, support system, access and emergency arrangements.</w:t>
            </w:r>
          </w:p>
        </w:tc>
      </w:tr>
      <w:tr w:rsidR="00C31769" w14:paraId="12BBF351" w14:textId="77777777">
        <w:trPr>
          <w:jc w:val="center"/>
        </w:trPr>
        <w:tc>
          <w:tcPr>
            <w:tcW w:w="5112" w:type="dxa"/>
          </w:tcPr>
          <w:p w14:paraId="7E75A92B" w14:textId="77777777" w:rsidR="00C31769" w:rsidRDefault="00000000">
            <w:r>
              <w:rPr>
                <w:sz w:val="16"/>
              </w:rPr>
              <w:t>Change in excavation depth or geometry</w:t>
            </w:r>
          </w:p>
        </w:tc>
        <w:tc>
          <w:tcPr>
            <w:tcW w:w="5112" w:type="dxa"/>
          </w:tcPr>
          <w:p w14:paraId="02E7D3FB" w14:textId="77777777" w:rsidR="00C31769" w:rsidRDefault="00000000">
            <w:r>
              <w:rPr>
                <w:sz w:val="16"/>
              </w:rPr>
              <w:t>Review stability, support and access before continuing.</w:t>
            </w:r>
          </w:p>
        </w:tc>
      </w:tr>
      <w:tr w:rsidR="00C31769" w14:paraId="5DC86670" w14:textId="77777777">
        <w:trPr>
          <w:jc w:val="center"/>
        </w:trPr>
        <w:tc>
          <w:tcPr>
            <w:tcW w:w="5112" w:type="dxa"/>
          </w:tcPr>
          <w:p w14:paraId="4F722792" w14:textId="77777777" w:rsidR="00C31769" w:rsidRDefault="00000000">
            <w:r>
              <w:rPr>
                <w:sz w:val="16"/>
              </w:rPr>
              <w:t>New service identified</w:t>
            </w:r>
          </w:p>
        </w:tc>
        <w:tc>
          <w:tcPr>
            <w:tcW w:w="5112" w:type="dxa"/>
          </w:tcPr>
          <w:p w14:paraId="6964DEE8" w14:textId="77777777" w:rsidR="00C31769" w:rsidRDefault="00000000">
            <w:r>
              <w:rPr>
                <w:sz w:val="16"/>
              </w:rPr>
              <w:t>Stop affected work, protect the area and revise controls.</w:t>
            </w:r>
          </w:p>
        </w:tc>
      </w:tr>
      <w:tr w:rsidR="00C31769" w14:paraId="20634526" w14:textId="77777777">
        <w:trPr>
          <w:jc w:val="center"/>
        </w:trPr>
        <w:tc>
          <w:tcPr>
            <w:tcW w:w="5112" w:type="dxa"/>
          </w:tcPr>
          <w:p w14:paraId="6C0EAFB3" w14:textId="77777777" w:rsidR="00C31769" w:rsidRDefault="00000000">
            <w:r>
              <w:rPr>
                <w:sz w:val="16"/>
              </w:rPr>
              <w:t>Change in soil / groundwater</w:t>
            </w:r>
          </w:p>
        </w:tc>
        <w:tc>
          <w:tcPr>
            <w:tcW w:w="5112" w:type="dxa"/>
          </w:tcPr>
          <w:p w14:paraId="0A775E24" w14:textId="77777777" w:rsidR="00C31769" w:rsidRDefault="00000000">
            <w:r>
              <w:rPr>
                <w:sz w:val="16"/>
              </w:rPr>
              <w:t>Reassess excavation stability and dewatering requirements.</w:t>
            </w:r>
          </w:p>
        </w:tc>
      </w:tr>
      <w:tr w:rsidR="00C31769" w14:paraId="5A41F637" w14:textId="77777777">
        <w:trPr>
          <w:jc w:val="center"/>
        </w:trPr>
        <w:tc>
          <w:tcPr>
            <w:tcW w:w="5112" w:type="dxa"/>
          </w:tcPr>
          <w:p w14:paraId="1B6093E1" w14:textId="77777777" w:rsidR="00C31769" w:rsidRDefault="00000000">
            <w:r>
              <w:rPr>
                <w:sz w:val="16"/>
              </w:rPr>
              <w:t>Heavy rain / flooding</w:t>
            </w:r>
          </w:p>
        </w:tc>
        <w:tc>
          <w:tcPr>
            <w:tcW w:w="5112" w:type="dxa"/>
          </w:tcPr>
          <w:p w14:paraId="6315E6BE" w14:textId="77777777" w:rsidR="00C31769" w:rsidRDefault="00000000">
            <w:r>
              <w:rPr>
                <w:sz w:val="16"/>
              </w:rPr>
              <w:t>Stop entry as necessary and reinspect before restart.</w:t>
            </w:r>
          </w:p>
        </w:tc>
      </w:tr>
      <w:tr w:rsidR="00C31769" w14:paraId="6F3F91B4" w14:textId="77777777">
        <w:trPr>
          <w:jc w:val="center"/>
        </w:trPr>
        <w:tc>
          <w:tcPr>
            <w:tcW w:w="5112" w:type="dxa"/>
          </w:tcPr>
          <w:p w14:paraId="2F8F8B1A" w14:textId="77777777" w:rsidR="00C31769" w:rsidRDefault="00000000">
            <w:r>
              <w:rPr>
                <w:sz w:val="16"/>
              </w:rPr>
              <w:t>Nearby construction / vibration</w:t>
            </w:r>
          </w:p>
        </w:tc>
        <w:tc>
          <w:tcPr>
            <w:tcW w:w="5112" w:type="dxa"/>
          </w:tcPr>
          <w:p w14:paraId="30D8263C" w14:textId="77777777" w:rsidR="00C31769" w:rsidRDefault="00000000">
            <w:r>
              <w:rPr>
                <w:sz w:val="16"/>
              </w:rPr>
              <w:t>Reassess stability and adjacent structures.</w:t>
            </w:r>
          </w:p>
        </w:tc>
      </w:tr>
      <w:tr w:rsidR="00C31769" w14:paraId="77E079EB" w14:textId="77777777">
        <w:trPr>
          <w:jc w:val="center"/>
        </w:trPr>
        <w:tc>
          <w:tcPr>
            <w:tcW w:w="5112" w:type="dxa"/>
          </w:tcPr>
          <w:p w14:paraId="74C59249" w14:textId="77777777" w:rsidR="00C31769" w:rsidRDefault="00000000">
            <w:r>
              <w:rPr>
                <w:sz w:val="16"/>
              </w:rPr>
              <w:t>Plant or loading change</w:t>
            </w:r>
          </w:p>
        </w:tc>
        <w:tc>
          <w:tcPr>
            <w:tcW w:w="5112" w:type="dxa"/>
          </w:tcPr>
          <w:p w14:paraId="5A89E9F0" w14:textId="77777777" w:rsidR="00C31769" w:rsidRDefault="00000000">
            <w:r>
              <w:rPr>
                <w:sz w:val="16"/>
              </w:rPr>
              <w:t>Review surcharge and edge stand-off distances.</w:t>
            </w:r>
          </w:p>
        </w:tc>
      </w:tr>
      <w:tr w:rsidR="00C31769" w14:paraId="51100C19" w14:textId="77777777">
        <w:trPr>
          <w:jc w:val="center"/>
        </w:trPr>
        <w:tc>
          <w:tcPr>
            <w:tcW w:w="5112" w:type="dxa"/>
          </w:tcPr>
          <w:p w14:paraId="79B2357D" w14:textId="77777777" w:rsidR="00C31769" w:rsidRDefault="00000000">
            <w:r>
              <w:rPr>
                <w:sz w:val="16"/>
              </w:rPr>
              <w:t>Incident / near miss</w:t>
            </w:r>
          </w:p>
        </w:tc>
        <w:tc>
          <w:tcPr>
            <w:tcW w:w="5112" w:type="dxa"/>
          </w:tcPr>
          <w:p w14:paraId="44BAE5D6" w14:textId="77777777" w:rsidR="00C31769" w:rsidRDefault="00000000">
            <w:r>
              <w:rPr>
                <w:sz w:val="16"/>
              </w:rPr>
              <w:t>Investigate and reassess relevant hazards and controls.</w:t>
            </w:r>
          </w:p>
        </w:tc>
      </w:tr>
      <w:tr w:rsidR="00C31769" w14:paraId="370C45FA" w14:textId="77777777">
        <w:trPr>
          <w:jc w:val="center"/>
        </w:trPr>
        <w:tc>
          <w:tcPr>
            <w:tcW w:w="5112" w:type="dxa"/>
          </w:tcPr>
          <w:p w14:paraId="6FACEE40" w14:textId="77777777" w:rsidR="00C31769" w:rsidRDefault="00000000">
            <w:r>
              <w:rPr>
                <w:sz w:val="16"/>
              </w:rPr>
              <w:t>Periodic review</w:t>
            </w:r>
          </w:p>
        </w:tc>
        <w:tc>
          <w:tcPr>
            <w:tcW w:w="5112" w:type="dxa"/>
          </w:tcPr>
          <w:p w14:paraId="583CFEEA" w14:textId="77777777" w:rsidR="00C31769" w:rsidRDefault="00000000">
            <w:r>
              <w:rPr>
                <w:sz w:val="16"/>
              </w:rPr>
              <w:t>Confirm the assessment remains suitable for the current work phase.</w:t>
            </w:r>
          </w:p>
        </w:tc>
      </w:tr>
    </w:tbl>
    <w:p w14:paraId="6CE56208" w14:textId="77777777" w:rsidR="00C31769" w:rsidRDefault="00C31769"/>
    <w:p w14:paraId="36EEC16C" w14:textId="77777777" w:rsidR="00C31769" w:rsidRDefault="00000000">
      <w:pPr>
        <w:pStyle w:val="Heading1"/>
      </w:pPr>
      <w:r>
        <w:t>15. Emergency and Rescue</w:t>
      </w:r>
    </w:p>
    <w:p w14:paraId="007F1119" w14:textId="77777777" w:rsidR="00C31769" w:rsidRDefault="00000000">
      <w:r>
        <w:t>Excavation emergencies can involve collapse, burial, flooding, hazardous atmospheres or underground service strikes. Emergency arrangements must be established before work begins and must prevent rescuers from becoming additional casualties. Personnel must not enter an unstable excavation for an improvised rescue. The response should include communication, isolation of services where necessary, competent rescue arrangements, emergency access and first aid.</w:t>
      </w:r>
    </w:p>
    <w:tbl>
      <w:tblPr>
        <w:tblStyle w:val="TableGrid"/>
        <w:tblW w:w="0" w:type="auto"/>
        <w:jc w:val="center"/>
        <w:tblLook w:val="04A0" w:firstRow="1" w:lastRow="0" w:firstColumn="1" w:lastColumn="0" w:noHBand="0" w:noVBand="1"/>
      </w:tblPr>
      <w:tblGrid>
        <w:gridCol w:w="5112"/>
        <w:gridCol w:w="5112"/>
      </w:tblGrid>
      <w:tr w:rsidR="00C31769" w14:paraId="589924B2" w14:textId="77777777">
        <w:trPr>
          <w:tblHeader/>
          <w:jc w:val="center"/>
        </w:trPr>
        <w:tc>
          <w:tcPr>
            <w:tcW w:w="5112" w:type="dxa"/>
            <w:shd w:val="clear" w:color="auto" w:fill="0F3D5E"/>
            <w:vAlign w:val="center"/>
          </w:tcPr>
          <w:p w14:paraId="25BF9CCA" w14:textId="77777777" w:rsidR="00C31769" w:rsidRDefault="00000000">
            <w:r>
              <w:rPr>
                <w:b/>
                <w:color w:val="FFFFFF"/>
              </w:rPr>
              <w:t>Emergency Element</w:t>
            </w:r>
          </w:p>
        </w:tc>
        <w:tc>
          <w:tcPr>
            <w:tcW w:w="5112" w:type="dxa"/>
            <w:shd w:val="clear" w:color="auto" w:fill="0F3D5E"/>
            <w:vAlign w:val="center"/>
          </w:tcPr>
          <w:p w14:paraId="42EEA768" w14:textId="77777777" w:rsidR="00C31769" w:rsidRDefault="00000000">
            <w:r>
              <w:rPr>
                <w:b/>
                <w:color w:val="FFFFFF"/>
              </w:rPr>
              <w:t>Requirement</w:t>
            </w:r>
          </w:p>
        </w:tc>
      </w:tr>
      <w:tr w:rsidR="00C31769" w14:paraId="5778E708" w14:textId="77777777">
        <w:trPr>
          <w:jc w:val="center"/>
        </w:trPr>
        <w:tc>
          <w:tcPr>
            <w:tcW w:w="5112" w:type="dxa"/>
          </w:tcPr>
          <w:p w14:paraId="0621B601" w14:textId="77777777" w:rsidR="00C31769" w:rsidRDefault="00000000">
            <w:r>
              <w:rPr>
                <w:sz w:val="16"/>
              </w:rPr>
              <w:t>Collapse</w:t>
            </w:r>
          </w:p>
        </w:tc>
        <w:tc>
          <w:tcPr>
            <w:tcW w:w="5112" w:type="dxa"/>
          </w:tcPr>
          <w:p w14:paraId="56500912" w14:textId="77777777" w:rsidR="00C31769" w:rsidRDefault="00000000">
            <w:r>
              <w:rPr>
                <w:sz w:val="16"/>
              </w:rPr>
              <w:t>Stop work, isolate the area and keep personnel away from unstable ground; activate competent rescue response.</w:t>
            </w:r>
          </w:p>
        </w:tc>
      </w:tr>
      <w:tr w:rsidR="00C31769" w14:paraId="4736A518" w14:textId="77777777">
        <w:trPr>
          <w:jc w:val="center"/>
        </w:trPr>
        <w:tc>
          <w:tcPr>
            <w:tcW w:w="5112" w:type="dxa"/>
          </w:tcPr>
          <w:p w14:paraId="54440289" w14:textId="77777777" w:rsidR="00C31769" w:rsidRDefault="00000000">
            <w:r>
              <w:rPr>
                <w:sz w:val="16"/>
              </w:rPr>
              <w:t>Service strike</w:t>
            </w:r>
          </w:p>
        </w:tc>
        <w:tc>
          <w:tcPr>
            <w:tcW w:w="5112" w:type="dxa"/>
          </w:tcPr>
          <w:p w14:paraId="5022196F" w14:textId="77777777" w:rsidR="00C31769" w:rsidRDefault="00000000">
            <w:r>
              <w:rPr>
                <w:sz w:val="16"/>
              </w:rPr>
              <w:t>Stop work, keep people clear, avoid contact with damaged services and contact the responsible utility/emergency response.</w:t>
            </w:r>
          </w:p>
        </w:tc>
      </w:tr>
      <w:tr w:rsidR="00C31769" w14:paraId="6690375B" w14:textId="77777777">
        <w:trPr>
          <w:jc w:val="center"/>
        </w:trPr>
        <w:tc>
          <w:tcPr>
            <w:tcW w:w="5112" w:type="dxa"/>
          </w:tcPr>
          <w:p w14:paraId="16686788" w14:textId="77777777" w:rsidR="00C31769" w:rsidRDefault="00000000">
            <w:r>
              <w:rPr>
                <w:sz w:val="16"/>
              </w:rPr>
              <w:t>Flooding</w:t>
            </w:r>
          </w:p>
        </w:tc>
        <w:tc>
          <w:tcPr>
            <w:tcW w:w="5112" w:type="dxa"/>
          </w:tcPr>
          <w:p w14:paraId="3E588FC4" w14:textId="77777777" w:rsidR="00C31769" w:rsidRDefault="00000000">
            <w:r>
              <w:rPr>
                <w:sz w:val="16"/>
              </w:rPr>
              <w:t>Evacuate, isolate water source where safe, control pumps and prevent re-entry until inspected.</w:t>
            </w:r>
          </w:p>
        </w:tc>
      </w:tr>
      <w:tr w:rsidR="00C31769" w14:paraId="3C7AFE6F" w14:textId="77777777">
        <w:trPr>
          <w:jc w:val="center"/>
        </w:trPr>
        <w:tc>
          <w:tcPr>
            <w:tcW w:w="5112" w:type="dxa"/>
          </w:tcPr>
          <w:p w14:paraId="45A88024" w14:textId="77777777" w:rsidR="00C31769" w:rsidRDefault="00000000">
            <w:r>
              <w:rPr>
                <w:sz w:val="16"/>
              </w:rPr>
              <w:t>Hazardous atmosphere</w:t>
            </w:r>
          </w:p>
        </w:tc>
        <w:tc>
          <w:tcPr>
            <w:tcW w:w="5112" w:type="dxa"/>
          </w:tcPr>
          <w:p w14:paraId="6C48B600" w14:textId="77777777" w:rsidR="00C31769" w:rsidRDefault="00000000">
            <w:r>
              <w:rPr>
                <w:sz w:val="16"/>
              </w:rPr>
              <w:t>Evacuate, prevent ignition where relevant and use trained responders with suitable equipment.</w:t>
            </w:r>
          </w:p>
        </w:tc>
      </w:tr>
      <w:tr w:rsidR="00C31769" w14:paraId="00EB068A" w14:textId="77777777">
        <w:trPr>
          <w:jc w:val="center"/>
        </w:trPr>
        <w:tc>
          <w:tcPr>
            <w:tcW w:w="5112" w:type="dxa"/>
          </w:tcPr>
          <w:p w14:paraId="557FB978" w14:textId="77777777" w:rsidR="00C31769" w:rsidRDefault="00000000">
            <w:r>
              <w:rPr>
                <w:sz w:val="16"/>
              </w:rPr>
              <w:t>Communication</w:t>
            </w:r>
          </w:p>
        </w:tc>
        <w:tc>
          <w:tcPr>
            <w:tcW w:w="5112" w:type="dxa"/>
          </w:tcPr>
          <w:p w14:paraId="1FFB25EF" w14:textId="77777777" w:rsidR="00C31769" w:rsidRDefault="00000000">
            <w:r>
              <w:rPr>
                <w:sz w:val="16"/>
              </w:rPr>
              <w:t>Maintain reliable emergency communication and clear site access for responders.</w:t>
            </w:r>
          </w:p>
        </w:tc>
      </w:tr>
      <w:tr w:rsidR="00C31769" w14:paraId="2B6F4835" w14:textId="77777777">
        <w:trPr>
          <w:jc w:val="center"/>
        </w:trPr>
        <w:tc>
          <w:tcPr>
            <w:tcW w:w="5112" w:type="dxa"/>
          </w:tcPr>
          <w:p w14:paraId="53667EE6" w14:textId="77777777" w:rsidR="00C31769" w:rsidRDefault="00000000">
            <w:r>
              <w:rPr>
                <w:sz w:val="16"/>
              </w:rPr>
              <w:t>Post-incident</w:t>
            </w:r>
          </w:p>
        </w:tc>
        <w:tc>
          <w:tcPr>
            <w:tcW w:w="5112" w:type="dxa"/>
          </w:tcPr>
          <w:p w14:paraId="1E1F2230" w14:textId="77777777" w:rsidR="00C31769" w:rsidRDefault="00000000">
            <w:r>
              <w:rPr>
                <w:sz w:val="16"/>
              </w:rPr>
              <w:t>Provide first aid, report the incident, preserve evidence where appropriate and review controls.</w:t>
            </w:r>
          </w:p>
        </w:tc>
      </w:tr>
    </w:tbl>
    <w:p w14:paraId="6731D8A4" w14:textId="77777777" w:rsidR="00C31769" w:rsidRDefault="00C31769"/>
    <w:p w14:paraId="7E50FF0A" w14:textId="77777777" w:rsidR="00C31769" w:rsidRDefault="00000000">
      <w:pPr>
        <w:pStyle w:val="Heading1"/>
      </w:pPr>
      <w:r>
        <w:t>16. Roles and Responsibilities</w:t>
      </w:r>
    </w:p>
    <w:tbl>
      <w:tblPr>
        <w:tblStyle w:val="TableGrid"/>
        <w:tblW w:w="0" w:type="auto"/>
        <w:jc w:val="center"/>
        <w:tblLook w:val="04A0" w:firstRow="1" w:lastRow="0" w:firstColumn="1" w:lastColumn="0" w:noHBand="0" w:noVBand="1"/>
      </w:tblPr>
      <w:tblGrid>
        <w:gridCol w:w="5112"/>
        <w:gridCol w:w="5112"/>
      </w:tblGrid>
      <w:tr w:rsidR="00C31769" w14:paraId="0421740A" w14:textId="77777777">
        <w:trPr>
          <w:tblHeader/>
          <w:jc w:val="center"/>
        </w:trPr>
        <w:tc>
          <w:tcPr>
            <w:tcW w:w="5112" w:type="dxa"/>
            <w:shd w:val="clear" w:color="auto" w:fill="0F3D5E"/>
            <w:vAlign w:val="center"/>
          </w:tcPr>
          <w:p w14:paraId="04551F51" w14:textId="77777777" w:rsidR="00C31769" w:rsidRDefault="00000000">
            <w:r>
              <w:rPr>
                <w:b/>
                <w:color w:val="FFFFFF"/>
              </w:rPr>
              <w:t>Role</w:t>
            </w:r>
          </w:p>
        </w:tc>
        <w:tc>
          <w:tcPr>
            <w:tcW w:w="5112" w:type="dxa"/>
            <w:shd w:val="clear" w:color="auto" w:fill="0F3D5E"/>
            <w:vAlign w:val="center"/>
          </w:tcPr>
          <w:p w14:paraId="509F237E" w14:textId="77777777" w:rsidR="00C31769" w:rsidRDefault="00000000">
            <w:r>
              <w:rPr>
                <w:b/>
                <w:color w:val="FFFFFF"/>
              </w:rPr>
              <w:t>Responsibility</w:t>
            </w:r>
          </w:p>
        </w:tc>
      </w:tr>
      <w:tr w:rsidR="00C31769" w14:paraId="1E701485" w14:textId="77777777">
        <w:trPr>
          <w:jc w:val="center"/>
        </w:trPr>
        <w:tc>
          <w:tcPr>
            <w:tcW w:w="5112" w:type="dxa"/>
          </w:tcPr>
          <w:p w14:paraId="126D6041" w14:textId="77777777" w:rsidR="00C31769" w:rsidRDefault="00000000">
            <w:r>
              <w:rPr>
                <w:sz w:val="16"/>
              </w:rPr>
              <w:t>Project / Construction Manager</w:t>
            </w:r>
          </w:p>
        </w:tc>
        <w:tc>
          <w:tcPr>
            <w:tcW w:w="5112" w:type="dxa"/>
          </w:tcPr>
          <w:p w14:paraId="09124F12" w14:textId="77777777" w:rsidR="00C31769" w:rsidRDefault="00000000">
            <w:r>
              <w:rPr>
                <w:sz w:val="16"/>
              </w:rPr>
              <w:t>Provide resources and ensure excavation controls are implemented.</w:t>
            </w:r>
          </w:p>
        </w:tc>
      </w:tr>
      <w:tr w:rsidR="00C31769" w14:paraId="0A520C84" w14:textId="77777777">
        <w:trPr>
          <w:jc w:val="center"/>
        </w:trPr>
        <w:tc>
          <w:tcPr>
            <w:tcW w:w="5112" w:type="dxa"/>
          </w:tcPr>
          <w:p w14:paraId="4CD007E2" w14:textId="77777777" w:rsidR="00C31769" w:rsidRDefault="00000000">
            <w:r>
              <w:rPr>
                <w:sz w:val="16"/>
              </w:rPr>
              <w:t>HSE Manager / HSE Team</w:t>
            </w:r>
          </w:p>
        </w:tc>
        <w:tc>
          <w:tcPr>
            <w:tcW w:w="5112" w:type="dxa"/>
          </w:tcPr>
          <w:p w14:paraId="63CB5393" w14:textId="77777777" w:rsidR="00C31769" w:rsidRDefault="00000000">
            <w:r>
              <w:rPr>
                <w:sz w:val="16"/>
              </w:rPr>
              <w:t>Review, monitor and verify controls; support inspections and emergency planning.</w:t>
            </w:r>
          </w:p>
        </w:tc>
      </w:tr>
      <w:tr w:rsidR="00C31769" w14:paraId="0F4FB05F" w14:textId="77777777">
        <w:trPr>
          <w:jc w:val="center"/>
        </w:trPr>
        <w:tc>
          <w:tcPr>
            <w:tcW w:w="5112" w:type="dxa"/>
          </w:tcPr>
          <w:p w14:paraId="08B6DCD4" w14:textId="77777777" w:rsidR="00C31769" w:rsidRDefault="00000000">
            <w:r>
              <w:rPr>
                <w:sz w:val="16"/>
              </w:rPr>
              <w:t>Excavation Supervisor</w:t>
            </w:r>
          </w:p>
        </w:tc>
        <w:tc>
          <w:tcPr>
            <w:tcW w:w="5112" w:type="dxa"/>
          </w:tcPr>
          <w:p w14:paraId="6A425F52" w14:textId="77777777" w:rsidR="00C31769" w:rsidRDefault="00000000">
            <w:r>
              <w:rPr>
                <w:sz w:val="16"/>
              </w:rPr>
              <w:t>Control work sequence, access, protective systems and daily site conditions.</w:t>
            </w:r>
          </w:p>
        </w:tc>
      </w:tr>
      <w:tr w:rsidR="00C31769" w14:paraId="6C5CFF2D" w14:textId="77777777">
        <w:trPr>
          <w:jc w:val="center"/>
        </w:trPr>
        <w:tc>
          <w:tcPr>
            <w:tcW w:w="5112" w:type="dxa"/>
          </w:tcPr>
          <w:p w14:paraId="7F2DEF58" w14:textId="77777777" w:rsidR="00C31769" w:rsidRDefault="00000000">
            <w:r>
              <w:rPr>
                <w:sz w:val="16"/>
              </w:rPr>
              <w:t>Competent Person</w:t>
            </w:r>
          </w:p>
        </w:tc>
        <w:tc>
          <w:tcPr>
            <w:tcW w:w="5112" w:type="dxa"/>
          </w:tcPr>
          <w:p w14:paraId="20440413" w14:textId="77777777" w:rsidR="00C31769" w:rsidRDefault="00000000">
            <w:r>
              <w:rPr>
                <w:sz w:val="16"/>
              </w:rPr>
              <w:t>Inspect excavation, assess changing conditions and determine necessary controls.</w:t>
            </w:r>
          </w:p>
        </w:tc>
      </w:tr>
      <w:tr w:rsidR="00C31769" w14:paraId="437DC1FE" w14:textId="77777777">
        <w:trPr>
          <w:jc w:val="center"/>
        </w:trPr>
        <w:tc>
          <w:tcPr>
            <w:tcW w:w="5112" w:type="dxa"/>
          </w:tcPr>
          <w:p w14:paraId="46B65CFB" w14:textId="77777777" w:rsidR="00C31769" w:rsidRDefault="00000000">
            <w:r>
              <w:rPr>
                <w:sz w:val="16"/>
              </w:rPr>
              <w:t>Temporary Works Coordinator / Engineer</w:t>
            </w:r>
          </w:p>
        </w:tc>
        <w:tc>
          <w:tcPr>
            <w:tcW w:w="5112" w:type="dxa"/>
          </w:tcPr>
          <w:p w14:paraId="5D19D7EF" w14:textId="77777777" w:rsidR="00C31769" w:rsidRDefault="00000000">
            <w:r>
              <w:rPr>
                <w:sz w:val="16"/>
              </w:rPr>
              <w:t>Coordinate engineered shoring, support or adjacent-structure protection where required.</w:t>
            </w:r>
          </w:p>
        </w:tc>
      </w:tr>
      <w:tr w:rsidR="00C31769" w14:paraId="2B918DFD" w14:textId="77777777">
        <w:trPr>
          <w:jc w:val="center"/>
        </w:trPr>
        <w:tc>
          <w:tcPr>
            <w:tcW w:w="5112" w:type="dxa"/>
          </w:tcPr>
          <w:p w14:paraId="4A8802C4" w14:textId="77777777" w:rsidR="00C31769" w:rsidRDefault="00000000">
            <w:r>
              <w:rPr>
                <w:sz w:val="16"/>
              </w:rPr>
              <w:t>Plant Supervisor / Operator</w:t>
            </w:r>
          </w:p>
        </w:tc>
        <w:tc>
          <w:tcPr>
            <w:tcW w:w="5112" w:type="dxa"/>
          </w:tcPr>
          <w:p w14:paraId="5EDEFCB5" w14:textId="77777777" w:rsidR="00C31769" w:rsidRDefault="00000000">
            <w:r>
              <w:rPr>
                <w:sz w:val="16"/>
              </w:rPr>
              <w:t>Operate equipment safely, maintain exclusion zones and follow banksman instructions.</w:t>
            </w:r>
          </w:p>
        </w:tc>
      </w:tr>
      <w:tr w:rsidR="00C31769" w14:paraId="0E0EAE48" w14:textId="77777777">
        <w:trPr>
          <w:jc w:val="center"/>
        </w:trPr>
        <w:tc>
          <w:tcPr>
            <w:tcW w:w="5112" w:type="dxa"/>
          </w:tcPr>
          <w:p w14:paraId="0A00DB69" w14:textId="77777777" w:rsidR="00C31769" w:rsidRDefault="00000000">
            <w:r>
              <w:rPr>
                <w:sz w:val="16"/>
              </w:rPr>
              <w:t>Banksman / Spotter</w:t>
            </w:r>
          </w:p>
        </w:tc>
        <w:tc>
          <w:tcPr>
            <w:tcW w:w="5112" w:type="dxa"/>
          </w:tcPr>
          <w:p w14:paraId="5DEDFCF8" w14:textId="77777777" w:rsidR="00C31769" w:rsidRDefault="00000000">
            <w:r>
              <w:rPr>
                <w:sz w:val="16"/>
              </w:rPr>
              <w:t>Control plant movements and protect personnel in the plant interface zone.</w:t>
            </w:r>
          </w:p>
        </w:tc>
      </w:tr>
      <w:tr w:rsidR="00C31769" w14:paraId="0AA0A564" w14:textId="77777777">
        <w:trPr>
          <w:jc w:val="center"/>
        </w:trPr>
        <w:tc>
          <w:tcPr>
            <w:tcW w:w="5112" w:type="dxa"/>
          </w:tcPr>
          <w:p w14:paraId="6440C11E" w14:textId="77777777" w:rsidR="00C31769" w:rsidRDefault="00000000">
            <w:r>
              <w:rPr>
                <w:sz w:val="16"/>
              </w:rPr>
              <w:t>Workers</w:t>
            </w:r>
          </w:p>
        </w:tc>
        <w:tc>
          <w:tcPr>
            <w:tcW w:w="5112" w:type="dxa"/>
          </w:tcPr>
          <w:p w14:paraId="233D883F" w14:textId="77777777" w:rsidR="00C31769" w:rsidRDefault="00000000">
            <w:r>
              <w:rPr>
                <w:sz w:val="16"/>
              </w:rPr>
              <w:t>Follow procedures, stay within controlled areas and report hazards or changes.</w:t>
            </w:r>
          </w:p>
        </w:tc>
      </w:tr>
      <w:tr w:rsidR="00C31769" w14:paraId="53304524" w14:textId="77777777">
        <w:trPr>
          <w:jc w:val="center"/>
        </w:trPr>
        <w:tc>
          <w:tcPr>
            <w:tcW w:w="5112" w:type="dxa"/>
          </w:tcPr>
          <w:p w14:paraId="4FF5B243" w14:textId="77777777" w:rsidR="00C31769" w:rsidRDefault="00000000">
            <w:r>
              <w:rPr>
                <w:sz w:val="16"/>
              </w:rPr>
              <w:t>Contractors / Subcontractors</w:t>
            </w:r>
          </w:p>
        </w:tc>
        <w:tc>
          <w:tcPr>
            <w:tcW w:w="5112" w:type="dxa"/>
          </w:tcPr>
          <w:p w14:paraId="1FC49261" w14:textId="77777777" w:rsidR="00C31769" w:rsidRDefault="00000000">
            <w:r>
              <w:rPr>
                <w:sz w:val="16"/>
              </w:rPr>
              <w:t>Comply with excavation requirements and provide task-specific assessments where required.</w:t>
            </w:r>
          </w:p>
        </w:tc>
      </w:tr>
    </w:tbl>
    <w:p w14:paraId="7DD94EDD" w14:textId="77777777" w:rsidR="00C31769" w:rsidRDefault="00C31769"/>
    <w:p w14:paraId="14B37DDB" w14:textId="77777777" w:rsidR="00C31769" w:rsidRDefault="00000000">
      <w:pPr>
        <w:pStyle w:val="Heading1"/>
      </w:pPr>
      <w:r>
        <w:lastRenderedPageBreak/>
        <w:t>17. Worker Briefing / Acknowledgement</w:t>
      </w:r>
    </w:p>
    <w:p w14:paraId="44F000EB" w14:textId="77777777" w:rsidR="00C31769" w:rsidRDefault="00000000">
      <w:r>
        <w:t>Personnel affected by excavation work should be briefed on the excavation plan, access and egress, protective systems, service hazards, exclusion zones, plant interfaces, emergency arrangements and stop-work requirements before starting.</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C31769" w14:paraId="53481DA8" w14:textId="77777777">
        <w:trPr>
          <w:tblHeader/>
          <w:jc w:val="center"/>
        </w:trPr>
        <w:tc>
          <w:tcPr>
            <w:tcW w:w="1704" w:type="dxa"/>
            <w:shd w:val="clear" w:color="auto" w:fill="0F3D5E"/>
            <w:vAlign w:val="center"/>
          </w:tcPr>
          <w:p w14:paraId="4660005A" w14:textId="77777777" w:rsidR="00C31769" w:rsidRDefault="00000000">
            <w:r>
              <w:rPr>
                <w:b/>
                <w:color w:val="FFFFFF"/>
              </w:rPr>
              <w:t>No.</w:t>
            </w:r>
          </w:p>
        </w:tc>
        <w:tc>
          <w:tcPr>
            <w:tcW w:w="1704" w:type="dxa"/>
            <w:shd w:val="clear" w:color="auto" w:fill="0F3D5E"/>
            <w:vAlign w:val="center"/>
          </w:tcPr>
          <w:p w14:paraId="6BFA5363" w14:textId="77777777" w:rsidR="00C31769" w:rsidRDefault="00000000">
            <w:r>
              <w:rPr>
                <w:b/>
                <w:color w:val="FFFFFF"/>
              </w:rPr>
              <w:t>Name</w:t>
            </w:r>
          </w:p>
        </w:tc>
        <w:tc>
          <w:tcPr>
            <w:tcW w:w="1704" w:type="dxa"/>
            <w:shd w:val="clear" w:color="auto" w:fill="0F3D5E"/>
            <w:vAlign w:val="center"/>
          </w:tcPr>
          <w:p w14:paraId="7D5DDCDF" w14:textId="77777777" w:rsidR="00C31769" w:rsidRDefault="00000000">
            <w:r>
              <w:rPr>
                <w:b/>
                <w:color w:val="FFFFFF"/>
              </w:rPr>
              <w:t>Position</w:t>
            </w:r>
          </w:p>
        </w:tc>
        <w:tc>
          <w:tcPr>
            <w:tcW w:w="1704" w:type="dxa"/>
            <w:shd w:val="clear" w:color="auto" w:fill="0F3D5E"/>
            <w:vAlign w:val="center"/>
          </w:tcPr>
          <w:p w14:paraId="14EF4409" w14:textId="77777777" w:rsidR="00C31769" w:rsidRDefault="00000000">
            <w:r>
              <w:rPr>
                <w:b/>
                <w:color w:val="FFFFFF"/>
              </w:rPr>
              <w:t>Company</w:t>
            </w:r>
          </w:p>
        </w:tc>
        <w:tc>
          <w:tcPr>
            <w:tcW w:w="1704" w:type="dxa"/>
            <w:shd w:val="clear" w:color="auto" w:fill="0F3D5E"/>
            <w:vAlign w:val="center"/>
          </w:tcPr>
          <w:p w14:paraId="3A11CBD6" w14:textId="77777777" w:rsidR="00C31769" w:rsidRDefault="00000000">
            <w:r>
              <w:rPr>
                <w:b/>
                <w:color w:val="FFFFFF"/>
              </w:rPr>
              <w:t>Signature</w:t>
            </w:r>
          </w:p>
        </w:tc>
        <w:tc>
          <w:tcPr>
            <w:tcW w:w="1704" w:type="dxa"/>
            <w:shd w:val="clear" w:color="auto" w:fill="0F3D5E"/>
            <w:vAlign w:val="center"/>
          </w:tcPr>
          <w:p w14:paraId="57C59DEB" w14:textId="77777777" w:rsidR="00C31769" w:rsidRDefault="00000000">
            <w:r>
              <w:rPr>
                <w:b/>
                <w:color w:val="FFFFFF"/>
              </w:rPr>
              <w:t>Date</w:t>
            </w:r>
          </w:p>
        </w:tc>
      </w:tr>
      <w:tr w:rsidR="00C31769" w14:paraId="2CC21060" w14:textId="77777777">
        <w:trPr>
          <w:jc w:val="center"/>
        </w:trPr>
        <w:tc>
          <w:tcPr>
            <w:tcW w:w="1704" w:type="dxa"/>
          </w:tcPr>
          <w:p w14:paraId="10A69558" w14:textId="77777777" w:rsidR="00C31769" w:rsidRDefault="00000000">
            <w:r>
              <w:rPr>
                <w:sz w:val="17"/>
              </w:rPr>
              <w:t>1</w:t>
            </w:r>
          </w:p>
        </w:tc>
        <w:tc>
          <w:tcPr>
            <w:tcW w:w="1704" w:type="dxa"/>
          </w:tcPr>
          <w:p w14:paraId="61BC063E" w14:textId="77777777" w:rsidR="00C31769" w:rsidRDefault="00C31769"/>
        </w:tc>
        <w:tc>
          <w:tcPr>
            <w:tcW w:w="1704" w:type="dxa"/>
          </w:tcPr>
          <w:p w14:paraId="054857FC" w14:textId="77777777" w:rsidR="00C31769" w:rsidRDefault="00C31769"/>
        </w:tc>
        <w:tc>
          <w:tcPr>
            <w:tcW w:w="1704" w:type="dxa"/>
          </w:tcPr>
          <w:p w14:paraId="436421C2" w14:textId="77777777" w:rsidR="00C31769" w:rsidRDefault="00C31769"/>
        </w:tc>
        <w:tc>
          <w:tcPr>
            <w:tcW w:w="1704" w:type="dxa"/>
          </w:tcPr>
          <w:p w14:paraId="736FE6B1" w14:textId="77777777" w:rsidR="00C31769" w:rsidRDefault="00C31769"/>
        </w:tc>
        <w:tc>
          <w:tcPr>
            <w:tcW w:w="1704" w:type="dxa"/>
          </w:tcPr>
          <w:p w14:paraId="26F1FEA0" w14:textId="77777777" w:rsidR="00C31769" w:rsidRDefault="00C31769"/>
        </w:tc>
      </w:tr>
      <w:tr w:rsidR="00C31769" w14:paraId="6E891183" w14:textId="77777777">
        <w:trPr>
          <w:jc w:val="center"/>
        </w:trPr>
        <w:tc>
          <w:tcPr>
            <w:tcW w:w="1704" w:type="dxa"/>
          </w:tcPr>
          <w:p w14:paraId="2BFAFAF5" w14:textId="77777777" w:rsidR="00C31769" w:rsidRDefault="00000000">
            <w:r>
              <w:rPr>
                <w:sz w:val="17"/>
              </w:rPr>
              <w:t>2</w:t>
            </w:r>
          </w:p>
        </w:tc>
        <w:tc>
          <w:tcPr>
            <w:tcW w:w="1704" w:type="dxa"/>
          </w:tcPr>
          <w:p w14:paraId="567A58CD" w14:textId="77777777" w:rsidR="00C31769" w:rsidRDefault="00C31769"/>
        </w:tc>
        <w:tc>
          <w:tcPr>
            <w:tcW w:w="1704" w:type="dxa"/>
          </w:tcPr>
          <w:p w14:paraId="2EAD9B79" w14:textId="77777777" w:rsidR="00C31769" w:rsidRDefault="00C31769"/>
        </w:tc>
        <w:tc>
          <w:tcPr>
            <w:tcW w:w="1704" w:type="dxa"/>
          </w:tcPr>
          <w:p w14:paraId="5532331E" w14:textId="77777777" w:rsidR="00C31769" w:rsidRDefault="00C31769"/>
        </w:tc>
        <w:tc>
          <w:tcPr>
            <w:tcW w:w="1704" w:type="dxa"/>
          </w:tcPr>
          <w:p w14:paraId="01DFEEA7" w14:textId="77777777" w:rsidR="00C31769" w:rsidRDefault="00C31769"/>
        </w:tc>
        <w:tc>
          <w:tcPr>
            <w:tcW w:w="1704" w:type="dxa"/>
          </w:tcPr>
          <w:p w14:paraId="06D32D9A" w14:textId="77777777" w:rsidR="00C31769" w:rsidRDefault="00C31769"/>
        </w:tc>
      </w:tr>
      <w:tr w:rsidR="00C31769" w14:paraId="4BC06318" w14:textId="77777777">
        <w:trPr>
          <w:jc w:val="center"/>
        </w:trPr>
        <w:tc>
          <w:tcPr>
            <w:tcW w:w="1704" w:type="dxa"/>
          </w:tcPr>
          <w:p w14:paraId="1B71B1A3" w14:textId="77777777" w:rsidR="00C31769" w:rsidRDefault="00000000">
            <w:r>
              <w:rPr>
                <w:sz w:val="17"/>
              </w:rPr>
              <w:t>3</w:t>
            </w:r>
          </w:p>
        </w:tc>
        <w:tc>
          <w:tcPr>
            <w:tcW w:w="1704" w:type="dxa"/>
          </w:tcPr>
          <w:p w14:paraId="73B889DC" w14:textId="77777777" w:rsidR="00C31769" w:rsidRDefault="00C31769"/>
        </w:tc>
        <w:tc>
          <w:tcPr>
            <w:tcW w:w="1704" w:type="dxa"/>
          </w:tcPr>
          <w:p w14:paraId="098DC05A" w14:textId="77777777" w:rsidR="00C31769" w:rsidRDefault="00C31769"/>
        </w:tc>
        <w:tc>
          <w:tcPr>
            <w:tcW w:w="1704" w:type="dxa"/>
          </w:tcPr>
          <w:p w14:paraId="1E18E0E3" w14:textId="77777777" w:rsidR="00C31769" w:rsidRDefault="00C31769"/>
        </w:tc>
        <w:tc>
          <w:tcPr>
            <w:tcW w:w="1704" w:type="dxa"/>
          </w:tcPr>
          <w:p w14:paraId="3B78340A" w14:textId="77777777" w:rsidR="00C31769" w:rsidRDefault="00C31769"/>
        </w:tc>
        <w:tc>
          <w:tcPr>
            <w:tcW w:w="1704" w:type="dxa"/>
          </w:tcPr>
          <w:p w14:paraId="0D7139BB" w14:textId="77777777" w:rsidR="00C31769" w:rsidRDefault="00C31769"/>
        </w:tc>
      </w:tr>
      <w:tr w:rsidR="00C31769" w14:paraId="320CA3A2" w14:textId="77777777">
        <w:trPr>
          <w:jc w:val="center"/>
        </w:trPr>
        <w:tc>
          <w:tcPr>
            <w:tcW w:w="1704" w:type="dxa"/>
          </w:tcPr>
          <w:p w14:paraId="2EA67759" w14:textId="77777777" w:rsidR="00C31769" w:rsidRDefault="00000000">
            <w:r>
              <w:rPr>
                <w:sz w:val="17"/>
              </w:rPr>
              <w:t>4</w:t>
            </w:r>
          </w:p>
        </w:tc>
        <w:tc>
          <w:tcPr>
            <w:tcW w:w="1704" w:type="dxa"/>
          </w:tcPr>
          <w:p w14:paraId="433D4CD3" w14:textId="77777777" w:rsidR="00C31769" w:rsidRDefault="00C31769"/>
        </w:tc>
        <w:tc>
          <w:tcPr>
            <w:tcW w:w="1704" w:type="dxa"/>
          </w:tcPr>
          <w:p w14:paraId="21B91D09" w14:textId="77777777" w:rsidR="00C31769" w:rsidRDefault="00C31769"/>
        </w:tc>
        <w:tc>
          <w:tcPr>
            <w:tcW w:w="1704" w:type="dxa"/>
          </w:tcPr>
          <w:p w14:paraId="559BA8B3" w14:textId="77777777" w:rsidR="00C31769" w:rsidRDefault="00C31769"/>
        </w:tc>
        <w:tc>
          <w:tcPr>
            <w:tcW w:w="1704" w:type="dxa"/>
          </w:tcPr>
          <w:p w14:paraId="4FA3D157" w14:textId="77777777" w:rsidR="00C31769" w:rsidRDefault="00C31769"/>
        </w:tc>
        <w:tc>
          <w:tcPr>
            <w:tcW w:w="1704" w:type="dxa"/>
          </w:tcPr>
          <w:p w14:paraId="5AA2C92D" w14:textId="77777777" w:rsidR="00C31769" w:rsidRDefault="00C31769"/>
        </w:tc>
      </w:tr>
      <w:tr w:rsidR="00C31769" w14:paraId="58BEF9BB" w14:textId="77777777">
        <w:trPr>
          <w:jc w:val="center"/>
        </w:trPr>
        <w:tc>
          <w:tcPr>
            <w:tcW w:w="1704" w:type="dxa"/>
          </w:tcPr>
          <w:p w14:paraId="29EE40FD" w14:textId="77777777" w:rsidR="00C31769" w:rsidRDefault="00000000">
            <w:r>
              <w:rPr>
                <w:sz w:val="17"/>
              </w:rPr>
              <w:t>5</w:t>
            </w:r>
          </w:p>
        </w:tc>
        <w:tc>
          <w:tcPr>
            <w:tcW w:w="1704" w:type="dxa"/>
          </w:tcPr>
          <w:p w14:paraId="343FFA29" w14:textId="77777777" w:rsidR="00C31769" w:rsidRDefault="00C31769"/>
        </w:tc>
        <w:tc>
          <w:tcPr>
            <w:tcW w:w="1704" w:type="dxa"/>
          </w:tcPr>
          <w:p w14:paraId="156CBEFA" w14:textId="77777777" w:rsidR="00C31769" w:rsidRDefault="00C31769"/>
        </w:tc>
        <w:tc>
          <w:tcPr>
            <w:tcW w:w="1704" w:type="dxa"/>
          </w:tcPr>
          <w:p w14:paraId="07E74C9F" w14:textId="77777777" w:rsidR="00C31769" w:rsidRDefault="00C31769"/>
        </w:tc>
        <w:tc>
          <w:tcPr>
            <w:tcW w:w="1704" w:type="dxa"/>
          </w:tcPr>
          <w:p w14:paraId="4F733465" w14:textId="77777777" w:rsidR="00C31769" w:rsidRDefault="00C31769"/>
        </w:tc>
        <w:tc>
          <w:tcPr>
            <w:tcW w:w="1704" w:type="dxa"/>
          </w:tcPr>
          <w:p w14:paraId="11ADEF38" w14:textId="77777777" w:rsidR="00C31769" w:rsidRDefault="00C31769"/>
        </w:tc>
      </w:tr>
      <w:tr w:rsidR="00C31769" w14:paraId="7391BA59" w14:textId="77777777">
        <w:trPr>
          <w:jc w:val="center"/>
        </w:trPr>
        <w:tc>
          <w:tcPr>
            <w:tcW w:w="1704" w:type="dxa"/>
          </w:tcPr>
          <w:p w14:paraId="317F523A" w14:textId="77777777" w:rsidR="00C31769" w:rsidRDefault="00000000">
            <w:r>
              <w:rPr>
                <w:sz w:val="17"/>
              </w:rPr>
              <w:t>6</w:t>
            </w:r>
          </w:p>
        </w:tc>
        <w:tc>
          <w:tcPr>
            <w:tcW w:w="1704" w:type="dxa"/>
          </w:tcPr>
          <w:p w14:paraId="7C8245FF" w14:textId="77777777" w:rsidR="00C31769" w:rsidRDefault="00C31769"/>
        </w:tc>
        <w:tc>
          <w:tcPr>
            <w:tcW w:w="1704" w:type="dxa"/>
          </w:tcPr>
          <w:p w14:paraId="2CC43A0E" w14:textId="77777777" w:rsidR="00C31769" w:rsidRDefault="00C31769"/>
        </w:tc>
        <w:tc>
          <w:tcPr>
            <w:tcW w:w="1704" w:type="dxa"/>
          </w:tcPr>
          <w:p w14:paraId="7EF3ECA5" w14:textId="77777777" w:rsidR="00C31769" w:rsidRDefault="00C31769"/>
        </w:tc>
        <w:tc>
          <w:tcPr>
            <w:tcW w:w="1704" w:type="dxa"/>
          </w:tcPr>
          <w:p w14:paraId="6ECA73AB" w14:textId="77777777" w:rsidR="00C31769" w:rsidRDefault="00C31769"/>
        </w:tc>
        <w:tc>
          <w:tcPr>
            <w:tcW w:w="1704" w:type="dxa"/>
          </w:tcPr>
          <w:p w14:paraId="67C45F87" w14:textId="77777777" w:rsidR="00C31769" w:rsidRDefault="00C31769"/>
        </w:tc>
      </w:tr>
      <w:tr w:rsidR="00C31769" w14:paraId="5D55FF88" w14:textId="77777777">
        <w:trPr>
          <w:jc w:val="center"/>
        </w:trPr>
        <w:tc>
          <w:tcPr>
            <w:tcW w:w="1704" w:type="dxa"/>
          </w:tcPr>
          <w:p w14:paraId="38A6CF49" w14:textId="77777777" w:rsidR="00C31769" w:rsidRDefault="00000000">
            <w:r>
              <w:rPr>
                <w:sz w:val="17"/>
              </w:rPr>
              <w:t>7</w:t>
            </w:r>
          </w:p>
        </w:tc>
        <w:tc>
          <w:tcPr>
            <w:tcW w:w="1704" w:type="dxa"/>
          </w:tcPr>
          <w:p w14:paraId="726AED2C" w14:textId="77777777" w:rsidR="00C31769" w:rsidRDefault="00C31769"/>
        </w:tc>
        <w:tc>
          <w:tcPr>
            <w:tcW w:w="1704" w:type="dxa"/>
          </w:tcPr>
          <w:p w14:paraId="0B19A008" w14:textId="77777777" w:rsidR="00C31769" w:rsidRDefault="00C31769"/>
        </w:tc>
        <w:tc>
          <w:tcPr>
            <w:tcW w:w="1704" w:type="dxa"/>
          </w:tcPr>
          <w:p w14:paraId="711D0DDF" w14:textId="77777777" w:rsidR="00C31769" w:rsidRDefault="00C31769"/>
        </w:tc>
        <w:tc>
          <w:tcPr>
            <w:tcW w:w="1704" w:type="dxa"/>
          </w:tcPr>
          <w:p w14:paraId="02AA2258" w14:textId="77777777" w:rsidR="00C31769" w:rsidRDefault="00C31769"/>
        </w:tc>
        <w:tc>
          <w:tcPr>
            <w:tcW w:w="1704" w:type="dxa"/>
          </w:tcPr>
          <w:p w14:paraId="53F44709" w14:textId="77777777" w:rsidR="00C31769" w:rsidRDefault="00C31769"/>
        </w:tc>
      </w:tr>
      <w:tr w:rsidR="00C31769" w14:paraId="480D8F11" w14:textId="77777777">
        <w:trPr>
          <w:jc w:val="center"/>
        </w:trPr>
        <w:tc>
          <w:tcPr>
            <w:tcW w:w="1704" w:type="dxa"/>
          </w:tcPr>
          <w:p w14:paraId="4738FE64" w14:textId="77777777" w:rsidR="00C31769" w:rsidRDefault="00000000">
            <w:r>
              <w:rPr>
                <w:sz w:val="17"/>
              </w:rPr>
              <w:t>8</w:t>
            </w:r>
          </w:p>
        </w:tc>
        <w:tc>
          <w:tcPr>
            <w:tcW w:w="1704" w:type="dxa"/>
          </w:tcPr>
          <w:p w14:paraId="70841113" w14:textId="77777777" w:rsidR="00C31769" w:rsidRDefault="00C31769"/>
        </w:tc>
        <w:tc>
          <w:tcPr>
            <w:tcW w:w="1704" w:type="dxa"/>
          </w:tcPr>
          <w:p w14:paraId="15900270" w14:textId="77777777" w:rsidR="00C31769" w:rsidRDefault="00C31769"/>
        </w:tc>
        <w:tc>
          <w:tcPr>
            <w:tcW w:w="1704" w:type="dxa"/>
          </w:tcPr>
          <w:p w14:paraId="50BA31F7" w14:textId="77777777" w:rsidR="00C31769" w:rsidRDefault="00C31769"/>
        </w:tc>
        <w:tc>
          <w:tcPr>
            <w:tcW w:w="1704" w:type="dxa"/>
          </w:tcPr>
          <w:p w14:paraId="121BC22D" w14:textId="77777777" w:rsidR="00C31769" w:rsidRDefault="00C31769"/>
        </w:tc>
        <w:tc>
          <w:tcPr>
            <w:tcW w:w="1704" w:type="dxa"/>
          </w:tcPr>
          <w:p w14:paraId="4DF4EBF9" w14:textId="77777777" w:rsidR="00C31769" w:rsidRDefault="00C31769"/>
        </w:tc>
      </w:tr>
      <w:tr w:rsidR="00C31769" w14:paraId="596E37EC" w14:textId="77777777">
        <w:trPr>
          <w:jc w:val="center"/>
        </w:trPr>
        <w:tc>
          <w:tcPr>
            <w:tcW w:w="1704" w:type="dxa"/>
          </w:tcPr>
          <w:p w14:paraId="4B365053" w14:textId="77777777" w:rsidR="00C31769" w:rsidRDefault="00000000">
            <w:r>
              <w:rPr>
                <w:sz w:val="17"/>
              </w:rPr>
              <w:t>9</w:t>
            </w:r>
          </w:p>
        </w:tc>
        <w:tc>
          <w:tcPr>
            <w:tcW w:w="1704" w:type="dxa"/>
          </w:tcPr>
          <w:p w14:paraId="7DB44F20" w14:textId="77777777" w:rsidR="00C31769" w:rsidRDefault="00C31769"/>
        </w:tc>
        <w:tc>
          <w:tcPr>
            <w:tcW w:w="1704" w:type="dxa"/>
          </w:tcPr>
          <w:p w14:paraId="094C69B4" w14:textId="77777777" w:rsidR="00C31769" w:rsidRDefault="00C31769"/>
        </w:tc>
        <w:tc>
          <w:tcPr>
            <w:tcW w:w="1704" w:type="dxa"/>
          </w:tcPr>
          <w:p w14:paraId="537FC13B" w14:textId="77777777" w:rsidR="00C31769" w:rsidRDefault="00C31769"/>
        </w:tc>
        <w:tc>
          <w:tcPr>
            <w:tcW w:w="1704" w:type="dxa"/>
          </w:tcPr>
          <w:p w14:paraId="6724E007" w14:textId="77777777" w:rsidR="00C31769" w:rsidRDefault="00C31769"/>
        </w:tc>
        <w:tc>
          <w:tcPr>
            <w:tcW w:w="1704" w:type="dxa"/>
          </w:tcPr>
          <w:p w14:paraId="0CB36674" w14:textId="77777777" w:rsidR="00C31769" w:rsidRDefault="00C31769"/>
        </w:tc>
      </w:tr>
      <w:tr w:rsidR="00C31769" w14:paraId="3F8EE988" w14:textId="77777777">
        <w:trPr>
          <w:jc w:val="center"/>
        </w:trPr>
        <w:tc>
          <w:tcPr>
            <w:tcW w:w="1704" w:type="dxa"/>
          </w:tcPr>
          <w:p w14:paraId="74643305" w14:textId="77777777" w:rsidR="00C31769" w:rsidRDefault="00000000">
            <w:r>
              <w:rPr>
                <w:sz w:val="17"/>
              </w:rPr>
              <w:t>10</w:t>
            </w:r>
          </w:p>
        </w:tc>
        <w:tc>
          <w:tcPr>
            <w:tcW w:w="1704" w:type="dxa"/>
          </w:tcPr>
          <w:p w14:paraId="4306424C" w14:textId="77777777" w:rsidR="00C31769" w:rsidRDefault="00C31769"/>
        </w:tc>
        <w:tc>
          <w:tcPr>
            <w:tcW w:w="1704" w:type="dxa"/>
          </w:tcPr>
          <w:p w14:paraId="622A44A2" w14:textId="77777777" w:rsidR="00C31769" w:rsidRDefault="00C31769"/>
        </w:tc>
        <w:tc>
          <w:tcPr>
            <w:tcW w:w="1704" w:type="dxa"/>
          </w:tcPr>
          <w:p w14:paraId="0A97F1B1" w14:textId="77777777" w:rsidR="00C31769" w:rsidRDefault="00C31769"/>
        </w:tc>
        <w:tc>
          <w:tcPr>
            <w:tcW w:w="1704" w:type="dxa"/>
          </w:tcPr>
          <w:p w14:paraId="021FC9ED" w14:textId="77777777" w:rsidR="00C31769" w:rsidRDefault="00C31769"/>
        </w:tc>
        <w:tc>
          <w:tcPr>
            <w:tcW w:w="1704" w:type="dxa"/>
          </w:tcPr>
          <w:p w14:paraId="18924C89" w14:textId="77777777" w:rsidR="00C31769" w:rsidRDefault="00C31769"/>
        </w:tc>
      </w:tr>
    </w:tbl>
    <w:p w14:paraId="68A1D501" w14:textId="77777777" w:rsidR="00C31769" w:rsidRDefault="00C31769"/>
    <w:p w14:paraId="237575F6" w14:textId="77777777" w:rsidR="00C31769" w:rsidRDefault="00000000">
      <w:pPr>
        <w:pStyle w:val="Heading1"/>
      </w:pPr>
      <w:r>
        <w:t>18. Review and Approval</w:t>
      </w:r>
    </w:p>
    <w:tbl>
      <w:tblPr>
        <w:tblStyle w:val="TableGrid"/>
        <w:tblW w:w="0" w:type="auto"/>
        <w:jc w:val="center"/>
        <w:tblLook w:val="04A0" w:firstRow="1" w:lastRow="0" w:firstColumn="1" w:lastColumn="0" w:noHBand="0" w:noVBand="1"/>
      </w:tblPr>
      <w:tblGrid>
        <w:gridCol w:w="2556"/>
        <w:gridCol w:w="2556"/>
        <w:gridCol w:w="2556"/>
        <w:gridCol w:w="2556"/>
      </w:tblGrid>
      <w:tr w:rsidR="00C31769" w14:paraId="5CF45B02" w14:textId="77777777">
        <w:trPr>
          <w:tblHeader/>
          <w:jc w:val="center"/>
        </w:trPr>
        <w:tc>
          <w:tcPr>
            <w:tcW w:w="2556" w:type="dxa"/>
            <w:shd w:val="clear" w:color="auto" w:fill="0F3D5E"/>
            <w:vAlign w:val="center"/>
          </w:tcPr>
          <w:p w14:paraId="6C3B15BD" w14:textId="77777777" w:rsidR="00C31769" w:rsidRDefault="00000000">
            <w:r>
              <w:rPr>
                <w:b/>
                <w:color w:val="FFFFFF"/>
              </w:rPr>
              <w:t>Role</w:t>
            </w:r>
          </w:p>
        </w:tc>
        <w:tc>
          <w:tcPr>
            <w:tcW w:w="2556" w:type="dxa"/>
            <w:shd w:val="clear" w:color="auto" w:fill="0F3D5E"/>
            <w:vAlign w:val="center"/>
          </w:tcPr>
          <w:p w14:paraId="31BDD66B" w14:textId="77777777" w:rsidR="00C31769" w:rsidRDefault="00000000">
            <w:r>
              <w:rPr>
                <w:b/>
                <w:color w:val="FFFFFF"/>
              </w:rPr>
              <w:t>Name</w:t>
            </w:r>
          </w:p>
        </w:tc>
        <w:tc>
          <w:tcPr>
            <w:tcW w:w="2556" w:type="dxa"/>
            <w:shd w:val="clear" w:color="auto" w:fill="0F3D5E"/>
            <w:vAlign w:val="center"/>
          </w:tcPr>
          <w:p w14:paraId="5AD789EE" w14:textId="77777777" w:rsidR="00C31769" w:rsidRDefault="00000000">
            <w:r>
              <w:rPr>
                <w:b/>
                <w:color w:val="FFFFFF"/>
              </w:rPr>
              <w:t>Signature</w:t>
            </w:r>
          </w:p>
        </w:tc>
        <w:tc>
          <w:tcPr>
            <w:tcW w:w="2556" w:type="dxa"/>
            <w:shd w:val="clear" w:color="auto" w:fill="0F3D5E"/>
            <w:vAlign w:val="center"/>
          </w:tcPr>
          <w:p w14:paraId="19D35F1B" w14:textId="77777777" w:rsidR="00C31769" w:rsidRDefault="00000000">
            <w:r>
              <w:rPr>
                <w:b/>
                <w:color w:val="FFFFFF"/>
              </w:rPr>
              <w:t>Date</w:t>
            </w:r>
          </w:p>
        </w:tc>
      </w:tr>
      <w:tr w:rsidR="00C31769" w14:paraId="369B2DB7" w14:textId="77777777">
        <w:trPr>
          <w:jc w:val="center"/>
        </w:trPr>
        <w:tc>
          <w:tcPr>
            <w:tcW w:w="2556" w:type="dxa"/>
          </w:tcPr>
          <w:p w14:paraId="25545184" w14:textId="77777777" w:rsidR="00C31769" w:rsidRDefault="00000000">
            <w:r>
              <w:rPr>
                <w:sz w:val="18"/>
              </w:rPr>
              <w:t>Prepared By</w:t>
            </w:r>
          </w:p>
        </w:tc>
        <w:tc>
          <w:tcPr>
            <w:tcW w:w="2556" w:type="dxa"/>
          </w:tcPr>
          <w:p w14:paraId="2EC7FD1C" w14:textId="77777777" w:rsidR="00C31769" w:rsidRDefault="00C31769"/>
        </w:tc>
        <w:tc>
          <w:tcPr>
            <w:tcW w:w="2556" w:type="dxa"/>
          </w:tcPr>
          <w:p w14:paraId="4945F1F0" w14:textId="77777777" w:rsidR="00C31769" w:rsidRDefault="00C31769"/>
        </w:tc>
        <w:tc>
          <w:tcPr>
            <w:tcW w:w="2556" w:type="dxa"/>
          </w:tcPr>
          <w:p w14:paraId="1B5F6B11" w14:textId="77777777" w:rsidR="00C31769" w:rsidRDefault="00C31769"/>
        </w:tc>
      </w:tr>
      <w:tr w:rsidR="00C31769" w14:paraId="46D63575" w14:textId="77777777">
        <w:trPr>
          <w:jc w:val="center"/>
        </w:trPr>
        <w:tc>
          <w:tcPr>
            <w:tcW w:w="2556" w:type="dxa"/>
          </w:tcPr>
          <w:p w14:paraId="7A358458" w14:textId="77777777" w:rsidR="00C31769" w:rsidRDefault="00000000">
            <w:r>
              <w:rPr>
                <w:sz w:val="18"/>
              </w:rPr>
              <w:t>Reviewed By</w:t>
            </w:r>
          </w:p>
        </w:tc>
        <w:tc>
          <w:tcPr>
            <w:tcW w:w="2556" w:type="dxa"/>
          </w:tcPr>
          <w:p w14:paraId="72230D04" w14:textId="77777777" w:rsidR="00C31769" w:rsidRDefault="00C31769"/>
        </w:tc>
        <w:tc>
          <w:tcPr>
            <w:tcW w:w="2556" w:type="dxa"/>
          </w:tcPr>
          <w:p w14:paraId="45B745C5" w14:textId="77777777" w:rsidR="00C31769" w:rsidRDefault="00C31769"/>
        </w:tc>
        <w:tc>
          <w:tcPr>
            <w:tcW w:w="2556" w:type="dxa"/>
          </w:tcPr>
          <w:p w14:paraId="22FC5F06" w14:textId="77777777" w:rsidR="00C31769" w:rsidRDefault="00C31769"/>
        </w:tc>
      </w:tr>
      <w:tr w:rsidR="00C31769" w14:paraId="6D085E91" w14:textId="77777777">
        <w:trPr>
          <w:jc w:val="center"/>
        </w:trPr>
        <w:tc>
          <w:tcPr>
            <w:tcW w:w="2556" w:type="dxa"/>
          </w:tcPr>
          <w:p w14:paraId="22CD9FE6" w14:textId="77777777" w:rsidR="00C31769" w:rsidRDefault="00000000">
            <w:r>
              <w:rPr>
                <w:sz w:val="18"/>
              </w:rPr>
              <w:t>Approved By</w:t>
            </w:r>
          </w:p>
        </w:tc>
        <w:tc>
          <w:tcPr>
            <w:tcW w:w="2556" w:type="dxa"/>
          </w:tcPr>
          <w:p w14:paraId="457BFE97" w14:textId="77777777" w:rsidR="00C31769" w:rsidRDefault="00C31769"/>
        </w:tc>
        <w:tc>
          <w:tcPr>
            <w:tcW w:w="2556" w:type="dxa"/>
          </w:tcPr>
          <w:p w14:paraId="40E2BDFF" w14:textId="77777777" w:rsidR="00C31769" w:rsidRDefault="00C31769"/>
        </w:tc>
        <w:tc>
          <w:tcPr>
            <w:tcW w:w="2556" w:type="dxa"/>
          </w:tcPr>
          <w:p w14:paraId="559FC2FE" w14:textId="77777777" w:rsidR="00C31769" w:rsidRDefault="00C31769"/>
        </w:tc>
      </w:tr>
    </w:tbl>
    <w:p w14:paraId="7520C7C6" w14:textId="77777777" w:rsidR="00C31769" w:rsidRDefault="00C31769"/>
    <w:p w14:paraId="059CF4BD" w14:textId="77777777" w:rsidR="00C31769" w:rsidRDefault="00000000">
      <w:pPr>
        <w:pStyle w:val="Heading1"/>
      </w:pPr>
      <w:r>
        <w:t>19. Disclaimer</w:t>
      </w:r>
    </w:p>
    <w:p w14:paraId="7165A93C" w14:textId="77777777" w:rsidR="00C31769" w:rsidRDefault="00000000">
      <w:r>
        <w:t>This document is a general completed reference risk assessment for excavation and trenching. It is not a substitute for a project-specific excavation plan, permit, engineering design, temporary works assessment, utility survey or task-specific risk assessment. A competent person must review and adapt the assessment to actual ground conditions, excavation dimensions, protective systems, underground services, equipment, workforce competency, environmental conditions, client requirements and applicable requirements. Additional specialist assessments may be required. Risk ratings must be verified against actual conditions and controls must be monitored throughout the work.</w:t>
      </w:r>
    </w:p>
    <w:sectPr w:rsidR="00C31769" w:rsidSect="000346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5962" w14:textId="77777777" w:rsidR="00245C55" w:rsidRDefault="00245C55">
      <w:pPr>
        <w:spacing w:after="0" w:line="240" w:lineRule="auto"/>
      </w:pPr>
      <w:r>
        <w:separator/>
      </w:r>
    </w:p>
  </w:endnote>
  <w:endnote w:type="continuationSeparator" w:id="0">
    <w:p w14:paraId="77C57983" w14:textId="77777777" w:rsidR="00245C55" w:rsidRDefault="00245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8B05" w14:textId="77777777" w:rsidR="00D8416D" w:rsidRDefault="00D8416D" w:rsidP="00D8416D">
    <w:pPr>
      <w:pStyle w:val="Footer"/>
    </w:pPr>
    <w:r>
      <w:t>The HSEVerse</w:t>
    </w:r>
    <w:r w:rsidRPr="00DE1A36">
      <w:t xml:space="preserve"> | www.</w:t>
    </w:r>
    <w:r>
      <w:t>thehseverse</w:t>
    </w:r>
    <w:r w:rsidRPr="00DE1A36">
      <w:t>.com</w:t>
    </w:r>
  </w:p>
  <w:p w14:paraId="0893FDFC" w14:textId="4035BD64" w:rsidR="00D8416D" w:rsidRPr="00614FAE" w:rsidRDefault="00D8416D" w:rsidP="00D8416D">
    <w:pPr>
      <w:pStyle w:val="Footer"/>
      <w:jc w:val="right"/>
    </w:pPr>
    <w:r>
      <w:rPr>
        <w:color w:val="7F7F7F"/>
        <w:sz w:val="17"/>
      </w:rPr>
      <w:t xml:space="preserve">THV-HSE-RA-003 | Rev: 00 | Page </w:t>
    </w:r>
    <w:r>
      <w:fldChar w:fldCharType="begin"/>
    </w:r>
    <w:r>
      <w:instrText>PAGE</w:instrText>
    </w:r>
    <w:r>
      <w:fldChar w:fldCharType="separate"/>
    </w:r>
    <w:r>
      <w:t>1</w:t>
    </w:r>
    <w:r>
      <w:fldChar w:fldCharType="end"/>
    </w:r>
    <w:r>
      <w:rPr>
        <w:color w:val="7F7F7F"/>
        <w:sz w:val="17"/>
      </w:rPr>
      <w:t xml:space="preserve"> of </w:t>
    </w:r>
    <w:r>
      <w:fldChar w:fldCharType="begin"/>
    </w:r>
    <w:r>
      <w:instrText>NUMPAGES</w:instrText>
    </w:r>
    <w:r>
      <w:fldChar w:fldCharType="separate"/>
    </w:r>
    <w:r>
      <w:t>11</w:t>
    </w:r>
    <w:r>
      <w:fldChar w:fldCharType="end"/>
    </w:r>
  </w:p>
  <w:p w14:paraId="43EEEBB7" w14:textId="70F1EE94" w:rsidR="00C31769" w:rsidRPr="00D8416D" w:rsidRDefault="00C31769" w:rsidP="00D8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A7B80" w14:textId="77777777" w:rsidR="00245C55" w:rsidRDefault="00245C55">
      <w:pPr>
        <w:spacing w:after="0" w:line="240" w:lineRule="auto"/>
      </w:pPr>
      <w:r>
        <w:separator/>
      </w:r>
    </w:p>
  </w:footnote>
  <w:footnote w:type="continuationSeparator" w:id="0">
    <w:p w14:paraId="54E10CC3" w14:textId="77777777" w:rsidR="00245C55" w:rsidRDefault="00245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7A99" w14:textId="692F2C66" w:rsidR="00D8416D" w:rsidRDefault="00D8416D">
    <w:pPr>
      <w:pStyle w:val="Header"/>
    </w:pPr>
    <w:r>
      <w:rPr>
        <w:noProof/>
      </w:rPr>
      <w:drawing>
        <wp:anchor distT="0" distB="0" distL="114300" distR="114300" simplePos="0" relativeHeight="251659264" behindDoc="1" locked="0" layoutInCell="1" allowOverlap="1" wp14:anchorId="51C7287C" wp14:editId="6E937559">
          <wp:simplePos x="0" y="0"/>
          <wp:positionH relativeFrom="column">
            <wp:posOffset>0</wp:posOffset>
          </wp:positionH>
          <wp:positionV relativeFrom="paragraph">
            <wp:posOffset>-419100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3845430">
    <w:abstractNumId w:val="8"/>
  </w:num>
  <w:num w:numId="2" w16cid:durableId="377163782">
    <w:abstractNumId w:val="6"/>
  </w:num>
  <w:num w:numId="3" w16cid:durableId="2071613872">
    <w:abstractNumId w:val="5"/>
  </w:num>
  <w:num w:numId="4" w16cid:durableId="1468812826">
    <w:abstractNumId w:val="4"/>
  </w:num>
  <w:num w:numId="5" w16cid:durableId="406651851">
    <w:abstractNumId w:val="7"/>
  </w:num>
  <w:num w:numId="6" w16cid:durableId="2047871091">
    <w:abstractNumId w:val="3"/>
  </w:num>
  <w:num w:numId="7" w16cid:durableId="1600404409">
    <w:abstractNumId w:val="2"/>
  </w:num>
  <w:num w:numId="8" w16cid:durableId="1197501548">
    <w:abstractNumId w:val="1"/>
  </w:num>
  <w:num w:numId="9" w16cid:durableId="1302809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5C55"/>
    <w:rsid w:val="0029639D"/>
    <w:rsid w:val="00326F90"/>
    <w:rsid w:val="004F766E"/>
    <w:rsid w:val="00530857"/>
    <w:rsid w:val="00650C30"/>
    <w:rsid w:val="009934A1"/>
    <w:rsid w:val="00AA1D8D"/>
    <w:rsid w:val="00B47730"/>
    <w:rsid w:val="00C31769"/>
    <w:rsid w:val="00CB0664"/>
    <w:rsid w:val="00D8416D"/>
    <w:rsid w:val="00E20F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36DE7B"/>
  <w14:defaultImageDpi w14:val="300"/>
  <w15:docId w15:val="{39F8F039-14F1-466C-9FF8-D12A17D7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3552</Words>
  <Characters>20249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4</cp:revision>
  <dcterms:created xsi:type="dcterms:W3CDTF">2013-12-23T23:15:00Z</dcterms:created>
  <dcterms:modified xsi:type="dcterms:W3CDTF">2026-08-16T06:53:00Z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1f3dd4b9-ffc5-436a-a9ba-1ee87815cd3a</vt:lpwstr>
  </property>
</Properties>
</file>