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0A1332" w14:textId="77777777" w:rsidR="00527AF6" w:rsidRDefault="00000000">
      <w:pPr>
        <w:spacing w:after="40"/>
        <w:jc w:val="center"/>
      </w:pPr>
      <w:r>
        <w:rPr>
          <w:b/>
          <w:color w:val="1F4E79"/>
          <w:sz w:val="32"/>
        </w:rPr>
        <w:t>HSE INCIDENT REPORT FORM</w:t>
      </w:r>
    </w:p>
    <w:p w14:paraId="018F30EC" w14:textId="77777777" w:rsidR="00527AF6" w:rsidRDefault="00000000">
      <w:pPr>
        <w:jc w:val="center"/>
      </w:pPr>
      <w:r>
        <w:rPr>
          <w:i/>
          <w:color w:val="595959"/>
        </w:rPr>
        <w:t>Initial Incident Notification &amp; Factual Event Record</w:t>
      </w:r>
    </w:p>
    <w:tbl>
      <w:tblPr>
        <w:tblW w:w="10199" w:type="dxa"/>
        <w:jc w:val="center"/>
        <w:tblBorders>
          <w:top w:val="single" w:sz="4" w:space="0" w:color="1F4E79"/>
          <w:left w:val="single" w:sz="4" w:space="0" w:color="1F4E79"/>
          <w:bottom w:val="single" w:sz="4" w:space="0" w:color="1F4E79"/>
          <w:right w:val="single" w:sz="4" w:space="0" w:color="1F4E79"/>
          <w:insideH w:val="single" w:sz="4" w:space="0" w:color="1F4E79"/>
          <w:insideV w:val="single" w:sz="4" w:space="0" w:color="1F4E79"/>
        </w:tblBorders>
        <w:tblLook w:val="04A0" w:firstRow="1" w:lastRow="0" w:firstColumn="1" w:lastColumn="0" w:noHBand="0" w:noVBand="1"/>
      </w:tblPr>
      <w:tblGrid>
        <w:gridCol w:w="2963"/>
        <w:gridCol w:w="2138"/>
        <w:gridCol w:w="1150"/>
        <w:gridCol w:w="1810"/>
        <w:gridCol w:w="2138"/>
      </w:tblGrid>
      <w:tr w:rsidR="00D7150B" w14:paraId="3C811024" w14:textId="77777777" w:rsidTr="00D7150B">
        <w:trPr>
          <w:trHeight w:val="292"/>
          <w:jc w:val="center"/>
        </w:trPr>
        <w:tc>
          <w:tcPr>
            <w:tcW w:w="2963" w:type="dxa"/>
            <w:shd w:val="clear" w:color="auto" w:fill="F2F4F7"/>
            <w:tcMar>
              <w:top w:w="40" w:type="dxa"/>
              <w:left w:w="60" w:type="dxa"/>
              <w:bottom w:w="40" w:type="dxa"/>
              <w:right w:w="60" w:type="dxa"/>
            </w:tcMar>
          </w:tcPr>
          <w:p w14:paraId="6D547359" w14:textId="77777777" w:rsidR="00D7150B" w:rsidRDefault="00D7150B">
            <w:r>
              <w:rPr>
                <w:b/>
                <w:color w:val="1F4E79"/>
                <w:sz w:val="16"/>
              </w:rPr>
              <w:t>Doc Title</w:t>
            </w:r>
          </w:p>
        </w:tc>
        <w:tc>
          <w:tcPr>
            <w:tcW w:w="2138" w:type="dxa"/>
            <w:shd w:val="clear" w:color="auto" w:fill="F2F4F7"/>
            <w:tcMar>
              <w:top w:w="40" w:type="dxa"/>
              <w:left w:w="60" w:type="dxa"/>
              <w:bottom w:w="40" w:type="dxa"/>
              <w:right w:w="60" w:type="dxa"/>
            </w:tcMar>
          </w:tcPr>
          <w:p w14:paraId="5BD9FE37" w14:textId="77777777" w:rsidR="00D7150B" w:rsidRDefault="00D7150B">
            <w:r>
              <w:rPr>
                <w:b/>
                <w:color w:val="1F4E79"/>
                <w:sz w:val="16"/>
              </w:rPr>
              <w:t>Doc Reference</w:t>
            </w:r>
          </w:p>
        </w:tc>
        <w:tc>
          <w:tcPr>
            <w:tcW w:w="1150" w:type="dxa"/>
            <w:shd w:val="clear" w:color="auto" w:fill="F2F4F7"/>
            <w:tcMar>
              <w:top w:w="40" w:type="dxa"/>
              <w:left w:w="60" w:type="dxa"/>
              <w:bottom w:w="40" w:type="dxa"/>
              <w:right w:w="60" w:type="dxa"/>
            </w:tcMar>
          </w:tcPr>
          <w:p w14:paraId="54FA641D" w14:textId="77777777" w:rsidR="00D7150B" w:rsidRDefault="00D7150B">
            <w:r>
              <w:rPr>
                <w:b/>
                <w:color w:val="1F4E79"/>
                <w:sz w:val="16"/>
              </w:rPr>
              <w:t>Revision</w:t>
            </w:r>
          </w:p>
        </w:tc>
        <w:tc>
          <w:tcPr>
            <w:tcW w:w="1810" w:type="dxa"/>
            <w:shd w:val="clear" w:color="auto" w:fill="F2F4F7"/>
            <w:tcMar>
              <w:top w:w="40" w:type="dxa"/>
              <w:left w:w="60" w:type="dxa"/>
              <w:bottom w:w="40" w:type="dxa"/>
              <w:right w:w="60" w:type="dxa"/>
            </w:tcMar>
          </w:tcPr>
          <w:p w14:paraId="24DF8819" w14:textId="77777777" w:rsidR="00D7150B" w:rsidRDefault="00D7150B">
            <w:r>
              <w:rPr>
                <w:b/>
                <w:color w:val="1F4E79"/>
                <w:sz w:val="16"/>
              </w:rPr>
              <w:t>Effective Date</w:t>
            </w:r>
          </w:p>
        </w:tc>
        <w:tc>
          <w:tcPr>
            <w:tcW w:w="2138" w:type="dxa"/>
            <w:shd w:val="clear" w:color="auto" w:fill="F2F4F7"/>
            <w:tcMar>
              <w:top w:w="40" w:type="dxa"/>
              <w:left w:w="60" w:type="dxa"/>
              <w:bottom w:w="40" w:type="dxa"/>
              <w:right w:w="60" w:type="dxa"/>
            </w:tcMar>
          </w:tcPr>
          <w:p w14:paraId="2E74FF93" w14:textId="77777777" w:rsidR="00D7150B" w:rsidRDefault="00D7150B">
            <w:r>
              <w:rPr>
                <w:b/>
                <w:color w:val="1F4E79"/>
                <w:sz w:val="16"/>
              </w:rPr>
              <w:t>Report Status</w:t>
            </w:r>
          </w:p>
        </w:tc>
      </w:tr>
      <w:tr w:rsidR="00D7150B" w14:paraId="177B875B" w14:textId="77777777" w:rsidTr="00D7150B">
        <w:trPr>
          <w:trHeight w:val="332"/>
          <w:jc w:val="center"/>
        </w:trPr>
        <w:tc>
          <w:tcPr>
            <w:tcW w:w="2963" w:type="dxa"/>
            <w:tcMar>
              <w:top w:w="40" w:type="dxa"/>
              <w:left w:w="60" w:type="dxa"/>
              <w:bottom w:w="40" w:type="dxa"/>
              <w:right w:w="60" w:type="dxa"/>
            </w:tcMar>
          </w:tcPr>
          <w:p w14:paraId="3E54FC8F" w14:textId="77777777" w:rsidR="00D7150B" w:rsidRDefault="00D7150B">
            <w:r>
              <w:rPr>
                <w:sz w:val="17"/>
              </w:rPr>
              <w:t>HSE Incident Report Form</w:t>
            </w:r>
          </w:p>
        </w:tc>
        <w:tc>
          <w:tcPr>
            <w:tcW w:w="2138" w:type="dxa"/>
            <w:tcMar>
              <w:top w:w="40" w:type="dxa"/>
              <w:left w:w="60" w:type="dxa"/>
              <w:bottom w:w="40" w:type="dxa"/>
              <w:right w:w="60" w:type="dxa"/>
            </w:tcMar>
          </w:tcPr>
          <w:p w14:paraId="5D69DEBA" w14:textId="357149A4" w:rsidR="00D7150B" w:rsidRDefault="00D7150B" w:rsidP="00D7150B">
            <w:r w:rsidRPr="00D7150B">
              <w:rPr>
                <w:sz w:val="17"/>
              </w:rPr>
              <w:t>THV-HSE-TMP-001</w:t>
            </w:r>
          </w:p>
        </w:tc>
        <w:tc>
          <w:tcPr>
            <w:tcW w:w="1150" w:type="dxa"/>
            <w:tcMar>
              <w:top w:w="40" w:type="dxa"/>
              <w:left w:w="60" w:type="dxa"/>
              <w:bottom w:w="40" w:type="dxa"/>
              <w:right w:w="60" w:type="dxa"/>
            </w:tcMar>
          </w:tcPr>
          <w:p w14:paraId="41926B2C" w14:textId="52F466CB" w:rsidR="00D7150B" w:rsidRDefault="00D7150B">
            <w:r>
              <w:rPr>
                <w:sz w:val="17"/>
              </w:rPr>
              <w:t>00</w:t>
            </w:r>
          </w:p>
        </w:tc>
        <w:tc>
          <w:tcPr>
            <w:tcW w:w="1810" w:type="dxa"/>
            <w:tcMar>
              <w:top w:w="40" w:type="dxa"/>
              <w:left w:w="60" w:type="dxa"/>
              <w:bottom w:w="40" w:type="dxa"/>
              <w:right w:w="60" w:type="dxa"/>
            </w:tcMar>
          </w:tcPr>
          <w:p w14:paraId="29265C84" w14:textId="77777777" w:rsidR="00D7150B" w:rsidRDefault="00D7150B"/>
        </w:tc>
        <w:tc>
          <w:tcPr>
            <w:tcW w:w="2138" w:type="dxa"/>
            <w:tcMar>
              <w:top w:w="40" w:type="dxa"/>
              <w:left w:w="60" w:type="dxa"/>
              <w:bottom w:w="40" w:type="dxa"/>
              <w:right w:w="60" w:type="dxa"/>
            </w:tcMar>
          </w:tcPr>
          <w:p w14:paraId="3FB7EC26" w14:textId="376F6CE4" w:rsidR="00D7150B" w:rsidRDefault="00D7150B">
            <w:r>
              <w:rPr>
                <w:sz w:val="17"/>
              </w:rPr>
              <w:t>Initial / Final</w:t>
            </w:r>
          </w:p>
        </w:tc>
      </w:tr>
    </w:tbl>
    <w:p w14:paraId="79046D85" w14:textId="77777777" w:rsidR="00527AF6" w:rsidRDefault="00000000">
      <w:pPr>
        <w:keepNext/>
        <w:pBdr>
          <w:bottom w:val="single" w:sz="12" w:space="2" w:color="1F4E79"/>
        </w:pBdr>
        <w:spacing w:before="200" w:after="80"/>
      </w:pPr>
      <w:r>
        <w:rPr>
          <w:b/>
          <w:color w:val="1F4E79"/>
          <w:sz w:val="22"/>
        </w:rPr>
        <w:t>1. INCIDENT CLASSIFICATION</w:t>
      </w:r>
    </w:p>
    <w:tbl>
      <w:tblPr>
        <w:tblW w:w="0" w:type="auto"/>
        <w:jc w:val="center"/>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ook w:val="04A0" w:firstRow="1" w:lastRow="0" w:firstColumn="1" w:lastColumn="0" w:noHBand="0" w:noVBand="1"/>
      </w:tblPr>
      <w:tblGrid>
        <w:gridCol w:w="6480"/>
        <w:gridCol w:w="3701"/>
      </w:tblGrid>
      <w:tr w:rsidR="00527AF6" w14:paraId="4AEF3EE4" w14:textId="77777777">
        <w:trPr>
          <w:jc w:val="center"/>
        </w:trPr>
        <w:tc>
          <w:tcPr>
            <w:tcW w:w="6480" w:type="dxa"/>
            <w:tcMar>
              <w:top w:w="60" w:type="dxa"/>
              <w:left w:w="100" w:type="dxa"/>
              <w:bottom w:w="60" w:type="dxa"/>
              <w:right w:w="100" w:type="dxa"/>
            </w:tcMar>
          </w:tcPr>
          <w:p w14:paraId="39EA81C0" w14:textId="77777777" w:rsidR="00527AF6" w:rsidRDefault="00000000">
            <w:pPr>
              <w:spacing w:after="60"/>
            </w:pPr>
            <w:r>
              <w:rPr>
                <w:b/>
              </w:rPr>
              <w:t>Type of Event (Select all that apply):</w:t>
            </w:r>
          </w:p>
          <w:tbl>
            <w:tblPr>
              <w:tblW w:w="0" w:type="auto"/>
              <w:tblLook w:val="04A0" w:firstRow="1" w:lastRow="0" w:firstColumn="1" w:lastColumn="0" w:noHBand="0" w:noVBand="1"/>
            </w:tblPr>
            <w:tblGrid>
              <w:gridCol w:w="3024"/>
              <w:gridCol w:w="3024"/>
            </w:tblGrid>
            <w:tr w:rsidR="00527AF6" w14:paraId="7ED97D83" w14:textId="77777777">
              <w:tc>
                <w:tcPr>
                  <w:tcW w:w="3024" w:type="dxa"/>
                  <w:tcMar>
                    <w:top w:w="20" w:type="dxa"/>
                    <w:left w:w="20" w:type="dxa"/>
                    <w:bottom w:w="20" w:type="dxa"/>
                    <w:right w:w="20" w:type="dxa"/>
                  </w:tcMar>
                </w:tcPr>
                <w:p w14:paraId="74807518" w14:textId="77777777" w:rsidR="00527AF6" w:rsidRDefault="00000000">
                  <w:pPr>
                    <w:spacing w:after="0"/>
                  </w:pPr>
                  <w:r>
                    <w:rPr>
                      <w:sz w:val="17"/>
                    </w:rPr>
                    <w:t>☐ Injury / Illness</w:t>
                  </w:r>
                </w:p>
              </w:tc>
              <w:tc>
                <w:tcPr>
                  <w:tcW w:w="3024" w:type="dxa"/>
                  <w:tcMar>
                    <w:top w:w="20" w:type="dxa"/>
                    <w:left w:w="20" w:type="dxa"/>
                    <w:bottom w:w="20" w:type="dxa"/>
                    <w:right w:w="20" w:type="dxa"/>
                  </w:tcMar>
                </w:tcPr>
                <w:p w14:paraId="7F190B75" w14:textId="77777777" w:rsidR="00527AF6" w:rsidRDefault="00000000">
                  <w:pPr>
                    <w:spacing w:after="0"/>
                  </w:pPr>
                  <w:r>
                    <w:rPr>
                      <w:sz w:val="17"/>
                    </w:rPr>
                    <w:t>☐ Near Miss</w:t>
                  </w:r>
                </w:p>
              </w:tc>
            </w:tr>
            <w:tr w:rsidR="00527AF6" w14:paraId="465FF865" w14:textId="77777777">
              <w:tc>
                <w:tcPr>
                  <w:tcW w:w="3024" w:type="dxa"/>
                  <w:tcMar>
                    <w:top w:w="20" w:type="dxa"/>
                    <w:left w:w="20" w:type="dxa"/>
                    <w:bottom w:w="20" w:type="dxa"/>
                    <w:right w:w="20" w:type="dxa"/>
                  </w:tcMar>
                </w:tcPr>
                <w:p w14:paraId="78B10E16" w14:textId="77777777" w:rsidR="00527AF6" w:rsidRDefault="00000000">
                  <w:pPr>
                    <w:spacing w:after="0"/>
                  </w:pPr>
                  <w:r>
                    <w:rPr>
                      <w:sz w:val="17"/>
                    </w:rPr>
                    <w:t>☐ Property / Equipment Damage</w:t>
                  </w:r>
                </w:p>
              </w:tc>
              <w:tc>
                <w:tcPr>
                  <w:tcW w:w="3024" w:type="dxa"/>
                  <w:tcMar>
                    <w:top w:w="20" w:type="dxa"/>
                    <w:left w:w="20" w:type="dxa"/>
                    <w:bottom w:w="20" w:type="dxa"/>
                    <w:right w:w="20" w:type="dxa"/>
                  </w:tcMar>
                </w:tcPr>
                <w:p w14:paraId="3B7659CE" w14:textId="77777777" w:rsidR="00527AF6" w:rsidRDefault="00000000">
                  <w:pPr>
                    <w:spacing w:after="0"/>
                  </w:pPr>
                  <w:r>
                    <w:rPr>
                      <w:sz w:val="17"/>
                    </w:rPr>
                    <w:t>☐ Environmental Incident</w:t>
                  </w:r>
                </w:p>
              </w:tc>
            </w:tr>
            <w:tr w:rsidR="00527AF6" w14:paraId="79AAAE77" w14:textId="77777777">
              <w:tc>
                <w:tcPr>
                  <w:tcW w:w="3024" w:type="dxa"/>
                  <w:tcMar>
                    <w:top w:w="20" w:type="dxa"/>
                    <w:left w:w="20" w:type="dxa"/>
                    <w:bottom w:w="20" w:type="dxa"/>
                    <w:right w:w="20" w:type="dxa"/>
                  </w:tcMar>
                </w:tcPr>
                <w:p w14:paraId="6AC91C3F" w14:textId="77777777" w:rsidR="00527AF6" w:rsidRDefault="00000000">
                  <w:pPr>
                    <w:spacing w:after="0"/>
                  </w:pPr>
                  <w:r>
                    <w:rPr>
                      <w:sz w:val="17"/>
                    </w:rPr>
                    <w:t>☐ Fire / Emergency</w:t>
                  </w:r>
                </w:p>
              </w:tc>
              <w:tc>
                <w:tcPr>
                  <w:tcW w:w="3024" w:type="dxa"/>
                  <w:tcMar>
                    <w:top w:w="20" w:type="dxa"/>
                    <w:left w:w="20" w:type="dxa"/>
                    <w:bottom w:w="20" w:type="dxa"/>
                    <w:right w:w="20" w:type="dxa"/>
                  </w:tcMar>
                </w:tcPr>
                <w:p w14:paraId="404D89C2" w14:textId="77777777" w:rsidR="00527AF6" w:rsidRDefault="00000000">
                  <w:pPr>
                    <w:spacing w:after="0"/>
                  </w:pPr>
                  <w:r>
                    <w:rPr>
                      <w:sz w:val="17"/>
                    </w:rPr>
                    <w:t>☐ Vehicle / Traffic Incident</w:t>
                  </w:r>
                </w:p>
              </w:tc>
            </w:tr>
            <w:tr w:rsidR="00527AF6" w14:paraId="0579127B" w14:textId="77777777">
              <w:tc>
                <w:tcPr>
                  <w:tcW w:w="3024" w:type="dxa"/>
                  <w:tcMar>
                    <w:top w:w="20" w:type="dxa"/>
                    <w:left w:w="20" w:type="dxa"/>
                    <w:bottom w:w="20" w:type="dxa"/>
                    <w:right w:w="20" w:type="dxa"/>
                  </w:tcMar>
                </w:tcPr>
                <w:p w14:paraId="23F40704" w14:textId="77777777" w:rsidR="00527AF6" w:rsidRDefault="00000000">
                  <w:pPr>
                    <w:spacing w:after="0"/>
                  </w:pPr>
                  <w:r>
                    <w:rPr>
                      <w:sz w:val="17"/>
                    </w:rPr>
                    <w:t>☐ Security Incident</w:t>
                  </w:r>
                </w:p>
              </w:tc>
              <w:tc>
                <w:tcPr>
                  <w:tcW w:w="3024" w:type="dxa"/>
                  <w:tcMar>
                    <w:top w:w="20" w:type="dxa"/>
                    <w:left w:w="20" w:type="dxa"/>
                    <w:bottom w:w="20" w:type="dxa"/>
                    <w:right w:w="20" w:type="dxa"/>
                  </w:tcMar>
                </w:tcPr>
                <w:p w14:paraId="63BDDAA0" w14:textId="77777777" w:rsidR="00527AF6" w:rsidRDefault="00000000">
                  <w:pPr>
                    <w:spacing w:after="0"/>
                  </w:pPr>
                  <w:r>
                    <w:rPr>
                      <w:sz w:val="17"/>
                    </w:rPr>
                    <w:t>☐ Other: ______________________</w:t>
                  </w:r>
                </w:p>
              </w:tc>
            </w:tr>
          </w:tbl>
          <w:p w14:paraId="10C6B0CF" w14:textId="77777777" w:rsidR="00527AF6" w:rsidRDefault="00527AF6"/>
        </w:tc>
        <w:tc>
          <w:tcPr>
            <w:tcW w:w="3701" w:type="dxa"/>
            <w:tcMar>
              <w:top w:w="60" w:type="dxa"/>
              <w:left w:w="100" w:type="dxa"/>
              <w:bottom w:w="60" w:type="dxa"/>
              <w:right w:w="100" w:type="dxa"/>
            </w:tcMar>
          </w:tcPr>
          <w:p w14:paraId="3179AA8D" w14:textId="77777777" w:rsidR="00527AF6" w:rsidRDefault="00000000">
            <w:pPr>
              <w:spacing w:after="40"/>
            </w:pPr>
            <w:r>
              <w:rPr>
                <w:b/>
              </w:rPr>
              <w:t>Initial Severity Classification:</w:t>
            </w:r>
          </w:p>
          <w:p w14:paraId="2390A34A" w14:textId="77777777" w:rsidR="00527AF6" w:rsidRDefault="00000000">
            <w:pPr>
              <w:spacing w:after="20"/>
            </w:pPr>
            <w:r>
              <w:rPr>
                <w:sz w:val="17"/>
              </w:rPr>
              <w:t>☐ Minor</w:t>
            </w:r>
          </w:p>
          <w:p w14:paraId="7ED50CF8" w14:textId="77777777" w:rsidR="00527AF6" w:rsidRDefault="00000000">
            <w:pPr>
              <w:spacing w:after="20"/>
            </w:pPr>
            <w:r>
              <w:rPr>
                <w:sz w:val="17"/>
              </w:rPr>
              <w:t>☐ Moderate</w:t>
            </w:r>
          </w:p>
          <w:p w14:paraId="4E5F840C" w14:textId="77777777" w:rsidR="00527AF6" w:rsidRDefault="00000000">
            <w:pPr>
              <w:spacing w:after="20"/>
            </w:pPr>
            <w:r>
              <w:rPr>
                <w:sz w:val="17"/>
              </w:rPr>
              <w:t>☐ Serious</w:t>
            </w:r>
          </w:p>
          <w:p w14:paraId="4159A73C" w14:textId="77777777" w:rsidR="00527AF6" w:rsidRDefault="00000000">
            <w:pPr>
              <w:spacing w:after="20"/>
            </w:pPr>
            <w:r>
              <w:rPr>
                <w:sz w:val="17"/>
              </w:rPr>
              <w:t>☐ Major / Critical</w:t>
            </w:r>
          </w:p>
          <w:p w14:paraId="277191B3" w14:textId="77777777" w:rsidR="00527AF6" w:rsidRDefault="00000000">
            <w:pPr>
              <w:spacing w:after="20"/>
            </w:pPr>
            <w:r>
              <w:rPr>
                <w:sz w:val="17"/>
              </w:rPr>
              <w:t>☐ To Be Determined</w:t>
            </w:r>
          </w:p>
        </w:tc>
      </w:tr>
      <w:tr w:rsidR="00527AF6" w14:paraId="30B8198B" w14:textId="77777777">
        <w:trPr>
          <w:jc w:val="center"/>
        </w:trPr>
        <w:tc>
          <w:tcPr>
            <w:tcW w:w="10181" w:type="dxa"/>
            <w:gridSpan w:val="2"/>
            <w:tcMar>
              <w:top w:w="60" w:type="dxa"/>
              <w:left w:w="100" w:type="dxa"/>
              <w:bottom w:w="60" w:type="dxa"/>
              <w:right w:w="100" w:type="dxa"/>
            </w:tcMar>
          </w:tcPr>
          <w:p w14:paraId="574C99E0" w14:textId="77777777" w:rsidR="00527AF6" w:rsidRDefault="00000000">
            <w:r>
              <w:rPr>
                <w:b/>
              </w:rPr>
              <w:t xml:space="preserve">Reportable Event?   </w:t>
            </w:r>
            <w:r>
              <w:rPr>
                <w:sz w:val="17"/>
              </w:rPr>
              <w:t xml:space="preserve">☐ Yes     ☐ No     ☐ To Be Determined          </w:t>
            </w:r>
            <w:r>
              <w:rPr>
                <w:i/>
              </w:rPr>
              <w:t>(Note: Classifications are for internal tracking and initial response management)</w:t>
            </w:r>
          </w:p>
        </w:tc>
      </w:tr>
    </w:tbl>
    <w:p w14:paraId="21B8A3F1" w14:textId="77777777" w:rsidR="00527AF6" w:rsidRDefault="00000000">
      <w:pPr>
        <w:keepNext/>
        <w:pBdr>
          <w:bottom w:val="single" w:sz="12" w:space="2" w:color="1F4E79"/>
        </w:pBdr>
        <w:spacing w:before="200" w:after="80"/>
      </w:pPr>
      <w:r>
        <w:rPr>
          <w:b/>
          <w:color w:val="1F4E79"/>
          <w:sz w:val="22"/>
        </w:rPr>
        <w:t>2. INCIDENT &amp; LOCATION INFORMATION</w:t>
      </w:r>
    </w:p>
    <w:tbl>
      <w:tblPr>
        <w:tblW w:w="0" w:type="auto"/>
        <w:jc w:val="center"/>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ook w:val="04A0" w:firstRow="1" w:lastRow="0" w:firstColumn="1" w:lastColumn="0" w:noHBand="0" w:noVBand="1"/>
      </w:tblPr>
      <w:tblGrid>
        <w:gridCol w:w="2014"/>
        <w:gridCol w:w="3209"/>
        <w:gridCol w:w="1869"/>
        <w:gridCol w:w="3209"/>
      </w:tblGrid>
      <w:tr w:rsidR="00527AF6" w14:paraId="5FF071D2" w14:textId="77777777">
        <w:trPr>
          <w:trHeight w:val="360"/>
          <w:jc w:val="center"/>
        </w:trPr>
        <w:tc>
          <w:tcPr>
            <w:tcW w:w="1872" w:type="dxa"/>
            <w:shd w:val="clear" w:color="auto" w:fill="F2F4F7"/>
            <w:tcMar>
              <w:top w:w="40" w:type="dxa"/>
              <w:left w:w="60" w:type="dxa"/>
              <w:bottom w:w="40" w:type="dxa"/>
              <w:right w:w="60" w:type="dxa"/>
            </w:tcMar>
          </w:tcPr>
          <w:p w14:paraId="4376221A" w14:textId="77777777" w:rsidR="00527AF6" w:rsidRDefault="00000000">
            <w:r>
              <w:rPr>
                <w:b/>
                <w:sz w:val="17"/>
              </w:rPr>
              <w:t>Incident Date:</w:t>
            </w:r>
          </w:p>
        </w:tc>
        <w:tc>
          <w:tcPr>
            <w:tcW w:w="3218" w:type="dxa"/>
            <w:tcMar>
              <w:top w:w="40" w:type="dxa"/>
              <w:left w:w="60" w:type="dxa"/>
              <w:bottom w:w="40" w:type="dxa"/>
              <w:right w:w="60" w:type="dxa"/>
            </w:tcMar>
          </w:tcPr>
          <w:p w14:paraId="26071936" w14:textId="77777777" w:rsidR="00527AF6" w:rsidRDefault="00527AF6"/>
        </w:tc>
        <w:tc>
          <w:tcPr>
            <w:tcW w:w="1872" w:type="dxa"/>
            <w:shd w:val="clear" w:color="auto" w:fill="F2F4F7"/>
            <w:tcMar>
              <w:top w:w="40" w:type="dxa"/>
              <w:left w:w="60" w:type="dxa"/>
              <w:bottom w:w="40" w:type="dxa"/>
              <w:right w:w="60" w:type="dxa"/>
            </w:tcMar>
          </w:tcPr>
          <w:p w14:paraId="795EF751" w14:textId="77777777" w:rsidR="00527AF6" w:rsidRDefault="00000000">
            <w:r>
              <w:rPr>
                <w:b/>
                <w:sz w:val="17"/>
              </w:rPr>
              <w:t>Incident Time:</w:t>
            </w:r>
          </w:p>
        </w:tc>
        <w:tc>
          <w:tcPr>
            <w:tcW w:w="3218" w:type="dxa"/>
            <w:tcMar>
              <w:top w:w="40" w:type="dxa"/>
              <w:left w:w="60" w:type="dxa"/>
              <w:bottom w:w="40" w:type="dxa"/>
              <w:right w:w="60" w:type="dxa"/>
            </w:tcMar>
          </w:tcPr>
          <w:p w14:paraId="4B42E24D" w14:textId="77777777" w:rsidR="00527AF6" w:rsidRDefault="00527AF6"/>
        </w:tc>
      </w:tr>
      <w:tr w:rsidR="00527AF6" w14:paraId="5EDB5D9C" w14:textId="77777777">
        <w:trPr>
          <w:trHeight w:val="360"/>
          <w:jc w:val="center"/>
        </w:trPr>
        <w:tc>
          <w:tcPr>
            <w:tcW w:w="1872" w:type="dxa"/>
            <w:shd w:val="clear" w:color="auto" w:fill="F2F4F7"/>
            <w:tcMar>
              <w:top w:w="40" w:type="dxa"/>
              <w:left w:w="60" w:type="dxa"/>
              <w:bottom w:w="40" w:type="dxa"/>
              <w:right w:w="60" w:type="dxa"/>
            </w:tcMar>
          </w:tcPr>
          <w:p w14:paraId="264B7AEE" w14:textId="77777777" w:rsidR="00527AF6" w:rsidRDefault="00000000">
            <w:r>
              <w:rPr>
                <w:b/>
                <w:sz w:val="17"/>
              </w:rPr>
              <w:t>Date Reported:</w:t>
            </w:r>
          </w:p>
        </w:tc>
        <w:tc>
          <w:tcPr>
            <w:tcW w:w="3218" w:type="dxa"/>
            <w:tcMar>
              <w:top w:w="40" w:type="dxa"/>
              <w:left w:w="60" w:type="dxa"/>
              <w:bottom w:w="40" w:type="dxa"/>
              <w:right w:w="60" w:type="dxa"/>
            </w:tcMar>
          </w:tcPr>
          <w:p w14:paraId="38B7B6AE" w14:textId="77777777" w:rsidR="00527AF6" w:rsidRDefault="00527AF6"/>
        </w:tc>
        <w:tc>
          <w:tcPr>
            <w:tcW w:w="1872" w:type="dxa"/>
            <w:shd w:val="clear" w:color="auto" w:fill="F2F4F7"/>
            <w:tcMar>
              <w:top w:w="40" w:type="dxa"/>
              <w:left w:w="60" w:type="dxa"/>
              <w:bottom w:w="40" w:type="dxa"/>
              <w:right w:w="60" w:type="dxa"/>
            </w:tcMar>
          </w:tcPr>
          <w:p w14:paraId="7AE81037" w14:textId="77777777" w:rsidR="00527AF6" w:rsidRDefault="00000000">
            <w:r>
              <w:rPr>
                <w:b/>
                <w:sz w:val="17"/>
              </w:rPr>
              <w:t>Time Reported:</w:t>
            </w:r>
          </w:p>
        </w:tc>
        <w:tc>
          <w:tcPr>
            <w:tcW w:w="3218" w:type="dxa"/>
            <w:tcMar>
              <w:top w:w="40" w:type="dxa"/>
              <w:left w:w="60" w:type="dxa"/>
              <w:bottom w:w="40" w:type="dxa"/>
              <w:right w:w="60" w:type="dxa"/>
            </w:tcMar>
          </w:tcPr>
          <w:p w14:paraId="33C31A79" w14:textId="77777777" w:rsidR="00527AF6" w:rsidRDefault="00527AF6"/>
        </w:tc>
      </w:tr>
      <w:tr w:rsidR="00527AF6" w14:paraId="2981F713" w14:textId="77777777">
        <w:trPr>
          <w:trHeight w:val="360"/>
          <w:jc w:val="center"/>
        </w:trPr>
        <w:tc>
          <w:tcPr>
            <w:tcW w:w="1872" w:type="dxa"/>
            <w:shd w:val="clear" w:color="auto" w:fill="F2F4F7"/>
            <w:tcMar>
              <w:top w:w="40" w:type="dxa"/>
              <w:left w:w="60" w:type="dxa"/>
              <w:bottom w:w="40" w:type="dxa"/>
              <w:right w:w="60" w:type="dxa"/>
            </w:tcMar>
          </w:tcPr>
          <w:p w14:paraId="20A318B8" w14:textId="77777777" w:rsidR="00527AF6" w:rsidRDefault="00000000">
            <w:r>
              <w:rPr>
                <w:b/>
                <w:sz w:val="17"/>
              </w:rPr>
              <w:t>Exact Location:</w:t>
            </w:r>
          </w:p>
        </w:tc>
        <w:tc>
          <w:tcPr>
            <w:tcW w:w="3218" w:type="dxa"/>
            <w:tcMar>
              <w:top w:w="40" w:type="dxa"/>
              <w:left w:w="60" w:type="dxa"/>
              <w:bottom w:w="40" w:type="dxa"/>
              <w:right w:w="60" w:type="dxa"/>
            </w:tcMar>
          </w:tcPr>
          <w:p w14:paraId="2BF805AA" w14:textId="77777777" w:rsidR="00527AF6" w:rsidRDefault="00527AF6"/>
        </w:tc>
        <w:tc>
          <w:tcPr>
            <w:tcW w:w="1872" w:type="dxa"/>
            <w:shd w:val="clear" w:color="auto" w:fill="F2F4F7"/>
            <w:tcMar>
              <w:top w:w="40" w:type="dxa"/>
              <w:left w:w="60" w:type="dxa"/>
              <w:bottom w:w="40" w:type="dxa"/>
              <w:right w:w="60" w:type="dxa"/>
            </w:tcMar>
          </w:tcPr>
          <w:p w14:paraId="64FE14C9" w14:textId="77777777" w:rsidR="00527AF6" w:rsidRDefault="00000000">
            <w:r>
              <w:rPr>
                <w:b/>
                <w:sz w:val="17"/>
              </w:rPr>
              <w:t>Project / Site:</w:t>
            </w:r>
          </w:p>
        </w:tc>
        <w:tc>
          <w:tcPr>
            <w:tcW w:w="3218" w:type="dxa"/>
            <w:tcMar>
              <w:top w:w="40" w:type="dxa"/>
              <w:left w:w="60" w:type="dxa"/>
              <w:bottom w:w="40" w:type="dxa"/>
              <w:right w:w="60" w:type="dxa"/>
            </w:tcMar>
          </w:tcPr>
          <w:p w14:paraId="02704E8C" w14:textId="77777777" w:rsidR="00527AF6" w:rsidRDefault="00527AF6"/>
        </w:tc>
      </w:tr>
      <w:tr w:rsidR="00527AF6" w14:paraId="62737652" w14:textId="77777777">
        <w:trPr>
          <w:trHeight w:val="360"/>
          <w:jc w:val="center"/>
        </w:trPr>
        <w:tc>
          <w:tcPr>
            <w:tcW w:w="1872" w:type="dxa"/>
            <w:shd w:val="clear" w:color="auto" w:fill="F2F4F7"/>
            <w:tcMar>
              <w:top w:w="40" w:type="dxa"/>
              <w:left w:w="60" w:type="dxa"/>
              <w:bottom w:w="40" w:type="dxa"/>
              <w:right w:w="60" w:type="dxa"/>
            </w:tcMar>
          </w:tcPr>
          <w:p w14:paraId="79F05FCE" w14:textId="77777777" w:rsidR="00527AF6" w:rsidRDefault="00000000">
            <w:r>
              <w:rPr>
                <w:b/>
                <w:sz w:val="17"/>
              </w:rPr>
              <w:t>Work Area / Dept:</w:t>
            </w:r>
          </w:p>
        </w:tc>
        <w:tc>
          <w:tcPr>
            <w:tcW w:w="3218" w:type="dxa"/>
            <w:tcMar>
              <w:top w:w="40" w:type="dxa"/>
              <w:left w:w="60" w:type="dxa"/>
              <w:bottom w:w="40" w:type="dxa"/>
              <w:right w:w="60" w:type="dxa"/>
            </w:tcMar>
          </w:tcPr>
          <w:p w14:paraId="159852C1" w14:textId="77777777" w:rsidR="00527AF6" w:rsidRDefault="00527AF6"/>
        </w:tc>
        <w:tc>
          <w:tcPr>
            <w:tcW w:w="1872" w:type="dxa"/>
            <w:shd w:val="clear" w:color="auto" w:fill="F2F4F7"/>
            <w:tcMar>
              <w:top w:w="40" w:type="dxa"/>
              <w:left w:w="60" w:type="dxa"/>
              <w:bottom w:w="40" w:type="dxa"/>
              <w:right w:w="60" w:type="dxa"/>
            </w:tcMar>
          </w:tcPr>
          <w:p w14:paraId="0FAB85C4" w14:textId="77777777" w:rsidR="00527AF6" w:rsidRDefault="00000000">
            <w:r>
              <w:rPr>
                <w:b/>
                <w:sz w:val="17"/>
              </w:rPr>
              <w:t>Contractor / Employer:</w:t>
            </w:r>
          </w:p>
        </w:tc>
        <w:tc>
          <w:tcPr>
            <w:tcW w:w="3218" w:type="dxa"/>
            <w:tcMar>
              <w:top w:w="40" w:type="dxa"/>
              <w:left w:w="60" w:type="dxa"/>
              <w:bottom w:w="40" w:type="dxa"/>
              <w:right w:w="60" w:type="dxa"/>
            </w:tcMar>
          </w:tcPr>
          <w:p w14:paraId="423766E7" w14:textId="77777777" w:rsidR="00527AF6" w:rsidRDefault="00527AF6"/>
        </w:tc>
      </w:tr>
      <w:tr w:rsidR="00527AF6" w14:paraId="458DE32D" w14:textId="77777777">
        <w:trPr>
          <w:trHeight w:val="360"/>
          <w:jc w:val="center"/>
        </w:trPr>
        <w:tc>
          <w:tcPr>
            <w:tcW w:w="1872" w:type="dxa"/>
            <w:shd w:val="clear" w:color="auto" w:fill="F2F4F7"/>
            <w:tcMar>
              <w:top w:w="40" w:type="dxa"/>
              <w:left w:w="60" w:type="dxa"/>
              <w:bottom w:w="40" w:type="dxa"/>
              <w:right w:w="60" w:type="dxa"/>
            </w:tcMar>
          </w:tcPr>
          <w:p w14:paraId="028F0FCB" w14:textId="77777777" w:rsidR="00527AF6" w:rsidRDefault="00000000">
            <w:r>
              <w:rPr>
                <w:b/>
                <w:sz w:val="17"/>
              </w:rPr>
              <w:t>Supervisor in Charge:</w:t>
            </w:r>
          </w:p>
        </w:tc>
        <w:tc>
          <w:tcPr>
            <w:tcW w:w="3218" w:type="dxa"/>
            <w:tcMar>
              <w:top w:w="40" w:type="dxa"/>
              <w:left w:w="60" w:type="dxa"/>
              <w:bottom w:w="40" w:type="dxa"/>
              <w:right w:w="60" w:type="dxa"/>
            </w:tcMar>
          </w:tcPr>
          <w:p w14:paraId="455D96B8" w14:textId="77777777" w:rsidR="00527AF6" w:rsidRDefault="00527AF6"/>
        </w:tc>
        <w:tc>
          <w:tcPr>
            <w:tcW w:w="1872" w:type="dxa"/>
            <w:shd w:val="clear" w:color="auto" w:fill="F2F4F7"/>
            <w:tcMar>
              <w:top w:w="40" w:type="dxa"/>
              <w:left w:w="60" w:type="dxa"/>
              <w:bottom w:w="40" w:type="dxa"/>
              <w:right w:w="60" w:type="dxa"/>
            </w:tcMar>
          </w:tcPr>
          <w:p w14:paraId="326BDE9F" w14:textId="77777777" w:rsidR="00527AF6" w:rsidRDefault="00000000">
            <w:r>
              <w:rPr>
                <w:b/>
                <w:sz w:val="17"/>
              </w:rPr>
              <w:t>Person Reporting:</w:t>
            </w:r>
          </w:p>
        </w:tc>
        <w:tc>
          <w:tcPr>
            <w:tcW w:w="3218" w:type="dxa"/>
            <w:tcMar>
              <w:top w:w="40" w:type="dxa"/>
              <w:left w:w="60" w:type="dxa"/>
              <w:bottom w:w="40" w:type="dxa"/>
              <w:right w:w="60" w:type="dxa"/>
            </w:tcMar>
          </w:tcPr>
          <w:p w14:paraId="6F485911" w14:textId="77777777" w:rsidR="00527AF6" w:rsidRDefault="00527AF6"/>
        </w:tc>
      </w:tr>
      <w:tr w:rsidR="00527AF6" w14:paraId="16675968" w14:textId="77777777">
        <w:trPr>
          <w:trHeight w:val="360"/>
          <w:jc w:val="center"/>
        </w:trPr>
        <w:tc>
          <w:tcPr>
            <w:tcW w:w="2016" w:type="dxa"/>
            <w:shd w:val="clear" w:color="auto" w:fill="F2F4F7"/>
            <w:tcMar>
              <w:top w:w="40" w:type="dxa"/>
              <w:left w:w="60" w:type="dxa"/>
              <w:bottom w:w="40" w:type="dxa"/>
              <w:right w:w="60" w:type="dxa"/>
            </w:tcMar>
          </w:tcPr>
          <w:p w14:paraId="6F5114E1" w14:textId="77777777" w:rsidR="00527AF6" w:rsidRDefault="00000000">
            <w:r>
              <w:rPr>
                <w:b/>
              </w:rPr>
              <w:t>Contact Info (Reporter):</w:t>
            </w:r>
          </w:p>
        </w:tc>
        <w:tc>
          <w:tcPr>
            <w:tcW w:w="8165" w:type="dxa"/>
            <w:gridSpan w:val="3"/>
            <w:tcMar>
              <w:top w:w="40" w:type="dxa"/>
              <w:left w:w="60" w:type="dxa"/>
              <w:bottom w:w="40" w:type="dxa"/>
              <w:right w:w="60" w:type="dxa"/>
            </w:tcMar>
          </w:tcPr>
          <w:p w14:paraId="149AEC49" w14:textId="77777777" w:rsidR="00527AF6" w:rsidRDefault="00527AF6"/>
        </w:tc>
      </w:tr>
    </w:tbl>
    <w:p w14:paraId="15DD96B1" w14:textId="77777777" w:rsidR="00527AF6" w:rsidRDefault="00000000">
      <w:pPr>
        <w:keepNext/>
        <w:pBdr>
          <w:bottom w:val="single" w:sz="12" w:space="2" w:color="1F4E79"/>
        </w:pBdr>
        <w:spacing w:before="200" w:after="80"/>
      </w:pPr>
      <w:r>
        <w:rPr>
          <w:b/>
          <w:color w:val="1F4E79"/>
          <w:sz w:val="22"/>
        </w:rPr>
        <w:t>3. WORK ACTIVITY &amp; OPERATIONAL CONTEXT</w:t>
      </w:r>
    </w:p>
    <w:tbl>
      <w:tblPr>
        <w:tblW w:w="0" w:type="auto"/>
        <w:jc w:val="center"/>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ook w:val="04A0" w:firstRow="1" w:lastRow="0" w:firstColumn="1" w:lastColumn="0" w:noHBand="0" w:noVBand="1"/>
      </w:tblPr>
      <w:tblGrid>
        <w:gridCol w:w="2016"/>
        <w:gridCol w:w="3074"/>
        <w:gridCol w:w="2016"/>
        <w:gridCol w:w="3074"/>
      </w:tblGrid>
      <w:tr w:rsidR="00527AF6" w14:paraId="1E466A6E" w14:textId="77777777">
        <w:trPr>
          <w:trHeight w:val="360"/>
          <w:jc w:val="center"/>
        </w:trPr>
        <w:tc>
          <w:tcPr>
            <w:tcW w:w="2016" w:type="dxa"/>
            <w:shd w:val="clear" w:color="auto" w:fill="F2F4F7"/>
            <w:tcMar>
              <w:top w:w="40" w:type="dxa"/>
              <w:left w:w="60" w:type="dxa"/>
              <w:bottom w:w="40" w:type="dxa"/>
              <w:right w:w="60" w:type="dxa"/>
            </w:tcMar>
          </w:tcPr>
          <w:p w14:paraId="70EAC8B5" w14:textId="77777777" w:rsidR="00527AF6" w:rsidRDefault="00000000">
            <w:r>
              <w:rPr>
                <w:b/>
                <w:sz w:val="17"/>
              </w:rPr>
              <w:t>Work Activity Performed:</w:t>
            </w:r>
          </w:p>
        </w:tc>
        <w:tc>
          <w:tcPr>
            <w:tcW w:w="3074" w:type="dxa"/>
            <w:tcMar>
              <w:top w:w="40" w:type="dxa"/>
              <w:left w:w="60" w:type="dxa"/>
              <w:bottom w:w="40" w:type="dxa"/>
              <w:right w:w="60" w:type="dxa"/>
            </w:tcMar>
          </w:tcPr>
          <w:p w14:paraId="7A22C1BC" w14:textId="77777777" w:rsidR="00527AF6" w:rsidRDefault="00527AF6"/>
        </w:tc>
        <w:tc>
          <w:tcPr>
            <w:tcW w:w="2016" w:type="dxa"/>
            <w:shd w:val="clear" w:color="auto" w:fill="F2F4F7"/>
            <w:tcMar>
              <w:top w:w="40" w:type="dxa"/>
              <w:left w:w="60" w:type="dxa"/>
              <w:bottom w:w="40" w:type="dxa"/>
              <w:right w:w="60" w:type="dxa"/>
            </w:tcMar>
          </w:tcPr>
          <w:p w14:paraId="226F3E69" w14:textId="77777777" w:rsidR="00527AF6" w:rsidRDefault="00000000">
            <w:r>
              <w:rPr>
                <w:b/>
                <w:sz w:val="17"/>
              </w:rPr>
              <w:t>Task / Operation Details:</w:t>
            </w:r>
          </w:p>
        </w:tc>
        <w:tc>
          <w:tcPr>
            <w:tcW w:w="3074" w:type="dxa"/>
            <w:tcMar>
              <w:top w:w="40" w:type="dxa"/>
              <w:left w:w="60" w:type="dxa"/>
              <w:bottom w:w="40" w:type="dxa"/>
              <w:right w:w="60" w:type="dxa"/>
            </w:tcMar>
          </w:tcPr>
          <w:p w14:paraId="20BA1864" w14:textId="77777777" w:rsidR="00527AF6" w:rsidRDefault="00527AF6"/>
        </w:tc>
      </w:tr>
      <w:tr w:rsidR="00527AF6" w14:paraId="5AC47C71" w14:textId="77777777">
        <w:trPr>
          <w:trHeight w:val="360"/>
          <w:jc w:val="center"/>
        </w:trPr>
        <w:tc>
          <w:tcPr>
            <w:tcW w:w="2016" w:type="dxa"/>
            <w:shd w:val="clear" w:color="auto" w:fill="F2F4F7"/>
            <w:tcMar>
              <w:top w:w="40" w:type="dxa"/>
              <w:left w:w="60" w:type="dxa"/>
              <w:bottom w:w="40" w:type="dxa"/>
              <w:right w:w="60" w:type="dxa"/>
            </w:tcMar>
          </w:tcPr>
          <w:p w14:paraId="0E6DB6FC" w14:textId="77777777" w:rsidR="00527AF6" w:rsidRDefault="00000000">
            <w:r>
              <w:rPr>
                <w:b/>
                <w:sz w:val="17"/>
              </w:rPr>
              <w:t>Equipment / Tools Involved:</w:t>
            </w:r>
          </w:p>
        </w:tc>
        <w:tc>
          <w:tcPr>
            <w:tcW w:w="3074" w:type="dxa"/>
            <w:tcMar>
              <w:top w:w="40" w:type="dxa"/>
              <w:left w:w="60" w:type="dxa"/>
              <w:bottom w:w="40" w:type="dxa"/>
              <w:right w:w="60" w:type="dxa"/>
            </w:tcMar>
          </w:tcPr>
          <w:p w14:paraId="22119DCB" w14:textId="77777777" w:rsidR="00527AF6" w:rsidRDefault="00527AF6"/>
        </w:tc>
        <w:tc>
          <w:tcPr>
            <w:tcW w:w="2016" w:type="dxa"/>
            <w:shd w:val="clear" w:color="auto" w:fill="F2F4F7"/>
            <w:tcMar>
              <w:top w:w="40" w:type="dxa"/>
              <w:left w:w="60" w:type="dxa"/>
              <w:bottom w:w="40" w:type="dxa"/>
              <w:right w:w="60" w:type="dxa"/>
            </w:tcMar>
          </w:tcPr>
          <w:p w14:paraId="18DF29B9" w14:textId="77777777" w:rsidR="00527AF6" w:rsidRDefault="00000000">
            <w:r>
              <w:rPr>
                <w:b/>
                <w:sz w:val="17"/>
              </w:rPr>
              <w:t>Work Shift / Time in Shift:</w:t>
            </w:r>
          </w:p>
        </w:tc>
        <w:tc>
          <w:tcPr>
            <w:tcW w:w="3074" w:type="dxa"/>
            <w:tcMar>
              <w:top w:w="40" w:type="dxa"/>
              <w:left w:w="60" w:type="dxa"/>
              <w:bottom w:w="40" w:type="dxa"/>
              <w:right w:w="60" w:type="dxa"/>
            </w:tcMar>
          </w:tcPr>
          <w:p w14:paraId="445061CB" w14:textId="77777777" w:rsidR="00527AF6" w:rsidRDefault="00527AF6"/>
        </w:tc>
      </w:tr>
      <w:tr w:rsidR="00527AF6" w14:paraId="5C61938B" w14:textId="77777777">
        <w:trPr>
          <w:trHeight w:val="360"/>
          <w:jc w:val="center"/>
        </w:trPr>
        <w:tc>
          <w:tcPr>
            <w:tcW w:w="2016" w:type="dxa"/>
            <w:shd w:val="clear" w:color="auto" w:fill="F2F4F7"/>
            <w:tcMar>
              <w:top w:w="40" w:type="dxa"/>
              <w:left w:w="60" w:type="dxa"/>
              <w:bottom w:w="40" w:type="dxa"/>
              <w:right w:w="60" w:type="dxa"/>
            </w:tcMar>
          </w:tcPr>
          <w:p w14:paraId="3EE6D0C5" w14:textId="77777777" w:rsidR="00527AF6" w:rsidRDefault="00000000">
            <w:r>
              <w:rPr>
                <w:b/>
                <w:sz w:val="17"/>
              </w:rPr>
              <w:t>Number of Persons Present:</w:t>
            </w:r>
          </w:p>
        </w:tc>
        <w:tc>
          <w:tcPr>
            <w:tcW w:w="3074" w:type="dxa"/>
            <w:tcMar>
              <w:top w:w="40" w:type="dxa"/>
              <w:left w:w="60" w:type="dxa"/>
              <w:bottom w:w="40" w:type="dxa"/>
              <w:right w:w="60" w:type="dxa"/>
            </w:tcMar>
          </w:tcPr>
          <w:p w14:paraId="37E3E79D" w14:textId="77777777" w:rsidR="00527AF6" w:rsidRDefault="00527AF6"/>
        </w:tc>
        <w:tc>
          <w:tcPr>
            <w:tcW w:w="2016" w:type="dxa"/>
            <w:shd w:val="clear" w:color="auto" w:fill="F2F4F7"/>
            <w:tcMar>
              <w:top w:w="40" w:type="dxa"/>
              <w:left w:w="60" w:type="dxa"/>
              <w:bottom w:w="40" w:type="dxa"/>
              <w:right w:w="60" w:type="dxa"/>
            </w:tcMar>
          </w:tcPr>
          <w:p w14:paraId="3D3947E7" w14:textId="77777777" w:rsidR="00527AF6" w:rsidRDefault="00000000">
            <w:r>
              <w:rPr>
                <w:b/>
                <w:sz w:val="17"/>
              </w:rPr>
              <w:t>Permit / Authorization Ref:</w:t>
            </w:r>
          </w:p>
        </w:tc>
        <w:tc>
          <w:tcPr>
            <w:tcW w:w="3074" w:type="dxa"/>
            <w:tcMar>
              <w:top w:w="40" w:type="dxa"/>
              <w:left w:w="60" w:type="dxa"/>
              <w:bottom w:w="40" w:type="dxa"/>
              <w:right w:w="60" w:type="dxa"/>
            </w:tcMar>
          </w:tcPr>
          <w:p w14:paraId="598848E6" w14:textId="77777777" w:rsidR="00527AF6" w:rsidRDefault="00527AF6"/>
        </w:tc>
      </w:tr>
    </w:tbl>
    <w:p w14:paraId="26661C3B" w14:textId="77777777" w:rsidR="00527AF6" w:rsidRDefault="00000000">
      <w:pPr>
        <w:spacing w:before="80" w:after="40"/>
      </w:pPr>
      <w:r>
        <w:rPr>
          <w:b/>
        </w:rPr>
        <w:t>Brief Description of Work Activity Context:</w:t>
      </w:r>
    </w:p>
    <w:tbl>
      <w:tblPr>
        <w:tblW w:w="0" w:type="auto"/>
        <w:jc w:val="center"/>
        <w:tblBorders>
          <w:top w:val="single" w:sz="2" w:space="0" w:color="E0E0E0"/>
          <w:left w:val="single" w:sz="2" w:space="0" w:color="E0E0E0"/>
          <w:bottom w:val="single" w:sz="2" w:space="0" w:color="E0E0E0"/>
          <w:right w:val="single" w:sz="2" w:space="0" w:color="E0E0E0"/>
          <w:insideH w:val="single" w:sz="2" w:space="0" w:color="E0E0E0"/>
          <w:insideV w:val="single" w:sz="2" w:space="0" w:color="E0E0E0"/>
        </w:tblBorders>
        <w:tblLayout w:type="fixed"/>
        <w:tblLook w:val="04A0" w:firstRow="1" w:lastRow="0" w:firstColumn="1" w:lastColumn="0" w:noHBand="0" w:noVBand="1"/>
      </w:tblPr>
      <w:tblGrid>
        <w:gridCol w:w="10181"/>
      </w:tblGrid>
      <w:tr w:rsidR="00527AF6" w14:paraId="1433D957" w14:textId="77777777">
        <w:trPr>
          <w:trHeight w:val="360"/>
          <w:jc w:val="center"/>
        </w:trPr>
        <w:tc>
          <w:tcPr>
            <w:tcW w:w="10181" w:type="dxa"/>
            <w:tcMar>
              <w:top w:w="60" w:type="dxa"/>
              <w:left w:w="100" w:type="dxa"/>
              <w:bottom w:w="60" w:type="dxa"/>
              <w:right w:w="100" w:type="dxa"/>
            </w:tcMar>
          </w:tcPr>
          <w:p w14:paraId="3655CA04" w14:textId="77777777" w:rsidR="00527AF6" w:rsidRDefault="00527AF6">
            <w:pPr>
              <w:spacing w:after="0"/>
            </w:pPr>
          </w:p>
        </w:tc>
      </w:tr>
      <w:tr w:rsidR="00D7150B" w14:paraId="4C974B8B" w14:textId="77777777">
        <w:trPr>
          <w:trHeight w:val="360"/>
          <w:jc w:val="center"/>
        </w:trPr>
        <w:tc>
          <w:tcPr>
            <w:tcW w:w="10181" w:type="dxa"/>
            <w:tcMar>
              <w:top w:w="60" w:type="dxa"/>
              <w:left w:w="100" w:type="dxa"/>
              <w:bottom w:w="60" w:type="dxa"/>
              <w:right w:w="100" w:type="dxa"/>
            </w:tcMar>
          </w:tcPr>
          <w:p w14:paraId="3484254A" w14:textId="77777777" w:rsidR="00D7150B" w:rsidRDefault="00D7150B">
            <w:pPr>
              <w:spacing w:after="0"/>
            </w:pPr>
          </w:p>
        </w:tc>
      </w:tr>
      <w:tr w:rsidR="00527AF6" w14:paraId="53CEB9DB" w14:textId="77777777">
        <w:trPr>
          <w:trHeight w:val="360"/>
          <w:jc w:val="center"/>
        </w:trPr>
        <w:tc>
          <w:tcPr>
            <w:tcW w:w="10181" w:type="dxa"/>
            <w:tcMar>
              <w:top w:w="60" w:type="dxa"/>
              <w:left w:w="100" w:type="dxa"/>
              <w:bottom w:w="60" w:type="dxa"/>
              <w:right w:w="100" w:type="dxa"/>
            </w:tcMar>
          </w:tcPr>
          <w:p w14:paraId="2425A8F0" w14:textId="77777777" w:rsidR="00527AF6" w:rsidRDefault="00527AF6">
            <w:pPr>
              <w:spacing w:after="0"/>
            </w:pPr>
          </w:p>
        </w:tc>
      </w:tr>
    </w:tbl>
    <w:p w14:paraId="3CBCE904" w14:textId="77777777" w:rsidR="00527AF6" w:rsidRDefault="00000000">
      <w:pPr>
        <w:keepNext/>
        <w:pBdr>
          <w:bottom w:val="single" w:sz="12" w:space="2" w:color="1F4E79"/>
        </w:pBdr>
        <w:spacing w:before="200" w:after="80"/>
      </w:pPr>
      <w:r>
        <w:rPr>
          <w:b/>
          <w:color w:val="1F4E79"/>
          <w:sz w:val="22"/>
        </w:rPr>
        <w:lastRenderedPageBreak/>
        <w:t>4. PERSON(S) INVOLVED</w:t>
      </w:r>
    </w:p>
    <w:tbl>
      <w:tblPr>
        <w:tblW w:w="0" w:type="auto"/>
        <w:jc w:val="center"/>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ook w:val="04A0" w:firstRow="1" w:lastRow="0" w:firstColumn="1" w:lastColumn="0" w:noHBand="0" w:noVBand="1"/>
      </w:tblPr>
      <w:tblGrid>
        <w:gridCol w:w="2592"/>
        <w:gridCol w:w="2160"/>
        <w:gridCol w:w="1872"/>
        <w:gridCol w:w="1296"/>
        <w:gridCol w:w="2261"/>
      </w:tblGrid>
      <w:tr w:rsidR="00527AF6" w14:paraId="262E8E03" w14:textId="77777777">
        <w:trPr>
          <w:trHeight w:val="320"/>
          <w:jc w:val="center"/>
        </w:trPr>
        <w:tc>
          <w:tcPr>
            <w:tcW w:w="2592" w:type="dxa"/>
            <w:shd w:val="clear" w:color="auto" w:fill="F2F4F7"/>
            <w:tcMar>
              <w:top w:w="40" w:type="dxa"/>
              <w:left w:w="60" w:type="dxa"/>
              <w:bottom w:w="40" w:type="dxa"/>
              <w:right w:w="60" w:type="dxa"/>
            </w:tcMar>
          </w:tcPr>
          <w:p w14:paraId="36440BDB" w14:textId="77777777" w:rsidR="00527AF6" w:rsidRDefault="00000000">
            <w:r>
              <w:rPr>
                <w:b/>
                <w:sz w:val="17"/>
              </w:rPr>
              <w:t>Full Name</w:t>
            </w:r>
          </w:p>
        </w:tc>
        <w:tc>
          <w:tcPr>
            <w:tcW w:w="2160" w:type="dxa"/>
            <w:shd w:val="clear" w:color="auto" w:fill="F2F4F7"/>
            <w:tcMar>
              <w:top w:w="40" w:type="dxa"/>
              <w:left w:w="60" w:type="dxa"/>
              <w:bottom w:w="40" w:type="dxa"/>
              <w:right w:w="60" w:type="dxa"/>
            </w:tcMar>
          </w:tcPr>
          <w:p w14:paraId="6B879C62" w14:textId="77777777" w:rsidR="00527AF6" w:rsidRDefault="00000000">
            <w:r>
              <w:rPr>
                <w:b/>
                <w:sz w:val="17"/>
              </w:rPr>
              <w:t>Employer / Company</w:t>
            </w:r>
          </w:p>
        </w:tc>
        <w:tc>
          <w:tcPr>
            <w:tcW w:w="1872" w:type="dxa"/>
            <w:shd w:val="clear" w:color="auto" w:fill="F2F4F7"/>
            <w:tcMar>
              <w:top w:w="40" w:type="dxa"/>
              <w:left w:w="60" w:type="dxa"/>
              <w:bottom w:w="40" w:type="dxa"/>
              <w:right w:w="60" w:type="dxa"/>
            </w:tcMar>
          </w:tcPr>
          <w:p w14:paraId="4C8754E9" w14:textId="77777777" w:rsidR="00527AF6" w:rsidRDefault="00000000">
            <w:r>
              <w:rPr>
                <w:b/>
                <w:sz w:val="17"/>
              </w:rPr>
              <w:t>Job Title / Role</w:t>
            </w:r>
          </w:p>
        </w:tc>
        <w:tc>
          <w:tcPr>
            <w:tcW w:w="1296" w:type="dxa"/>
            <w:shd w:val="clear" w:color="auto" w:fill="F2F4F7"/>
            <w:tcMar>
              <w:top w:w="40" w:type="dxa"/>
              <w:left w:w="60" w:type="dxa"/>
              <w:bottom w:w="40" w:type="dxa"/>
              <w:right w:w="60" w:type="dxa"/>
            </w:tcMar>
          </w:tcPr>
          <w:p w14:paraId="7ED14B7A" w14:textId="77777777" w:rsidR="00527AF6" w:rsidRDefault="00000000">
            <w:r>
              <w:rPr>
                <w:b/>
                <w:sz w:val="17"/>
              </w:rPr>
              <w:t>Age (Optional)</w:t>
            </w:r>
          </w:p>
        </w:tc>
        <w:tc>
          <w:tcPr>
            <w:tcW w:w="2261" w:type="dxa"/>
            <w:shd w:val="clear" w:color="auto" w:fill="F2F4F7"/>
            <w:tcMar>
              <w:top w:w="40" w:type="dxa"/>
              <w:left w:w="60" w:type="dxa"/>
              <w:bottom w:w="40" w:type="dxa"/>
              <w:right w:w="60" w:type="dxa"/>
            </w:tcMar>
          </w:tcPr>
          <w:p w14:paraId="3E49898C" w14:textId="77777777" w:rsidR="00527AF6" w:rsidRDefault="00000000">
            <w:r>
              <w:rPr>
                <w:b/>
                <w:sz w:val="17"/>
              </w:rPr>
              <w:t>Contact / ID Reference</w:t>
            </w:r>
          </w:p>
        </w:tc>
      </w:tr>
      <w:tr w:rsidR="00527AF6" w14:paraId="409B62A2" w14:textId="77777777">
        <w:trPr>
          <w:trHeight w:val="360"/>
          <w:jc w:val="center"/>
        </w:trPr>
        <w:tc>
          <w:tcPr>
            <w:tcW w:w="2592" w:type="dxa"/>
            <w:tcMar>
              <w:top w:w="40" w:type="dxa"/>
              <w:left w:w="60" w:type="dxa"/>
              <w:bottom w:w="40" w:type="dxa"/>
              <w:right w:w="60" w:type="dxa"/>
            </w:tcMar>
          </w:tcPr>
          <w:p w14:paraId="630ACDDF" w14:textId="77777777" w:rsidR="00527AF6" w:rsidRDefault="00527AF6"/>
        </w:tc>
        <w:tc>
          <w:tcPr>
            <w:tcW w:w="2160" w:type="dxa"/>
            <w:tcMar>
              <w:top w:w="40" w:type="dxa"/>
              <w:left w:w="60" w:type="dxa"/>
              <w:bottom w:w="40" w:type="dxa"/>
              <w:right w:w="60" w:type="dxa"/>
            </w:tcMar>
          </w:tcPr>
          <w:p w14:paraId="3088DA7A" w14:textId="77777777" w:rsidR="00527AF6" w:rsidRDefault="00527AF6"/>
        </w:tc>
        <w:tc>
          <w:tcPr>
            <w:tcW w:w="1872" w:type="dxa"/>
            <w:tcMar>
              <w:top w:w="40" w:type="dxa"/>
              <w:left w:w="60" w:type="dxa"/>
              <w:bottom w:w="40" w:type="dxa"/>
              <w:right w:w="60" w:type="dxa"/>
            </w:tcMar>
          </w:tcPr>
          <w:p w14:paraId="0D323478" w14:textId="77777777" w:rsidR="00527AF6" w:rsidRDefault="00527AF6"/>
        </w:tc>
        <w:tc>
          <w:tcPr>
            <w:tcW w:w="1296" w:type="dxa"/>
            <w:tcMar>
              <w:top w:w="40" w:type="dxa"/>
              <w:left w:w="60" w:type="dxa"/>
              <w:bottom w:w="40" w:type="dxa"/>
              <w:right w:w="60" w:type="dxa"/>
            </w:tcMar>
          </w:tcPr>
          <w:p w14:paraId="5A139145" w14:textId="77777777" w:rsidR="00527AF6" w:rsidRDefault="00527AF6"/>
        </w:tc>
        <w:tc>
          <w:tcPr>
            <w:tcW w:w="2261" w:type="dxa"/>
            <w:tcMar>
              <w:top w:w="40" w:type="dxa"/>
              <w:left w:w="60" w:type="dxa"/>
              <w:bottom w:w="40" w:type="dxa"/>
              <w:right w:w="60" w:type="dxa"/>
            </w:tcMar>
          </w:tcPr>
          <w:p w14:paraId="3BB8EE51" w14:textId="77777777" w:rsidR="00527AF6" w:rsidRDefault="00527AF6"/>
        </w:tc>
      </w:tr>
      <w:tr w:rsidR="00527AF6" w14:paraId="1EFDE799" w14:textId="77777777">
        <w:trPr>
          <w:trHeight w:val="360"/>
          <w:jc w:val="center"/>
        </w:trPr>
        <w:tc>
          <w:tcPr>
            <w:tcW w:w="2592" w:type="dxa"/>
            <w:tcMar>
              <w:top w:w="40" w:type="dxa"/>
              <w:left w:w="60" w:type="dxa"/>
              <w:bottom w:w="40" w:type="dxa"/>
              <w:right w:w="60" w:type="dxa"/>
            </w:tcMar>
          </w:tcPr>
          <w:p w14:paraId="2423A616" w14:textId="77777777" w:rsidR="00527AF6" w:rsidRDefault="00527AF6"/>
        </w:tc>
        <w:tc>
          <w:tcPr>
            <w:tcW w:w="2160" w:type="dxa"/>
            <w:tcMar>
              <w:top w:w="40" w:type="dxa"/>
              <w:left w:w="60" w:type="dxa"/>
              <w:bottom w:w="40" w:type="dxa"/>
              <w:right w:w="60" w:type="dxa"/>
            </w:tcMar>
          </w:tcPr>
          <w:p w14:paraId="06A76D8B" w14:textId="77777777" w:rsidR="00527AF6" w:rsidRDefault="00527AF6"/>
        </w:tc>
        <w:tc>
          <w:tcPr>
            <w:tcW w:w="1872" w:type="dxa"/>
            <w:tcMar>
              <w:top w:w="40" w:type="dxa"/>
              <w:left w:w="60" w:type="dxa"/>
              <w:bottom w:w="40" w:type="dxa"/>
              <w:right w:w="60" w:type="dxa"/>
            </w:tcMar>
          </w:tcPr>
          <w:p w14:paraId="60220EEA" w14:textId="77777777" w:rsidR="00527AF6" w:rsidRDefault="00527AF6"/>
        </w:tc>
        <w:tc>
          <w:tcPr>
            <w:tcW w:w="1296" w:type="dxa"/>
            <w:tcMar>
              <w:top w:w="40" w:type="dxa"/>
              <w:left w:w="60" w:type="dxa"/>
              <w:bottom w:w="40" w:type="dxa"/>
              <w:right w:w="60" w:type="dxa"/>
            </w:tcMar>
          </w:tcPr>
          <w:p w14:paraId="15A3014D" w14:textId="77777777" w:rsidR="00527AF6" w:rsidRDefault="00527AF6"/>
        </w:tc>
        <w:tc>
          <w:tcPr>
            <w:tcW w:w="2261" w:type="dxa"/>
            <w:tcMar>
              <w:top w:w="40" w:type="dxa"/>
              <w:left w:w="60" w:type="dxa"/>
              <w:bottom w:w="40" w:type="dxa"/>
              <w:right w:w="60" w:type="dxa"/>
            </w:tcMar>
          </w:tcPr>
          <w:p w14:paraId="297595BB" w14:textId="77777777" w:rsidR="00527AF6" w:rsidRDefault="00527AF6"/>
        </w:tc>
      </w:tr>
    </w:tbl>
    <w:p w14:paraId="49B9AB3F" w14:textId="77777777" w:rsidR="00527AF6" w:rsidRDefault="00000000">
      <w:pPr>
        <w:spacing w:before="80" w:after="40"/>
      </w:pPr>
      <w:r>
        <w:t>Person Directly Involved / Primary Contact: ____________________________________________________</w:t>
      </w:r>
    </w:p>
    <w:p w14:paraId="72EB6EF8" w14:textId="77777777" w:rsidR="00527AF6" w:rsidRDefault="00000000">
      <w:pPr>
        <w:keepNext/>
        <w:pBdr>
          <w:bottom w:val="single" w:sz="12" w:space="2" w:color="1F4E79"/>
        </w:pBdr>
        <w:spacing w:before="200" w:after="80"/>
      </w:pPr>
      <w:r>
        <w:rPr>
          <w:b/>
          <w:color w:val="1F4E79"/>
          <w:sz w:val="22"/>
        </w:rPr>
        <w:t>5. INJURY / ILLNESS DETAILS</w:t>
      </w:r>
    </w:p>
    <w:p w14:paraId="4D0D0D30" w14:textId="77777777" w:rsidR="00527AF6" w:rsidRDefault="00000000">
      <w:pPr>
        <w:spacing w:before="40" w:after="80"/>
      </w:pPr>
      <w:r>
        <w:rPr>
          <w:b/>
        </w:rPr>
        <w:t xml:space="preserve">Was anyone injured or affected?   </w:t>
      </w:r>
      <w:r>
        <w:t>☐ Yes     ☐ No   (If Yes, complete details below)</w:t>
      </w:r>
    </w:p>
    <w:tbl>
      <w:tblPr>
        <w:tblW w:w="0" w:type="auto"/>
        <w:jc w:val="center"/>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ook w:val="04A0" w:firstRow="1" w:lastRow="0" w:firstColumn="1" w:lastColumn="0" w:noHBand="0" w:noVBand="1"/>
      </w:tblPr>
      <w:tblGrid>
        <w:gridCol w:w="2016"/>
        <w:gridCol w:w="3074"/>
        <w:gridCol w:w="2016"/>
        <w:gridCol w:w="3074"/>
      </w:tblGrid>
      <w:tr w:rsidR="00527AF6" w14:paraId="78060638" w14:textId="77777777">
        <w:trPr>
          <w:trHeight w:val="360"/>
          <w:jc w:val="center"/>
        </w:trPr>
        <w:tc>
          <w:tcPr>
            <w:tcW w:w="2016" w:type="dxa"/>
            <w:shd w:val="clear" w:color="auto" w:fill="F2F4F7"/>
            <w:tcMar>
              <w:top w:w="40" w:type="dxa"/>
              <w:left w:w="60" w:type="dxa"/>
              <w:bottom w:w="40" w:type="dxa"/>
              <w:right w:w="60" w:type="dxa"/>
            </w:tcMar>
          </w:tcPr>
          <w:p w14:paraId="08BFD643" w14:textId="77777777" w:rsidR="00527AF6" w:rsidRDefault="00000000">
            <w:r>
              <w:rPr>
                <w:b/>
                <w:sz w:val="17"/>
              </w:rPr>
              <w:t>Injured Person Name:</w:t>
            </w:r>
          </w:p>
        </w:tc>
        <w:tc>
          <w:tcPr>
            <w:tcW w:w="3074" w:type="dxa"/>
            <w:tcMar>
              <w:top w:w="40" w:type="dxa"/>
              <w:left w:w="60" w:type="dxa"/>
              <w:bottom w:w="40" w:type="dxa"/>
              <w:right w:w="60" w:type="dxa"/>
            </w:tcMar>
          </w:tcPr>
          <w:p w14:paraId="428B8A6D" w14:textId="77777777" w:rsidR="00527AF6" w:rsidRDefault="00527AF6"/>
        </w:tc>
        <w:tc>
          <w:tcPr>
            <w:tcW w:w="2016" w:type="dxa"/>
            <w:shd w:val="clear" w:color="auto" w:fill="F2F4F7"/>
            <w:tcMar>
              <w:top w:w="40" w:type="dxa"/>
              <w:left w:w="60" w:type="dxa"/>
              <w:bottom w:w="40" w:type="dxa"/>
              <w:right w:w="60" w:type="dxa"/>
            </w:tcMar>
          </w:tcPr>
          <w:p w14:paraId="7E4A5960" w14:textId="77777777" w:rsidR="00527AF6" w:rsidRDefault="00000000">
            <w:r>
              <w:rPr>
                <w:b/>
                <w:sz w:val="17"/>
              </w:rPr>
              <w:t>Injury / Illness Type:</w:t>
            </w:r>
          </w:p>
        </w:tc>
        <w:tc>
          <w:tcPr>
            <w:tcW w:w="3074" w:type="dxa"/>
            <w:tcMar>
              <w:top w:w="40" w:type="dxa"/>
              <w:left w:w="60" w:type="dxa"/>
              <w:bottom w:w="40" w:type="dxa"/>
              <w:right w:w="60" w:type="dxa"/>
            </w:tcMar>
          </w:tcPr>
          <w:p w14:paraId="0553B9A8" w14:textId="77777777" w:rsidR="00527AF6" w:rsidRDefault="00527AF6"/>
        </w:tc>
      </w:tr>
      <w:tr w:rsidR="00527AF6" w14:paraId="6840A5D8" w14:textId="77777777">
        <w:trPr>
          <w:trHeight w:val="360"/>
          <w:jc w:val="center"/>
        </w:trPr>
        <w:tc>
          <w:tcPr>
            <w:tcW w:w="2016" w:type="dxa"/>
            <w:shd w:val="clear" w:color="auto" w:fill="F2F4F7"/>
            <w:tcMar>
              <w:top w:w="40" w:type="dxa"/>
              <w:left w:w="60" w:type="dxa"/>
              <w:bottom w:w="40" w:type="dxa"/>
              <w:right w:w="60" w:type="dxa"/>
            </w:tcMar>
          </w:tcPr>
          <w:p w14:paraId="1A298849" w14:textId="77777777" w:rsidR="00527AF6" w:rsidRDefault="00000000">
            <w:r>
              <w:rPr>
                <w:b/>
                <w:sz w:val="17"/>
              </w:rPr>
              <w:t>Body Part Affected:</w:t>
            </w:r>
          </w:p>
        </w:tc>
        <w:tc>
          <w:tcPr>
            <w:tcW w:w="3074" w:type="dxa"/>
            <w:tcMar>
              <w:top w:w="40" w:type="dxa"/>
              <w:left w:w="60" w:type="dxa"/>
              <w:bottom w:w="40" w:type="dxa"/>
              <w:right w:w="60" w:type="dxa"/>
            </w:tcMar>
          </w:tcPr>
          <w:p w14:paraId="465E0866" w14:textId="77777777" w:rsidR="00527AF6" w:rsidRDefault="00527AF6"/>
        </w:tc>
        <w:tc>
          <w:tcPr>
            <w:tcW w:w="2016" w:type="dxa"/>
            <w:shd w:val="clear" w:color="auto" w:fill="F2F4F7"/>
            <w:tcMar>
              <w:top w:w="40" w:type="dxa"/>
              <w:left w:w="60" w:type="dxa"/>
              <w:bottom w:w="40" w:type="dxa"/>
              <w:right w:w="60" w:type="dxa"/>
            </w:tcMar>
          </w:tcPr>
          <w:p w14:paraId="20750D85" w14:textId="77777777" w:rsidR="00527AF6" w:rsidRDefault="00000000">
            <w:r>
              <w:rPr>
                <w:b/>
                <w:sz w:val="17"/>
              </w:rPr>
              <w:t>First Aid Provided?</w:t>
            </w:r>
          </w:p>
        </w:tc>
        <w:tc>
          <w:tcPr>
            <w:tcW w:w="3074" w:type="dxa"/>
            <w:tcMar>
              <w:top w:w="40" w:type="dxa"/>
              <w:left w:w="60" w:type="dxa"/>
              <w:bottom w:w="40" w:type="dxa"/>
              <w:right w:w="60" w:type="dxa"/>
            </w:tcMar>
          </w:tcPr>
          <w:p w14:paraId="45946056" w14:textId="77777777" w:rsidR="00527AF6" w:rsidRDefault="00000000">
            <w:r>
              <w:rPr>
                <w:sz w:val="17"/>
              </w:rPr>
              <w:t>☐ Yes  ☐ No</w:t>
            </w:r>
          </w:p>
        </w:tc>
      </w:tr>
      <w:tr w:rsidR="00527AF6" w14:paraId="048B6181" w14:textId="77777777">
        <w:trPr>
          <w:trHeight w:val="360"/>
          <w:jc w:val="center"/>
        </w:trPr>
        <w:tc>
          <w:tcPr>
            <w:tcW w:w="2016" w:type="dxa"/>
            <w:shd w:val="clear" w:color="auto" w:fill="F2F4F7"/>
            <w:tcMar>
              <w:top w:w="40" w:type="dxa"/>
              <w:left w:w="60" w:type="dxa"/>
              <w:bottom w:w="40" w:type="dxa"/>
              <w:right w:w="60" w:type="dxa"/>
            </w:tcMar>
          </w:tcPr>
          <w:p w14:paraId="1327512C" w14:textId="77777777" w:rsidR="00527AF6" w:rsidRDefault="00000000">
            <w:r>
              <w:rPr>
                <w:b/>
                <w:sz w:val="17"/>
              </w:rPr>
              <w:t>Medical Treatment Required?</w:t>
            </w:r>
          </w:p>
        </w:tc>
        <w:tc>
          <w:tcPr>
            <w:tcW w:w="3074" w:type="dxa"/>
            <w:tcMar>
              <w:top w:w="40" w:type="dxa"/>
              <w:left w:w="60" w:type="dxa"/>
              <w:bottom w:w="40" w:type="dxa"/>
              <w:right w:w="60" w:type="dxa"/>
            </w:tcMar>
          </w:tcPr>
          <w:p w14:paraId="6661C891" w14:textId="77777777" w:rsidR="00527AF6" w:rsidRDefault="00000000">
            <w:r>
              <w:rPr>
                <w:sz w:val="17"/>
              </w:rPr>
              <w:t>☐ Yes  ☐ No</w:t>
            </w:r>
          </w:p>
        </w:tc>
        <w:tc>
          <w:tcPr>
            <w:tcW w:w="2016" w:type="dxa"/>
            <w:shd w:val="clear" w:color="auto" w:fill="F2F4F7"/>
            <w:tcMar>
              <w:top w:w="40" w:type="dxa"/>
              <w:left w:w="60" w:type="dxa"/>
              <w:bottom w:w="40" w:type="dxa"/>
              <w:right w:w="60" w:type="dxa"/>
            </w:tcMar>
          </w:tcPr>
          <w:p w14:paraId="50585CBC" w14:textId="77777777" w:rsidR="00527AF6" w:rsidRDefault="00000000">
            <w:r>
              <w:rPr>
                <w:b/>
                <w:sz w:val="17"/>
              </w:rPr>
              <w:t>Medical Facility Name:</w:t>
            </w:r>
          </w:p>
        </w:tc>
        <w:tc>
          <w:tcPr>
            <w:tcW w:w="3074" w:type="dxa"/>
            <w:tcMar>
              <w:top w:w="40" w:type="dxa"/>
              <w:left w:w="60" w:type="dxa"/>
              <w:bottom w:w="40" w:type="dxa"/>
              <w:right w:w="60" w:type="dxa"/>
            </w:tcMar>
          </w:tcPr>
          <w:p w14:paraId="68EA6E03" w14:textId="77777777" w:rsidR="00527AF6" w:rsidRDefault="00527AF6"/>
        </w:tc>
      </w:tr>
      <w:tr w:rsidR="00527AF6" w14:paraId="1474BF10" w14:textId="77777777">
        <w:trPr>
          <w:trHeight w:val="360"/>
          <w:jc w:val="center"/>
        </w:trPr>
        <w:tc>
          <w:tcPr>
            <w:tcW w:w="2016" w:type="dxa"/>
            <w:shd w:val="clear" w:color="auto" w:fill="F2F4F7"/>
            <w:tcMar>
              <w:top w:w="40" w:type="dxa"/>
              <w:left w:w="60" w:type="dxa"/>
              <w:bottom w:w="40" w:type="dxa"/>
              <w:right w:w="60" w:type="dxa"/>
            </w:tcMar>
          </w:tcPr>
          <w:p w14:paraId="7228415D" w14:textId="77777777" w:rsidR="00527AF6" w:rsidRDefault="00000000">
            <w:r>
              <w:rPr>
                <w:b/>
                <w:sz w:val="17"/>
              </w:rPr>
              <w:t>Work Restriction / Lost Time:</w:t>
            </w:r>
          </w:p>
        </w:tc>
        <w:tc>
          <w:tcPr>
            <w:tcW w:w="3074" w:type="dxa"/>
            <w:tcMar>
              <w:top w:w="40" w:type="dxa"/>
              <w:left w:w="60" w:type="dxa"/>
              <w:bottom w:w="40" w:type="dxa"/>
              <w:right w:w="60" w:type="dxa"/>
            </w:tcMar>
          </w:tcPr>
          <w:p w14:paraId="0D609323" w14:textId="77777777" w:rsidR="00527AF6" w:rsidRDefault="00000000">
            <w:r>
              <w:rPr>
                <w:sz w:val="17"/>
              </w:rPr>
              <w:t>☐ Yes  ☐ No  ☐ TBD</w:t>
            </w:r>
          </w:p>
        </w:tc>
        <w:tc>
          <w:tcPr>
            <w:tcW w:w="2016" w:type="dxa"/>
            <w:shd w:val="clear" w:color="auto" w:fill="F2F4F7"/>
            <w:tcMar>
              <w:top w:w="40" w:type="dxa"/>
              <w:left w:w="60" w:type="dxa"/>
              <w:bottom w:w="40" w:type="dxa"/>
              <w:right w:w="60" w:type="dxa"/>
            </w:tcMar>
          </w:tcPr>
          <w:p w14:paraId="4CF94D0D" w14:textId="77777777" w:rsidR="00527AF6" w:rsidRDefault="00000000">
            <w:r>
              <w:rPr>
                <w:b/>
                <w:sz w:val="17"/>
              </w:rPr>
              <w:t>Current Status of Person:</w:t>
            </w:r>
          </w:p>
        </w:tc>
        <w:tc>
          <w:tcPr>
            <w:tcW w:w="3074" w:type="dxa"/>
            <w:tcMar>
              <w:top w:w="40" w:type="dxa"/>
              <w:left w:w="60" w:type="dxa"/>
              <w:bottom w:w="40" w:type="dxa"/>
              <w:right w:w="60" w:type="dxa"/>
            </w:tcMar>
          </w:tcPr>
          <w:p w14:paraId="130DD36D" w14:textId="77777777" w:rsidR="00527AF6" w:rsidRDefault="00527AF6"/>
        </w:tc>
      </w:tr>
    </w:tbl>
    <w:p w14:paraId="5DD280B5" w14:textId="77777777" w:rsidR="00527AF6" w:rsidRDefault="00000000">
      <w:pPr>
        <w:spacing w:before="80" w:after="40"/>
      </w:pPr>
      <w:r>
        <w:rPr>
          <w:b/>
        </w:rPr>
        <w:t>Treatment Provided / Initial Medical Response Summary:</w:t>
      </w:r>
    </w:p>
    <w:tbl>
      <w:tblPr>
        <w:tblW w:w="0" w:type="auto"/>
        <w:jc w:val="center"/>
        <w:tblBorders>
          <w:top w:val="single" w:sz="2" w:space="0" w:color="E0E0E0"/>
          <w:left w:val="single" w:sz="2" w:space="0" w:color="E0E0E0"/>
          <w:bottom w:val="single" w:sz="2" w:space="0" w:color="E0E0E0"/>
          <w:right w:val="single" w:sz="2" w:space="0" w:color="E0E0E0"/>
          <w:insideH w:val="single" w:sz="2" w:space="0" w:color="E0E0E0"/>
          <w:insideV w:val="single" w:sz="2" w:space="0" w:color="E0E0E0"/>
        </w:tblBorders>
        <w:tblLayout w:type="fixed"/>
        <w:tblLook w:val="04A0" w:firstRow="1" w:lastRow="0" w:firstColumn="1" w:lastColumn="0" w:noHBand="0" w:noVBand="1"/>
      </w:tblPr>
      <w:tblGrid>
        <w:gridCol w:w="10181"/>
      </w:tblGrid>
      <w:tr w:rsidR="00527AF6" w14:paraId="7D4B2C85" w14:textId="77777777">
        <w:trPr>
          <w:trHeight w:val="360"/>
          <w:jc w:val="center"/>
        </w:trPr>
        <w:tc>
          <w:tcPr>
            <w:tcW w:w="10181" w:type="dxa"/>
            <w:tcMar>
              <w:top w:w="60" w:type="dxa"/>
              <w:left w:w="100" w:type="dxa"/>
              <w:bottom w:w="60" w:type="dxa"/>
              <w:right w:w="100" w:type="dxa"/>
            </w:tcMar>
          </w:tcPr>
          <w:p w14:paraId="6FA08CEC" w14:textId="77777777" w:rsidR="00527AF6" w:rsidRDefault="00527AF6">
            <w:pPr>
              <w:spacing w:after="0"/>
            </w:pPr>
          </w:p>
        </w:tc>
      </w:tr>
      <w:tr w:rsidR="00527AF6" w14:paraId="0E7F2FF6" w14:textId="77777777">
        <w:trPr>
          <w:trHeight w:val="360"/>
          <w:jc w:val="center"/>
        </w:trPr>
        <w:tc>
          <w:tcPr>
            <w:tcW w:w="10181" w:type="dxa"/>
            <w:tcMar>
              <w:top w:w="60" w:type="dxa"/>
              <w:left w:w="100" w:type="dxa"/>
              <w:bottom w:w="60" w:type="dxa"/>
              <w:right w:w="100" w:type="dxa"/>
            </w:tcMar>
          </w:tcPr>
          <w:p w14:paraId="47F7F502" w14:textId="77777777" w:rsidR="00527AF6" w:rsidRDefault="00527AF6">
            <w:pPr>
              <w:spacing w:after="0"/>
            </w:pPr>
          </w:p>
        </w:tc>
      </w:tr>
    </w:tbl>
    <w:p w14:paraId="405FA8DD" w14:textId="77777777" w:rsidR="00527AF6" w:rsidRDefault="00000000">
      <w:pPr>
        <w:keepNext/>
        <w:pBdr>
          <w:bottom w:val="single" w:sz="12" w:space="2" w:color="1F4E79"/>
        </w:pBdr>
        <w:spacing w:before="200" w:after="80"/>
      </w:pPr>
      <w:r>
        <w:rPr>
          <w:b/>
          <w:color w:val="1F4E79"/>
          <w:sz w:val="22"/>
        </w:rPr>
        <w:t>6. PROPERTY / EQUIPMENT / MATERIAL DAMAGE</w:t>
      </w:r>
    </w:p>
    <w:p w14:paraId="30DDFE7A" w14:textId="77777777" w:rsidR="00527AF6" w:rsidRDefault="00000000">
      <w:pPr>
        <w:spacing w:before="40" w:after="80"/>
      </w:pPr>
      <w:r>
        <w:rPr>
          <w:b/>
        </w:rPr>
        <w:t xml:space="preserve">Was there property, equipment, vehicle, or material damage?   </w:t>
      </w:r>
      <w:r>
        <w:t>☐ Yes     ☐ No</w:t>
      </w:r>
    </w:p>
    <w:tbl>
      <w:tblPr>
        <w:tblW w:w="0" w:type="auto"/>
        <w:jc w:val="center"/>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ook w:val="04A0" w:firstRow="1" w:lastRow="0" w:firstColumn="1" w:lastColumn="0" w:noHBand="0" w:noVBand="1"/>
      </w:tblPr>
      <w:tblGrid>
        <w:gridCol w:w="3168"/>
        <w:gridCol w:w="4752"/>
        <w:gridCol w:w="2261"/>
      </w:tblGrid>
      <w:tr w:rsidR="00527AF6" w14:paraId="59CCC6B4" w14:textId="77777777">
        <w:trPr>
          <w:trHeight w:val="320"/>
          <w:jc w:val="center"/>
        </w:trPr>
        <w:tc>
          <w:tcPr>
            <w:tcW w:w="3168" w:type="dxa"/>
            <w:shd w:val="clear" w:color="auto" w:fill="F2F4F7"/>
            <w:tcMar>
              <w:top w:w="40" w:type="dxa"/>
              <w:left w:w="60" w:type="dxa"/>
              <w:bottom w:w="40" w:type="dxa"/>
              <w:right w:w="60" w:type="dxa"/>
            </w:tcMar>
          </w:tcPr>
          <w:p w14:paraId="4F786024" w14:textId="77777777" w:rsidR="00527AF6" w:rsidRDefault="00000000">
            <w:r>
              <w:rPr>
                <w:b/>
                <w:sz w:val="17"/>
              </w:rPr>
              <w:t>Item / Equipment / Structure</w:t>
            </w:r>
          </w:p>
        </w:tc>
        <w:tc>
          <w:tcPr>
            <w:tcW w:w="4752" w:type="dxa"/>
            <w:shd w:val="clear" w:color="auto" w:fill="F2F4F7"/>
            <w:tcMar>
              <w:top w:w="40" w:type="dxa"/>
              <w:left w:w="60" w:type="dxa"/>
              <w:bottom w:w="40" w:type="dxa"/>
              <w:right w:w="60" w:type="dxa"/>
            </w:tcMar>
          </w:tcPr>
          <w:p w14:paraId="580D2C67" w14:textId="77777777" w:rsidR="00527AF6" w:rsidRDefault="00000000">
            <w:r>
              <w:rPr>
                <w:b/>
                <w:sz w:val="17"/>
              </w:rPr>
              <w:t>Description of Damage</w:t>
            </w:r>
          </w:p>
        </w:tc>
        <w:tc>
          <w:tcPr>
            <w:tcW w:w="2261" w:type="dxa"/>
            <w:shd w:val="clear" w:color="auto" w:fill="F2F4F7"/>
            <w:tcMar>
              <w:top w:w="40" w:type="dxa"/>
              <w:left w:w="60" w:type="dxa"/>
              <w:bottom w:w="40" w:type="dxa"/>
              <w:right w:w="60" w:type="dxa"/>
            </w:tcMar>
          </w:tcPr>
          <w:p w14:paraId="0C6D57C5" w14:textId="77777777" w:rsidR="00527AF6" w:rsidRDefault="00000000">
            <w:r>
              <w:rPr>
                <w:b/>
                <w:sz w:val="17"/>
              </w:rPr>
              <w:t>Estimated Damage / Cost (If Known)</w:t>
            </w:r>
          </w:p>
        </w:tc>
      </w:tr>
      <w:tr w:rsidR="00527AF6" w14:paraId="4CE818FF" w14:textId="77777777">
        <w:trPr>
          <w:trHeight w:val="360"/>
          <w:jc w:val="center"/>
        </w:trPr>
        <w:tc>
          <w:tcPr>
            <w:tcW w:w="3168" w:type="dxa"/>
            <w:tcMar>
              <w:top w:w="40" w:type="dxa"/>
              <w:left w:w="60" w:type="dxa"/>
              <w:bottom w:w="40" w:type="dxa"/>
              <w:right w:w="60" w:type="dxa"/>
            </w:tcMar>
          </w:tcPr>
          <w:p w14:paraId="1FEFD2B1" w14:textId="77777777" w:rsidR="00527AF6" w:rsidRDefault="00527AF6"/>
        </w:tc>
        <w:tc>
          <w:tcPr>
            <w:tcW w:w="4752" w:type="dxa"/>
            <w:tcMar>
              <w:top w:w="40" w:type="dxa"/>
              <w:left w:w="60" w:type="dxa"/>
              <w:bottom w:w="40" w:type="dxa"/>
              <w:right w:w="60" w:type="dxa"/>
            </w:tcMar>
          </w:tcPr>
          <w:p w14:paraId="4E7287F9" w14:textId="77777777" w:rsidR="00527AF6" w:rsidRDefault="00527AF6"/>
        </w:tc>
        <w:tc>
          <w:tcPr>
            <w:tcW w:w="2261" w:type="dxa"/>
            <w:tcMar>
              <w:top w:w="40" w:type="dxa"/>
              <w:left w:w="60" w:type="dxa"/>
              <w:bottom w:w="40" w:type="dxa"/>
              <w:right w:w="60" w:type="dxa"/>
            </w:tcMar>
          </w:tcPr>
          <w:p w14:paraId="1AD733BA" w14:textId="77777777" w:rsidR="00527AF6" w:rsidRDefault="00527AF6"/>
        </w:tc>
      </w:tr>
      <w:tr w:rsidR="00527AF6" w14:paraId="57037F33" w14:textId="77777777">
        <w:trPr>
          <w:trHeight w:val="360"/>
          <w:jc w:val="center"/>
        </w:trPr>
        <w:tc>
          <w:tcPr>
            <w:tcW w:w="3168" w:type="dxa"/>
            <w:tcMar>
              <w:top w:w="40" w:type="dxa"/>
              <w:left w:w="60" w:type="dxa"/>
              <w:bottom w:w="40" w:type="dxa"/>
              <w:right w:w="60" w:type="dxa"/>
            </w:tcMar>
          </w:tcPr>
          <w:p w14:paraId="7F13D1D7" w14:textId="77777777" w:rsidR="00527AF6" w:rsidRDefault="00527AF6"/>
        </w:tc>
        <w:tc>
          <w:tcPr>
            <w:tcW w:w="4752" w:type="dxa"/>
            <w:tcMar>
              <w:top w:w="40" w:type="dxa"/>
              <w:left w:w="60" w:type="dxa"/>
              <w:bottom w:w="40" w:type="dxa"/>
              <w:right w:w="60" w:type="dxa"/>
            </w:tcMar>
          </w:tcPr>
          <w:p w14:paraId="366611D4" w14:textId="77777777" w:rsidR="00527AF6" w:rsidRDefault="00527AF6"/>
        </w:tc>
        <w:tc>
          <w:tcPr>
            <w:tcW w:w="2261" w:type="dxa"/>
            <w:tcMar>
              <w:top w:w="40" w:type="dxa"/>
              <w:left w:w="60" w:type="dxa"/>
              <w:bottom w:w="40" w:type="dxa"/>
              <w:right w:w="60" w:type="dxa"/>
            </w:tcMar>
          </w:tcPr>
          <w:p w14:paraId="04C6BB13" w14:textId="77777777" w:rsidR="00527AF6" w:rsidRDefault="00527AF6"/>
        </w:tc>
      </w:tr>
    </w:tbl>
    <w:p w14:paraId="3C33A351" w14:textId="77777777" w:rsidR="00527AF6" w:rsidRDefault="00000000">
      <w:pPr>
        <w:spacing w:before="80" w:after="40"/>
      </w:pPr>
      <w:r>
        <w:rPr>
          <w:b/>
        </w:rPr>
        <w:t>Additional Damage Information / Operational Impact:</w:t>
      </w:r>
    </w:p>
    <w:tbl>
      <w:tblPr>
        <w:tblW w:w="0" w:type="auto"/>
        <w:jc w:val="center"/>
        <w:tblBorders>
          <w:top w:val="single" w:sz="2" w:space="0" w:color="E0E0E0"/>
          <w:left w:val="single" w:sz="2" w:space="0" w:color="E0E0E0"/>
          <w:bottom w:val="single" w:sz="2" w:space="0" w:color="E0E0E0"/>
          <w:right w:val="single" w:sz="2" w:space="0" w:color="E0E0E0"/>
          <w:insideH w:val="single" w:sz="2" w:space="0" w:color="E0E0E0"/>
          <w:insideV w:val="single" w:sz="2" w:space="0" w:color="E0E0E0"/>
        </w:tblBorders>
        <w:tblLayout w:type="fixed"/>
        <w:tblLook w:val="04A0" w:firstRow="1" w:lastRow="0" w:firstColumn="1" w:lastColumn="0" w:noHBand="0" w:noVBand="1"/>
      </w:tblPr>
      <w:tblGrid>
        <w:gridCol w:w="10181"/>
      </w:tblGrid>
      <w:tr w:rsidR="00527AF6" w14:paraId="26C966D6" w14:textId="77777777">
        <w:trPr>
          <w:trHeight w:val="360"/>
          <w:jc w:val="center"/>
        </w:trPr>
        <w:tc>
          <w:tcPr>
            <w:tcW w:w="10181" w:type="dxa"/>
            <w:tcMar>
              <w:top w:w="60" w:type="dxa"/>
              <w:left w:w="100" w:type="dxa"/>
              <w:bottom w:w="60" w:type="dxa"/>
              <w:right w:w="100" w:type="dxa"/>
            </w:tcMar>
          </w:tcPr>
          <w:p w14:paraId="240D2176" w14:textId="77777777" w:rsidR="00527AF6" w:rsidRDefault="00527AF6">
            <w:pPr>
              <w:spacing w:after="0"/>
            </w:pPr>
          </w:p>
        </w:tc>
      </w:tr>
      <w:tr w:rsidR="00527AF6" w14:paraId="637DBE08" w14:textId="77777777">
        <w:trPr>
          <w:trHeight w:val="360"/>
          <w:jc w:val="center"/>
        </w:trPr>
        <w:tc>
          <w:tcPr>
            <w:tcW w:w="10181" w:type="dxa"/>
            <w:tcMar>
              <w:top w:w="60" w:type="dxa"/>
              <w:left w:w="100" w:type="dxa"/>
              <w:bottom w:w="60" w:type="dxa"/>
              <w:right w:w="100" w:type="dxa"/>
            </w:tcMar>
          </w:tcPr>
          <w:p w14:paraId="177AF7B6" w14:textId="77777777" w:rsidR="00527AF6" w:rsidRDefault="00527AF6">
            <w:pPr>
              <w:spacing w:after="0"/>
            </w:pPr>
          </w:p>
        </w:tc>
      </w:tr>
    </w:tbl>
    <w:p w14:paraId="69F02C98" w14:textId="77777777" w:rsidR="00527AF6" w:rsidRDefault="00000000">
      <w:pPr>
        <w:keepNext/>
        <w:pBdr>
          <w:bottom w:val="single" w:sz="12" w:space="2" w:color="1F4E79"/>
        </w:pBdr>
        <w:spacing w:before="200" w:after="80"/>
      </w:pPr>
      <w:r>
        <w:rPr>
          <w:b/>
          <w:color w:val="1F4E79"/>
          <w:sz w:val="22"/>
        </w:rPr>
        <w:t>7. ENVIRONMENTAL IMPACT</w:t>
      </w:r>
    </w:p>
    <w:p w14:paraId="3DEBAE71" w14:textId="77777777" w:rsidR="00527AF6" w:rsidRDefault="00000000">
      <w:pPr>
        <w:spacing w:before="40" w:after="80"/>
      </w:pPr>
      <w:r>
        <w:rPr>
          <w:b/>
        </w:rPr>
        <w:t xml:space="preserve">Did the incident result in an environmental impact?   </w:t>
      </w:r>
      <w:r>
        <w:t>☐ Yes     ☐ No     ☐ To Be Determined</w:t>
      </w:r>
    </w:p>
    <w:tbl>
      <w:tblPr>
        <w:tblW w:w="0" w:type="auto"/>
        <w:jc w:val="center"/>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ook w:val="04A0" w:firstRow="1" w:lastRow="0" w:firstColumn="1" w:lastColumn="0" w:noHBand="0" w:noVBand="1"/>
      </w:tblPr>
      <w:tblGrid>
        <w:gridCol w:w="6480"/>
        <w:gridCol w:w="3701"/>
      </w:tblGrid>
      <w:tr w:rsidR="00527AF6" w14:paraId="07EFE2B4" w14:textId="77777777">
        <w:trPr>
          <w:jc w:val="center"/>
        </w:trPr>
        <w:tc>
          <w:tcPr>
            <w:tcW w:w="6480" w:type="dxa"/>
          </w:tcPr>
          <w:p w14:paraId="158FFC1F" w14:textId="77777777" w:rsidR="00527AF6" w:rsidRDefault="00000000">
            <w:r>
              <w:rPr>
                <w:b/>
              </w:rPr>
              <w:t>Environmental Impact Categories:</w:t>
            </w:r>
          </w:p>
          <w:tbl>
            <w:tblPr>
              <w:tblW w:w="0" w:type="auto"/>
              <w:tblLook w:val="04A0" w:firstRow="1" w:lastRow="0" w:firstColumn="1" w:lastColumn="0" w:noHBand="0" w:noVBand="1"/>
            </w:tblPr>
            <w:tblGrid>
              <w:gridCol w:w="3024"/>
              <w:gridCol w:w="3024"/>
            </w:tblGrid>
            <w:tr w:rsidR="00527AF6" w14:paraId="0D03BE8E" w14:textId="77777777">
              <w:tc>
                <w:tcPr>
                  <w:tcW w:w="3024" w:type="dxa"/>
                  <w:tcMar>
                    <w:top w:w="20" w:type="dxa"/>
                    <w:left w:w="20" w:type="dxa"/>
                    <w:bottom w:w="20" w:type="dxa"/>
                    <w:right w:w="20" w:type="dxa"/>
                  </w:tcMar>
                </w:tcPr>
                <w:p w14:paraId="4FC7E749" w14:textId="77777777" w:rsidR="00527AF6" w:rsidRDefault="00000000">
                  <w:pPr>
                    <w:spacing w:after="0"/>
                  </w:pPr>
                  <w:r>
                    <w:rPr>
                      <w:sz w:val="17"/>
                    </w:rPr>
                    <w:t>☐ Spill / Chemical Release</w:t>
                  </w:r>
                </w:p>
              </w:tc>
              <w:tc>
                <w:tcPr>
                  <w:tcW w:w="3024" w:type="dxa"/>
                  <w:tcMar>
                    <w:top w:w="20" w:type="dxa"/>
                    <w:left w:w="20" w:type="dxa"/>
                    <w:bottom w:w="20" w:type="dxa"/>
                    <w:right w:w="20" w:type="dxa"/>
                  </w:tcMar>
                </w:tcPr>
                <w:p w14:paraId="4300B3EF" w14:textId="77777777" w:rsidR="00527AF6" w:rsidRDefault="00000000">
                  <w:pPr>
                    <w:spacing w:after="0"/>
                  </w:pPr>
                  <w:r>
                    <w:rPr>
                      <w:sz w:val="17"/>
                    </w:rPr>
                    <w:t>☐ Waste / Hazardous Release</w:t>
                  </w:r>
                </w:p>
              </w:tc>
            </w:tr>
            <w:tr w:rsidR="00527AF6" w14:paraId="187066CD" w14:textId="77777777">
              <w:tc>
                <w:tcPr>
                  <w:tcW w:w="3024" w:type="dxa"/>
                  <w:tcMar>
                    <w:top w:w="20" w:type="dxa"/>
                    <w:left w:w="20" w:type="dxa"/>
                    <w:bottom w:w="20" w:type="dxa"/>
                    <w:right w:w="20" w:type="dxa"/>
                  </w:tcMar>
                </w:tcPr>
                <w:p w14:paraId="63B2022F" w14:textId="77777777" w:rsidR="00527AF6" w:rsidRDefault="00000000">
                  <w:pPr>
                    <w:spacing w:after="0"/>
                  </w:pPr>
                  <w:r>
                    <w:rPr>
                      <w:sz w:val="17"/>
                    </w:rPr>
                    <w:t>☐ Air Emission / Dust</w:t>
                  </w:r>
                </w:p>
              </w:tc>
              <w:tc>
                <w:tcPr>
                  <w:tcW w:w="3024" w:type="dxa"/>
                  <w:tcMar>
                    <w:top w:w="20" w:type="dxa"/>
                    <w:left w:w="20" w:type="dxa"/>
                    <w:bottom w:w="20" w:type="dxa"/>
                    <w:right w:w="20" w:type="dxa"/>
                  </w:tcMar>
                </w:tcPr>
                <w:p w14:paraId="3F0AB28B" w14:textId="77777777" w:rsidR="00527AF6" w:rsidRDefault="00000000">
                  <w:pPr>
                    <w:spacing w:after="0"/>
                  </w:pPr>
                  <w:r>
                    <w:rPr>
                      <w:sz w:val="17"/>
                    </w:rPr>
                    <w:t>☐ Wildlife / Vegetation Impact</w:t>
                  </w:r>
                </w:p>
              </w:tc>
            </w:tr>
            <w:tr w:rsidR="00527AF6" w14:paraId="68CC9C69" w14:textId="77777777">
              <w:tc>
                <w:tcPr>
                  <w:tcW w:w="3024" w:type="dxa"/>
                  <w:tcMar>
                    <w:top w:w="20" w:type="dxa"/>
                    <w:left w:w="20" w:type="dxa"/>
                    <w:bottom w:w="20" w:type="dxa"/>
                    <w:right w:w="20" w:type="dxa"/>
                  </w:tcMar>
                </w:tcPr>
                <w:p w14:paraId="2B2473F5" w14:textId="77777777" w:rsidR="00527AF6" w:rsidRDefault="00000000">
                  <w:pPr>
                    <w:spacing w:after="0"/>
                  </w:pPr>
                  <w:r>
                    <w:rPr>
                      <w:sz w:val="17"/>
                    </w:rPr>
                    <w:t>☐ Water / Soil Contamination</w:t>
                  </w:r>
                </w:p>
              </w:tc>
              <w:tc>
                <w:tcPr>
                  <w:tcW w:w="3024" w:type="dxa"/>
                  <w:tcMar>
                    <w:top w:w="20" w:type="dxa"/>
                    <w:left w:w="20" w:type="dxa"/>
                    <w:bottom w:w="20" w:type="dxa"/>
                    <w:right w:w="20" w:type="dxa"/>
                  </w:tcMar>
                </w:tcPr>
                <w:p w14:paraId="30813B4C" w14:textId="77777777" w:rsidR="00527AF6" w:rsidRDefault="00000000">
                  <w:pPr>
                    <w:spacing w:after="0"/>
                  </w:pPr>
                  <w:r>
                    <w:rPr>
                      <w:sz w:val="17"/>
                    </w:rPr>
                    <w:t>☐ Other: __________________</w:t>
                  </w:r>
                </w:p>
              </w:tc>
            </w:tr>
          </w:tbl>
          <w:p w14:paraId="0C996521" w14:textId="77777777" w:rsidR="00527AF6" w:rsidRDefault="00527AF6"/>
        </w:tc>
        <w:tc>
          <w:tcPr>
            <w:tcW w:w="3701" w:type="dxa"/>
          </w:tcPr>
          <w:p w14:paraId="73C95590" w14:textId="77777777" w:rsidR="00527AF6" w:rsidRDefault="00000000">
            <w:r>
              <w:rPr>
                <w:b/>
              </w:rPr>
              <w:t>Specific Impact Fields:</w:t>
            </w:r>
          </w:p>
          <w:p w14:paraId="0DE46675" w14:textId="77777777" w:rsidR="00527AF6" w:rsidRDefault="00000000">
            <w:pPr>
              <w:spacing w:after="20"/>
            </w:pPr>
            <w:r>
              <w:rPr>
                <w:sz w:val="16"/>
              </w:rPr>
              <w:t>Material/Substance: _____________</w:t>
            </w:r>
          </w:p>
          <w:p w14:paraId="0E3B54C6" w14:textId="77777777" w:rsidR="00527AF6" w:rsidRDefault="00000000">
            <w:pPr>
              <w:spacing w:after="20"/>
            </w:pPr>
            <w:r>
              <w:rPr>
                <w:sz w:val="16"/>
              </w:rPr>
              <w:t>Approx. Quantity: _______________</w:t>
            </w:r>
          </w:p>
          <w:p w14:paraId="152FE13C" w14:textId="77777777" w:rsidR="00527AF6" w:rsidRDefault="00000000">
            <w:pPr>
              <w:spacing w:after="20"/>
            </w:pPr>
            <w:r>
              <w:rPr>
                <w:sz w:val="16"/>
              </w:rPr>
              <w:t>Area / Extent Affected: _________</w:t>
            </w:r>
          </w:p>
          <w:p w14:paraId="68E08234" w14:textId="77777777" w:rsidR="00527AF6" w:rsidRDefault="00000000">
            <w:pPr>
              <w:spacing w:after="20"/>
            </w:pPr>
            <w:r>
              <w:rPr>
                <w:sz w:val="16"/>
              </w:rPr>
              <w:t>Immediate Containment: ________</w:t>
            </w:r>
          </w:p>
        </w:tc>
      </w:tr>
    </w:tbl>
    <w:p w14:paraId="18D8D6C1" w14:textId="77777777" w:rsidR="00527AF6" w:rsidRDefault="00000000">
      <w:pPr>
        <w:spacing w:before="80" w:after="40"/>
      </w:pPr>
      <w:r>
        <w:rPr>
          <w:b/>
        </w:rPr>
        <w:t>Environmental Impact Description &amp; Immediate Cleanup Action:</w:t>
      </w:r>
    </w:p>
    <w:tbl>
      <w:tblPr>
        <w:tblW w:w="0" w:type="auto"/>
        <w:jc w:val="center"/>
        <w:tblBorders>
          <w:top w:val="single" w:sz="2" w:space="0" w:color="E0E0E0"/>
          <w:left w:val="single" w:sz="2" w:space="0" w:color="E0E0E0"/>
          <w:bottom w:val="single" w:sz="2" w:space="0" w:color="E0E0E0"/>
          <w:right w:val="single" w:sz="2" w:space="0" w:color="E0E0E0"/>
          <w:insideH w:val="single" w:sz="2" w:space="0" w:color="E0E0E0"/>
          <w:insideV w:val="single" w:sz="2" w:space="0" w:color="E0E0E0"/>
        </w:tblBorders>
        <w:tblLayout w:type="fixed"/>
        <w:tblLook w:val="04A0" w:firstRow="1" w:lastRow="0" w:firstColumn="1" w:lastColumn="0" w:noHBand="0" w:noVBand="1"/>
      </w:tblPr>
      <w:tblGrid>
        <w:gridCol w:w="10181"/>
      </w:tblGrid>
      <w:tr w:rsidR="00527AF6" w14:paraId="6ACC47FF" w14:textId="77777777">
        <w:trPr>
          <w:trHeight w:val="360"/>
          <w:jc w:val="center"/>
        </w:trPr>
        <w:tc>
          <w:tcPr>
            <w:tcW w:w="10181" w:type="dxa"/>
            <w:tcMar>
              <w:top w:w="60" w:type="dxa"/>
              <w:left w:w="100" w:type="dxa"/>
              <w:bottom w:w="60" w:type="dxa"/>
              <w:right w:w="100" w:type="dxa"/>
            </w:tcMar>
          </w:tcPr>
          <w:p w14:paraId="51B368E7" w14:textId="77777777" w:rsidR="00527AF6" w:rsidRDefault="00527AF6">
            <w:pPr>
              <w:spacing w:after="0"/>
            </w:pPr>
          </w:p>
        </w:tc>
      </w:tr>
      <w:tr w:rsidR="00527AF6" w14:paraId="3944562B" w14:textId="77777777">
        <w:trPr>
          <w:trHeight w:val="360"/>
          <w:jc w:val="center"/>
        </w:trPr>
        <w:tc>
          <w:tcPr>
            <w:tcW w:w="10181" w:type="dxa"/>
            <w:tcMar>
              <w:top w:w="60" w:type="dxa"/>
              <w:left w:w="100" w:type="dxa"/>
              <w:bottom w:w="60" w:type="dxa"/>
              <w:right w:w="100" w:type="dxa"/>
            </w:tcMar>
          </w:tcPr>
          <w:p w14:paraId="39F2F8EC" w14:textId="77777777" w:rsidR="00527AF6" w:rsidRDefault="00527AF6">
            <w:pPr>
              <w:spacing w:after="0"/>
            </w:pPr>
          </w:p>
        </w:tc>
      </w:tr>
    </w:tbl>
    <w:p w14:paraId="0DAA80B2" w14:textId="77777777" w:rsidR="00527AF6" w:rsidRDefault="00000000">
      <w:pPr>
        <w:keepNext/>
        <w:pBdr>
          <w:bottom w:val="single" w:sz="12" w:space="2" w:color="1F4E79"/>
        </w:pBdr>
        <w:spacing w:before="200" w:after="80"/>
      </w:pPr>
      <w:r>
        <w:rPr>
          <w:b/>
          <w:color w:val="1F4E79"/>
          <w:sz w:val="22"/>
        </w:rPr>
        <w:t>8. INCIDENT DESCRIPTION (FACTUAL SEQUENCE)</w:t>
      </w:r>
    </w:p>
    <w:p w14:paraId="6117F4AB" w14:textId="77777777" w:rsidR="00527AF6" w:rsidRDefault="00000000">
      <w:pPr>
        <w:keepNext/>
        <w:spacing w:before="40" w:after="80"/>
      </w:pPr>
      <w:r>
        <w:rPr>
          <w:i/>
          <w:color w:val="595959"/>
          <w:sz w:val="17"/>
        </w:rPr>
        <w:t>Describe what happened in factual sequence. Include the activity being performed, exact location, people involved, equipment or materials involved, and events immediately before, during, and after the incident. Avoid assumptions or unsupported conclusions.</w:t>
      </w:r>
    </w:p>
    <w:tbl>
      <w:tblPr>
        <w:tblW w:w="0" w:type="auto"/>
        <w:jc w:val="center"/>
        <w:tblBorders>
          <w:top w:val="single" w:sz="2" w:space="0" w:color="E0E0E0"/>
          <w:left w:val="single" w:sz="2" w:space="0" w:color="E0E0E0"/>
          <w:bottom w:val="single" w:sz="2" w:space="0" w:color="E0E0E0"/>
          <w:right w:val="single" w:sz="2" w:space="0" w:color="E0E0E0"/>
          <w:insideH w:val="single" w:sz="2" w:space="0" w:color="E0E0E0"/>
          <w:insideV w:val="single" w:sz="2" w:space="0" w:color="E0E0E0"/>
        </w:tblBorders>
        <w:tblLayout w:type="fixed"/>
        <w:tblLook w:val="04A0" w:firstRow="1" w:lastRow="0" w:firstColumn="1" w:lastColumn="0" w:noHBand="0" w:noVBand="1"/>
      </w:tblPr>
      <w:tblGrid>
        <w:gridCol w:w="10181"/>
      </w:tblGrid>
      <w:tr w:rsidR="00527AF6" w14:paraId="2847732F" w14:textId="77777777">
        <w:trPr>
          <w:trHeight w:val="360"/>
          <w:jc w:val="center"/>
        </w:trPr>
        <w:tc>
          <w:tcPr>
            <w:tcW w:w="10181" w:type="dxa"/>
            <w:tcMar>
              <w:top w:w="60" w:type="dxa"/>
              <w:left w:w="100" w:type="dxa"/>
              <w:bottom w:w="60" w:type="dxa"/>
              <w:right w:w="100" w:type="dxa"/>
            </w:tcMar>
          </w:tcPr>
          <w:p w14:paraId="6F123350" w14:textId="77777777" w:rsidR="00527AF6" w:rsidRDefault="00527AF6">
            <w:pPr>
              <w:spacing w:after="0"/>
            </w:pPr>
          </w:p>
        </w:tc>
      </w:tr>
      <w:tr w:rsidR="00527AF6" w14:paraId="0EAA2B11" w14:textId="77777777">
        <w:trPr>
          <w:trHeight w:val="360"/>
          <w:jc w:val="center"/>
        </w:trPr>
        <w:tc>
          <w:tcPr>
            <w:tcW w:w="10181" w:type="dxa"/>
            <w:tcMar>
              <w:top w:w="60" w:type="dxa"/>
              <w:left w:w="100" w:type="dxa"/>
              <w:bottom w:w="60" w:type="dxa"/>
              <w:right w:w="100" w:type="dxa"/>
            </w:tcMar>
          </w:tcPr>
          <w:p w14:paraId="581A93EF" w14:textId="77777777" w:rsidR="00527AF6" w:rsidRDefault="00527AF6">
            <w:pPr>
              <w:spacing w:after="0"/>
            </w:pPr>
          </w:p>
        </w:tc>
      </w:tr>
      <w:tr w:rsidR="00527AF6" w14:paraId="6F7B2648" w14:textId="77777777">
        <w:trPr>
          <w:trHeight w:val="360"/>
          <w:jc w:val="center"/>
        </w:trPr>
        <w:tc>
          <w:tcPr>
            <w:tcW w:w="10181" w:type="dxa"/>
            <w:tcMar>
              <w:top w:w="60" w:type="dxa"/>
              <w:left w:w="100" w:type="dxa"/>
              <w:bottom w:w="60" w:type="dxa"/>
              <w:right w:w="100" w:type="dxa"/>
            </w:tcMar>
          </w:tcPr>
          <w:p w14:paraId="3142EC97" w14:textId="77777777" w:rsidR="00527AF6" w:rsidRDefault="00527AF6">
            <w:pPr>
              <w:spacing w:after="0"/>
            </w:pPr>
          </w:p>
        </w:tc>
      </w:tr>
      <w:tr w:rsidR="00527AF6" w14:paraId="478552A7" w14:textId="77777777">
        <w:trPr>
          <w:trHeight w:val="360"/>
          <w:jc w:val="center"/>
        </w:trPr>
        <w:tc>
          <w:tcPr>
            <w:tcW w:w="10181" w:type="dxa"/>
            <w:tcMar>
              <w:top w:w="60" w:type="dxa"/>
              <w:left w:w="100" w:type="dxa"/>
              <w:bottom w:w="60" w:type="dxa"/>
              <w:right w:w="100" w:type="dxa"/>
            </w:tcMar>
          </w:tcPr>
          <w:p w14:paraId="627898A8" w14:textId="77777777" w:rsidR="00527AF6" w:rsidRDefault="00527AF6">
            <w:pPr>
              <w:spacing w:after="0"/>
            </w:pPr>
          </w:p>
        </w:tc>
      </w:tr>
      <w:tr w:rsidR="00527AF6" w14:paraId="58DBC019" w14:textId="77777777">
        <w:trPr>
          <w:trHeight w:val="360"/>
          <w:jc w:val="center"/>
        </w:trPr>
        <w:tc>
          <w:tcPr>
            <w:tcW w:w="10181" w:type="dxa"/>
            <w:tcMar>
              <w:top w:w="60" w:type="dxa"/>
              <w:left w:w="100" w:type="dxa"/>
              <w:bottom w:w="60" w:type="dxa"/>
              <w:right w:w="100" w:type="dxa"/>
            </w:tcMar>
          </w:tcPr>
          <w:p w14:paraId="60C0A08A" w14:textId="77777777" w:rsidR="00527AF6" w:rsidRDefault="00527AF6">
            <w:pPr>
              <w:spacing w:after="0"/>
            </w:pPr>
          </w:p>
        </w:tc>
      </w:tr>
      <w:tr w:rsidR="00527AF6" w14:paraId="29A6752C" w14:textId="77777777">
        <w:trPr>
          <w:trHeight w:val="360"/>
          <w:jc w:val="center"/>
        </w:trPr>
        <w:tc>
          <w:tcPr>
            <w:tcW w:w="10181" w:type="dxa"/>
            <w:tcMar>
              <w:top w:w="60" w:type="dxa"/>
              <w:left w:w="100" w:type="dxa"/>
              <w:bottom w:w="60" w:type="dxa"/>
              <w:right w:w="100" w:type="dxa"/>
            </w:tcMar>
          </w:tcPr>
          <w:p w14:paraId="0165637D" w14:textId="77777777" w:rsidR="00527AF6" w:rsidRDefault="00527AF6">
            <w:pPr>
              <w:spacing w:after="0"/>
            </w:pPr>
          </w:p>
        </w:tc>
      </w:tr>
    </w:tbl>
    <w:p w14:paraId="71E9ECC1" w14:textId="77777777" w:rsidR="00527AF6" w:rsidRDefault="00000000">
      <w:pPr>
        <w:keepNext/>
        <w:pBdr>
          <w:bottom w:val="single" w:sz="12" w:space="2" w:color="1F4E79"/>
        </w:pBdr>
        <w:spacing w:before="200" w:after="80"/>
      </w:pPr>
      <w:r>
        <w:rPr>
          <w:b/>
          <w:color w:val="1F4E79"/>
          <w:sz w:val="22"/>
        </w:rPr>
        <w:t>9. IMMEDIATE ACTIONS TAKEN</w:t>
      </w:r>
    </w:p>
    <w:tbl>
      <w:tblPr>
        <w:tblW w:w="0" w:type="auto"/>
        <w:jc w:val="center"/>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ook w:val="04A0" w:firstRow="1" w:lastRow="0" w:firstColumn="1" w:lastColumn="0" w:noHBand="0" w:noVBand="1"/>
      </w:tblPr>
      <w:tblGrid>
        <w:gridCol w:w="10181"/>
      </w:tblGrid>
      <w:tr w:rsidR="00527AF6" w14:paraId="63BF6BE7" w14:textId="77777777">
        <w:trPr>
          <w:jc w:val="center"/>
        </w:trPr>
        <w:tc>
          <w:tcPr>
            <w:tcW w:w="10181" w:type="dxa"/>
            <w:tcMar>
              <w:top w:w="60" w:type="dxa"/>
              <w:left w:w="100" w:type="dxa"/>
              <w:bottom w:w="60" w:type="dxa"/>
              <w:right w:w="100" w:type="dxa"/>
            </w:tcMar>
          </w:tcPr>
          <w:p w14:paraId="362C904D" w14:textId="77777777" w:rsidR="00527AF6" w:rsidRDefault="00000000">
            <w:pPr>
              <w:spacing w:after="80"/>
            </w:pPr>
            <w:r>
              <w:rPr>
                <w:b/>
              </w:rPr>
              <w:t>Immediate Response Checklist (Select all completed):</w:t>
            </w:r>
          </w:p>
          <w:tbl>
            <w:tblPr>
              <w:tblW w:w="0" w:type="auto"/>
              <w:tblLook w:val="04A0" w:firstRow="1" w:lastRow="0" w:firstColumn="1" w:lastColumn="0" w:noHBand="0" w:noVBand="1"/>
            </w:tblPr>
            <w:tblGrid>
              <w:gridCol w:w="3312"/>
              <w:gridCol w:w="3312"/>
              <w:gridCol w:w="3312"/>
            </w:tblGrid>
            <w:tr w:rsidR="00527AF6" w14:paraId="15B72672" w14:textId="77777777">
              <w:tc>
                <w:tcPr>
                  <w:tcW w:w="3312" w:type="dxa"/>
                  <w:tcMar>
                    <w:top w:w="20" w:type="dxa"/>
                    <w:left w:w="20" w:type="dxa"/>
                    <w:bottom w:w="20" w:type="dxa"/>
                    <w:right w:w="20" w:type="dxa"/>
                  </w:tcMar>
                </w:tcPr>
                <w:p w14:paraId="66A8B6A8" w14:textId="77777777" w:rsidR="00527AF6" w:rsidRDefault="00000000">
                  <w:pPr>
                    <w:spacing w:after="0"/>
                  </w:pPr>
                  <w:r>
                    <w:rPr>
                      <w:sz w:val="17"/>
                    </w:rPr>
                    <w:t>☐ Work stopped / area made safe</w:t>
                  </w:r>
                </w:p>
              </w:tc>
              <w:tc>
                <w:tcPr>
                  <w:tcW w:w="3312" w:type="dxa"/>
                  <w:tcMar>
                    <w:top w:w="20" w:type="dxa"/>
                    <w:left w:w="20" w:type="dxa"/>
                    <w:bottom w:w="20" w:type="dxa"/>
                    <w:right w:w="20" w:type="dxa"/>
                  </w:tcMar>
                </w:tcPr>
                <w:p w14:paraId="71743F51" w14:textId="77777777" w:rsidR="00527AF6" w:rsidRDefault="00000000">
                  <w:pPr>
                    <w:spacing w:after="0"/>
                  </w:pPr>
                  <w:r>
                    <w:rPr>
                      <w:sz w:val="17"/>
                    </w:rPr>
                    <w:t>☐ Equipment isolated / locked out</w:t>
                  </w:r>
                </w:p>
              </w:tc>
              <w:tc>
                <w:tcPr>
                  <w:tcW w:w="3312" w:type="dxa"/>
                  <w:tcMar>
                    <w:top w:w="20" w:type="dxa"/>
                    <w:left w:w="20" w:type="dxa"/>
                    <w:bottom w:w="20" w:type="dxa"/>
                    <w:right w:w="20" w:type="dxa"/>
                  </w:tcMar>
                </w:tcPr>
                <w:p w14:paraId="13AE0309" w14:textId="77777777" w:rsidR="00527AF6" w:rsidRDefault="00000000">
                  <w:pPr>
                    <w:spacing w:after="0"/>
                  </w:pPr>
                  <w:r>
                    <w:rPr>
                      <w:sz w:val="17"/>
                    </w:rPr>
                    <w:t>☐ Client / Management notified</w:t>
                  </w:r>
                </w:p>
              </w:tc>
            </w:tr>
            <w:tr w:rsidR="00527AF6" w14:paraId="38389FEB" w14:textId="77777777">
              <w:tc>
                <w:tcPr>
                  <w:tcW w:w="3312" w:type="dxa"/>
                  <w:tcMar>
                    <w:top w:w="20" w:type="dxa"/>
                    <w:left w:w="20" w:type="dxa"/>
                    <w:bottom w:w="20" w:type="dxa"/>
                    <w:right w:w="20" w:type="dxa"/>
                  </w:tcMar>
                </w:tcPr>
                <w:p w14:paraId="2E4AA367" w14:textId="77777777" w:rsidR="00527AF6" w:rsidRDefault="00000000">
                  <w:pPr>
                    <w:spacing w:after="0"/>
                  </w:pPr>
                  <w:r>
                    <w:rPr>
                      <w:sz w:val="17"/>
                    </w:rPr>
                    <w:t>☐ Area isolated / barricaded</w:t>
                  </w:r>
                </w:p>
              </w:tc>
              <w:tc>
                <w:tcPr>
                  <w:tcW w:w="3312" w:type="dxa"/>
                  <w:tcMar>
                    <w:top w:w="20" w:type="dxa"/>
                    <w:left w:w="20" w:type="dxa"/>
                    <w:bottom w:w="20" w:type="dxa"/>
                    <w:right w:w="20" w:type="dxa"/>
                  </w:tcMar>
                </w:tcPr>
                <w:p w14:paraId="006B84E8" w14:textId="77777777" w:rsidR="00527AF6" w:rsidRDefault="00000000">
                  <w:pPr>
                    <w:spacing w:after="0"/>
                  </w:pPr>
                  <w:r>
                    <w:rPr>
                      <w:sz w:val="17"/>
                    </w:rPr>
                    <w:t>☐ HSE Department notified</w:t>
                  </w:r>
                </w:p>
              </w:tc>
              <w:tc>
                <w:tcPr>
                  <w:tcW w:w="3312" w:type="dxa"/>
                  <w:tcMar>
                    <w:top w:w="20" w:type="dxa"/>
                    <w:left w:w="20" w:type="dxa"/>
                    <w:bottom w:w="20" w:type="dxa"/>
                    <w:right w:w="20" w:type="dxa"/>
                  </w:tcMar>
                </w:tcPr>
                <w:p w14:paraId="37D66DA2" w14:textId="77777777" w:rsidR="00527AF6" w:rsidRDefault="00000000">
                  <w:pPr>
                    <w:spacing w:after="0"/>
                  </w:pPr>
                  <w:r>
                    <w:rPr>
                      <w:sz w:val="17"/>
                    </w:rPr>
                    <w:t>☐ Emergency services contacted</w:t>
                  </w:r>
                </w:p>
              </w:tc>
            </w:tr>
            <w:tr w:rsidR="00527AF6" w14:paraId="107A6709" w14:textId="77777777">
              <w:tc>
                <w:tcPr>
                  <w:tcW w:w="3312" w:type="dxa"/>
                  <w:tcMar>
                    <w:top w:w="20" w:type="dxa"/>
                    <w:left w:w="20" w:type="dxa"/>
                    <w:bottom w:w="20" w:type="dxa"/>
                    <w:right w:w="20" w:type="dxa"/>
                  </w:tcMar>
                </w:tcPr>
                <w:p w14:paraId="6F5BC4EC" w14:textId="77777777" w:rsidR="00527AF6" w:rsidRDefault="00000000">
                  <w:pPr>
                    <w:spacing w:after="0"/>
                  </w:pPr>
                  <w:r>
                    <w:rPr>
                      <w:sz w:val="17"/>
                    </w:rPr>
                    <w:t>☐ Supervisor notified</w:t>
                  </w:r>
                </w:p>
              </w:tc>
              <w:tc>
                <w:tcPr>
                  <w:tcW w:w="3312" w:type="dxa"/>
                  <w:tcMar>
                    <w:top w:w="20" w:type="dxa"/>
                    <w:left w:w="20" w:type="dxa"/>
                    <w:bottom w:w="20" w:type="dxa"/>
                    <w:right w:w="20" w:type="dxa"/>
                  </w:tcMar>
                </w:tcPr>
                <w:p w14:paraId="2E9E87AC" w14:textId="77777777" w:rsidR="00527AF6" w:rsidRDefault="00000000">
                  <w:pPr>
                    <w:spacing w:after="0"/>
                  </w:pPr>
                  <w:r>
                    <w:rPr>
                      <w:sz w:val="17"/>
                    </w:rPr>
                    <w:t>☐ Medical assistance requested</w:t>
                  </w:r>
                </w:p>
              </w:tc>
              <w:tc>
                <w:tcPr>
                  <w:tcW w:w="3312" w:type="dxa"/>
                  <w:tcMar>
                    <w:top w:w="20" w:type="dxa"/>
                    <w:left w:w="20" w:type="dxa"/>
                    <w:bottom w:w="20" w:type="dxa"/>
                    <w:right w:w="20" w:type="dxa"/>
                  </w:tcMar>
                </w:tcPr>
                <w:p w14:paraId="12C7A7BB" w14:textId="77777777" w:rsidR="00527AF6" w:rsidRDefault="00000000">
                  <w:pPr>
                    <w:spacing w:after="0"/>
                  </w:pPr>
                  <w:r>
                    <w:rPr>
                      <w:sz w:val="17"/>
                    </w:rPr>
                    <w:t>☐ Damaged equipment removed</w:t>
                  </w:r>
                </w:p>
              </w:tc>
            </w:tr>
            <w:tr w:rsidR="00527AF6" w14:paraId="5443F956" w14:textId="77777777">
              <w:tc>
                <w:tcPr>
                  <w:tcW w:w="3312" w:type="dxa"/>
                  <w:tcMar>
                    <w:top w:w="20" w:type="dxa"/>
                    <w:left w:w="20" w:type="dxa"/>
                    <w:bottom w:w="20" w:type="dxa"/>
                    <w:right w:w="20" w:type="dxa"/>
                  </w:tcMar>
                </w:tcPr>
                <w:p w14:paraId="42CF7D4A" w14:textId="77777777" w:rsidR="00527AF6" w:rsidRDefault="00000000">
                  <w:pPr>
                    <w:spacing w:after="0"/>
                  </w:pPr>
                  <w:r>
                    <w:rPr>
                      <w:sz w:val="17"/>
                    </w:rPr>
                    <w:t>☐ First aid provided</w:t>
                  </w:r>
                </w:p>
              </w:tc>
              <w:tc>
                <w:tcPr>
                  <w:tcW w:w="3312" w:type="dxa"/>
                  <w:tcMar>
                    <w:top w:w="20" w:type="dxa"/>
                    <w:left w:w="20" w:type="dxa"/>
                    <w:bottom w:w="20" w:type="dxa"/>
                    <w:right w:w="20" w:type="dxa"/>
                  </w:tcMar>
                </w:tcPr>
                <w:p w14:paraId="2D06627D" w14:textId="77777777" w:rsidR="00527AF6" w:rsidRDefault="00000000">
                  <w:pPr>
                    <w:spacing w:after="0"/>
                  </w:pPr>
                  <w:r>
                    <w:rPr>
                      <w:sz w:val="17"/>
                    </w:rPr>
                    <w:t>☐ Spill contained / absorbed</w:t>
                  </w:r>
                </w:p>
              </w:tc>
              <w:tc>
                <w:tcPr>
                  <w:tcW w:w="3312" w:type="dxa"/>
                  <w:tcMar>
                    <w:top w:w="20" w:type="dxa"/>
                    <w:left w:w="20" w:type="dxa"/>
                    <w:bottom w:w="20" w:type="dxa"/>
                    <w:right w:w="20" w:type="dxa"/>
                  </w:tcMar>
                </w:tcPr>
                <w:p w14:paraId="68FD30BF" w14:textId="77777777" w:rsidR="00527AF6" w:rsidRDefault="00000000">
                  <w:pPr>
                    <w:spacing w:after="0"/>
                  </w:pPr>
                  <w:r>
                    <w:rPr>
                      <w:sz w:val="17"/>
                    </w:rPr>
                    <w:t>☐ Other: __________________</w:t>
                  </w:r>
                </w:p>
              </w:tc>
            </w:tr>
          </w:tbl>
          <w:p w14:paraId="4EC12BF0" w14:textId="77777777" w:rsidR="00527AF6" w:rsidRDefault="00527AF6"/>
        </w:tc>
      </w:tr>
    </w:tbl>
    <w:p w14:paraId="419B7554" w14:textId="77777777" w:rsidR="00527AF6" w:rsidRDefault="00000000">
      <w:pPr>
        <w:spacing w:before="80" w:after="40"/>
      </w:pPr>
      <w:r>
        <w:rPr>
          <w:b/>
        </w:rPr>
        <w:t>Details of Immediate Actions Taken &amp; Current Site Condition:</w:t>
      </w:r>
    </w:p>
    <w:tbl>
      <w:tblPr>
        <w:tblW w:w="0" w:type="auto"/>
        <w:jc w:val="center"/>
        <w:tblBorders>
          <w:top w:val="single" w:sz="2" w:space="0" w:color="E0E0E0"/>
          <w:left w:val="single" w:sz="2" w:space="0" w:color="E0E0E0"/>
          <w:bottom w:val="single" w:sz="2" w:space="0" w:color="E0E0E0"/>
          <w:right w:val="single" w:sz="2" w:space="0" w:color="E0E0E0"/>
          <w:insideH w:val="single" w:sz="2" w:space="0" w:color="E0E0E0"/>
          <w:insideV w:val="single" w:sz="2" w:space="0" w:color="E0E0E0"/>
        </w:tblBorders>
        <w:tblLayout w:type="fixed"/>
        <w:tblLook w:val="04A0" w:firstRow="1" w:lastRow="0" w:firstColumn="1" w:lastColumn="0" w:noHBand="0" w:noVBand="1"/>
      </w:tblPr>
      <w:tblGrid>
        <w:gridCol w:w="10181"/>
      </w:tblGrid>
      <w:tr w:rsidR="00527AF6" w14:paraId="4CCFA896" w14:textId="77777777">
        <w:trPr>
          <w:trHeight w:val="360"/>
          <w:jc w:val="center"/>
        </w:trPr>
        <w:tc>
          <w:tcPr>
            <w:tcW w:w="10181" w:type="dxa"/>
            <w:tcMar>
              <w:top w:w="60" w:type="dxa"/>
              <w:left w:w="100" w:type="dxa"/>
              <w:bottom w:w="60" w:type="dxa"/>
              <w:right w:w="100" w:type="dxa"/>
            </w:tcMar>
          </w:tcPr>
          <w:p w14:paraId="03F0ED63" w14:textId="77777777" w:rsidR="00527AF6" w:rsidRDefault="00527AF6">
            <w:pPr>
              <w:spacing w:after="0"/>
            </w:pPr>
          </w:p>
        </w:tc>
      </w:tr>
      <w:tr w:rsidR="00527AF6" w14:paraId="29A56FA2" w14:textId="77777777">
        <w:trPr>
          <w:trHeight w:val="360"/>
          <w:jc w:val="center"/>
        </w:trPr>
        <w:tc>
          <w:tcPr>
            <w:tcW w:w="10181" w:type="dxa"/>
            <w:tcMar>
              <w:top w:w="60" w:type="dxa"/>
              <w:left w:w="100" w:type="dxa"/>
              <w:bottom w:w="60" w:type="dxa"/>
              <w:right w:w="100" w:type="dxa"/>
            </w:tcMar>
          </w:tcPr>
          <w:p w14:paraId="5583501E" w14:textId="77777777" w:rsidR="00527AF6" w:rsidRDefault="00527AF6">
            <w:pPr>
              <w:spacing w:after="0"/>
            </w:pPr>
          </w:p>
        </w:tc>
      </w:tr>
      <w:tr w:rsidR="00527AF6" w14:paraId="1E586036" w14:textId="77777777">
        <w:trPr>
          <w:trHeight w:val="360"/>
          <w:jc w:val="center"/>
        </w:trPr>
        <w:tc>
          <w:tcPr>
            <w:tcW w:w="10181" w:type="dxa"/>
            <w:tcMar>
              <w:top w:w="60" w:type="dxa"/>
              <w:left w:w="100" w:type="dxa"/>
              <w:bottom w:w="60" w:type="dxa"/>
              <w:right w:w="100" w:type="dxa"/>
            </w:tcMar>
          </w:tcPr>
          <w:p w14:paraId="4AB8606F" w14:textId="77777777" w:rsidR="00527AF6" w:rsidRDefault="00527AF6">
            <w:pPr>
              <w:spacing w:after="0"/>
            </w:pPr>
          </w:p>
        </w:tc>
      </w:tr>
    </w:tbl>
    <w:p w14:paraId="3F6FC1F2" w14:textId="77777777" w:rsidR="00527AF6" w:rsidRDefault="00000000">
      <w:pPr>
        <w:keepNext/>
        <w:pBdr>
          <w:bottom w:val="single" w:sz="12" w:space="2" w:color="1F4E79"/>
        </w:pBdr>
        <w:spacing w:before="200" w:after="80"/>
      </w:pPr>
      <w:r>
        <w:rPr>
          <w:b/>
          <w:color w:val="1F4E79"/>
          <w:sz w:val="22"/>
        </w:rPr>
        <w:t>10. WITNESS INFORMATION</w:t>
      </w:r>
    </w:p>
    <w:tbl>
      <w:tblPr>
        <w:tblW w:w="0" w:type="auto"/>
        <w:jc w:val="center"/>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ook w:val="04A0" w:firstRow="1" w:lastRow="0" w:firstColumn="1" w:lastColumn="0" w:noHBand="0" w:noVBand="1"/>
      </w:tblPr>
      <w:tblGrid>
        <w:gridCol w:w="2592"/>
        <w:gridCol w:w="2160"/>
        <w:gridCol w:w="1872"/>
        <w:gridCol w:w="2016"/>
        <w:gridCol w:w="1541"/>
      </w:tblGrid>
      <w:tr w:rsidR="00527AF6" w14:paraId="3FEF2CC6" w14:textId="77777777">
        <w:trPr>
          <w:trHeight w:val="320"/>
          <w:jc w:val="center"/>
        </w:trPr>
        <w:tc>
          <w:tcPr>
            <w:tcW w:w="2592" w:type="dxa"/>
            <w:shd w:val="clear" w:color="auto" w:fill="F2F4F7"/>
            <w:tcMar>
              <w:top w:w="40" w:type="dxa"/>
              <w:left w:w="60" w:type="dxa"/>
              <w:bottom w:w="40" w:type="dxa"/>
              <w:right w:w="60" w:type="dxa"/>
            </w:tcMar>
          </w:tcPr>
          <w:p w14:paraId="3D7041F2" w14:textId="77777777" w:rsidR="00527AF6" w:rsidRDefault="00000000">
            <w:r>
              <w:rPr>
                <w:b/>
                <w:sz w:val="17"/>
              </w:rPr>
              <w:t>Witness Name</w:t>
            </w:r>
          </w:p>
        </w:tc>
        <w:tc>
          <w:tcPr>
            <w:tcW w:w="2160" w:type="dxa"/>
            <w:shd w:val="clear" w:color="auto" w:fill="F2F4F7"/>
            <w:tcMar>
              <w:top w:w="40" w:type="dxa"/>
              <w:left w:w="60" w:type="dxa"/>
              <w:bottom w:w="40" w:type="dxa"/>
              <w:right w:w="60" w:type="dxa"/>
            </w:tcMar>
          </w:tcPr>
          <w:p w14:paraId="169EC35F" w14:textId="77777777" w:rsidR="00527AF6" w:rsidRDefault="00000000">
            <w:r>
              <w:rPr>
                <w:b/>
                <w:sz w:val="17"/>
              </w:rPr>
              <w:t>Employer / Company</w:t>
            </w:r>
          </w:p>
        </w:tc>
        <w:tc>
          <w:tcPr>
            <w:tcW w:w="1872" w:type="dxa"/>
            <w:shd w:val="clear" w:color="auto" w:fill="F2F4F7"/>
            <w:tcMar>
              <w:top w:w="40" w:type="dxa"/>
              <w:left w:w="60" w:type="dxa"/>
              <w:bottom w:w="40" w:type="dxa"/>
              <w:right w:w="60" w:type="dxa"/>
            </w:tcMar>
          </w:tcPr>
          <w:p w14:paraId="63B9E0E9" w14:textId="77777777" w:rsidR="00527AF6" w:rsidRDefault="00000000">
            <w:r>
              <w:rPr>
                <w:b/>
                <w:sz w:val="17"/>
              </w:rPr>
              <w:t>Job Title / Role</w:t>
            </w:r>
          </w:p>
        </w:tc>
        <w:tc>
          <w:tcPr>
            <w:tcW w:w="2016" w:type="dxa"/>
            <w:shd w:val="clear" w:color="auto" w:fill="F2F4F7"/>
            <w:tcMar>
              <w:top w:w="40" w:type="dxa"/>
              <w:left w:w="60" w:type="dxa"/>
              <w:bottom w:w="40" w:type="dxa"/>
              <w:right w:w="60" w:type="dxa"/>
            </w:tcMar>
          </w:tcPr>
          <w:p w14:paraId="6CF63CD5" w14:textId="77777777" w:rsidR="00527AF6" w:rsidRDefault="00000000">
            <w:r>
              <w:rPr>
                <w:b/>
                <w:sz w:val="17"/>
              </w:rPr>
              <w:t>Contact Information</w:t>
            </w:r>
          </w:p>
        </w:tc>
        <w:tc>
          <w:tcPr>
            <w:tcW w:w="1541" w:type="dxa"/>
            <w:shd w:val="clear" w:color="auto" w:fill="F2F4F7"/>
            <w:tcMar>
              <w:top w:w="40" w:type="dxa"/>
              <w:left w:w="60" w:type="dxa"/>
              <w:bottom w:w="40" w:type="dxa"/>
              <w:right w:w="60" w:type="dxa"/>
            </w:tcMar>
          </w:tcPr>
          <w:p w14:paraId="3D88B0B0" w14:textId="77777777" w:rsidR="00527AF6" w:rsidRDefault="00000000">
            <w:r>
              <w:rPr>
                <w:b/>
                <w:sz w:val="17"/>
              </w:rPr>
              <w:t>Statement Taken?</w:t>
            </w:r>
          </w:p>
        </w:tc>
      </w:tr>
      <w:tr w:rsidR="00527AF6" w14:paraId="3FC0D2DC" w14:textId="77777777">
        <w:trPr>
          <w:trHeight w:val="360"/>
          <w:jc w:val="center"/>
        </w:trPr>
        <w:tc>
          <w:tcPr>
            <w:tcW w:w="2592" w:type="dxa"/>
            <w:tcMar>
              <w:top w:w="40" w:type="dxa"/>
              <w:left w:w="60" w:type="dxa"/>
              <w:bottom w:w="40" w:type="dxa"/>
              <w:right w:w="60" w:type="dxa"/>
            </w:tcMar>
          </w:tcPr>
          <w:p w14:paraId="559583CA" w14:textId="77777777" w:rsidR="00527AF6" w:rsidRDefault="00527AF6"/>
        </w:tc>
        <w:tc>
          <w:tcPr>
            <w:tcW w:w="2160" w:type="dxa"/>
            <w:tcMar>
              <w:top w:w="40" w:type="dxa"/>
              <w:left w:w="60" w:type="dxa"/>
              <w:bottom w:w="40" w:type="dxa"/>
              <w:right w:w="60" w:type="dxa"/>
            </w:tcMar>
          </w:tcPr>
          <w:p w14:paraId="63EDD0BF" w14:textId="77777777" w:rsidR="00527AF6" w:rsidRDefault="00527AF6"/>
        </w:tc>
        <w:tc>
          <w:tcPr>
            <w:tcW w:w="1872" w:type="dxa"/>
            <w:tcMar>
              <w:top w:w="40" w:type="dxa"/>
              <w:left w:w="60" w:type="dxa"/>
              <w:bottom w:w="40" w:type="dxa"/>
              <w:right w:w="60" w:type="dxa"/>
            </w:tcMar>
          </w:tcPr>
          <w:p w14:paraId="356E0C99" w14:textId="77777777" w:rsidR="00527AF6" w:rsidRDefault="00527AF6"/>
        </w:tc>
        <w:tc>
          <w:tcPr>
            <w:tcW w:w="2016" w:type="dxa"/>
            <w:tcMar>
              <w:top w:w="40" w:type="dxa"/>
              <w:left w:w="60" w:type="dxa"/>
              <w:bottom w:w="40" w:type="dxa"/>
              <w:right w:w="60" w:type="dxa"/>
            </w:tcMar>
          </w:tcPr>
          <w:p w14:paraId="59E621EC" w14:textId="77777777" w:rsidR="00527AF6" w:rsidRDefault="00527AF6"/>
        </w:tc>
        <w:tc>
          <w:tcPr>
            <w:tcW w:w="1541" w:type="dxa"/>
            <w:tcMar>
              <w:top w:w="40" w:type="dxa"/>
              <w:left w:w="60" w:type="dxa"/>
              <w:bottom w:w="40" w:type="dxa"/>
              <w:right w:w="60" w:type="dxa"/>
            </w:tcMar>
          </w:tcPr>
          <w:p w14:paraId="6CB03A7E" w14:textId="77777777" w:rsidR="00527AF6" w:rsidRDefault="00000000">
            <w:r>
              <w:rPr>
                <w:sz w:val="16"/>
              </w:rPr>
              <w:t>☐ Yes  ☐ No</w:t>
            </w:r>
          </w:p>
        </w:tc>
      </w:tr>
      <w:tr w:rsidR="00527AF6" w14:paraId="6B5A7A4B" w14:textId="77777777">
        <w:trPr>
          <w:trHeight w:val="360"/>
          <w:jc w:val="center"/>
        </w:trPr>
        <w:tc>
          <w:tcPr>
            <w:tcW w:w="2592" w:type="dxa"/>
            <w:tcMar>
              <w:top w:w="40" w:type="dxa"/>
              <w:left w:w="60" w:type="dxa"/>
              <w:bottom w:w="40" w:type="dxa"/>
              <w:right w:w="60" w:type="dxa"/>
            </w:tcMar>
          </w:tcPr>
          <w:p w14:paraId="636608BA" w14:textId="77777777" w:rsidR="00527AF6" w:rsidRDefault="00527AF6"/>
        </w:tc>
        <w:tc>
          <w:tcPr>
            <w:tcW w:w="2160" w:type="dxa"/>
            <w:tcMar>
              <w:top w:w="40" w:type="dxa"/>
              <w:left w:w="60" w:type="dxa"/>
              <w:bottom w:w="40" w:type="dxa"/>
              <w:right w:w="60" w:type="dxa"/>
            </w:tcMar>
          </w:tcPr>
          <w:p w14:paraId="5C69BA5C" w14:textId="77777777" w:rsidR="00527AF6" w:rsidRDefault="00527AF6"/>
        </w:tc>
        <w:tc>
          <w:tcPr>
            <w:tcW w:w="1872" w:type="dxa"/>
            <w:tcMar>
              <w:top w:w="40" w:type="dxa"/>
              <w:left w:w="60" w:type="dxa"/>
              <w:bottom w:w="40" w:type="dxa"/>
              <w:right w:w="60" w:type="dxa"/>
            </w:tcMar>
          </w:tcPr>
          <w:p w14:paraId="5F1F3FC0" w14:textId="77777777" w:rsidR="00527AF6" w:rsidRDefault="00527AF6"/>
        </w:tc>
        <w:tc>
          <w:tcPr>
            <w:tcW w:w="2016" w:type="dxa"/>
            <w:tcMar>
              <w:top w:w="40" w:type="dxa"/>
              <w:left w:w="60" w:type="dxa"/>
              <w:bottom w:w="40" w:type="dxa"/>
              <w:right w:w="60" w:type="dxa"/>
            </w:tcMar>
          </w:tcPr>
          <w:p w14:paraId="4CDD8AE8" w14:textId="77777777" w:rsidR="00527AF6" w:rsidRDefault="00527AF6"/>
        </w:tc>
        <w:tc>
          <w:tcPr>
            <w:tcW w:w="1541" w:type="dxa"/>
            <w:tcMar>
              <w:top w:w="40" w:type="dxa"/>
              <w:left w:w="60" w:type="dxa"/>
              <w:bottom w:w="40" w:type="dxa"/>
              <w:right w:w="60" w:type="dxa"/>
            </w:tcMar>
          </w:tcPr>
          <w:p w14:paraId="6A26BE2B" w14:textId="77777777" w:rsidR="00527AF6" w:rsidRDefault="00000000">
            <w:r>
              <w:rPr>
                <w:sz w:val="16"/>
              </w:rPr>
              <w:t>☐ Yes  ☐ No</w:t>
            </w:r>
          </w:p>
        </w:tc>
      </w:tr>
      <w:tr w:rsidR="00527AF6" w14:paraId="71F0C850" w14:textId="77777777">
        <w:trPr>
          <w:trHeight w:val="360"/>
          <w:jc w:val="center"/>
        </w:trPr>
        <w:tc>
          <w:tcPr>
            <w:tcW w:w="2592" w:type="dxa"/>
            <w:tcMar>
              <w:top w:w="40" w:type="dxa"/>
              <w:left w:w="60" w:type="dxa"/>
              <w:bottom w:w="40" w:type="dxa"/>
              <w:right w:w="60" w:type="dxa"/>
            </w:tcMar>
          </w:tcPr>
          <w:p w14:paraId="0912870F" w14:textId="77777777" w:rsidR="00527AF6" w:rsidRDefault="00527AF6"/>
        </w:tc>
        <w:tc>
          <w:tcPr>
            <w:tcW w:w="2160" w:type="dxa"/>
            <w:tcMar>
              <w:top w:w="40" w:type="dxa"/>
              <w:left w:w="60" w:type="dxa"/>
              <w:bottom w:w="40" w:type="dxa"/>
              <w:right w:w="60" w:type="dxa"/>
            </w:tcMar>
          </w:tcPr>
          <w:p w14:paraId="26D40F03" w14:textId="77777777" w:rsidR="00527AF6" w:rsidRDefault="00527AF6"/>
        </w:tc>
        <w:tc>
          <w:tcPr>
            <w:tcW w:w="1872" w:type="dxa"/>
            <w:tcMar>
              <w:top w:w="40" w:type="dxa"/>
              <w:left w:w="60" w:type="dxa"/>
              <w:bottom w:w="40" w:type="dxa"/>
              <w:right w:w="60" w:type="dxa"/>
            </w:tcMar>
          </w:tcPr>
          <w:p w14:paraId="3050A149" w14:textId="77777777" w:rsidR="00527AF6" w:rsidRDefault="00527AF6"/>
        </w:tc>
        <w:tc>
          <w:tcPr>
            <w:tcW w:w="2016" w:type="dxa"/>
            <w:tcMar>
              <w:top w:w="40" w:type="dxa"/>
              <w:left w:w="60" w:type="dxa"/>
              <w:bottom w:w="40" w:type="dxa"/>
              <w:right w:w="60" w:type="dxa"/>
            </w:tcMar>
          </w:tcPr>
          <w:p w14:paraId="20483408" w14:textId="77777777" w:rsidR="00527AF6" w:rsidRDefault="00527AF6"/>
        </w:tc>
        <w:tc>
          <w:tcPr>
            <w:tcW w:w="1541" w:type="dxa"/>
            <w:tcMar>
              <w:top w:w="40" w:type="dxa"/>
              <w:left w:w="60" w:type="dxa"/>
              <w:bottom w:w="40" w:type="dxa"/>
              <w:right w:w="60" w:type="dxa"/>
            </w:tcMar>
          </w:tcPr>
          <w:p w14:paraId="0D00C777" w14:textId="77777777" w:rsidR="00527AF6" w:rsidRDefault="00000000">
            <w:r>
              <w:rPr>
                <w:sz w:val="16"/>
              </w:rPr>
              <w:t>☐ Yes  ☐ No</w:t>
            </w:r>
          </w:p>
        </w:tc>
      </w:tr>
      <w:tr w:rsidR="00527AF6" w14:paraId="2A535C2F" w14:textId="77777777">
        <w:trPr>
          <w:trHeight w:val="360"/>
          <w:jc w:val="center"/>
        </w:trPr>
        <w:tc>
          <w:tcPr>
            <w:tcW w:w="2592" w:type="dxa"/>
            <w:tcMar>
              <w:top w:w="40" w:type="dxa"/>
              <w:left w:w="60" w:type="dxa"/>
              <w:bottom w:w="40" w:type="dxa"/>
              <w:right w:w="60" w:type="dxa"/>
            </w:tcMar>
          </w:tcPr>
          <w:p w14:paraId="3D41AC15" w14:textId="77777777" w:rsidR="00527AF6" w:rsidRDefault="00527AF6"/>
        </w:tc>
        <w:tc>
          <w:tcPr>
            <w:tcW w:w="2160" w:type="dxa"/>
            <w:tcMar>
              <w:top w:w="40" w:type="dxa"/>
              <w:left w:w="60" w:type="dxa"/>
              <w:bottom w:w="40" w:type="dxa"/>
              <w:right w:w="60" w:type="dxa"/>
            </w:tcMar>
          </w:tcPr>
          <w:p w14:paraId="1B7387C2" w14:textId="77777777" w:rsidR="00527AF6" w:rsidRDefault="00527AF6"/>
        </w:tc>
        <w:tc>
          <w:tcPr>
            <w:tcW w:w="1872" w:type="dxa"/>
            <w:tcMar>
              <w:top w:w="40" w:type="dxa"/>
              <w:left w:w="60" w:type="dxa"/>
              <w:bottom w:w="40" w:type="dxa"/>
              <w:right w:w="60" w:type="dxa"/>
            </w:tcMar>
          </w:tcPr>
          <w:p w14:paraId="3A2BE70F" w14:textId="77777777" w:rsidR="00527AF6" w:rsidRDefault="00527AF6"/>
        </w:tc>
        <w:tc>
          <w:tcPr>
            <w:tcW w:w="2016" w:type="dxa"/>
            <w:tcMar>
              <w:top w:w="40" w:type="dxa"/>
              <w:left w:w="60" w:type="dxa"/>
              <w:bottom w:w="40" w:type="dxa"/>
              <w:right w:w="60" w:type="dxa"/>
            </w:tcMar>
          </w:tcPr>
          <w:p w14:paraId="414BEC29" w14:textId="77777777" w:rsidR="00527AF6" w:rsidRDefault="00527AF6"/>
        </w:tc>
        <w:tc>
          <w:tcPr>
            <w:tcW w:w="1541" w:type="dxa"/>
            <w:tcMar>
              <w:top w:w="40" w:type="dxa"/>
              <w:left w:w="60" w:type="dxa"/>
              <w:bottom w:w="40" w:type="dxa"/>
              <w:right w:w="60" w:type="dxa"/>
            </w:tcMar>
          </w:tcPr>
          <w:p w14:paraId="18AFC633" w14:textId="77777777" w:rsidR="00527AF6" w:rsidRDefault="00000000">
            <w:r>
              <w:rPr>
                <w:sz w:val="16"/>
              </w:rPr>
              <w:t>☐ Yes  ☐ No</w:t>
            </w:r>
          </w:p>
        </w:tc>
      </w:tr>
    </w:tbl>
    <w:p w14:paraId="5B043FC1" w14:textId="77777777" w:rsidR="00527AF6" w:rsidRDefault="00000000">
      <w:pPr>
        <w:spacing w:before="80" w:after="40"/>
      </w:pPr>
      <w:r>
        <w:rPr>
          <w:b/>
        </w:rPr>
        <w:t>Witness Statement Summary / Key Observations:</w:t>
      </w:r>
    </w:p>
    <w:tbl>
      <w:tblPr>
        <w:tblW w:w="0" w:type="auto"/>
        <w:jc w:val="center"/>
        <w:tblBorders>
          <w:top w:val="single" w:sz="2" w:space="0" w:color="E0E0E0"/>
          <w:left w:val="single" w:sz="2" w:space="0" w:color="E0E0E0"/>
          <w:bottom w:val="single" w:sz="2" w:space="0" w:color="E0E0E0"/>
          <w:right w:val="single" w:sz="2" w:space="0" w:color="E0E0E0"/>
          <w:insideH w:val="single" w:sz="2" w:space="0" w:color="E0E0E0"/>
          <w:insideV w:val="single" w:sz="2" w:space="0" w:color="E0E0E0"/>
        </w:tblBorders>
        <w:tblLayout w:type="fixed"/>
        <w:tblLook w:val="04A0" w:firstRow="1" w:lastRow="0" w:firstColumn="1" w:lastColumn="0" w:noHBand="0" w:noVBand="1"/>
      </w:tblPr>
      <w:tblGrid>
        <w:gridCol w:w="10181"/>
      </w:tblGrid>
      <w:tr w:rsidR="00527AF6" w14:paraId="478E1DA3" w14:textId="77777777">
        <w:trPr>
          <w:trHeight w:val="360"/>
          <w:jc w:val="center"/>
        </w:trPr>
        <w:tc>
          <w:tcPr>
            <w:tcW w:w="10181" w:type="dxa"/>
            <w:tcMar>
              <w:top w:w="60" w:type="dxa"/>
              <w:left w:w="100" w:type="dxa"/>
              <w:bottom w:w="60" w:type="dxa"/>
              <w:right w:w="100" w:type="dxa"/>
            </w:tcMar>
          </w:tcPr>
          <w:p w14:paraId="4D0EB04B" w14:textId="77777777" w:rsidR="00527AF6" w:rsidRDefault="00527AF6">
            <w:pPr>
              <w:spacing w:after="0"/>
            </w:pPr>
          </w:p>
        </w:tc>
      </w:tr>
      <w:tr w:rsidR="00527AF6" w14:paraId="3FC7DC3D" w14:textId="77777777">
        <w:trPr>
          <w:trHeight w:val="360"/>
          <w:jc w:val="center"/>
        </w:trPr>
        <w:tc>
          <w:tcPr>
            <w:tcW w:w="10181" w:type="dxa"/>
            <w:tcMar>
              <w:top w:w="60" w:type="dxa"/>
              <w:left w:w="100" w:type="dxa"/>
              <w:bottom w:w="60" w:type="dxa"/>
              <w:right w:w="100" w:type="dxa"/>
            </w:tcMar>
          </w:tcPr>
          <w:p w14:paraId="3213E1BD" w14:textId="77777777" w:rsidR="00527AF6" w:rsidRDefault="00527AF6">
            <w:pPr>
              <w:spacing w:after="0"/>
            </w:pPr>
          </w:p>
        </w:tc>
      </w:tr>
      <w:tr w:rsidR="00527AF6" w14:paraId="78FF2BB9" w14:textId="77777777">
        <w:trPr>
          <w:trHeight w:val="360"/>
          <w:jc w:val="center"/>
        </w:trPr>
        <w:tc>
          <w:tcPr>
            <w:tcW w:w="10181" w:type="dxa"/>
            <w:tcMar>
              <w:top w:w="60" w:type="dxa"/>
              <w:left w:w="100" w:type="dxa"/>
              <w:bottom w:w="60" w:type="dxa"/>
              <w:right w:w="100" w:type="dxa"/>
            </w:tcMar>
          </w:tcPr>
          <w:p w14:paraId="7158DC0F" w14:textId="77777777" w:rsidR="00527AF6" w:rsidRDefault="00527AF6">
            <w:pPr>
              <w:spacing w:after="0"/>
            </w:pPr>
          </w:p>
        </w:tc>
      </w:tr>
    </w:tbl>
    <w:p w14:paraId="703D5735" w14:textId="77777777" w:rsidR="00527AF6" w:rsidRDefault="00000000">
      <w:pPr>
        <w:keepNext/>
        <w:pBdr>
          <w:bottom w:val="single" w:sz="12" w:space="2" w:color="1F4E79"/>
        </w:pBdr>
        <w:spacing w:before="200" w:after="80"/>
      </w:pPr>
      <w:r>
        <w:rPr>
          <w:b/>
          <w:color w:val="1F4E79"/>
          <w:sz w:val="22"/>
        </w:rPr>
        <w:lastRenderedPageBreak/>
        <w:t>11. INITIAL OBSERVATIONS &amp; CONTRIBUTING FACTORS</w:t>
      </w:r>
    </w:p>
    <w:p w14:paraId="7C4787F5" w14:textId="77777777" w:rsidR="00527AF6" w:rsidRDefault="00000000">
      <w:pPr>
        <w:keepNext/>
        <w:spacing w:before="40" w:after="80"/>
      </w:pPr>
      <w:r>
        <w:rPr>
          <w:i/>
          <w:color w:val="595959"/>
          <w:sz w:val="17"/>
        </w:rPr>
        <w:t>Record observable conditions or potential contributing factors identified during the initial review. This section should not replace a formal incident investigation or root cause analysis.</w:t>
      </w:r>
    </w:p>
    <w:tbl>
      <w:tblPr>
        <w:tblW w:w="0" w:type="auto"/>
        <w:jc w:val="center"/>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ook w:val="04A0" w:firstRow="1" w:lastRow="0" w:firstColumn="1" w:lastColumn="0" w:noHBand="0" w:noVBand="1"/>
      </w:tblPr>
      <w:tblGrid>
        <w:gridCol w:w="10181"/>
      </w:tblGrid>
      <w:tr w:rsidR="00527AF6" w14:paraId="6ADA537E" w14:textId="77777777">
        <w:trPr>
          <w:jc w:val="center"/>
        </w:trPr>
        <w:tc>
          <w:tcPr>
            <w:tcW w:w="10181" w:type="dxa"/>
            <w:tcMar>
              <w:top w:w="60" w:type="dxa"/>
              <w:left w:w="100" w:type="dxa"/>
              <w:bottom w:w="60" w:type="dxa"/>
              <w:right w:w="100" w:type="dxa"/>
            </w:tcMar>
          </w:tcPr>
          <w:tbl>
            <w:tblPr>
              <w:tblW w:w="0" w:type="auto"/>
              <w:tblLook w:val="04A0" w:firstRow="1" w:lastRow="0" w:firstColumn="1" w:lastColumn="0" w:noHBand="0" w:noVBand="1"/>
            </w:tblPr>
            <w:tblGrid>
              <w:gridCol w:w="3312"/>
              <w:gridCol w:w="3312"/>
              <w:gridCol w:w="3312"/>
            </w:tblGrid>
            <w:tr w:rsidR="00527AF6" w14:paraId="35402240" w14:textId="77777777">
              <w:tc>
                <w:tcPr>
                  <w:tcW w:w="3312" w:type="dxa"/>
                  <w:tcMar>
                    <w:top w:w="20" w:type="dxa"/>
                    <w:left w:w="20" w:type="dxa"/>
                    <w:bottom w:w="20" w:type="dxa"/>
                    <w:right w:w="20" w:type="dxa"/>
                  </w:tcMar>
                </w:tcPr>
                <w:p w14:paraId="7881443D" w14:textId="77777777" w:rsidR="00527AF6" w:rsidRDefault="00000000">
                  <w:pPr>
                    <w:spacing w:after="0"/>
                  </w:pPr>
                  <w:r>
                    <w:rPr>
                      <w:sz w:val="17"/>
                    </w:rPr>
                    <w:t>☐ Unsafe physical condition</w:t>
                  </w:r>
                </w:p>
              </w:tc>
              <w:tc>
                <w:tcPr>
                  <w:tcW w:w="3312" w:type="dxa"/>
                  <w:tcMar>
                    <w:top w:w="20" w:type="dxa"/>
                    <w:left w:w="20" w:type="dxa"/>
                    <w:bottom w:w="20" w:type="dxa"/>
                    <w:right w:w="20" w:type="dxa"/>
                  </w:tcMar>
                </w:tcPr>
                <w:p w14:paraId="1223DF7C" w14:textId="77777777" w:rsidR="00527AF6" w:rsidRDefault="00000000">
                  <w:pPr>
                    <w:spacing w:after="0"/>
                  </w:pPr>
                  <w:r>
                    <w:rPr>
                      <w:sz w:val="17"/>
                    </w:rPr>
                    <w:t>☐ Work planning / risk assessment issue</w:t>
                  </w:r>
                </w:p>
              </w:tc>
              <w:tc>
                <w:tcPr>
                  <w:tcW w:w="3312" w:type="dxa"/>
                  <w:tcMar>
                    <w:top w:w="20" w:type="dxa"/>
                    <w:left w:w="20" w:type="dxa"/>
                    <w:bottom w:w="20" w:type="dxa"/>
                    <w:right w:w="20" w:type="dxa"/>
                  </w:tcMar>
                </w:tcPr>
                <w:p w14:paraId="05414D53" w14:textId="77777777" w:rsidR="00527AF6" w:rsidRDefault="00000000">
                  <w:pPr>
                    <w:spacing w:after="0"/>
                  </w:pPr>
                  <w:r>
                    <w:rPr>
                      <w:sz w:val="17"/>
                    </w:rPr>
                    <w:t>☐ Other: __________________</w:t>
                  </w:r>
                </w:p>
              </w:tc>
            </w:tr>
            <w:tr w:rsidR="00527AF6" w14:paraId="52EF8DD0" w14:textId="77777777">
              <w:tc>
                <w:tcPr>
                  <w:tcW w:w="3312" w:type="dxa"/>
                  <w:tcMar>
                    <w:top w:w="20" w:type="dxa"/>
                    <w:left w:w="20" w:type="dxa"/>
                    <w:bottom w:w="20" w:type="dxa"/>
                    <w:right w:w="20" w:type="dxa"/>
                  </w:tcMar>
                </w:tcPr>
                <w:p w14:paraId="786EB475" w14:textId="77777777" w:rsidR="00527AF6" w:rsidRDefault="00000000">
                  <w:pPr>
                    <w:spacing w:after="0"/>
                  </w:pPr>
                  <w:r>
                    <w:rPr>
                      <w:sz w:val="17"/>
                    </w:rPr>
                    <w:t>☐ Environmental condition (weather/light)</w:t>
                  </w:r>
                </w:p>
              </w:tc>
              <w:tc>
                <w:tcPr>
                  <w:tcW w:w="3312" w:type="dxa"/>
                  <w:tcMar>
                    <w:top w:w="20" w:type="dxa"/>
                    <w:left w:w="20" w:type="dxa"/>
                    <w:bottom w:w="20" w:type="dxa"/>
                    <w:right w:w="20" w:type="dxa"/>
                  </w:tcMar>
                </w:tcPr>
                <w:p w14:paraId="4A0DEA15" w14:textId="77777777" w:rsidR="00527AF6" w:rsidRDefault="00000000">
                  <w:pPr>
                    <w:spacing w:after="0"/>
                  </w:pPr>
                  <w:r>
                    <w:rPr>
                      <w:sz w:val="17"/>
                    </w:rPr>
                    <w:t>☐ Cause not yet determined</w:t>
                  </w:r>
                </w:p>
              </w:tc>
              <w:tc>
                <w:tcPr>
                  <w:tcW w:w="3312" w:type="dxa"/>
                  <w:tcMar>
                    <w:top w:w="20" w:type="dxa"/>
                    <w:left w:w="20" w:type="dxa"/>
                    <w:bottom w:w="20" w:type="dxa"/>
                    <w:right w:w="20" w:type="dxa"/>
                  </w:tcMar>
                </w:tcPr>
                <w:p w14:paraId="12DA11F5" w14:textId="77777777" w:rsidR="00527AF6" w:rsidRDefault="00000000">
                  <w:pPr>
                    <w:spacing w:after="0"/>
                  </w:pPr>
                  <w:r>
                    <w:rPr>
                      <w:sz w:val="17"/>
                    </w:rPr>
                    <w:t>☐ Communication gap</w:t>
                  </w:r>
                </w:p>
              </w:tc>
            </w:tr>
            <w:tr w:rsidR="00527AF6" w14:paraId="19B4F085" w14:textId="77777777">
              <w:tc>
                <w:tcPr>
                  <w:tcW w:w="3312" w:type="dxa"/>
                  <w:tcMar>
                    <w:top w:w="20" w:type="dxa"/>
                    <w:left w:w="20" w:type="dxa"/>
                    <w:bottom w:w="20" w:type="dxa"/>
                    <w:right w:w="20" w:type="dxa"/>
                  </w:tcMar>
                </w:tcPr>
                <w:p w14:paraId="4B204C0A" w14:textId="77777777" w:rsidR="00527AF6" w:rsidRDefault="00000000">
                  <w:pPr>
                    <w:spacing w:after="0"/>
                  </w:pPr>
                  <w:r>
                    <w:rPr>
                      <w:sz w:val="17"/>
                    </w:rPr>
                    <w:t>☐ Supervision / oversight issue</w:t>
                  </w:r>
                </w:p>
              </w:tc>
              <w:tc>
                <w:tcPr>
                  <w:tcW w:w="3312" w:type="dxa"/>
                  <w:tcMar>
                    <w:top w:w="20" w:type="dxa"/>
                    <w:left w:w="20" w:type="dxa"/>
                    <w:bottom w:w="20" w:type="dxa"/>
                    <w:right w:w="20" w:type="dxa"/>
                  </w:tcMar>
                </w:tcPr>
                <w:p w14:paraId="3111EF8E" w14:textId="77777777" w:rsidR="00527AF6" w:rsidRDefault="00000000">
                  <w:pPr>
                    <w:spacing w:after="0"/>
                  </w:pPr>
                  <w:r>
                    <w:rPr>
                      <w:sz w:val="17"/>
                    </w:rPr>
                    <w:t>☐ Equipment / tool defect or failure</w:t>
                  </w:r>
                </w:p>
              </w:tc>
              <w:tc>
                <w:tcPr>
                  <w:tcW w:w="3312" w:type="dxa"/>
                  <w:tcMar>
                    <w:top w:w="20" w:type="dxa"/>
                    <w:left w:w="20" w:type="dxa"/>
                    <w:bottom w:w="20" w:type="dxa"/>
                    <w:right w:w="20" w:type="dxa"/>
                  </w:tcMar>
                </w:tcPr>
                <w:p w14:paraId="181FDED9" w14:textId="77777777" w:rsidR="00527AF6" w:rsidRDefault="00000000">
                  <w:pPr>
                    <w:spacing w:after="0"/>
                  </w:pPr>
                  <w:r>
                    <w:rPr>
                      <w:sz w:val="17"/>
                    </w:rPr>
                    <w:t>☐ Training / competency concern</w:t>
                  </w:r>
                </w:p>
              </w:tc>
            </w:tr>
            <w:tr w:rsidR="00527AF6" w14:paraId="067C04DD" w14:textId="77777777">
              <w:tc>
                <w:tcPr>
                  <w:tcW w:w="3312" w:type="dxa"/>
                  <w:tcMar>
                    <w:top w:w="20" w:type="dxa"/>
                    <w:left w:w="20" w:type="dxa"/>
                    <w:bottom w:w="20" w:type="dxa"/>
                    <w:right w:w="20" w:type="dxa"/>
                  </w:tcMar>
                </w:tcPr>
                <w:p w14:paraId="4D7BCEF2" w14:textId="77777777" w:rsidR="00527AF6" w:rsidRDefault="00000000">
                  <w:pPr>
                    <w:spacing w:after="0"/>
                  </w:pPr>
                  <w:r>
                    <w:rPr>
                      <w:sz w:val="17"/>
                    </w:rPr>
                    <w:t>☐ Unsafe act / behavior</w:t>
                  </w:r>
                </w:p>
              </w:tc>
              <w:tc>
                <w:tcPr>
                  <w:tcW w:w="3312" w:type="dxa"/>
                  <w:tcMar>
                    <w:top w:w="20" w:type="dxa"/>
                    <w:left w:w="20" w:type="dxa"/>
                    <w:bottom w:w="20" w:type="dxa"/>
                    <w:right w:w="20" w:type="dxa"/>
                  </w:tcMar>
                </w:tcPr>
                <w:p w14:paraId="21BEEF56" w14:textId="77777777" w:rsidR="00527AF6" w:rsidRDefault="00000000">
                  <w:pPr>
                    <w:spacing w:after="0"/>
                  </w:pPr>
                  <w:r>
                    <w:rPr>
                      <w:sz w:val="17"/>
                    </w:rPr>
                    <w:t>☐ Procedure / instruction issue</w:t>
                  </w:r>
                </w:p>
              </w:tc>
              <w:tc>
                <w:tcPr>
                  <w:tcW w:w="3312" w:type="dxa"/>
                  <w:tcMar>
                    <w:top w:w="20" w:type="dxa"/>
                    <w:left w:w="20" w:type="dxa"/>
                    <w:bottom w:w="20" w:type="dxa"/>
                    <w:right w:w="20" w:type="dxa"/>
                  </w:tcMar>
                </w:tcPr>
                <w:p w14:paraId="34F06C6B" w14:textId="77777777" w:rsidR="00527AF6" w:rsidRDefault="00000000">
                  <w:pPr>
                    <w:spacing w:after="0"/>
                  </w:pPr>
                  <w:r>
                    <w:rPr>
                      <w:sz w:val="17"/>
                    </w:rPr>
                    <w:t xml:space="preserve"> </w:t>
                  </w:r>
                </w:p>
              </w:tc>
            </w:tr>
          </w:tbl>
          <w:p w14:paraId="5ED34A68" w14:textId="77777777" w:rsidR="00527AF6" w:rsidRDefault="00527AF6"/>
        </w:tc>
      </w:tr>
    </w:tbl>
    <w:p w14:paraId="54C1EF33" w14:textId="77777777" w:rsidR="00527AF6" w:rsidRDefault="00000000">
      <w:pPr>
        <w:spacing w:before="80" w:after="40"/>
      </w:pPr>
      <w:r>
        <w:rPr>
          <w:b/>
        </w:rPr>
        <w:t>Initial Observations &amp; Contextual Comments:</w:t>
      </w:r>
    </w:p>
    <w:tbl>
      <w:tblPr>
        <w:tblW w:w="0" w:type="auto"/>
        <w:jc w:val="center"/>
        <w:tblBorders>
          <w:top w:val="single" w:sz="2" w:space="0" w:color="E0E0E0"/>
          <w:left w:val="single" w:sz="2" w:space="0" w:color="E0E0E0"/>
          <w:bottom w:val="single" w:sz="2" w:space="0" w:color="E0E0E0"/>
          <w:right w:val="single" w:sz="2" w:space="0" w:color="E0E0E0"/>
          <w:insideH w:val="single" w:sz="2" w:space="0" w:color="E0E0E0"/>
          <w:insideV w:val="single" w:sz="2" w:space="0" w:color="E0E0E0"/>
        </w:tblBorders>
        <w:tblLayout w:type="fixed"/>
        <w:tblLook w:val="04A0" w:firstRow="1" w:lastRow="0" w:firstColumn="1" w:lastColumn="0" w:noHBand="0" w:noVBand="1"/>
      </w:tblPr>
      <w:tblGrid>
        <w:gridCol w:w="10181"/>
      </w:tblGrid>
      <w:tr w:rsidR="00527AF6" w14:paraId="08B8C0A6" w14:textId="77777777">
        <w:trPr>
          <w:trHeight w:val="360"/>
          <w:jc w:val="center"/>
        </w:trPr>
        <w:tc>
          <w:tcPr>
            <w:tcW w:w="10181" w:type="dxa"/>
            <w:tcMar>
              <w:top w:w="60" w:type="dxa"/>
              <w:left w:w="100" w:type="dxa"/>
              <w:bottom w:w="60" w:type="dxa"/>
              <w:right w:w="100" w:type="dxa"/>
            </w:tcMar>
          </w:tcPr>
          <w:p w14:paraId="2F025D0E" w14:textId="77777777" w:rsidR="00527AF6" w:rsidRDefault="00527AF6">
            <w:pPr>
              <w:spacing w:after="0"/>
            </w:pPr>
          </w:p>
        </w:tc>
      </w:tr>
      <w:tr w:rsidR="00527AF6" w14:paraId="0BC52212" w14:textId="77777777">
        <w:trPr>
          <w:trHeight w:val="360"/>
          <w:jc w:val="center"/>
        </w:trPr>
        <w:tc>
          <w:tcPr>
            <w:tcW w:w="10181" w:type="dxa"/>
            <w:tcMar>
              <w:top w:w="60" w:type="dxa"/>
              <w:left w:w="100" w:type="dxa"/>
              <w:bottom w:w="60" w:type="dxa"/>
              <w:right w:w="100" w:type="dxa"/>
            </w:tcMar>
          </w:tcPr>
          <w:p w14:paraId="32C35CA0" w14:textId="77777777" w:rsidR="00527AF6" w:rsidRDefault="00527AF6">
            <w:pPr>
              <w:spacing w:after="0"/>
            </w:pPr>
          </w:p>
        </w:tc>
      </w:tr>
    </w:tbl>
    <w:p w14:paraId="53A47285" w14:textId="77777777" w:rsidR="00527AF6" w:rsidRDefault="00000000">
      <w:pPr>
        <w:keepNext/>
        <w:pBdr>
          <w:bottom w:val="single" w:sz="12" w:space="2" w:color="1F4E79"/>
        </w:pBdr>
        <w:spacing w:before="200" w:after="80"/>
      </w:pPr>
      <w:r>
        <w:rPr>
          <w:b/>
          <w:color w:val="1F4E79"/>
          <w:sz w:val="22"/>
        </w:rPr>
        <w:t>12. INITIAL CORRECTIVE &amp; FOLLOW-UP ACTIONS</w:t>
      </w:r>
    </w:p>
    <w:tbl>
      <w:tblPr>
        <w:tblW w:w="0" w:type="auto"/>
        <w:jc w:val="center"/>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ook w:val="04A0" w:firstRow="1" w:lastRow="0" w:firstColumn="1" w:lastColumn="0" w:noHBand="0" w:noVBand="1"/>
      </w:tblPr>
      <w:tblGrid>
        <w:gridCol w:w="576"/>
        <w:gridCol w:w="4133"/>
        <w:gridCol w:w="1872"/>
        <w:gridCol w:w="1296"/>
        <w:gridCol w:w="1152"/>
        <w:gridCol w:w="1152"/>
      </w:tblGrid>
      <w:tr w:rsidR="00527AF6" w14:paraId="657AE32C" w14:textId="77777777">
        <w:trPr>
          <w:trHeight w:val="320"/>
          <w:jc w:val="center"/>
        </w:trPr>
        <w:tc>
          <w:tcPr>
            <w:tcW w:w="576" w:type="dxa"/>
            <w:shd w:val="clear" w:color="auto" w:fill="F2F4F7"/>
            <w:tcMar>
              <w:top w:w="40" w:type="dxa"/>
              <w:left w:w="40" w:type="dxa"/>
              <w:bottom w:w="40" w:type="dxa"/>
              <w:right w:w="40" w:type="dxa"/>
            </w:tcMar>
          </w:tcPr>
          <w:p w14:paraId="66CA3C1E" w14:textId="77777777" w:rsidR="00527AF6" w:rsidRDefault="00000000">
            <w:r>
              <w:rPr>
                <w:b/>
                <w:sz w:val="16"/>
              </w:rPr>
              <w:t>No.</w:t>
            </w:r>
          </w:p>
        </w:tc>
        <w:tc>
          <w:tcPr>
            <w:tcW w:w="4133" w:type="dxa"/>
            <w:shd w:val="clear" w:color="auto" w:fill="F2F4F7"/>
            <w:tcMar>
              <w:top w:w="40" w:type="dxa"/>
              <w:left w:w="40" w:type="dxa"/>
              <w:bottom w:w="40" w:type="dxa"/>
              <w:right w:w="40" w:type="dxa"/>
            </w:tcMar>
          </w:tcPr>
          <w:p w14:paraId="77714900" w14:textId="77777777" w:rsidR="00527AF6" w:rsidRDefault="00000000">
            <w:r>
              <w:rPr>
                <w:b/>
                <w:sz w:val="16"/>
              </w:rPr>
              <w:t>Corrective / Immediate Action Description</w:t>
            </w:r>
          </w:p>
        </w:tc>
        <w:tc>
          <w:tcPr>
            <w:tcW w:w="1872" w:type="dxa"/>
            <w:shd w:val="clear" w:color="auto" w:fill="F2F4F7"/>
            <w:tcMar>
              <w:top w:w="40" w:type="dxa"/>
              <w:left w:w="40" w:type="dxa"/>
              <w:bottom w:w="40" w:type="dxa"/>
              <w:right w:w="40" w:type="dxa"/>
            </w:tcMar>
          </w:tcPr>
          <w:p w14:paraId="500A79BD" w14:textId="77777777" w:rsidR="00527AF6" w:rsidRDefault="00000000">
            <w:r>
              <w:rPr>
                <w:b/>
                <w:sz w:val="16"/>
              </w:rPr>
              <w:t>Responsible Person</w:t>
            </w:r>
          </w:p>
        </w:tc>
        <w:tc>
          <w:tcPr>
            <w:tcW w:w="1296" w:type="dxa"/>
            <w:shd w:val="clear" w:color="auto" w:fill="F2F4F7"/>
            <w:tcMar>
              <w:top w:w="40" w:type="dxa"/>
              <w:left w:w="40" w:type="dxa"/>
              <w:bottom w:w="40" w:type="dxa"/>
              <w:right w:w="40" w:type="dxa"/>
            </w:tcMar>
          </w:tcPr>
          <w:p w14:paraId="3CED2180" w14:textId="77777777" w:rsidR="00527AF6" w:rsidRDefault="00000000">
            <w:r>
              <w:rPr>
                <w:b/>
                <w:sz w:val="16"/>
              </w:rPr>
              <w:t>Target Date</w:t>
            </w:r>
          </w:p>
        </w:tc>
        <w:tc>
          <w:tcPr>
            <w:tcW w:w="1152" w:type="dxa"/>
            <w:shd w:val="clear" w:color="auto" w:fill="F2F4F7"/>
            <w:tcMar>
              <w:top w:w="40" w:type="dxa"/>
              <w:left w:w="40" w:type="dxa"/>
              <w:bottom w:w="40" w:type="dxa"/>
              <w:right w:w="40" w:type="dxa"/>
            </w:tcMar>
          </w:tcPr>
          <w:p w14:paraId="702AFD2B" w14:textId="77777777" w:rsidR="00527AF6" w:rsidRDefault="00000000">
            <w:r>
              <w:rPr>
                <w:b/>
                <w:sz w:val="16"/>
              </w:rPr>
              <w:t>Status</w:t>
            </w:r>
          </w:p>
        </w:tc>
        <w:tc>
          <w:tcPr>
            <w:tcW w:w="1152" w:type="dxa"/>
            <w:shd w:val="clear" w:color="auto" w:fill="F2F4F7"/>
            <w:tcMar>
              <w:top w:w="40" w:type="dxa"/>
              <w:left w:w="40" w:type="dxa"/>
              <w:bottom w:w="40" w:type="dxa"/>
              <w:right w:w="40" w:type="dxa"/>
            </w:tcMar>
          </w:tcPr>
          <w:p w14:paraId="3C3F5A60" w14:textId="77777777" w:rsidR="00527AF6" w:rsidRDefault="00000000">
            <w:r>
              <w:rPr>
                <w:b/>
                <w:sz w:val="16"/>
              </w:rPr>
              <w:t>Closeout Date</w:t>
            </w:r>
          </w:p>
        </w:tc>
      </w:tr>
      <w:tr w:rsidR="00527AF6" w14:paraId="1FC23543" w14:textId="77777777">
        <w:trPr>
          <w:trHeight w:val="360"/>
          <w:jc w:val="center"/>
        </w:trPr>
        <w:tc>
          <w:tcPr>
            <w:tcW w:w="576" w:type="dxa"/>
            <w:tcMar>
              <w:top w:w="40" w:type="dxa"/>
              <w:left w:w="40" w:type="dxa"/>
              <w:bottom w:w="40" w:type="dxa"/>
              <w:right w:w="40" w:type="dxa"/>
            </w:tcMar>
          </w:tcPr>
          <w:p w14:paraId="366A0812" w14:textId="77777777" w:rsidR="00527AF6" w:rsidRDefault="00000000">
            <w:r>
              <w:rPr>
                <w:sz w:val="16"/>
              </w:rPr>
              <w:t>1</w:t>
            </w:r>
          </w:p>
        </w:tc>
        <w:tc>
          <w:tcPr>
            <w:tcW w:w="4133" w:type="dxa"/>
            <w:tcMar>
              <w:top w:w="40" w:type="dxa"/>
              <w:left w:w="40" w:type="dxa"/>
              <w:bottom w:w="40" w:type="dxa"/>
              <w:right w:w="40" w:type="dxa"/>
            </w:tcMar>
          </w:tcPr>
          <w:p w14:paraId="1CC46266" w14:textId="77777777" w:rsidR="00527AF6" w:rsidRDefault="00527AF6"/>
        </w:tc>
        <w:tc>
          <w:tcPr>
            <w:tcW w:w="1872" w:type="dxa"/>
            <w:tcMar>
              <w:top w:w="40" w:type="dxa"/>
              <w:left w:w="40" w:type="dxa"/>
              <w:bottom w:w="40" w:type="dxa"/>
              <w:right w:w="40" w:type="dxa"/>
            </w:tcMar>
          </w:tcPr>
          <w:p w14:paraId="34FF9DF3" w14:textId="77777777" w:rsidR="00527AF6" w:rsidRDefault="00527AF6"/>
        </w:tc>
        <w:tc>
          <w:tcPr>
            <w:tcW w:w="1296" w:type="dxa"/>
            <w:tcMar>
              <w:top w:w="40" w:type="dxa"/>
              <w:left w:w="40" w:type="dxa"/>
              <w:bottom w:w="40" w:type="dxa"/>
              <w:right w:w="40" w:type="dxa"/>
            </w:tcMar>
          </w:tcPr>
          <w:p w14:paraId="4D5B4446" w14:textId="77777777" w:rsidR="00527AF6" w:rsidRDefault="00527AF6"/>
        </w:tc>
        <w:tc>
          <w:tcPr>
            <w:tcW w:w="1152" w:type="dxa"/>
            <w:tcMar>
              <w:top w:w="40" w:type="dxa"/>
              <w:left w:w="40" w:type="dxa"/>
              <w:bottom w:w="40" w:type="dxa"/>
              <w:right w:w="40" w:type="dxa"/>
            </w:tcMar>
          </w:tcPr>
          <w:p w14:paraId="415718D5" w14:textId="77777777" w:rsidR="00527AF6" w:rsidRDefault="00000000">
            <w:r>
              <w:rPr>
                <w:sz w:val="15"/>
              </w:rPr>
              <w:t>Open</w:t>
            </w:r>
          </w:p>
        </w:tc>
        <w:tc>
          <w:tcPr>
            <w:tcW w:w="1152" w:type="dxa"/>
            <w:tcMar>
              <w:top w:w="40" w:type="dxa"/>
              <w:left w:w="40" w:type="dxa"/>
              <w:bottom w:w="40" w:type="dxa"/>
              <w:right w:w="40" w:type="dxa"/>
            </w:tcMar>
          </w:tcPr>
          <w:p w14:paraId="45607055" w14:textId="77777777" w:rsidR="00527AF6" w:rsidRDefault="00527AF6"/>
        </w:tc>
      </w:tr>
      <w:tr w:rsidR="00527AF6" w14:paraId="6B6E5F6A" w14:textId="77777777">
        <w:trPr>
          <w:trHeight w:val="360"/>
          <w:jc w:val="center"/>
        </w:trPr>
        <w:tc>
          <w:tcPr>
            <w:tcW w:w="576" w:type="dxa"/>
            <w:tcMar>
              <w:top w:w="40" w:type="dxa"/>
              <w:left w:w="40" w:type="dxa"/>
              <w:bottom w:w="40" w:type="dxa"/>
              <w:right w:w="40" w:type="dxa"/>
            </w:tcMar>
          </w:tcPr>
          <w:p w14:paraId="788210A5" w14:textId="77777777" w:rsidR="00527AF6" w:rsidRDefault="00000000">
            <w:r>
              <w:rPr>
                <w:sz w:val="16"/>
              </w:rPr>
              <w:t>2</w:t>
            </w:r>
          </w:p>
        </w:tc>
        <w:tc>
          <w:tcPr>
            <w:tcW w:w="4133" w:type="dxa"/>
            <w:tcMar>
              <w:top w:w="40" w:type="dxa"/>
              <w:left w:w="40" w:type="dxa"/>
              <w:bottom w:w="40" w:type="dxa"/>
              <w:right w:w="40" w:type="dxa"/>
            </w:tcMar>
          </w:tcPr>
          <w:p w14:paraId="30C58AD2" w14:textId="77777777" w:rsidR="00527AF6" w:rsidRDefault="00527AF6"/>
        </w:tc>
        <w:tc>
          <w:tcPr>
            <w:tcW w:w="1872" w:type="dxa"/>
            <w:tcMar>
              <w:top w:w="40" w:type="dxa"/>
              <w:left w:w="40" w:type="dxa"/>
              <w:bottom w:w="40" w:type="dxa"/>
              <w:right w:w="40" w:type="dxa"/>
            </w:tcMar>
          </w:tcPr>
          <w:p w14:paraId="256B5DF4" w14:textId="77777777" w:rsidR="00527AF6" w:rsidRDefault="00527AF6"/>
        </w:tc>
        <w:tc>
          <w:tcPr>
            <w:tcW w:w="1296" w:type="dxa"/>
            <w:tcMar>
              <w:top w:w="40" w:type="dxa"/>
              <w:left w:w="40" w:type="dxa"/>
              <w:bottom w:w="40" w:type="dxa"/>
              <w:right w:w="40" w:type="dxa"/>
            </w:tcMar>
          </w:tcPr>
          <w:p w14:paraId="23000DF1" w14:textId="77777777" w:rsidR="00527AF6" w:rsidRDefault="00527AF6"/>
        </w:tc>
        <w:tc>
          <w:tcPr>
            <w:tcW w:w="1152" w:type="dxa"/>
            <w:tcMar>
              <w:top w:w="40" w:type="dxa"/>
              <w:left w:w="40" w:type="dxa"/>
              <w:bottom w:w="40" w:type="dxa"/>
              <w:right w:w="40" w:type="dxa"/>
            </w:tcMar>
          </w:tcPr>
          <w:p w14:paraId="5423A826" w14:textId="77777777" w:rsidR="00527AF6" w:rsidRDefault="00000000">
            <w:r>
              <w:rPr>
                <w:sz w:val="15"/>
              </w:rPr>
              <w:t>Open</w:t>
            </w:r>
          </w:p>
        </w:tc>
        <w:tc>
          <w:tcPr>
            <w:tcW w:w="1152" w:type="dxa"/>
            <w:tcMar>
              <w:top w:w="40" w:type="dxa"/>
              <w:left w:w="40" w:type="dxa"/>
              <w:bottom w:w="40" w:type="dxa"/>
              <w:right w:w="40" w:type="dxa"/>
            </w:tcMar>
          </w:tcPr>
          <w:p w14:paraId="76F68C39" w14:textId="77777777" w:rsidR="00527AF6" w:rsidRDefault="00527AF6"/>
        </w:tc>
      </w:tr>
      <w:tr w:rsidR="00527AF6" w14:paraId="79349CAC" w14:textId="77777777">
        <w:trPr>
          <w:trHeight w:val="360"/>
          <w:jc w:val="center"/>
        </w:trPr>
        <w:tc>
          <w:tcPr>
            <w:tcW w:w="576" w:type="dxa"/>
            <w:tcMar>
              <w:top w:w="40" w:type="dxa"/>
              <w:left w:w="40" w:type="dxa"/>
              <w:bottom w:w="40" w:type="dxa"/>
              <w:right w:w="40" w:type="dxa"/>
            </w:tcMar>
          </w:tcPr>
          <w:p w14:paraId="044F5754" w14:textId="77777777" w:rsidR="00527AF6" w:rsidRDefault="00000000">
            <w:r>
              <w:rPr>
                <w:sz w:val="16"/>
              </w:rPr>
              <w:t>3</w:t>
            </w:r>
          </w:p>
        </w:tc>
        <w:tc>
          <w:tcPr>
            <w:tcW w:w="4133" w:type="dxa"/>
            <w:tcMar>
              <w:top w:w="40" w:type="dxa"/>
              <w:left w:w="40" w:type="dxa"/>
              <w:bottom w:w="40" w:type="dxa"/>
              <w:right w:w="40" w:type="dxa"/>
            </w:tcMar>
          </w:tcPr>
          <w:p w14:paraId="72D5E1B1" w14:textId="77777777" w:rsidR="00527AF6" w:rsidRDefault="00527AF6"/>
        </w:tc>
        <w:tc>
          <w:tcPr>
            <w:tcW w:w="1872" w:type="dxa"/>
            <w:tcMar>
              <w:top w:w="40" w:type="dxa"/>
              <w:left w:w="40" w:type="dxa"/>
              <w:bottom w:w="40" w:type="dxa"/>
              <w:right w:w="40" w:type="dxa"/>
            </w:tcMar>
          </w:tcPr>
          <w:p w14:paraId="12403BA4" w14:textId="77777777" w:rsidR="00527AF6" w:rsidRDefault="00527AF6"/>
        </w:tc>
        <w:tc>
          <w:tcPr>
            <w:tcW w:w="1296" w:type="dxa"/>
            <w:tcMar>
              <w:top w:w="40" w:type="dxa"/>
              <w:left w:w="40" w:type="dxa"/>
              <w:bottom w:w="40" w:type="dxa"/>
              <w:right w:w="40" w:type="dxa"/>
            </w:tcMar>
          </w:tcPr>
          <w:p w14:paraId="453CAB44" w14:textId="77777777" w:rsidR="00527AF6" w:rsidRDefault="00527AF6"/>
        </w:tc>
        <w:tc>
          <w:tcPr>
            <w:tcW w:w="1152" w:type="dxa"/>
            <w:tcMar>
              <w:top w:w="40" w:type="dxa"/>
              <w:left w:w="40" w:type="dxa"/>
              <w:bottom w:w="40" w:type="dxa"/>
              <w:right w:w="40" w:type="dxa"/>
            </w:tcMar>
          </w:tcPr>
          <w:p w14:paraId="43831B61" w14:textId="77777777" w:rsidR="00527AF6" w:rsidRDefault="00000000">
            <w:r>
              <w:rPr>
                <w:sz w:val="15"/>
              </w:rPr>
              <w:t>Open</w:t>
            </w:r>
          </w:p>
        </w:tc>
        <w:tc>
          <w:tcPr>
            <w:tcW w:w="1152" w:type="dxa"/>
            <w:tcMar>
              <w:top w:w="40" w:type="dxa"/>
              <w:left w:w="40" w:type="dxa"/>
              <w:bottom w:w="40" w:type="dxa"/>
              <w:right w:w="40" w:type="dxa"/>
            </w:tcMar>
          </w:tcPr>
          <w:p w14:paraId="17BE439D" w14:textId="77777777" w:rsidR="00527AF6" w:rsidRDefault="00527AF6"/>
        </w:tc>
      </w:tr>
      <w:tr w:rsidR="00527AF6" w14:paraId="3FCE49F8" w14:textId="77777777">
        <w:trPr>
          <w:trHeight w:val="360"/>
          <w:jc w:val="center"/>
        </w:trPr>
        <w:tc>
          <w:tcPr>
            <w:tcW w:w="576" w:type="dxa"/>
            <w:tcMar>
              <w:top w:w="40" w:type="dxa"/>
              <w:left w:w="40" w:type="dxa"/>
              <w:bottom w:w="40" w:type="dxa"/>
              <w:right w:w="40" w:type="dxa"/>
            </w:tcMar>
          </w:tcPr>
          <w:p w14:paraId="726B6CFD" w14:textId="77777777" w:rsidR="00527AF6" w:rsidRDefault="00000000">
            <w:r>
              <w:rPr>
                <w:sz w:val="16"/>
              </w:rPr>
              <w:t>4</w:t>
            </w:r>
          </w:p>
        </w:tc>
        <w:tc>
          <w:tcPr>
            <w:tcW w:w="4133" w:type="dxa"/>
            <w:tcMar>
              <w:top w:w="40" w:type="dxa"/>
              <w:left w:w="40" w:type="dxa"/>
              <w:bottom w:w="40" w:type="dxa"/>
              <w:right w:w="40" w:type="dxa"/>
            </w:tcMar>
          </w:tcPr>
          <w:p w14:paraId="1E412584" w14:textId="77777777" w:rsidR="00527AF6" w:rsidRDefault="00527AF6"/>
        </w:tc>
        <w:tc>
          <w:tcPr>
            <w:tcW w:w="1872" w:type="dxa"/>
            <w:tcMar>
              <w:top w:w="40" w:type="dxa"/>
              <w:left w:w="40" w:type="dxa"/>
              <w:bottom w:w="40" w:type="dxa"/>
              <w:right w:w="40" w:type="dxa"/>
            </w:tcMar>
          </w:tcPr>
          <w:p w14:paraId="4448F951" w14:textId="77777777" w:rsidR="00527AF6" w:rsidRDefault="00527AF6"/>
        </w:tc>
        <w:tc>
          <w:tcPr>
            <w:tcW w:w="1296" w:type="dxa"/>
            <w:tcMar>
              <w:top w:w="40" w:type="dxa"/>
              <w:left w:w="40" w:type="dxa"/>
              <w:bottom w:w="40" w:type="dxa"/>
              <w:right w:w="40" w:type="dxa"/>
            </w:tcMar>
          </w:tcPr>
          <w:p w14:paraId="3E917364" w14:textId="77777777" w:rsidR="00527AF6" w:rsidRDefault="00527AF6"/>
        </w:tc>
        <w:tc>
          <w:tcPr>
            <w:tcW w:w="1152" w:type="dxa"/>
            <w:tcMar>
              <w:top w:w="40" w:type="dxa"/>
              <w:left w:w="40" w:type="dxa"/>
              <w:bottom w:w="40" w:type="dxa"/>
              <w:right w:w="40" w:type="dxa"/>
            </w:tcMar>
          </w:tcPr>
          <w:p w14:paraId="6D048A6F" w14:textId="77777777" w:rsidR="00527AF6" w:rsidRDefault="00000000">
            <w:r>
              <w:rPr>
                <w:sz w:val="15"/>
              </w:rPr>
              <w:t>Open</w:t>
            </w:r>
          </w:p>
        </w:tc>
        <w:tc>
          <w:tcPr>
            <w:tcW w:w="1152" w:type="dxa"/>
            <w:tcMar>
              <w:top w:w="40" w:type="dxa"/>
              <w:left w:w="40" w:type="dxa"/>
              <w:bottom w:w="40" w:type="dxa"/>
              <w:right w:w="40" w:type="dxa"/>
            </w:tcMar>
          </w:tcPr>
          <w:p w14:paraId="623FAC9F" w14:textId="77777777" w:rsidR="00527AF6" w:rsidRDefault="00527AF6"/>
        </w:tc>
      </w:tr>
      <w:tr w:rsidR="00527AF6" w14:paraId="5623EBD1" w14:textId="77777777">
        <w:trPr>
          <w:trHeight w:val="360"/>
          <w:jc w:val="center"/>
        </w:trPr>
        <w:tc>
          <w:tcPr>
            <w:tcW w:w="576" w:type="dxa"/>
            <w:tcMar>
              <w:top w:w="40" w:type="dxa"/>
              <w:left w:w="40" w:type="dxa"/>
              <w:bottom w:w="40" w:type="dxa"/>
              <w:right w:w="40" w:type="dxa"/>
            </w:tcMar>
          </w:tcPr>
          <w:p w14:paraId="67F892BF" w14:textId="77777777" w:rsidR="00527AF6" w:rsidRDefault="00000000">
            <w:r>
              <w:rPr>
                <w:sz w:val="16"/>
              </w:rPr>
              <w:t>5</w:t>
            </w:r>
          </w:p>
        </w:tc>
        <w:tc>
          <w:tcPr>
            <w:tcW w:w="4133" w:type="dxa"/>
            <w:tcMar>
              <w:top w:w="40" w:type="dxa"/>
              <w:left w:w="40" w:type="dxa"/>
              <w:bottom w:w="40" w:type="dxa"/>
              <w:right w:w="40" w:type="dxa"/>
            </w:tcMar>
          </w:tcPr>
          <w:p w14:paraId="4622998E" w14:textId="77777777" w:rsidR="00527AF6" w:rsidRDefault="00527AF6"/>
        </w:tc>
        <w:tc>
          <w:tcPr>
            <w:tcW w:w="1872" w:type="dxa"/>
            <w:tcMar>
              <w:top w:w="40" w:type="dxa"/>
              <w:left w:w="40" w:type="dxa"/>
              <w:bottom w:w="40" w:type="dxa"/>
              <w:right w:w="40" w:type="dxa"/>
            </w:tcMar>
          </w:tcPr>
          <w:p w14:paraId="3869B334" w14:textId="77777777" w:rsidR="00527AF6" w:rsidRDefault="00527AF6"/>
        </w:tc>
        <w:tc>
          <w:tcPr>
            <w:tcW w:w="1296" w:type="dxa"/>
            <w:tcMar>
              <w:top w:w="40" w:type="dxa"/>
              <w:left w:w="40" w:type="dxa"/>
              <w:bottom w:w="40" w:type="dxa"/>
              <w:right w:w="40" w:type="dxa"/>
            </w:tcMar>
          </w:tcPr>
          <w:p w14:paraId="4A0CAAD5" w14:textId="77777777" w:rsidR="00527AF6" w:rsidRDefault="00527AF6"/>
        </w:tc>
        <w:tc>
          <w:tcPr>
            <w:tcW w:w="1152" w:type="dxa"/>
            <w:tcMar>
              <w:top w:w="40" w:type="dxa"/>
              <w:left w:w="40" w:type="dxa"/>
              <w:bottom w:w="40" w:type="dxa"/>
              <w:right w:w="40" w:type="dxa"/>
            </w:tcMar>
          </w:tcPr>
          <w:p w14:paraId="63027828" w14:textId="77777777" w:rsidR="00527AF6" w:rsidRDefault="00000000">
            <w:r>
              <w:rPr>
                <w:sz w:val="15"/>
              </w:rPr>
              <w:t>Open</w:t>
            </w:r>
          </w:p>
        </w:tc>
        <w:tc>
          <w:tcPr>
            <w:tcW w:w="1152" w:type="dxa"/>
            <w:tcMar>
              <w:top w:w="40" w:type="dxa"/>
              <w:left w:w="40" w:type="dxa"/>
              <w:bottom w:w="40" w:type="dxa"/>
              <w:right w:w="40" w:type="dxa"/>
            </w:tcMar>
          </w:tcPr>
          <w:p w14:paraId="70C87B02" w14:textId="77777777" w:rsidR="00527AF6" w:rsidRDefault="00527AF6"/>
        </w:tc>
      </w:tr>
      <w:tr w:rsidR="00F46ABB" w14:paraId="5BF61832" w14:textId="77777777">
        <w:trPr>
          <w:trHeight w:val="360"/>
          <w:jc w:val="center"/>
        </w:trPr>
        <w:tc>
          <w:tcPr>
            <w:tcW w:w="576" w:type="dxa"/>
            <w:tcMar>
              <w:top w:w="40" w:type="dxa"/>
              <w:left w:w="40" w:type="dxa"/>
              <w:bottom w:w="40" w:type="dxa"/>
              <w:right w:w="40" w:type="dxa"/>
            </w:tcMar>
          </w:tcPr>
          <w:p w14:paraId="6ADFE3A1" w14:textId="0B0B2AE8" w:rsidR="00F46ABB" w:rsidRDefault="00F46ABB">
            <w:pPr>
              <w:rPr>
                <w:sz w:val="16"/>
              </w:rPr>
            </w:pPr>
            <w:r>
              <w:rPr>
                <w:sz w:val="16"/>
              </w:rPr>
              <w:t>6</w:t>
            </w:r>
          </w:p>
        </w:tc>
        <w:tc>
          <w:tcPr>
            <w:tcW w:w="4133" w:type="dxa"/>
            <w:tcMar>
              <w:top w:w="40" w:type="dxa"/>
              <w:left w:w="40" w:type="dxa"/>
              <w:bottom w:w="40" w:type="dxa"/>
              <w:right w:w="40" w:type="dxa"/>
            </w:tcMar>
          </w:tcPr>
          <w:p w14:paraId="2A2C79CC" w14:textId="77777777" w:rsidR="00F46ABB" w:rsidRDefault="00F46ABB"/>
        </w:tc>
        <w:tc>
          <w:tcPr>
            <w:tcW w:w="1872" w:type="dxa"/>
            <w:tcMar>
              <w:top w:w="40" w:type="dxa"/>
              <w:left w:w="40" w:type="dxa"/>
              <w:bottom w:w="40" w:type="dxa"/>
              <w:right w:w="40" w:type="dxa"/>
            </w:tcMar>
          </w:tcPr>
          <w:p w14:paraId="07494694" w14:textId="77777777" w:rsidR="00F46ABB" w:rsidRDefault="00F46ABB"/>
        </w:tc>
        <w:tc>
          <w:tcPr>
            <w:tcW w:w="1296" w:type="dxa"/>
            <w:tcMar>
              <w:top w:w="40" w:type="dxa"/>
              <w:left w:w="40" w:type="dxa"/>
              <w:bottom w:w="40" w:type="dxa"/>
              <w:right w:w="40" w:type="dxa"/>
            </w:tcMar>
          </w:tcPr>
          <w:p w14:paraId="21254979" w14:textId="77777777" w:rsidR="00F46ABB" w:rsidRDefault="00F46ABB"/>
        </w:tc>
        <w:tc>
          <w:tcPr>
            <w:tcW w:w="1152" w:type="dxa"/>
            <w:tcMar>
              <w:top w:w="40" w:type="dxa"/>
              <w:left w:w="40" w:type="dxa"/>
              <w:bottom w:w="40" w:type="dxa"/>
              <w:right w:w="40" w:type="dxa"/>
            </w:tcMar>
          </w:tcPr>
          <w:p w14:paraId="2E807928" w14:textId="2F0A63B1" w:rsidR="00F46ABB" w:rsidRDefault="00F46ABB">
            <w:pPr>
              <w:rPr>
                <w:sz w:val="15"/>
              </w:rPr>
            </w:pPr>
            <w:r>
              <w:rPr>
                <w:sz w:val="15"/>
              </w:rPr>
              <w:t>Open</w:t>
            </w:r>
          </w:p>
        </w:tc>
        <w:tc>
          <w:tcPr>
            <w:tcW w:w="1152" w:type="dxa"/>
            <w:tcMar>
              <w:top w:w="40" w:type="dxa"/>
              <w:left w:w="40" w:type="dxa"/>
              <w:bottom w:w="40" w:type="dxa"/>
              <w:right w:w="40" w:type="dxa"/>
            </w:tcMar>
          </w:tcPr>
          <w:p w14:paraId="11B4B0FA" w14:textId="77777777" w:rsidR="00F46ABB" w:rsidRDefault="00F46ABB"/>
        </w:tc>
      </w:tr>
    </w:tbl>
    <w:p w14:paraId="68F606A5" w14:textId="77777777" w:rsidR="00527AF6" w:rsidRDefault="00000000">
      <w:pPr>
        <w:keepNext/>
        <w:pBdr>
          <w:bottom w:val="single" w:sz="12" w:space="2" w:color="1F4E79"/>
        </w:pBdr>
        <w:spacing w:before="200" w:after="80"/>
      </w:pPr>
      <w:r>
        <w:rPr>
          <w:b/>
          <w:color w:val="1F4E79"/>
          <w:sz w:val="22"/>
        </w:rPr>
        <w:t>13. SUPPORTING EVIDENCE &amp; ATTACHMENTS</w:t>
      </w:r>
    </w:p>
    <w:tbl>
      <w:tblPr>
        <w:tblW w:w="0" w:type="auto"/>
        <w:jc w:val="center"/>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ook w:val="04A0" w:firstRow="1" w:lastRow="0" w:firstColumn="1" w:lastColumn="0" w:noHBand="0" w:noVBand="1"/>
      </w:tblPr>
      <w:tblGrid>
        <w:gridCol w:w="10181"/>
      </w:tblGrid>
      <w:tr w:rsidR="00527AF6" w14:paraId="3E0CE49B" w14:textId="77777777">
        <w:trPr>
          <w:jc w:val="center"/>
        </w:trPr>
        <w:tc>
          <w:tcPr>
            <w:tcW w:w="10181" w:type="dxa"/>
            <w:tcMar>
              <w:top w:w="60" w:type="dxa"/>
              <w:left w:w="100" w:type="dxa"/>
              <w:bottom w:w="60" w:type="dxa"/>
              <w:right w:w="100" w:type="dxa"/>
            </w:tcMar>
          </w:tcPr>
          <w:tbl>
            <w:tblPr>
              <w:tblW w:w="0" w:type="auto"/>
              <w:tblLook w:val="04A0" w:firstRow="1" w:lastRow="0" w:firstColumn="1" w:lastColumn="0" w:noHBand="0" w:noVBand="1"/>
            </w:tblPr>
            <w:tblGrid>
              <w:gridCol w:w="3312"/>
              <w:gridCol w:w="3312"/>
              <w:gridCol w:w="3312"/>
            </w:tblGrid>
            <w:tr w:rsidR="00527AF6" w14:paraId="02470FEA" w14:textId="77777777">
              <w:tc>
                <w:tcPr>
                  <w:tcW w:w="3312" w:type="dxa"/>
                  <w:tcMar>
                    <w:top w:w="20" w:type="dxa"/>
                    <w:left w:w="20" w:type="dxa"/>
                    <w:bottom w:w="20" w:type="dxa"/>
                    <w:right w:w="20" w:type="dxa"/>
                  </w:tcMar>
                </w:tcPr>
                <w:p w14:paraId="12FF3307" w14:textId="77777777" w:rsidR="00527AF6" w:rsidRDefault="00000000">
                  <w:pPr>
                    <w:spacing w:after="0"/>
                  </w:pPr>
                  <w:r>
                    <w:rPr>
                      <w:sz w:val="17"/>
                    </w:rPr>
                    <w:t>☐ Photographs of Scene/Damage</w:t>
                  </w:r>
                </w:p>
              </w:tc>
              <w:tc>
                <w:tcPr>
                  <w:tcW w:w="3312" w:type="dxa"/>
                  <w:tcMar>
                    <w:top w:w="20" w:type="dxa"/>
                    <w:left w:w="20" w:type="dxa"/>
                    <w:bottom w:w="20" w:type="dxa"/>
                    <w:right w:w="20" w:type="dxa"/>
                  </w:tcMar>
                </w:tcPr>
                <w:p w14:paraId="63554BBD" w14:textId="77777777" w:rsidR="00527AF6" w:rsidRDefault="00000000">
                  <w:pPr>
                    <w:spacing w:after="0"/>
                  </w:pPr>
                  <w:r>
                    <w:rPr>
                      <w:sz w:val="17"/>
                    </w:rPr>
                    <w:t>☐ Witness Statements attached</w:t>
                  </w:r>
                </w:p>
              </w:tc>
              <w:tc>
                <w:tcPr>
                  <w:tcW w:w="3312" w:type="dxa"/>
                  <w:tcMar>
                    <w:top w:w="20" w:type="dxa"/>
                    <w:left w:w="20" w:type="dxa"/>
                    <w:bottom w:w="20" w:type="dxa"/>
                    <w:right w:w="20" w:type="dxa"/>
                  </w:tcMar>
                </w:tcPr>
                <w:p w14:paraId="5A477457" w14:textId="77777777" w:rsidR="00527AF6" w:rsidRDefault="00000000">
                  <w:pPr>
                    <w:spacing w:after="0"/>
                  </w:pPr>
                  <w:r>
                    <w:rPr>
                      <w:sz w:val="17"/>
                    </w:rPr>
                    <w:t>☐ Sketch / Site Diagram</w:t>
                  </w:r>
                </w:p>
              </w:tc>
            </w:tr>
            <w:tr w:rsidR="00527AF6" w14:paraId="5804A9A2" w14:textId="77777777">
              <w:tc>
                <w:tcPr>
                  <w:tcW w:w="3312" w:type="dxa"/>
                  <w:tcMar>
                    <w:top w:w="20" w:type="dxa"/>
                    <w:left w:w="20" w:type="dxa"/>
                    <w:bottom w:w="20" w:type="dxa"/>
                    <w:right w:w="20" w:type="dxa"/>
                  </w:tcMar>
                </w:tcPr>
                <w:p w14:paraId="7B3A4378" w14:textId="77777777" w:rsidR="00527AF6" w:rsidRDefault="00000000">
                  <w:pPr>
                    <w:spacing w:after="0"/>
                  </w:pPr>
                  <w:r>
                    <w:rPr>
                      <w:sz w:val="17"/>
                    </w:rPr>
                    <w:t>☐ CCTV / Video Footage</w:t>
                  </w:r>
                </w:p>
              </w:tc>
              <w:tc>
                <w:tcPr>
                  <w:tcW w:w="3312" w:type="dxa"/>
                  <w:tcMar>
                    <w:top w:w="20" w:type="dxa"/>
                    <w:left w:w="20" w:type="dxa"/>
                    <w:bottom w:w="20" w:type="dxa"/>
                    <w:right w:w="20" w:type="dxa"/>
                  </w:tcMar>
                </w:tcPr>
                <w:p w14:paraId="053B4D08" w14:textId="77777777" w:rsidR="00527AF6" w:rsidRDefault="00000000">
                  <w:pPr>
                    <w:spacing w:after="0"/>
                  </w:pPr>
                  <w:r>
                    <w:rPr>
                      <w:sz w:val="17"/>
                    </w:rPr>
                    <w:t>☐ Equipment / Tool Calibration Logs</w:t>
                  </w:r>
                </w:p>
              </w:tc>
              <w:tc>
                <w:tcPr>
                  <w:tcW w:w="3312" w:type="dxa"/>
                  <w:tcMar>
                    <w:top w:w="20" w:type="dxa"/>
                    <w:left w:w="20" w:type="dxa"/>
                    <w:bottom w:w="20" w:type="dxa"/>
                    <w:right w:w="20" w:type="dxa"/>
                  </w:tcMar>
                </w:tcPr>
                <w:p w14:paraId="4F06EED1" w14:textId="77777777" w:rsidR="00527AF6" w:rsidRDefault="00000000">
                  <w:pPr>
                    <w:spacing w:after="0"/>
                  </w:pPr>
                  <w:r>
                    <w:rPr>
                      <w:sz w:val="17"/>
                    </w:rPr>
                    <w:t>☐ Work Permit / Authorization Copy</w:t>
                  </w:r>
                </w:p>
              </w:tc>
            </w:tr>
            <w:tr w:rsidR="00527AF6" w14:paraId="0BAA9176" w14:textId="77777777">
              <w:tc>
                <w:tcPr>
                  <w:tcW w:w="3312" w:type="dxa"/>
                  <w:tcMar>
                    <w:top w:w="20" w:type="dxa"/>
                    <w:left w:w="20" w:type="dxa"/>
                    <w:bottom w:w="20" w:type="dxa"/>
                    <w:right w:w="20" w:type="dxa"/>
                  </w:tcMar>
                </w:tcPr>
                <w:p w14:paraId="45EC804C" w14:textId="77777777" w:rsidR="00527AF6" w:rsidRDefault="00000000">
                  <w:pPr>
                    <w:spacing w:after="0"/>
                  </w:pPr>
                  <w:r>
                    <w:rPr>
                      <w:sz w:val="17"/>
                    </w:rPr>
                    <w:t>☐ Inspection / Maintenance Records</w:t>
                  </w:r>
                </w:p>
              </w:tc>
              <w:tc>
                <w:tcPr>
                  <w:tcW w:w="3312" w:type="dxa"/>
                  <w:tcMar>
                    <w:top w:w="20" w:type="dxa"/>
                    <w:left w:w="20" w:type="dxa"/>
                    <w:bottom w:w="20" w:type="dxa"/>
                    <w:right w:w="20" w:type="dxa"/>
                  </w:tcMar>
                </w:tcPr>
                <w:p w14:paraId="1D02B249" w14:textId="77777777" w:rsidR="00527AF6" w:rsidRDefault="00000000">
                  <w:pPr>
                    <w:spacing w:after="0"/>
                  </w:pPr>
                  <w:r>
                    <w:rPr>
                      <w:sz w:val="17"/>
                    </w:rPr>
                    <w:t>☐ Risk Assessment / JSA Reference</w:t>
                  </w:r>
                </w:p>
              </w:tc>
              <w:tc>
                <w:tcPr>
                  <w:tcW w:w="3312" w:type="dxa"/>
                  <w:tcMar>
                    <w:top w:w="20" w:type="dxa"/>
                    <w:left w:w="20" w:type="dxa"/>
                    <w:bottom w:w="20" w:type="dxa"/>
                    <w:right w:w="20" w:type="dxa"/>
                  </w:tcMar>
                </w:tcPr>
                <w:p w14:paraId="0B7E69B9" w14:textId="77777777" w:rsidR="00527AF6" w:rsidRDefault="00000000">
                  <w:pPr>
                    <w:spacing w:after="0"/>
                  </w:pPr>
                  <w:r>
                    <w:rPr>
                      <w:sz w:val="17"/>
                    </w:rPr>
                    <w:t>☐ Other: __________________</w:t>
                  </w:r>
                </w:p>
              </w:tc>
            </w:tr>
          </w:tbl>
          <w:p w14:paraId="299B18A3" w14:textId="77777777" w:rsidR="00527AF6" w:rsidRDefault="00527AF6"/>
        </w:tc>
      </w:tr>
    </w:tbl>
    <w:p w14:paraId="0FAADB6A" w14:textId="77777777" w:rsidR="00527AF6" w:rsidRDefault="00000000">
      <w:pPr>
        <w:spacing w:before="80" w:after="40"/>
      </w:pPr>
      <w:r>
        <w:t>Attachment Reference Numbers / File Names: _____________________________________________</w:t>
      </w:r>
    </w:p>
    <w:p w14:paraId="28B02177" w14:textId="77777777" w:rsidR="00527AF6" w:rsidRDefault="00000000">
      <w:pPr>
        <w:keepNext/>
        <w:pBdr>
          <w:bottom w:val="single" w:sz="12" w:space="2" w:color="1F4E79"/>
        </w:pBdr>
        <w:spacing w:before="200" w:after="80"/>
      </w:pPr>
      <w:r>
        <w:rPr>
          <w:b/>
          <w:color w:val="1F4E79"/>
          <w:sz w:val="22"/>
        </w:rPr>
        <w:t>14. REPORT NOTIFICATION &amp; SIGN-OFF</w:t>
      </w:r>
    </w:p>
    <w:tbl>
      <w:tblPr>
        <w:tblW w:w="0" w:type="auto"/>
        <w:jc w:val="center"/>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ook w:val="04A0" w:firstRow="1" w:lastRow="0" w:firstColumn="1" w:lastColumn="0" w:noHBand="0" w:noVBand="1"/>
      </w:tblPr>
      <w:tblGrid>
        <w:gridCol w:w="2592"/>
        <w:gridCol w:w="3168"/>
        <w:gridCol w:w="2592"/>
        <w:gridCol w:w="1829"/>
      </w:tblGrid>
      <w:tr w:rsidR="00527AF6" w14:paraId="3818F9B3" w14:textId="77777777">
        <w:trPr>
          <w:trHeight w:val="320"/>
          <w:jc w:val="center"/>
        </w:trPr>
        <w:tc>
          <w:tcPr>
            <w:tcW w:w="2592" w:type="dxa"/>
            <w:shd w:val="clear" w:color="auto" w:fill="F2F4F7"/>
            <w:tcMar>
              <w:top w:w="40" w:type="dxa"/>
              <w:left w:w="60" w:type="dxa"/>
              <w:bottom w:w="40" w:type="dxa"/>
              <w:right w:w="60" w:type="dxa"/>
            </w:tcMar>
          </w:tcPr>
          <w:p w14:paraId="08008F4D" w14:textId="77777777" w:rsidR="00527AF6" w:rsidRDefault="00000000">
            <w:r>
              <w:rPr>
                <w:b/>
                <w:sz w:val="17"/>
              </w:rPr>
              <w:t>Role / Authority</w:t>
            </w:r>
          </w:p>
        </w:tc>
        <w:tc>
          <w:tcPr>
            <w:tcW w:w="3168" w:type="dxa"/>
            <w:shd w:val="clear" w:color="auto" w:fill="F2F4F7"/>
            <w:tcMar>
              <w:top w:w="40" w:type="dxa"/>
              <w:left w:w="60" w:type="dxa"/>
              <w:bottom w:w="40" w:type="dxa"/>
              <w:right w:w="60" w:type="dxa"/>
            </w:tcMar>
          </w:tcPr>
          <w:p w14:paraId="188631E0" w14:textId="77777777" w:rsidR="00527AF6" w:rsidRDefault="00000000">
            <w:r>
              <w:rPr>
                <w:b/>
                <w:sz w:val="17"/>
              </w:rPr>
              <w:t>Name</w:t>
            </w:r>
          </w:p>
        </w:tc>
        <w:tc>
          <w:tcPr>
            <w:tcW w:w="2592" w:type="dxa"/>
            <w:shd w:val="clear" w:color="auto" w:fill="F2F4F7"/>
            <w:tcMar>
              <w:top w:w="40" w:type="dxa"/>
              <w:left w:w="60" w:type="dxa"/>
              <w:bottom w:w="40" w:type="dxa"/>
              <w:right w:w="60" w:type="dxa"/>
            </w:tcMar>
          </w:tcPr>
          <w:p w14:paraId="6F341AFD" w14:textId="77777777" w:rsidR="00527AF6" w:rsidRDefault="00000000">
            <w:r>
              <w:rPr>
                <w:b/>
                <w:sz w:val="17"/>
              </w:rPr>
              <w:t>Signature</w:t>
            </w:r>
          </w:p>
        </w:tc>
        <w:tc>
          <w:tcPr>
            <w:tcW w:w="1829" w:type="dxa"/>
            <w:shd w:val="clear" w:color="auto" w:fill="F2F4F7"/>
            <w:tcMar>
              <w:top w:w="40" w:type="dxa"/>
              <w:left w:w="60" w:type="dxa"/>
              <w:bottom w:w="40" w:type="dxa"/>
              <w:right w:w="60" w:type="dxa"/>
            </w:tcMar>
          </w:tcPr>
          <w:p w14:paraId="3CFC5A17" w14:textId="77777777" w:rsidR="00527AF6" w:rsidRDefault="00000000">
            <w:r>
              <w:rPr>
                <w:b/>
                <w:sz w:val="17"/>
              </w:rPr>
              <w:t>Date</w:t>
            </w:r>
          </w:p>
        </w:tc>
      </w:tr>
      <w:tr w:rsidR="00527AF6" w14:paraId="273052E9" w14:textId="77777777">
        <w:trPr>
          <w:trHeight w:val="400"/>
          <w:jc w:val="center"/>
        </w:trPr>
        <w:tc>
          <w:tcPr>
            <w:tcW w:w="2592" w:type="dxa"/>
            <w:tcMar>
              <w:top w:w="40" w:type="dxa"/>
              <w:left w:w="60" w:type="dxa"/>
              <w:bottom w:w="40" w:type="dxa"/>
              <w:right w:w="60" w:type="dxa"/>
            </w:tcMar>
          </w:tcPr>
          <w:p w14:paraId="31301D99" w14:textId="77777777" w:rsidR="00527AF6" w:rsidRDefault="00000000">
            <w:r>
              <w:rPr>
                <w:b/>
                <w:sz w:val="17"/>
              </w:rPr>
              <w:t>Immediate Supervisor</w:t>
            </w:r>
          </w:p>
        </w:tc>
        <w:tc>
          <w:tcPr>
            <w:tcW w:w="3168" w:type="dxa"/>
            <w:tcMar>
              <w:top w:w="40" w:type="dxa"/>
              <w:left w:w="60" w:type="dxa"/>
              <w:bottom w:w="40" w:type="dxa"/>
              <w:right w:w="60" w:type="dxa"/>
            </w:tcMar>
          </w:tcPr>
          <w:p w14:paraId="1DEC3AB2" w14:textId="77777777" w:rsidR="00527AF6" w:rsidRDefault="00527AF6"/>
        </w:tc>
        <w:tc>
          <w:tcPr>
            <w:tcW w:w="2592" w:type="dxa"/>
            <w:tcMar>
              <w:top w:w="40" w:type="dxa"/>
              <w:left w:w="60" w:type="dxa"/>
              <w:bottom w:w="40" w:type="dxa"/>
              <w:right w:w="60" w:type="dxa"/>
            </w:tcMar>
          </w:tcPr>
          <w:p w14:paraId="0A94766A" w14:textId="77777777" w:rsidR="00527AF6" w:rsidRDefault="00527AF6"/>
        </w:tc>
        <w:tc>
          <w:tcPr>
            <w:tcW w:w="1829" w:type="dxa"/>
            <w:tcMar>
              <w:top w:w="40" w:type="dxa"/>
              <w:left w:w="60" w:type="dxa"/>
              <w:bottom w:w="40" w:type="dxa"/>
              <w:right w:w="60" w:type="dxa"/>
            </w:tcMar>
          </w:tcPr>
          <w:p w14:paraId="7C8F7960" w14:textId="77777777" w:rsidR="00527AF6" w:rsidRDefault="00527AF6"/>
        </w:tc>
      </w:tr>
      <w:tr w:rsidR="00527AF6" w14:paraId="2115D5B7" w14:textId="77777777">
        <w:trPr>
          <w:trHeight w:val="400"/>
          <w:jc w:val="center"/>
        </w:trPr>
        <w:tc>
          <w:tcPr>
            <w:tcW w:w="2592" w:type="dxa"/>
            <w:tcMar>
              <w:top w:w="40" w:type="dxa"/>
              <w:left w:w="60" w:type="dxa"/>
              <w:bottom w:w="40" w:type="dxa"/>
              <w:right w:w="60" w:type="dxa"/>
            </w:tcMar>
          </w:tcPr>
          <w:p w14:paraId="03E97204" w14:textId="77777777" w:rsidR="00527AF6" w:rsidRDefault="00000000">
            <w:r>
              <w:rPr>
                <w:b/>
                <w:sz w:val="17"/>
              </w:rPr>
              <w:t>HSE Representative / Officer</w:t>
            </w:r>
          </w:p>
        </w:tc>
        <w:tc>
          <w:tcPr>
            <w:tcW w:w="3168" w:type="dxa"/>
            <w:tcMar>
              <w:top w:w="40" w:type="dxa"/>
              <w:left w:w="60" w:type="dxa"/>
              <w:bottom w:w="40" w:type="dxa"/>
              <w:right w:w="60" w:type="dxa"/>
            </w:tcMar>
          </w:tcPr>
          <w:p w14:paraId="2DC7ADDD" w14:textId="77777777" w:rsidR="00527AF6" w:rsidRDefault="00527AF6"/>
        </w:tc>
        <w:tc>
          <w:tcPr>
            <w:tcW w:w="2592" w:type="dxa"/>
            <w:tcMar>
              <w:top w:w="40" w:type="dxa"/>
              <w:left w:w="60" w:type="dxa"/>
              <w:bottom w:w="40" w:type="dxa"/>
              <w:right w:w="60" w:type="dxa"/>
            </w:tcMar>
          </w:tcPr>
          <w:p w14:paraId="6065C9C8" w14:textId="77777777" w:rsidR="00527AF6" w:rsidRDefault="00527AF6"/>
        </w:tc>
        <w:tc>
          <w:tcPr>
            <w:tcW w:w="1829" w:type="dxa"/>
            <w:tcMar>
              <w:top w:w="40" w:type="dxa"/>
              <w:left w:w="60" w:type="dxa"/>
              <w:bottom w:w="40" w:type="dxa"/>
              <w:right w:w="60" w:type="dxa"/>
            </w:tcMar>
          </w:tcPr>
          <w:p w14:paraId="3BFAD6F9" w14:textId="77777777" w:rsidR="00527AF6" w:rsidRDefault="00527AF6"/>
        </w:tc>
      </w:tr>
      <w:tr w:rsidR="00527AF6" w14:paraId="21D302A5" w14:textId="77777777">
        <w:trPr>
          <w:trHeight w:val="400"/>
          <w:jc w:val="center"/>
        </w:trPr>
        <w:tc>
          <w:tcPr>
            <w:tcW w:w="2592" w:type="dxa"/>
            <w:tcMar>
              <w:top w:w="40" w:type="dxa"/>
              <w:left w:w="60" w:type="dxa"/>
              <w:bottom w:w="40" w:type="dxa"/>
              <w:right w:w="60" w:type="dxa"/>
            </w:tcMar>
          </w:tcPr>
          <w:p w14:paraId="5DB49D5A" w14:textId="77777777" w:rsidR="00527AF6" w:rsidRDefault="00000000">
            <w:r>
              <w:rPr>
                <w:b/>
                <w:sz w:val="17"/>
              </w:rPr>
              <w:t>Project / Department Manager</w:t>
            </w:r>
          </w:p>
        </w:tc>
        <w:tc>
          <w:tcPr>
            <w:tcW w:w="3168" w:type="dxa"/>
            <w:tcMar>
              <w:top w:w="40" w:type="dxa"/>
              <w:left w:w="60" w:type="dxa"/>
              <w:bottom w:w="40" w:type="dxa"/>
              <w:right w:w="60" w:type="dxa"/>
            </w:tcMar>
          </w:tcPr>
          <w:p w14:paraId="750577A9" w14:textId="77777777" w:rsidR="00527AF6" w:rsidRDefault="00527AF6"/>
        </w:tc>
        <w:tc>
          <w:tcPr>
            <w:tcW w:w="2592" w:type="dxa"/>
            <w:tcMar>
              <w:top w:w="40" w:type="dxa"/>
              <w:left w:w="60" w:type="dxa"/>
              <w:bottom w:w="40" w:type="dxa"/>
              <w:right w:w="60" w:type="dxa"/>
            </w:tcMar>
          </w:tcPr>
          <w:p w14:paraId="6DCC72CC" w14:textId="77777777" w:rsidR="00527AF6" w:rsidRDefault="00527AF6"/>
        </w:tc>
        <w:tc>
          <w:tcPr>
            <w:tcW w:w="1829" w:type="dxa"/>
            <w:tcMar>
              <w:top w:w="40" w:type="dxa"/>
              <w:left w:w="60" w:type="dxa"/>
              <w:bottom w:w="40" w:type="dxa"/>
              <w:right w:w="60" w:type="dxa"/>
            </w:tcMar>
          </w:tcPr>
          <w:p w14:paraId="575CE53C" w14:textId="77777777" w:rsidR="00527AF6" w:rsidRDefault="00527AF6"/>
        </w:tc>
      </w:tr>
    </w:tbl>
    <w:p w14:paraId="3719313C" w14:textId="77777777" w:rsidR="00527AF6" w:rsidRDefault="00000000">
      <w:pPr>
        <w:spacing w:before="120" w:after="40"/>
      </w:pPr>
      <w:r>
        <w:rPr>
          <w:b/>
        </w:rPr>
        <w:t xml:space="preserve">Further Formal Investigation Required?   </w:t>
      </w:r>
      <w:r>
        <w:t>☐ Yes     ☐ No     ☐ To Be Determined</w:t>
      </w:r>
    </w:p>
    <w:p w14:paraId="5C82949A" w14:textId="77777777" w:rsidR="00527AF6" w:rsidRDefault="00000000">
      <w:pPr>
        <w:spacing w:before="40" w:after="80"/>
      </w:pPr>
      <w:r>
        <w:t>If Yes, Investigation Reference / Lead Investigator Assigned To: __________________________________</w:t>
      </w:r>
    </w:p>
    <w:p w14:paraId="188BAE91" w14:textId="77777777" w:rsidR="00527AF6" w:rsidRDefault="00000000">
      <w:pPr>
        <w:keepNext/>
        <w:pBdr>
          <w:bottom w:val="single" w:sz="12" w:space="2" w:color="1F4E79"/>
        </w:pBdr>
        <w:spacing w:before="200" w:after="80"/>
      </w:pPr>
      <w:r>
        <w:rPr>
          <w:b/>
          <w:color w:val="1F4E79"/>
          <w:sz w:val="22"/>
        </w:rPr>
        <w:lastRenderedPageBreak/>
        <w:t>15. FINAL REVIEW &amp; REPORT CLOSEOUT</w:t>
      </w:r>
    </w:p>
    <w:tbl>
      <w:tblPr>
        <w:tblW w:w="0" w:type="auto"/>
        <w:jc w:val="center"/>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ook w:val="04A0" w:firstRow="1" w:lastRow="0" w:firstColumn="1" w:lastColumn="0" w:noHBand="0" w:noVBand="1"/>
      </w:tblPr>
      <w:tblGrid>
        <w:gridCol w:w="2016"/>
        <w:gridCol w:w="3074"/>
        <w:gridCol w:w="2016"/>
        <w:gridCol w:w="3074"/>
      </w:tblGrid>
      <w:tr w:rsidR="00527AF6" w14:paraId="63AFEB1C" w14:textId="77777777">
        <w:trPr>
          <w:trHeight w:val="360"/>
          <w:jc w:val="center"/>
        </w:trPr>
        <w:tc>
          <w:tcPr>
            <w:tcW w:w="2016" w:type="dxa"/>
            <w:shd w:val="clear" w:color="auto" w:fill="F2F4F7"/>
            <w:tcMar>
              <w:top w:w="40" w:type="dxa"/>
              <w:left w:w="60" w:type="dxa"/>
              <w:bottom w:w="40" w:type="dxa"/>
              <w:right w:w="60" w:type="dxa"/>
            </w:tcMar>
          </w:tcPr>
          <w:p w14:paraId="41B4A341" w14:textId="77777777" w:rsidR="00527AF6" w:rsidRDefault="00000000">
            <w:r>
              <w:rPr>
                <w:b/>
                <w:sz w:val="17"/>
              </w:rPr>
              <w:t>Report Reviewed By:</w:t>
            </w:r>
          </w:p>
        </w:tc>
        <w:tc>
          <w:tcPr>
            <w:tcW w:w="3074" w:type="dxa"/>
            <w:tcMar>
              <w:top w:w="40" w:type="dxa"/>
              <w:left w:w="60" w:type="dxa"/>
              <w:bottom w:w="40" w:type="dxa"/>
              <w:right w:w="60" w:type="dxa"/>
            </w:tcMar>
          </w:tcPr>
          <w:p w14:paraId="49E7BF64" w14:textId="77777777" w:rsidR="00527AF6" w:rsidRDefault="00527AF6"/>
        </w:tc>
        <w:tc>
          <w:tcPr>
            <w:tcW w:w="2016" w:type="dxa"/>
            <w:shd w:val="clear" w:color="auto" w:fill="F2F4F7"/>
            <w:tcMar>
              <w:top w:w="40" w:type="dxa"/>
              <w:left w:w="60" w:type="dxa"/>
              <w:bottom w:w="40" w:type="dxa"/>
              <w:right w:w="60" w:type="dxa"/>
            </w:tcMar>
          </w:tcPr>
          <w:p w14:paraId="5AA643CE" w14:textId="77777777" w:rsidR="00527AF6" w:rsidRDefault="00000000">
            <w:r>
              <w:rPr>
                <w:b/>
                <w:sz w:val="17"/>
              </w:rPr>
              <w:t>Position / Title:</w:t>
            </w:r>
          </w:p>
        </w:tc>
        <w:tc>
          <w:tcPr>
            <w:tcW w:w="3074" w:type="dxa"/>
            <w:tcMar>
              <w:top w:w="40" w:type="dxa"/>
              <w:left w:w="60" w:type="dxa"/>
              <w:bottom w:w="40" w:type="dxa"/>
              <w:right w:w="60" w:type="dxa"/>
            </w:tcMar>
          </w:tcPr>
          <w:p w14:paraId="378425EE" w14:textId="77777777" w:rsidR="00527AF6" w:rsidRDefault="00527AF6"/>
        </w:tc>
      </w:tr>
      <w:tr w:rsidR="00527AF6" w14:paraId="1EB257C7" w14:textId="77777777">
        <w:trPr>
          <w:trHeight w:val="360"/>
          <w:jc w:val="center"/>
        </w:trPr>
        <w:tc>
          <w:tcPr>
            <w:tcW w:w="2016" w:type="dxa"/>
            <w:shd w:val="clear" w:color="auto" w:fill="F2F4F7"/>
            <w:tcMar>
              <w:top w:w="40" w:type="dxa"/>
              <w:left w:w="60" w:type="dxa"/>
              <w:bottom w:w="40" w:type="dxa"/>
              <w:right w:w="60" w:type="dxa"/>
            </w:tcMar>
          </w:tcPr>
          <w:p w14:paraId="6EDB6E3B" w14:textId="77777777" w:rsidR="00527AF6" w:rsidRDefault="00000000">
            <w:r>
              <w:rPr>
                <w:b/>
                <w:sz w:val="17"/>
              </w:rPr>
              <w:t>Review Date:</w:t>
            </w:r>
          </w:p>
        </w:tc>
        <w:tc>
          <w:tcPr>
            <w:tcW w:w="3074" w:type="dxa"/>
            <w:tcMar>
              <w:top w:w="40" w:type="dxa"/>
              <w:left w:w="60" w:type="dxa"/>
              <w:bottom w:w="40" w:type="dxa"/>
              <w:right w:w="60" w:type="dxa"/>
            </w:tcMar>
          </w:tcPr>
          <w:p w14:paraId="7320BE33" w14:textId="77777777" w:rsidR="00527AF6" w:rsidRDefault="00527AF6"/>
        </w:tc>
        <w:tc>
          <w:tcPr>
            <w:tcW w:w="2016" w:type="dxa"/>
            <w:shd w:val="clear" w:color="auto" w:fill="F2F4F7"/>
            <w:tcMar>
              <w:top w:w="40" w:type="dxa"/>
              <w:left w:w="60" w:type="dxa"/>
              <w:bottom w:w="40" w:type="dxa"/>
              <w:right w:w="60" w:type="dxa"/>
            </w:tcMar>
          </w:tcPr>
          <w:p w14:paraId="4A2D929A" w14:textId="77777777" w:rsidR="00527AF6" w:rsidRDefault="00000000">
            <w:r>
              <w:rPr>
                <w:b/>
                <w:sz w:val="17"/>
              </w:rPr>
              <w:t>Follow-up Required?</w:t>
            </w:r>
          </w:p>
        </w:tc>
        <w:tc>
          <w:tcPr>
            <w:tcW w:w="3074" w:type="dxa"/>
            <w:tcMar>
              <w:top w:w="40" w:type="dxa"/>
              <w:left w:w="60" w:type="dxa"/>
              <w:bottom w:w="40" w:type="dxa"/>
              <w:right w:w="60" w:type="dxa"/>
            </w:tcMar>
          </w:tcPr>
          <w:p w14:paraId="515E0353" w14:textId="77777777" w:rsidR="00527AF6" w:rsidRDefault="00000000">
            <w:r>
              <w:rPr>
                <w:sz w:val="17"/>
              </w:rPr>
              <w:t>☐ Yes  ☐ No</w:t>
            </w:r>
          </w:p>
        </w:tc>
      </w:tr>
    </w:tbl>
    <w:p w14:paraId="3ADE31DA" w14:textId="77777777" w:rsidR="00527AF6" w:rsidRDefault="00000000">
      <w:pPr>
        <w:spacing w:before="80" w:after="40"/>
      </w:pPr>
      <w:r>
        <w:rPr>
          <w:b/>
        </w:rPr>
        <w:t>Additional Review Comments / Management Instructions:</w:t>
      </w:r>
    </w:p>
    <w:tbl>
      <w:tblPr>
        <w:tblW w:w="0" w:type="auto"/>
        <w:jc w:val="center"/>
        <w:tblBorders>
          <w:top w:val="single" w:sz="2" w:space="0" w:color="E0E0E0"/>
          <w:left w:val="single" w:sz="2" w:space="0" w:color="E0E0E0"/>
          <w:bottom w:val="single" w:sz="2" w:space="0" w:color="E0E0E0"/>
          <w:right w:val="single" w:sz="2" w:space="0" w:color="E0E0E0"/>
          <w:insideH w:val="single" w:sz="2" w:space="0" w:color="E0E0E0"/>
          <w:insideV w:val="single" w:sz="2" w:space="0" w:color="E0E0E0"/>
        </w:tblBorders>
        <w:tblLayout w:type="fixed"/>
        <w:tblLook w:val="04A0" w:firstRow="1" w:lastRow="0" w:firstColumn="1" w:lastColumn="0" w:noHBand="0" w:noVBand="1"/>
      </w:tblPr>
      <w:tblGrid>
        <w:gridCol w:w="10181"/>
      </w:tblGrid>
      <w:tr w:rsidR="00527AF6" w14:paraId="0F1F07A0" w14:textId="77777777">
        <w:trPr>
          <w:trHeight w:val="360"/>
          <w:jc w:val="center"/>
        </w:trPr>
        <w:tc>
          <w:tcPr>
            <w:tcW w:w="10181" w:type="dxa"/>
            <w:tcMar>
              <w:top w:w="60" w:type="dxa"/>
              <w:left w:w="100" w:type="dxa"/>
              <w:bottom w:w="60" w:type="dxa"/>
              <w:right w:w="100" w:type="dxa"/>
            </w:tcMar>
          </w:tcPr>
          <w:p w14:paraId="792B59C0" w14:textId="77777777" w:rsidR="00527AF6" w:rsidRDefault="00527AF6">
            <w:pPr>
              <w:spacing w:after="0"/>
            </w:pPr>
          </w:p>
        </w:tc>
      </w:tr>
      <w:tr w:rsidR="00527AF6" w14:paraId="693F0288" w14:textId="77777777">
        <w:trPr>
          <w:trHeight w:val="360"/>
          <w:jc w:val="center"/>
        </w:trPr>
        <w:tc>
          <w:tcPr>
            <w:tcW w:w="10181" w:type="dxa"/>
            <w:tcMar>
              <w:top w:w="60" w:type="dxa"/>
              <w:left w:w="100" w:type="dxa"/>
              <w:bottom w:w="60" w:type="dxa"/>
              <w:right w:w="100" w:type="dxa"/>
            </w:tcMar>
          </w:tcPr>
          <w:p w14:paraId="347435C1" w14:textId="77777777" w:rsidR="00527AF6" w:rsidRDefault="00527AF6">
            <w:pPr>
              <w:spacing w:after="0"/>
            </w:pPr>
          </w:p>
        </w:tc>
      </w:tr>
    </w:tbl>
    <w:p w14:paraId="3150F7F2" w14:textId="77777777" w:rsidR="00527AF6" w:rsidRDefault="00000000">
      <w:pPr>
        <w:keepNext/>
        <w:spacing w:before="240" w:after="40"/>
      </w:pPr>
      <w:r>
        <w:rPr>
          <w:b/>
          <w:color w:val="7F7F7F"/>
          <w:sz w:val="16"/>
        </w:rPr>
        <w:t>DISCLAIMER &amp; USAGE NOTICE</w:t>
      </w:r>
    </w:p>
    <w:p w14:paraId="0A44BEE8" w14:textId="77777777" w:rsidR="00527AF6" w:rsidRDefault="00000000">
      <w:pPr>
        <w:spacing w:after="120"/>
      </w:pPr>
      <w:r>
        <w:rPr>
          <w:i/>
          <w:color w:val="7F7F7F"/>
          <w:sz w:val="15"/>
        </w:rPr>
        <w:t>This template is provided as a practical HSE management aid and should be reviewed and adapted to the organization’s activities, applicable legislation, regulatory requirements, contractual requirements, and site-specific conditions. It does not replace formal incident investigation, reporting, or legal notification requirements where applicable.</w:t>
      </w:r>
    </w:p>
    <w:sectPr w:rsidR="00527AF6" w:rsidSect="00034616">
      <w:headerReference w:type="default" r:id="rId8"/>
      <w:footerReference w:type="default" r:id="rId9"/>
      <w:pgSz w:w="11909" w:h="16834"/>
      <w:pgMar w:top="864" w:right="864" w:bottom="864" w:left="86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C493CA" w14:textId="77777777" w:rsidR="00D96198" w:rsidRDefault="00D96198">
      <w:pPr>
        <w:spacing w:after="0" w:line="240" w:lineRule="auto"/>
      </w:pPr>
      <w:r>
        <w:separator/>
      </w:r>
    </w:p>
  </w:endnote>
  <w:endnote w:type="continuationSeparator" w:id="0">
    <w:p w14:paraId="2C1ED996" w14:textId="77777777" w:rsidR="00D96198" w:rsidRDefault="00D961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27E6C8" w14:textId="64DE2434" w:rsidR="00D7150B" w:rsidRDefault="00D7150B" w:rsidP="00D7150B">
    <w:pPr>
      <w:pStyle w:val="Footer"/>
    </w:pPr>
    <w:r>
      <w:t>The HSEVerse</w:t>
    </w:r>
    <w:r w:rsidRPr="00DE1A36">
      <w:t xml:space="preserve"> | www.</w:t>
    </w:r>
    <w:r>
      <w:t>thehseverse</w:t>
    </w:r>
    <w:r w:rsidRPr="00DE1A36">
      <w:t>.com</w:t>
    </w:r>
  </w:p>
  <w:p w14:paraId="420471E1" w14:textId="5D4727DE" w:rsidR="00527AF6" w:rsidRDefault="00D7150B" w:rsidP="00D7150B">
    <w:pPr>
      <w:pStyle w:val="Footer"/>
      <w:jc w:val="right"/>
    </w:pPr>
    <w:r w:rsidRPr="00D7150B">
      <w:rPr>
        <w:color w:val="7F7F7F"/>
        <w:sz w:val="17"/>
      </w:rPr>
      <w:t xml:space="preserve">THV-HSE-TMP-001 | Rev: 00 | </w:t>
    </w:r>
    <w:r>
      <w:rPr>
        <w:color w:val="7F7F7F"/>
        <w:sz w:val="17"/>
      </w:rPr>
      <w:t>Page</w:t>
    </w:r>
    <w:r w:rsidR="00000000">
      <w:rPr>
        <w:color w:val="7F7F7F"/>
        <w:sz w:val="17"/>
      </w:rPr>
      <w:t xml:space="preserve"> </w:t>
    </w:r>
    <w:r w:rsidR="00000000">
      <w:fldChar w:fldCharType="begin"/>
    </w:r>
    <w:r w:rsidR="00000000">
      <w:instrText>PAGE</w:instrText>
    </w:r>
    <w:r w:rsidR="00000000">
      <w:fldChar w:fldCharType="separate"/>
    </w:r>
    <w:r>
      <w:rPr>
        <w:noProof/>
      </w:rPr>
      <w:t>1</w:t>
    </w:r>
    <w:r w:rsidR="00000000">
      <w:fldChar w:fldCharType="end"/>
    </w:r>
    <w:r w:rsidR="00000000">
      <w:rPr>
        <w:color w:val="7F7F7F"/>
        <w:sz w:val="17"/>
      </w:rPr>
      <w:t xml:space="preserve"> of </w:t>
    </w:r>
    <w:r w:rsidR="00000000">
      <w:fldChar w:fldCharType="begin"/>
    </w:r>
    <w:r w:rsidR="00000000">
      <w:instrText>NUMPAGES</w:instrText>
    </w:r>
    <w:r w:rsidR="00000000">
      <w:fldChar w:fldCharType="separate"/>
    </w:r>
    <w:r>
      <w:rPr>
        <w:noProof/>
      </w:rPr>
      <w:t>2</w:t>
    </w:r>
    <w:r w:rsidR="00000000">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4355DC" w14:textId="77777777" w:rsidR="00D96198" w:rsidRDefault="00D96198">
      <w:pPr>
        <w:spacing w:after="0" w:line="240" w:lineRule="auto"/>
      </w:pPr>
      <w:r>
        <w:separator/>
      </w:r>
    </w:p>
  </w:footnote>
  <w:footnote w:type="continuationSeparator" w:id="0">
    <w:p w14:paraId="11ECF19D" w14:textId="77777777" w:rsidR="00D96198" w:rsidRDefault="00D961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E38082" w14:textId="4D0F2906" w:rsidR="00D7150B" w:rsidRDefault="00D7150B">
    <w:pPr>
      <w:pStyle w:val="Header"/>
    </w:pPr>
    <w:r>
      <w:rPr>
        <w:noProof/>
      </w:rPr>
      <w:drawing>
        <wp:anchor distT="0" distB="0" distL="114300" distR="114300" simplePos="0" relativeHeight="251659264" behindDoc="1" locked="0" layoutInCell="1" allowOverlap="1" wp14:anchorId="59A59C67" wp14:editId="4C94B1E7">
          <wp:simplePos x="0" y="0"/>
          <wp:positionH relativeFrom="column">
            <wp:posOffset>0</wp:posOffset>
          </wp:positionH>
          <wp:positionV relativeFrom="paragraph">
            <wp:posOffset>-419100</wp:posOffset>
          </wp:positionV>
          <wp:extent cx="1557963" cy="556260"/>
          <wp:effectExtent l="0" t="0" r="4445" b="0"/>
          <wp:wrapTight wrapText="bothSides">
            <wp:wrapPolygon edited="0">
              <wp:start x="2377" y="0"/>
              <wp:lineTo x="528" y="2959"/>
              <wp:lineTo x="0" y="5918"/>
              <wp:lineTo x="264" y="14055"/>
              <wp:lineTo x="2642" y="20712"/>
              <wp:lineTo x="3962" y="20712"/>
              <wp:lineTo x="12944" y="19973"/>
              <wp:lineTo x="21397" y="17014"/>
              <wp:lineTo x="21397" y="8877"/>
              <wp:lineTo x="17963" y="6658"/>
              <wp:lineTo x="4227" y="0"/>
              <wp:lineTo x="2377" y="0"/>
            </wp:wrapPolygon>
          </wp:wrapTight>
          <wp:docPr id="20412870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128701" name="Picture 204128701"/>
                  <pic:cNvPicPr/>
                </pic:nvPicPr>
                <pic:blipFill rotWithShape="1">
                  <a:blip r:embed="rId1"/>
                  <a:srcRect l="7976" t="24285" r="6667" b="30000"/>
                  <a:stretch>
                    <a:fillRect/>
                  </a:stretch>
                </pic:blipFill>
                <pic:spPr bwMode="auto">
                  <a:xfrm>
                    <a:off x="0" y="0"/>
                    <a:ext cx="1557963" cy="556260"/>
                  </a:xfrm>
                  <a:prstGeom prst="rect">
                    <a:avLst/>
                  </a:prstGeom>
                  <a:ln>
                    <a:noFill/>
                  </a:ln>
                  <a:extLst>
                    <a:ext uri="{53640926-AAD7-44D8-BBD7-CCE9431645EC}">
                      <a14:shadowObscured xmlns:a14="http://schemas.microsoft.com/office/drawing/2010/main"/>
                    </a:ext>
                  </a:ex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007756938">
    <w:abstractNumId w:val="8"/>
  </w:num>
  <w:num w:numId="2" w16cid:durableId="363411159">
    <w:abstractNumId w:val="6"/>
  </w:num>
  <w:num w:numId="3" w16cid:durableId="1235623045">
    <w:abstractNumId w:val="5"/>
  </w:num>
  <w:num w:numId="4" w16cid:durableId="1378119193">
    <w:abstractNumId w:val="4"/>
  </w:num>
  <w:num w:numId="5" w16cid:durableId="1542743045">
    <w:abstractNumId w:val="7"/>
  </w:num>
  <w:num w:numId="6" w16cid:durableId="1387994272">
    <w:abstractNumId w:val="3"/>
  </w:num>
  <w:num w:numId="7" w16cid:durableId="27072452">
    <w:abstractNumId w:val="2"/>
  </w:num>
  <w:num w:numId="8" w16cid:durableId="415134543">
    <w:abstractNumId w:val="1"/>
  </w:num>
  <w:num w:numId="9" w16cid:durableId="10126863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527AF6"/>
    <w:rsid w:val="00AA1D8D"/>
    <w:rsid w:val="00B47730"/>
    <w:rsid w:val="00CB0664"/>
    <w:rsid w:val="00D1344D"/>
    <w:rsid w:val="00D7150B"/>
    <w:rsid w:val="00D96198"/>
    <w:rsid w:val="00F46ABB"/>
    <w:rsid w:val="00FC693F"/>
    <w:rsid w:val="00FC79C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0F7D74B"/>
  <w14:defaultImageDpi w14:val="300"/>
  <w15:docId w15:val="{4E2434A1-1A28-454B-9517-EA0248B789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Calibri" w:hAnsi="Calibri"/>
      <w:color w:val="262626"/>
      <w:sz w:val="19"/>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5</Pages>
  <Words>874</Words>
  <Characters>4982</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5845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Mohsin Raza</cp:lastModifiedBy>
  <cp:revision>3</cp:revision>
  <dcterms:created xsi:type="dcterms:W3CDTF">2013-12-23T23:15:00Z</dcterms:created>
  <dcterms:modified xsi:type="dcterms:W3CDTF">2026-08-13T10:01:00Z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b10236f1-d4d5-4975-8bd8-e23bf30b7e88</vt:lpwstr>
  </property>
</Properties>
</file>