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ook w:val="04A0" w:firstRow="1" w:lastRow="0" w:firstColumn="1" w:lastColumn="0" w:noHBand="0" w:noVBand="1"/>
      </w:tblPr>
      <w:tblGrid>
        <w:gridCol w:w="6239"/>
        <w:gridCol w:w="1920"/>
        <w:gridCol w:w="2510"/>
      </w:tblGrid>
      <w:tr w:rsidR="00B60AEE" w14:paraId="7ABC4A2D" w14:textId="77777777" w:rsidTr="00B60AEE">
        <w:trPr>
          <w:trHeight w:val="240"/>
          <w:jc w:val="center"/>
        </w:trPr>
        <w:tc>
          <w:tcPr>
            <w:tcW w:w="6239" w:type="dxa"/>
            <w:vMerge w:val="restart"/>
            <w:shd w:val="clear" w:color="auto" w:fill="1F4E7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2AD9B0E" w14:textId="77777777" w:rsidR="00B60AEE" w:rsidRDefault="00B60AEE">
            <w:pPr>
              <w:spacing w:after="0"/>
            </w:pPr>
            <w:r>
              <w:rPr>
                <w:b/>
                <w:color w:val="FFFFFF"/>
                <w:sz w:val="27"/>
              </w:rPr>
              <w:t>HSE OBSERVATION REPORT FORM</w:t>
            </w:r>
          </w:p>
        </w:tc>
        <w:tc>
          <w:tcPr>
            <w:tcW w:w="192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222F45" w14:textId="1771AA09" w:rsidR="00B60AEE" w:rsidRDefault="00B60AEE">
            <w:pPr>
              <w:spacing w:after="0"/>
            </w:pPr>
            <w:r>
              <w:rPr>
                <w:b/>
                <w:sz w:val="17"/>
              </w:rPr>
              <w:t>Doc Reference:</w:t>
            </w:r>
          </w:p>
        </w:tc>
        <w:tc>
          <w:tcPr>
            <w:tcW w:w="251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C32F9" w14:textId="2FBAB0D1" w:rsidR="00B60AEE" w:rsidRDefault="00B60AEE">
            <w:pPr>
              <w:spacing w:after="0"/>
            </w:pPr>
            <w:r>
              <w:rPr>
                <w:sz w:val="17"/>
              </w:rPr>
              <w:t>THV-HSE-TMP-004</w:t>
            </w:r>
          </w:p>
        </w:tc>
      </w:tr>
      <w:tr w:rsidR="00B60AEE" w14:paraId="177957A7" w14:textId="77777777" w:rsidTr="00B60AEE">
        <w:trPr>
          <w:trHeight w:val="240"/>
          <w:jc w:val="center"/>
        </w:trPr>
        <w:tc>
          <w:tcPr>
            <w:tcW w:w="6239" w:type="dxa"/>
            <w:vMerge/>
            <w:shd w:val="clear" w:color="auto" w:fill="1F4E79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36E0974" w14:textId="77777777" w:rsidR="00B60AEE" w:rsidRDefault="00B60AEE">
            <w:pPr>
              <w:spacing w:after="0"/>
              <w:rPr>
                <w:b/>
                <w:color w:val="FFFFFF"/>
                <w:sz w:val="27"/>
              </w:rPr>
            </w:pPr>
          </w:p>
        </w:tc>
        <w:tc>
          <w:tcPr>
            <w:tcW w:w="192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6D7DC2" w14:textId="0F855762" w:rsidR="00B60AEE" w:rsidRDefault="00B60AEE">
            <w:pPr>
              <w:spacing w:after="0"/>
              <w:rPr>
                <w:b/>
                <w:sz w:val="17"/>
              </w:rPr>
            </w:pPr>
            <w:r>
              <w:rPr>
                <w:b/>
                <w:sz w:val="17"/>
              </w:rPr>
              <w:t>Revision:</w:t>
            </w:r>
          </w:p>
        </w:tc>
        <w:tc>
          <w:tcPr>
            <w:tcW w:w="251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7E546A" w14:textId="23531FF3" w:rsidR="00B60AEE" w:rsidRDefault="00B60AEE">
            <w:pPr>
              <w:spacing w:after="0"/>
              <w:rPr>
                <w:sz w:val="17"/>
              </w:rPr>
            </w:pPr>
            <w:r>
              <w:rPr>
                <w:sz w:val="17"/>
              </w:rPr>
              <w:t>00</w:t>
            </w:r>
          </w:p>
        </w:tc>
      </w:tr>
      <w:tr w:rsidR="00D165D0" w14:paraId="2B1ED595" w14:textId="77777777" w:rsidTr="00B60AEE">
        <w:trPr>
          <w:jc w:val="center"/>
        </w:trPr>
        <w:tc>
          <w:tcPr>
            <w:tcW w:w="8159" w:type="dxa"/>
            <w:gridSpan w:val="2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76AABE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FIELD HSE OBSERVATION &amp; CLOSEOUT REPORT</w:t>
            </w:r>
          </w:p>
        </w:tc>
        <w:tc>
          <w:tcPr>
            <w:tcW w:w="251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10161" w14:textId="77777777" w:rsidR="00D165D0" w:rsidRDefault="00000000">
            <w:pPr>
              <w:spacing w:after="0"/>
              <w:jc w:val="right"/>
            </w:pPr>
            <w:r>
              <w:rPr>
                <w:b/>
                <w:sz w:val="17"/>
              </w:rPr>
              <w:t>Page 1 of 2</w:t>
            </w:r>
          </w:p>
        </w:tc>
      </w:tr>
    </w:tbl>
    <w:p w14:paraId="58F48BF8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036D59F8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A96F0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1. OBSERVATION INFORMATION</w:t>
            </w:r>
          </w:p>
        </w:tc>
      </w:tr>
    </w:tbl>
    <w:p w14:paraId="15213E56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016"/>
        <w:gridCol w:w="3218"/>
        <w:gridCol w:w="2016"/>
        <w:gridCol w:w="3218"/>
      </w:tblGrid>
      <w:tr w:rsidR="00D165D0" w14:paraId="262E067B" w14:textId="77777777">
        <w:trPr>
          <w:jc w:val="center"/>
        </w:trPr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612868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Observation No.: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57FC58" w14:textId="77777777" w:rsidR="00D165D0" w:rsidRDefault="00D165D0">
            <w:pPr>
              <w:spacing w:after="0"/>
            </w:pPr>
          </w:p>
        </w:tc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787849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Date &amp; Time: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AB6AD4" w14:textId="77777777" w:rsidR="00D165D0" w:rsidRDefault="00000000">
            <w:pPr>
              <w:spacing w:after="0"/>
            </w:pPr>
            <w:r>
              <w:rPr>
                <w:sz w:val="17"/>
              </w:rPr>
              <w:t>____/____/20___  at  ____:____</w:t>
            </w:r>
          </w:p>
        </w:tc>
      </w:tr>
      <w:tr w:rsidR="00D165D0" w14:paraId="796F34C1" w14:textId="77777777">
        <w:trPr>
          <w:jc w:val="center"/>
        </w:trPr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B70C1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Project / Site: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16E50" w14:textId="77777777" w:rsidR="00D165D0" w:rsidRDefault="00D165D0">
            <w:pPr>
              <w:spacing w:after="0"/>
            </w:pPr>
          </w:p>
        </w:tc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1B080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Location / Area: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D1C9B" w14:textId="77777777" w:rsidR="00D165D0" w:rsidRDefault="00D165D0">
            <w:pPr>
              <w:spacing w:after="0"/>
            </w:pPr>
          </w:p>
        </w:tc>
      </w:tr>
      <w:tr w:rsidR="00D165D0" w14:paraId="4630E68D" w14:textId="77777777">
        <w:trPr>
          <w:jc w:val="center"/>
        </w:trPr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7D722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Observer Name: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5197A" w14:textId="77777777" w:rsidR="00D165D0" w:rsidRDefault="00D165D0">
            <w:pPr>
              <w:spacing w:after="0"/>
            </w:pPr>
          </w:p>
        </w:tc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F4D43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Company / Dept: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3EB91" w14:textId="77777777" w:rsidR="00D165D0" w:rsidRDefault="00D165D0">
            <w:pPr>
              <w:spacing w:after="0"/>
            </w:pPr>
          </w:p>
        </w:tc>
      </w:tr>
      <w:tr w:rsidR="00D165D0" w14:paraId="661F1F64" w14:textId="77777777">
        <w:trPr>
          <w:jc w:val="center"/>
        </w:trPr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996FF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Activity / Work Area: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2A46E" w14:textId="77777777" w:rsidR="00D165D0" w:rsidRDefault="00D165D0">
            <w:pPr>
              <w:spacing w:after="0"/>
            </w:pPr>
          </w:p>
        </w:tc>
        <w:tc>
          <w:tcPr>
            <w:tcW w:w="20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9AEA1A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Shift / Work Hours:</w:t>
            </w:r>
          </w:p>
        </w:tc>
        <w:tc>
          <w:tcPr>
            <w:tcW w:w="32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3AEA1" w14:textId="77777777" w:rsidR="00D165D0" w:rsidRDefault="00000000">
            <w:pPr>
              <w:spacing w:after="0"/>
            </w:pPr>
            <w:r>
              <w:rPr>
                <w:sz w:val="17"/>
              </w:rPr>
              <w:t>☐ Day  ☐ Night  ☐ Other</w:t>
            </w:r>
          </w:p>
        </w:tc>
      </w:tr>
    </w:tbl>
    <w:p w14:paraId="5304356A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0E67FF6B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20789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2. OBSERVATION PRIORITY &amp; CLOSEOUT REQUIREMENT</w:t>
            </w:r>
          </w:p>
        </w:tc>
      </w:tr>
    </w:tbl>
    <w:p w14:paraId="46BE6DE2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880"/>
        <w:gridCol w:w="6149"/>
        <w:gridCol w:w="1441"/>
      </w:tblGrid>
      <w:tr w:rsidR="00D165D0" w14:paraId="6FA02AF1" w14:textId="77777777">
        <w:trPr>
          <w:jc w:val="center"/>
        </w:trPr>
        <w:tc>
          <w:tcPr>
            <w:tcW w:w="288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A51EB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Priority Level</w:t>
            </w:r>
          </w:p>
        </w:tc>
        <w:tc>
          <w:tcPr>
            <w:tcW w:w="61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55D8A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Required Closeout Target</w:t>
            </w:r>
          </w:p>
        </w:tc>
        <w:tc>
          <w:tcPr>
            <w:tcW w:w="144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267AD" w14:textId="77777777" w:rsidR="00D165D0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Select</w:t>
            </w:r>
          </w:p>
        </w:tc>
      </w:tr>
      <w:tr w:rsidR="00D165D0" w14:paraId="6F91D81E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9C4A3F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Low</w:t>
            </w:r>
          </w:p>
        </w:tc>
        <w:tc>
          <w:tcPr>
            <w:tcW w:w="61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945E6" w14:textId="77777777" w:rsidR="00D165D0" w:rsidRDefault="00000000">
            <w:pPr>
              <w:spacing w:after="0"/>
            </w:pPr>
            <w:r>
              <w:rPr>
                <w:sz w:val="17"/>
              </w:rPr>
              <w:t>Within 3 days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5B81DD" w14:textId="77777777" w:rsidR="00D165D0" w:rsidRDefault="00000000">
            <w:pPr>
              <w:spacing w:after="0"/>
              <w:jc w:val="center"/>
            </w:pPr>
            <w:r>
              <w:rPr>
                <w:sz w:val="17"/>
              </w:rPr>
              <w:t>[  ]</w:t>
            </w:r>
          </w:p>
        </w:tc>
      </w:tr>
      <w:tr w:rsidR="00D165D0" w14:paraId="7CD1A883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CF920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Medium</w:t>
            </w:r>
          </w:p>
        </w:tc>
        <w:tc>
          <w:tcPr>
            <w:tcW w:w="61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E0EC6" w14:textId="77777777" w:rsidR="00D165D0" w:rsidRDefault="00000000">
            <w:pPr>
              <w:spacing w:after="0"/>
            </w:pPr>
            <w:r>
              <w:rPr>
                <w:sz w:val="17"/>
              </w:rPr>
              <w:t>Within 2 days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9AD14" w14:textId="77777777" w:rsidR="00D165D0" w:rsidRDefault="00000000">
            <w:pPr>
              <w:spacing w:after="0"/>
              <w:jc w:val="center"/>
            </w:pPr>
            <w:r>
              <w:rPr>
                <w:sz w:val="17"/>
              </w:rPr>
              <w:t>[  ]</w:t>
            </w:r>
          </w:p>
        </w:tc>
      </w:tr>
      <w:tr w:rsidR="00D165D0" w14:paraId="4B30B871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A980A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High</w:t>
            </w:r>
          </w:p>
        </w:tc>
        <w:tc>
          <w:tcPr>
            <w:tcW w:w="61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E76137" w14:textId="77777777" w:rsidR="00D165D0" w:rsidRDefault="00000000">
            <w:pPr>
              <w:spacing w:after="0"/>
            </w:pPr>
            <w:r>
              <w:rPr>
                <w:sz w:val="17"/>
              </w:rPr>
              <w:t>Within 1 day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973EB" w14:textId="77777777" w:rsidR="00D165D0" w:rsidRDefault="00000000">
            <w:pPr>
              <w:spacing w:after="0"/>
              <w:jc w:val="center"/>
            </w:pPr>
            <w:r>
              <w:rPr>
                <w:sz w:val="17"/>
              </w:rPr>
              <w:t>[  ]</w:t>
            </w:r>
          </w:p>
        </w:tc>
      </w:tr>
      <w:tr w:rsidR="00D165D0" w14:paraId="618DD854" w14:textId="77777777">
        <w:trPr>
          <w:jc w:val="center"/>
        </w:trPr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209820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Immediate</w:t>
            </w:r>
          </w:p>
        </w:tc>
        <w:tc>
          <w:tcPr>
            <w:tcW w:w="61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8CBA2" w14:textId="77777777" w:rsidR="00D165D0" w:rsidRDefault="00000000">
            <w:pPr>
              <w:spacing w:after="0"/>
            </w:pPr>
            <w:r>
              <w:rPr>
                <w:sz w:val="17"/>
              </w:rPr>
              <w:t>Immediate action required (Stop Work if unsafe)</w:t>
            </w:r>
          </w:p>
        </w:tc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8CEAF" w14:textId="77777777" w:rsidR="00D165D0" w:rsidRDefault="00000000">
            <w:pPr>
              <w:spacing w:after="0"/>
              <w:jc w:val="center"/>
            </w:pPr>
            <w:r>
              <w:rPr>
                <w:sz w:val="17"/>
              </w:rPr>
              <w:t>[  ]</w:t>
            </w:r>
          </w:p>
        </w:tc>
      </w:tr>
      <w:tr w:rsidR="00D165D0" w14:paraId="34F3C408" w14:textId="77777777">
        <w:trPr>
          <w:jc w:val="center"/>
        </w:trPr>
        <w:tc>
          <w:tcPr>
            <w:tcW w:w="10470" w:type="dxa"/>
            <w:gridSpan w:val="3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B0F6AB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Target Closeout Date: ______________________</w:t>
            </w:r>
            <w:r>
              <w:rPr>
                <w:b/>
                <w:sz w:val="17"/>
              </w:rPr>
              <w:br/>
            </w:r>
            <w:r>
              <w:rPr>
                <w:i/>
                <w:sz w:val="15"/>
              </w:rPr>
              <w:t>Note: Recommended default closeout targets. Organizations should adjust according to approved HSE procedures, contractual requirements, and actual risk level.</w:t>
            </w:r>
          </w:p>
        </w:tc>
      </w:tr>
    </w:tbl>
    <w:p w14:paraId="06B42C72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7A1F4D77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9B41B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3. OBSERVATION DETAILS &amp; INITIAL EVIDENCE PHOTO</w:t>
            </w:r>
          </w:p>
        </w:tc>
      </w:tr>
    </w:tbl>
    <w:p w14:paraId="1DEBD062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227"/>
        <w:gridCol w:w="5242"/>
      </w:tblGrid>
      <w:tr w:rsidR="00D165D0" w14:paraId="42928AEE" w14:textId="77777777">
        <w:trPr>
          <w:jc w:val="center"/>
        </w:trPr>
        <w:tc>
          <w:tcPr>
            <w:tcW w:w="522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606B5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OBSERVATION DESCRIPTION</w:t>
            </w:r>
          </w:p>
        </w:tc>
        <w:tc>
          <w:tcPr>
            <w:tcW w:w="524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C360E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OBSERVATION PHOTO / EVIDENCE</w:t>
            </w:r>
          </w:p>
        </w:tc>
      </w:tr>
      <w:tr w:rsidR="00D165D0" w14:paraId="2BC12802" w14:textId="77777777">
        <w:trPr>
          <w:jc w:val="center"/>
        </w:trPr>
        <w:tc>
          <w:tcPr>
            <w:tcW w:w="5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D1732" w14:textId="77777777" w:rsidR="00B60AEE" w:rsidRDefault="00000000">
            <w:pPr>
              <w:spacing w:after="0"/>
              <w:rPr>
                <w:sz w:val="17"/>
              </w:rPr>
            </w:pPr>
            <w:r>
              <w:rPr>
                <w:sz w:val="17"/>
              </w:rPr>
              <w:t>Describe the observed unsafe condition, unsafe act, environmental issue, positive observation, or other HSE concern. Include exact location and activity where applicable: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  <w:p w14:paraId="47A55C60" w14:textId="77777777" w:rsidR="00B60AEE" w:rsidRDefault="00B60AEE">
            <w:pPr>
              <w:spacing w:after="0"/>
              <w:rPr>
                <w:sz w:val="17"/>
              </w:rPr>
            </w:pPr>
          </w:p>
          <w:p w14:paraId="79E138B3" w14:textId="77777777" w:rsidR="00B60AEE" w:rsidRDefault="00B60AEE">
            <w:pPr>
              <w:spacing w:after="0"/>
              <w:rPr>
                <w:sz w:val="17"/>
              </w:rPr>
            </w:pPr>
          </w:p>
          <w:p w14:paraId="05A66B75" w14:textId="2DD5B082" w:rsidR="00D165D0" w:rsidRDefault="00000000">
            <w:pPr>
              <w:spacing w:after="0"/>
            </w:pPr>
            <w:r>
              <w:rPr>
                <w:sz w:val="17"/>
              </w:rPr>
              <w:br/>
            </w:r>
          </w:p>
          <w:p w14:paraId="0AE8B01E" w14:textId="77777777" w:rsidR="00B60AEE" w:rsidRDefault="00B60AEE">
            <w:pPr>
              <w:spacing w:after="0"/>
            </w:pPr>
          </w:p>
        </w:tc>
        <w:tc>
          <w:tcPr>
            <w:tcW w:w="52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938B5" w14:textId="77777777" w:rsidR="00D165D0" w:rsidRDefault="00000000">
            <w:pPr>
              <w:spacing w:after="0"/>
              <w:jc w:val="center"/>
            </w:pPr>
            <w:proofErr w:type="gramStart"/>
            <w:r>
              <w:rPr>
                <w:color w:val="7F7F7F"/>
                <w:sz w:val="17"/>
              </w:rPr>
              <w:t>[ INSERT</w:t>
            </w:r>
            <w:proofErr w:type="gramEnd"/>
            <w:r>
              <w:rPr>
                <w:color w:val="7F7F7F"/>
                <w:sz w:val="17"/>
              </w:rPr>
              <w:t xml:space="preserve"> OBSERVATION PHOTO </w:t>
            </w:r>
            <w:proofErr w:type="gramStart"/>
            <w:r>
              <w:rPr>
                <w:color w:val="7F7F7F"/>
                <w:sz w:val="17"/>
              </w:rPr>
              <w:t>HERE ]</w:t>
            </w:r>
            <w:proofErr w:type="gramEnd"/>
            <w:r>
              <w:rPr>
                <w:color w:val="7F7F7F"/>
                <w:sz w:val="17"/>
              </w:rPr>
              <w:br/>
            </w:r>
            <w:r>
              <w:rPr>
                <w:color w:val="7F7F7F"/>
                <w:sz w:val="17"/>
              </w:rPr>
              <w:br/>
              <w:t>(Click or drag photograph here)</w:t>
            </w:r>
          </w:p>
        </w:tc>
      </w:tr>
      <w:tr w:rsidR="00D165D0" w14:paraId="2F9B43E7" w14:textId="77777777">
        <w:trPr>
          <w:jc w:val="center"/>
        </w:trPr>
        <w:tc>
          <w:tcPr>
            <w:tcW w:w="104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8ADAB" w14:textId="77777777" w:rsidR="00D165D0" w:rsidRDefault="00000000">
            <w:pPr>
              <w:spacing w:after="0"/>
            </w:pPr>
            <w:r>
              <w:rPr>
                <w:sz w:val="17"/>
              </w:rPr>
              <w:t>Photo Reference No.: __________________________________________________________________________</w:t>
            </w:r>
          </w:p>
        </w:tc>
      </w:tr>
    </w:tbl>
    <w:p w14:paraId="7288B308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6EDD11A5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92A01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lastRenderedPageBreak/>
              <w:t>4. REQUIRED CORRECTIVE ACTION</w:t>
            </w:r>
          </w:p>
        </w:tc>
      </w:tr>
    </w:tbl>
    <w:p w14:paraId="31FAEA5E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0469"/>
      </w:tblGrid>
      <w:tr w:rsidR="00D165D0" w14:paraId="05A3CF50" w14:textId="77777777">
        <w:trPr>
          <w:jc w:val="center"/>
        </w:trPr>
        <w:tc>
          <w:tcPr>
            <w:tcW w:w="104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DEE18" w14:textId="77777777" w:rsidR="00D165D0" w:rsidRDefault="00000000">
            <w:pPr>
              <w:spacing w:after="0"/>
            </w:pPr>
            <w:r>
              <w:rPr>
                <w:sz w:val="17"/>
              </w:rPr>
              <w:t>Describe the action required to eliminate or control the observed issue: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165D0" w14:paraId="693769FD" w14:textId="77777777">
        <w:trPr>
          <w:jc w:val="center"/>
        </w:trPr>
        <w:tc>
          <w:tcPr>
            <w:tcW w:w="1046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4D334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Responsible Person / Contractor: ___________________________________  Target Completion Date: ____/____/20___</w:t>
            </w:r>
          </w:p>
        </w:tc>
      </w:tr>
    </w:tbl>
    <w:p w14:paraId="7684EDB4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693302C7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00029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5. CLOSEOUT INFORMATION &amp; IMPLEMENTATION DETAILS</w:t>
            </w:r>
          </w:p>
        </w:tc>
      </w:tr>
    </w:tbl>
    <w:p w14:paraId="64FE7CFC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227"/>
        <w:gridCol w:w="5242"/>
      </w:tblGrid>
      <w:tr w:rsidR="00D165D0" w14:paraId="323C0039" w14:textId="77777777">
        <w:trPr>
          <w:jc w:val="center"/>
        </w:trPr>
        <w:tc>
          <w:tcPr>
            <w:tcW w:w="10469" w:type="dxa"/>
            <w:gridSpan w:val="2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DB095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CLOSEOUT STATUS:   [  ] Open      [  ] Closed      |  Actual Closeout Date: ____/____/20___  |  Verified By: ____________________</w:t>
            </w:r>
          </w:p>
        </w:tc>
      </w:tr>
      <w:tr w:rsidR="00D165D0" w14:paraId="7ED330F1" w14:textId="77777777">
        <w:trPr>
          <w:jc w:val="center"/>
        </w:trPr>
        <w:tc>
          <w:tcPr>
            <w:tcW w:w="522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E1581C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CLOSEOUT DETAILS (WHAT WAS DONE)</w:t>
            </w:r>
          </w:p>
        </w:tc>
        <w:tc>
          <w:tcPr>
            <w:tcW w:w="524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FDF600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CLOSEOUT PHOTO / VERIFICATION EVIDENCE</w:t>
            </w:r>
          </w:p>
        </w:tc>
      </w:tr>
      <w:tr w:rsidR="00D165D0" w14:paraId="3EBB37E3" w14:textId="77777777">
        <w:trPr>
          <w:jc w:val="center"/>
        </w:trPr>
        <w:tc>
          <w:tcPr>
            <w:tcW w:w="52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90AE" w14:textId="77777777" w:rsidR="00D165D0" w:rsidRDefault="00000000">
            <w:pPr>
              <w:spacing w:after="0"/>
            </w:pPr>
            <w:r>
              <w:rPr>
                <w:sz w:val="17"/>
              </w:rPr>
              <w:t>Describe the corrective action completed and how the observation was fully addressed. Explain specific controls implemented (e.g. guardrails installed, repairs completed, briefings conducted):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52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011E5" w14:textId="77777777" w:rsidR="00D165D0" w:rsidRDefault="00000000">
            <w:pPr>
              <w:spacing w:after="0"/>
              <w:jc w:val="center"/>
            </w:pPr>
            <w:r>
              <w:rPr>
                <w:color w:val="7F7F7F"/>
                <w:sz w:val="17"/>
              </w:rPr>
              <w:t>[ INSERT CLOSEOUT PHOTO HERE ]</w:t>
            </w:r>
            <w:r>
              <w:rPr>
                <w:color w:val="7F7F7F"/>
                <w:sz w:val="17"/>
              </w:rPr>
              <w:br/>
            </w:r>
            <w:r>
              <w:rPr>
                <w:color w:val="7F7F7F"/>
                <w:sz w:val="17"/>
              </w:rPr>
              <w:br/>
              <w:t>(Click or drag photo showing rectified condition)</w:t>
            </w:r>
          </w:p>
        </w:tc>
      </w:tr>
    </w:tbl>
    <w:p w14:paraId="2F5BD40F" w14:textId="77777777" w:rsidR="00D165D0" w:rsidRDefault="00D165D0">
      <w:pPr>
        <w:spacing w:after="8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0469"/>
      </w:tblGrid>
      <w:tr w:rsidR="00D165D0" w14:paraId="5451CCC5" w14:textId="77777777">
        <w:trPr>
          <w:jc w:val="center"/>
        </w:trPr>
        <w:tc>
          <w:tcPr>
            <w:tcW w:w="104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3200F" w14:textId="77777777" w:rsidR="00D165D0" w:rsidRDefault="00000000">
            <w:pPr>
              <w:spacing w:after="0"/>
            </w:pPr>
            <w:r>
              <w:rPr>
                <w:sz w:val="17"/>
              </w:rPr>
              <w:t>Closeout Photo Reference No.: __________________________________________________________________________</w:t>
            </w:r>
          </w:p>
        </w:tc>
      </w:tr>
    </w:tbl>
    <w:p w14:paraId="61297C01" w14:textId="77777777" w:rsidR="00D165D0" w:rsidRDefault="00D165D0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9"/>
      </w:tblGrid>
      <w:tr w:rsidR="00D165D0" w14:paraId="4C4D88A8" w14:textId="77777777">
        <w:trPr>
          <w:jc w:val="center"/>
        </w:trPr>
        <w:tc>
          <w:tcPr>
            <w:tcW w:w="10469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87156C" w14:textId="77777777" w:rsidR="00D165D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6. VERIFICATION &amp; SIGN-OFF</w:t>
            </w:r>
          </w:p>
        </w:tc>
      </w:tr>
    </w:tbl>
    <w:p w14:paraId="55806641" w14:textId="77777777" w:rsidR="00D165D0" w:rsidRDefault="00D165D0">
      <w:pPr>
        <w:spacing w:after="4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5234"/>
        <w:gridCol w:w="5242"/>
      </w:tblGrid>
      <w:tr w:rsidR="00D165D0" w14:paraId="32D296A3" w14:textId="77777777">
        <w:trPr>
          <w:jc w:val="center"/>
        </w:trPr>
        <w:tc>
          <w:tcPr>
            <w:tcW w:w="522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FA18F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RESPONSIBLE PERSON / ACTION OWNER</w:t>
            </w:r>
          </w:p>
        </w:tc>
        <w:tc>
          <w:tcPr>
            <w:tcW w:w="524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5AB89" w14:textId="77777777" w:rsidR="00D165D0" w:rsidRDefault="00000000">
            <w:pPr>
              <w:spacing w:after="0"/>
            </w:pPr>
            <w:r>
              <w:rPr>
                <w:b/>
                <w:sz w:val="17"/>
              </w:rPr>
              <w:t>HSE / INSPECTOR VERIFICATION</w:t>
            </w:r>
          </w:p>
        </w:tc>
      </w:tr>
      <w:tr w:rsidR="00D165D0" w14:paraId="62FBBA42" w14:textId="77777777">
        <w:trPr>
          <w:jc w:val="center"/>
        </w:trPr>
        <w:tc>
          <w:tcPr>
            <w:tcW w:w="52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9CC52" w14:textId="77777777" w:rsidR="00D165D0" w:rsidRDefault="00000000">
            <w:pPr>
              <w:spacing w:after="0"/>
            </w:pPr>
            <w:r>
              <w:rPr>
                <w:sz w:val="17"/>
              </w:rPr>
              <w:t>Name: ___________________________________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Position: ________________________________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 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Date: ____/____/20___</w:t>
            </w:r>
          </w:p>
        </w:tc>
        <w:tc>
          <w:tcPr>
            <w:tcW w:w="52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04F36" w14:textId="77777777" w:rsidR="00D165D0" w:rsidRDefault="00000000">
            <w:pPr>
              <w:spacing w:after="0"/>
            </w:pPr>
            <w:r>
              <w:rPr>
                <w:sz w:val="17"/>
              </w:rPr>
              <w:t>Name: ___________________________________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Position: ________________________________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 _______________________________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Date: ____/____/20___</w:t>
            </w:r>
          </w:p>
        </w:tc>
      </w:tr>
    </w:tbl>
    <w:p w14:paraId="6E25688A" w14:textId="77777777" w:rsidR="00D165D0" w:rsidRDefault="00D165D0">
      <w:pPr>
        <w:spacing w:after="80"/>
      </w:pP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0469"/>
      </w:tblGrid>
      <w:tr w:rsidR="00D165D0" w14:paraId="25C104E4" w14:textId="77777777">
        <w:trPr>
          <w:jc w:val="center"/>
        </w:trPr>
        <w:tc>
          <w:tcPr>
            <w:tcW w:w="104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86BEC" w14:textId="77777777" w:rsidR="00D165D0" w:rsidRDefault="00000000">
            <w:pPr>
              <w:spacing w:after="0"/>
            </w:pPr>
            <w:r>
              <w:rPr>
                <w:sz w:val="17"/>
              </w:rPr>
              <w:t>Additional Remarks / Verification Comments: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78E57598" w14:textId="77777777" w:rsidR="00D165D0" w:rsidRDefault="00D165D0">
      <w:pPr>
        <w:spacing w:after="80"/>
      </w:pPr>
    </w:p>
    <w:p w14:paraId="15DD2F19" w14:textId="77777777" w:rsidR="00D165D0" w:rsidRDefault="00000000">
      <w:pPr>
        <w:spacing w:before="80" w:after="40"/>
      </w:pPr>
      <w:r>
        <w:rPr>
          <w:i/>
          <w:color w:val="595959"/>
          <w:sz w:val="15"/>
        </w:rPr>
        <w:t>DISCLAIMER: This template is provided as a practical HSE management aid and should be reviewed and adapted to the organization's activities, applicable requirements, contractual requirements, and site-specific conditions. Closeout priorities and target timeframes should be aligned with the organization's approved HSE procedures.</w:t>
      </w:r>
    </w:p>
    <w:sectPr w:rsidR="00D165D0" w:rsidSect="00034616">
      <w:headerReference w:type="default" r:id="rId8"/>
      <w:footerReference w:type="default" r:id="rId9"/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CDC2" w14:textId="77777777" w:rsidR="003E0D24" w:rsidRDefault="003E0D24" w:rsidP="00B60AEE">
      <w:pPr>
        <w:spacing w:after="0" w:line="240" w:lineRule="auto"/>
      </w:pPr>
      <w:r>
        <w:separator/>
      </w:r>
    </w:p>
  </w:endnote>
  <w:endnote w:type="continuationSeparator" w:id="0">
    <w:p w14:paraId="3A97CEA3" w14:textId="77777777" w:rsidR="003E0D24" w:rsidRDefault="003E0D24" w:rsidP="00B60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BD20" w14:textId="77777777" w:rsidR="00B60AEE" w:rsidRDefault="00B60AEE" w:rsidP="00B60AEE">
    <w:pPr>
      <w:pStyle w:val="Foo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  <w:p w14:paraId="2484FD1C" w14:textId="2EFB3176" w:rsidR="00B60AEE" w:rsidRDefault="00B60AEE" w:rsidP="00B60AEE">
    <w:pPr>
      <w:pStyle w:val="Footer"/>
      <w:jc w:val="right"/>
    </w:pPr>
    <w:r>
      <w:rPr>
        <w:color w:val="7F7F7F"/>
        <w:sz w:val="17"/>
      </w:rPr>
      <w:t>THV-HSE-TMP-00</w:t>
    </w:r>
    <w:r>
      <w:rPr>
        <w:color w:val="7F7F7F"/>
        <w:sz w:val="17"/>
      </w:rPr>
      <w:t>4</w:t>
    </w:r>
    <w:r>
      <w:rPr>
        <w:color w:val="7F7F7F"/>
        <w:sz w:val="17"/>
      </w:rPr>
      <w:t xml:space="preserve"> | Rev: 00 |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color w:val="7F7F7F"/>
        <w:sz w:val="17"/>
      </w:rPr>
      <w:t xml:space="preserve"> of </w:t>
    </w:r>
    <w:r>
      <w:fldChar w:fldCharType="begin"/>
    </w:r>
    <w:r>
      <w:instrText>NUMPAGES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F191" w14:textId="77777777" w:rsidR="003E0D24" w:rsidRDefault="003E0D24" w:rsidP="00B60AEE">
      <w:pPr>
        <w:spacing w:after="0" w:line="240" w:lineRule="auto"/>
      </w:pPr>
      <w:r>
        <w:separator/>
      </w:r>
    </w:p>
  </w:footnote>
  <w:footnote w:type="continuationSeparator" w:id="0">
    <w:p w14:paraId="17433B78" w14:textId="77777777" w:rsidR="003E0D24" w:rsidRDefault="003E0D24" w:rsidP="00B60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F10D" w14:textId="0D813158" w:rsidR="00B60AEE" w:rsidRDefault="00B60AE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EAE59" wp14:editId="04BF873C">
          <wp:simplePos x="0" y="0"/>
          <wp:positionH relativeFrom="column">
            <wp:posOffset>7620</wp:posOffset>
          </wp:positionH>
          <wp:positionV relativeFrom="paragraph">
            <wp:posOffset>-411370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716541">
    <w:abstractNumId w:val="8"/>
  </w:num>
  <w:num w:numId="2" w16cid:durableId="1740129670">
    <w:abstractNumId w:val="6"/>
  </w:num>
  <w:num w:numId="3" w16cid:durableId="763041038">
    <w:abstractNumId w:val="5"/>
  </w:num>
  <w:num w:numId="4" w16cid:durableId="603876767">
    <w:abstractNumId w:val="4"/>
  </w:num>
  <w:num w:numId="5" w16cid:durableId="1823814475">
    <w:abstractNumId w:val="7"/>
  </w:num>
  <w:num w:numId="6" w16cid:durableId="1636375071">
    <w:abstractNumId w:val="3"/>
  </w:num>
  <w:num w:numId="7" w16cid:durableId="182791177">
    <w:abstractNumId w:val="2"/>
  </w:num>
  <w:num w:numId="8" w16cid:durableId="617839700">
    <w:abstractNumId w:val="1"/>
  </w:num>
  <w:num w:numId="9" w16cid:durableId="44442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0D24"/>
    <w:rsid w:val="00AA1D8D"/>
    <w:rsid w:val="00B11DA3"/>
    <w:rsid w:val="00B47730"/>
    <w:rsid w:val="00B60AEE"/>
    <w:rsid w:val="00CB0664"/>
    <w:rsid w:val="00D165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BD222"/>
  <w14:defaultImageDpi w14:val="300"/>
  <w15:docId w15:val="{45646188-363A-4E2A-B270-700F9864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6262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2013-12-23T23:15:00Z</dcterms:created>
  <dcterms:modified xsi:type="dcterms:W3CDTF">2026-08-13T11:12:00Z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d3c33c3f-d95f-49a9-9988-0c5b54636f5e</vt:lpwstr>
  </property>
</Properties>
</file>