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CAE8" w14:textId="77777777" w:rsidR="00336267" w:rsidRDefault="00000000">
      <w:pPr>
        <w:spacing w:after="160"/>
        <w:jc w:val="center"/>
      </w:pPr>
      <w:r>
        <w:rPr>
          <w:b/>
          <w:color w:val="003366"/>
          <w:sz w:val="32"/>
        </w:rPr>
        <w:t>HSE RISK ASSESSMENT FORM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160"/>
        <w:gridCol w:w="3168"/>
        <w:gridCol w:w="2304"/>
        <w:gridCol w:w="2693"/>
      </w:tblGrid>
      <w:tr w:rsidR="00336267" w14:paraId="2A427E4F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9DE9A4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Document Title: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191DBC" w14:textId="77777777" w:rsidR="00336267" w:rsidRDefault="00000000">
            <w:pPr>
              <w:spacing w:after="0"/>
            </w:pPr>
            <w:r>
              <w:rPr>
                <w:sz w:val="17"/>
              </w:rPr>
              <w:t>HSE Risk Assessment Form</w:t>
            </w:r>
          </w:p>
        </w:tc>
        <w:tc>
          <w:tcPr>
            <w:tcW w:w="2304" w:type="dxa"/>
            <w:shd w:val="clear" w:color="auto" w:fill="E6EC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67104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Document Reference:</w:t>
            </w:r>
          </w:p>
        </w:tc>
        <w:tc>
          <w:tcPr>
            <w:tcW w:w="2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A7760" w14:textId="77777777" w:rsidR="00336267" w:rsidRDefault="00000000">
            <w:pPr>
              <w:spacing w:after="0"/>
            </w:pPr>
            <w:r>
              <w:rPr>
                <w:sz w:val="17"/>
              </w:rPr>
              <w:t>THV-HSE-TMP-003</w:t>
            </w:r>
          </w:p>
        </w:tc>
      </w:tr>
      <w:tr w:rsidR="00336267" w14:paraId="05582D45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46DC5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Revision: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40CEF" w14:textId="77777777" w:rsidR="00336267" w:rsidRDefault="00000000">
            <w:pPr>
              <w:spacing w:after="0"/>
            </w:pPr>
            <w:r>
              <w:rPr>
                <w:sz w:val="17"/>
              </w:rPr>
              <w:t>00</w:t>
            </w:r>
          </w:p>
        </w:tc>
        <w:tc>
          <w:tcPr>
            <w:tcW w:w="2304" w:type="dxa"/>
            <w:shd w:val="clear" w:color="auto" w:fill="E6EC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11C04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Effective Date / Page:</w:t>
            </w:r>
          </w:p>
        </w:tc>
        <w:tc>
          <w:tcPr>
            <w:tcW w:w="2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CB493" w14:textId="71BBF49E" w:rsidR="00336267" w:rsidRDefault="00000000">
            <w:pPr>
              <w:spacing w:after="0"/>
            </w:pPr>
            <w:r>
              <w:rPr>
                <w:sz w:val="17"/>
              </w:rPr>
              <w:t xml:space="preserve">__________ | Page </w:t>
            </w:r>
            <w:r w:rsidR="00CD5AFA">
              <w:rPr>
                <w:sz w:val="17"/>
              </w:rPr>
              <w:t>1</w:t>
            </w:r>
            <w:r>
              <w:rPr>
                <w:sz w:val="17"/>
              </w:rPr>
              <w:t xml:space="preserve"> of </w:t>
            </w:r>
            <w:r w:rsidR="00CD5AFA">
              <w:rPr>
                <w:sz w:val="17"/>
              </w:rPr>
              <w:t>6</w:t>
            </w:r>
          </w:p>
        </w:tc>
      </w:tr>
    </w:tbl>
    <w:p w14:paraId="22CD5695" w14:textId="77777777" w:rsidR="00336267" w:rsidRDefault="00336267">
      <w:pPr>
        <w:spacing w:after="40"/>
      </w:pPr>
    </w:p>
    <w:p w14:paraId="3A7F538B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1. Assessment Identification &amp; General Information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160"/>
        <w:gridCol w:w="3168"/>
        <w:gridCol w:w="2304"/>
        <w:gridCol w:w="2693"/>
      </w:tblGrid>
      <w:tr w:rsidR="00336267" w14:paraId="40F3D62D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B4C4ED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Project / Site: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F3923C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13DF557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Client / Organization: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F9F9DF" w14:textId="77777777" w:rsidR="00336267" w:rsidRDefault="00336267">
            <w:pPr>
              <w:spacing w:after="0"/>
            </w:pPr>
          </w:p>
        </w:tc>
      </w:tr>
      <w:tr w:rsidR="00336267" w14:paraId="1546BDD5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6C410E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Contractor / Company: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08A595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C50365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Department / Work Area: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C20115C" w14:textId="77777777" w:rsidR="00336267" w:rsidRDefault="00336267">
            <w:pPr>
              <w:spacing w:after="0"/>
            </w:pPr>
          </w:p>
        </w:tc>
      </w:tr>
      <w:tr w:rsidR="00336267" w14:paraId="0F21AC0D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ED4BD3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Assessment Title: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82C761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279308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Assessment ID / No.: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4055A1" w14:textId="77777777" w:rsidR="00336267" w:rsidRDefault="00336267">
            <w:pPr>
              <w:spacing w:after="0"/>
            </w:pPr>
          </w:p>
        </w:tc>
      </w:tr>
      <w:tr w:rsidR="00336267" w14:paraId="2FCEC7CF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D228CB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Specific Location: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73C4D2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52744C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Date of Assessment: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445071" w14:textId="77777777" w:rsidR="00336267" w:rsidRDefault="00336267">
            <w:pPr>
              <w:spacing w:after="0"/>
            </w:pPr>
          </w:p>
        </w:tc>
      </w:tr>
      <w:tr w:rsidR="00336267" w14:paraId="5B06996A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D411FD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Person Resp. for Area: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4C2DCD2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9E29D2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Review Date: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B74CB5" w14:textId="77777777" w:rsidR="00336267" w:rsidRDefault="00336267">
            <w:pPr>
              <w:spacing w:after="0"/>
            </w:pPr>
          </w:p>
        </w:tc>
      </w:tr>
      <w:tr w:rsidR="00336267" w14:paraId="29FF66F4" w14:textId="77777777">
        <w:trPr>
          <w:cantSplit/>
          <w:jc w:val="center"/>
        </w:trPr>
        <w:tc>
          <w:tcPr>
            <w:tcW w:w="2160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38534C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Assessment Prepared By:</w:t>
            </w:r>
          </w:p>
        </w:tc>
        <w:tc>
          <w:tcPr>
            <w:tcW w:w="316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6E051A4" w14:textId="77777777" w:rsidR="00336267" w:rsidRDefault="00336267">
            <w:pPr>
              <w:spacing w:after="0"/>
            </w:pPr>
          </w:p>
        </w:tc>
        <w:tc>
          <w:tcPr>
            <w:tcW w:w="2304" w:type="dxa"/>
            <w:shd w:val="clear" w:color="auto" w:fill="E6EC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6A8E1E9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Assessment Reviewed By:</w:t>
            </w:r>
          </w:p>
        </w:tc>
        <w:tc>
          <w:tcPr>
            <w:tcW w:w="269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EF7F9D" w14:textId="77777777" w:rsidR="00336267" w:rsidRDefault="00336267">
            <w:pPr>
              <w:spacing w:after="0"/>
            </w:pPr>
          </w:p>
        </w:tc>
      </w:tr>
    </w:tbl>
    <w:p w14:paraId="461D6BF7" w14:textId="1A479F56" w:rsidR="00336267" w:rsidRDefault="00000000">
      <w:pPr>
        <w:spacing w:before="120" w:after="80"/>
      </w:pPr>
      <w:r>
        <w:rPr>
          <w:b/>
          <w:sz w:val="17"/>
        </w:rPr>
        <w:t xml:space="preserve">Assessment Type:  </w:t>
      </w:r>
      <w:r>
        <w:rPr>
          <w:sz w:val="17"/>
        </w:rPr>
        <w:t>☐ Initial Assessment   ☐ Periodic Review   ☐ Change / Modification    ☐ New Activity / Process   ☐ Other: __________________</w:t>
      </w:r>
    </w:p>
    <w:p w14:paraId="71C3CDF3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2. Scope of Assessment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0325"/>
      </w:tblGrid>
      <w:tr w:rsidR="00336267" w14:paraId="25795C4B" w14:textId="77777777">
        <w:trPr>
          <w:cantSplit/>
          <w:jc w:val="center"/>
        </w:trPr>
        <w:tc>
          <w:tcPr>
            <w:tcW w:w="10325" w:type="dxa"/>
            <w:shd w:val="clear" w:color="auto" w:fill="E6EC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0E0B4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Activity / Process / Area Being Assessed:</w:t>
            </w:r>
          </w:p>
        </w:tc>
      </w:tr>
      <w:tr w:rsidR="00336267" w14:paraId="2B92E127" w14:textId="77777777">
        <w:trPr>
          <w:cantSplit/>
          <w:jc w:val="center"/>
        </w:trPr>
        <w:tc>
          <w:tcPr>
            <w:tcW w:w="1032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6694F" w14:textId="77777777" w:rsidR="00336267" w:rsidRDefault="00000000">
            <w:pPr>
              <w:spacing w:after="0"/>
            </w:pPr>
            <w:r>
              <w:rPr>
                <w:i/>
                <w:color w:val="787878"/>
                <w:sz w:val="17"/>
              </w:rPr>
              <w:t>[ Describe the activity, process, equipment, work area, or operation covered by this assessment. Define boundaries. ]</w:t>
            </w:r>
            <w:r>
              <w:rPr>
                <w:i/>
                <w:color w:val="787878"/>
                <w:sz w:val="17"/>
              </w:rPr>
              <w:br/>
            </w:r>
            <w:r>
              <w:rPr>
                <w:i/>
                <w:color w:val="787878"/>
                <w:sz w:val="17"/>
              </w:rPr>
              <w:br/>
            </w:r>
            <w:r>
              <w:rPr>
                <w:i/>
                <w:color w:val="787878"/>
                <w:sz w:val="17"/>
              </w:rPr>
              <w:br/>
            </w:r>
          </w:p>
        </w:tc>
      </w:tr>
      <w:tr w:rsidR="00336267" w14:paraId="3C5D3547" w14:textId="77777777">
        <w:trPr>
          <w:cantSplit/>
          <w:jc w:val="center"/>
        </w:trPr>
        <w:tc>
          <w:tcPr>
            <w:tcW w:w="10325" w:type="dxa"/>
            <w:shd w:val="clear" w:color="auto" w:fill="E6EC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46CC2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7"/>
              </w:rPr>
              <w:t>Assessment Scope / Limitations &amp; Exclusions:</w:t>
            </w:r>
          </w:p>
        </w:tc>
      </w:tr>
      <w:tr w:rsidR="00336267" w14:paraId="30C1908F" w14:textId="77777777">
        <w:trPr>
          <w:cantSplit/>
          <w:jc w:val="center"/>
        </w:trPr>
        <w:tc>
          <w:tcPr>
            <w:tcW w:w="1032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1C6B9" w14:textId="77777777" w:rsidR="00336267" w:rsidRDefault="00000000">
            <w:pPr>
              <w:spacing w:after="0"/>
            </w:pPr>
            <w:r>
              <w:rPr>
                <w:i/>
                <w:color w:val="787878"/>
                <w:sz w:val="17"/>
              </w:rPr>
              <w:t>[ Specify any specific limitations, operational boundaries, or excluded activities. ]</w:t>
            </w:r>
            <w:r>
              <w:rPr>
                <w:i/>
                <w:color w:val="787878"/>
                <w:sz w:val="17"/>
              </w:rPr>
              <w:br/>
            </w:r>
            <w:r>
              <w:rPr>
                <w:i/>
                <w:color w:val="787878"/>
                <w:sz w:val="17"/>
              </w:rPr>
              <w:br/>
            </w:r>
          </w:p>
        </w:tc>
      </w:tr>
    </w:tbl>
    <w:p w14:paraId="0CD38044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3. Persons Exposed &amp; Existing Reference Documents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155"/>
        <w:gridCol w:w="5155"/>
      </w:tblGrid>
      <w:tr w:rsidR="00336267" w14:paraId="6CC8A2E0" w14:textId="77777777">
        <w:trPr>
          <w:jc w:val="center"/>
        </w:trPr>
        <w:tc>
          <w:tcPr>
            <w:tcW w:w="5155" w:type="dxa"/>
            <w:shd w:val="clear" w:color="auto" w:fill="E6ECF2"/>
          </w:tcPr>
          <w:p w14:paraId="28EC5AAA" w14:textId="77777777" w:rsidR="00336267" w:rsidRDefault="00000000">
            <w:r>
              <w:rPr>
                <w:b/>
                <w:color w:val="003366"/>
                <w:sz w:val="17"/>
              </w:rPr>
              <w:t>Persons / Groups Potentially Exposed</w:t>
            </w:r>
          </w:p>
        </w:tc>
        <w:tc>
          <w:tcPr>
            <w:tcW w:w="5155" w:type="dxa"/>
            <w:shd w:val="clear" w:color="auto" w:fill="E6ECF2"/>
          </w:tcPr>
          <w:p w14:paraId="0E5EFACF" w14:textId="77777777" w:rsidR="00336267" w:rsidRDefault="00000000">
            <w:r>
              <w:rPr>
                <w:b/>
                <w:color w:val="003366"/>
                <w:sz w:val="17"/>
              </w:rPr>
              <w:t>Existing Information &amp; Reference Documents</w:t>
            </w:r>
          </w:p>
        </w:tc>
      </w:tr>
      <w:tr w:rsidR="00336267" w14:paraId="34522A58" w14:textId="77777777">
        <w:trPr>
          <w:jc w:val="center"/>
        </w:trPr>
        <w:tc>
          <w:tcPr>
            <w:tcW w:w="509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1D56BF" w14:textId="77777777" w:rsidR="00336267" w:rsidRDefault="00000000">
            <w:pPr>
              <w:spacing w:after="40"/>
            </w:pPr>
            <w:r>
              <w:rPr>
                <w:b/>
              </w:rPr>
              <w:t>Select all applicable groups:</w:t>
            </w:r>
            <w:r>
              <w:rPr>
                <w:b/>
              </w:rPr>
              <w:br/>
            </w:r>
            <w:r>
              <w:rPr>
                <w:sz w:val="16"/>
              </w:rPr>
              <w:t>☐ Employees / Workers</w:t>
            </w:r>
            <w:r>
              <w:rPr>
                <w:sz w:val="16"/>
              </w:rPr>
              <w:br/>
              <w:t>☐ Supervisors</w:t>
            </w:r>
            <w:r>
              <w:rPr>
                <w:sz w:val="16"/>
              </w:rPr>
              <w:br/>
              <w:t>☐ Contractors / Subs</w:t>
            </w:r>
            <w:r>
              <w:rPr>
                <w:sz w:val="16"/>
              </w:rPr>
              <w:br/>
              <w:t>☐ Visitors</w:t>
            </w:r>
            <w:r>
              <w:rPr>
                <w:sz w:val="16"/>
              </w:rPr>
              <w:br/>
              <w:t>☐ Members of Public</w:t>
            </w:r>
            <w:r>
              <w:rPr>
                <w:sz w:val="16"/>
              </w:rPr>
              <w:br/>
              <w:t>☐ Drivers / Operators</w:t>
            </w:r>
            <w:r>
              <w:rPr>
                <w:sz w:val="16"/>
              </w:rPr>
              <w:br/>
              <w:t>☐ Maintenance Personnel</w:t>
            </w:r>
            <w:r>
              <w:rPr>
                <w:sz w:val="16"/>
              </w:rPr>
              <w:br/>
              <w:t>☐ Emergency Responders</w:t>
            </w:r>
            <w:r>
              <w:rPr>
                <w:sz w:val="16"/>
              </w:rPr>
              <w:br/>
              <w:t>☐ Other: __________________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Specific Exposed Groups / Details:</w:t>
            </w:r>
            <w:r>
              <w:rPr>
                <w:b/>
              </w:rPr>
              <w:br/>
            </w:r>
            <w:r>
              <w:rPr>
                <w:i/>
              </w:rPr>
              <w:t>[ Enter specific details or numbers of workers exposed ]</w:t>
            </w:r>
            <w:r>
              <w:rPr>
                <w:i/>
              </w:rPr>
              <w:br/>
            </w:r>
            <w:r>
              <w:rPr>
                <w:i/>
              </w:rPr>
              <w:br/>
            </w:r>
          </w:p>
        </w:tc>
        <w:tc>
          <w:tcPr>
            <w:tcW w:w="509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95C277" w14:textId="77777777" w:rsidR="00336267" w:rsidRDefault="00000000">
            <w:pPr>
              <w:spacing w:after="40"/>
            </w:pPr>
            <w:r>
              <w:rPr>
                <w:b/>
              </w:rPr>
              <w:t>Select reviewed documentation:</w:t>
            </w:r>
            <w:r>
              <w:rPr>
                <w:b/>
              </w:rPr>
              <w:br/>
            </w:r>
            <w:r>
              <w:rPr>
                <w:sz w:val="16"/>
              </w:rPr>
              <w:t>☐ Method Statement</w:t>
            </w:r>
            <w:r>
              <w:rPr>
                <w:sz w:val="16"/>
              </w:rPr>
              <w:br/>
              <w:t>☐ SOP / Work Procedure</w:t>
            </w:r>
            <w:r>
              <w:rPr>
                <w:sz w:val="16"/>
              </w:rPr>
              <w:br/>
              <w:t>☐ SDS / Chemical Info</w:t>
            </w:r>
            <w:r>
              <w:rPr>
                <w:sz w:val="16"/>
              </w:rPr>
              <w:br/>
              <w:t>☐ Manufacturer Manuals</w:t>
            </w:r>
            <w:r>
              <w:rPr>
                <w:sz w:val="16"/>
              </w:rPr>
              <w:br/>
              <w:t>☐ Previous Risk Assessment</w:t>
            </w:r>
            <w:r>
              <w:rPr>
                <w:sz w:val="16"/>
              </w:rPr>
              <w:br/>
              <w:t>☐ Incident Records</w:t>
            </w:r>
            <w:r>
              <w:rPr>
                <w:sz w:val="16"/>
              </w:rPr>
              <w:br/>
              <w:t>☐ Inspection Records</w:t>
            </w:r>
            <w:r>
              <w:rPr>
                <w:sz w:val="16"/>
              </w:rPr>
              <w:br/>
              <w:t>☐ Permit Requirements</w:t>
            </w:r>
            <w:r>
              <w:rPr>
                <w:sz w:val="16"/>
              </w:rPr>
              <w:br/>
              <w:t>☐ Drawings / Plans / Other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Specific Reference Document Numbers:</w:t>
            </w:r>
            <w:r>
              <w:rPr>
                <w:b/>
              </w:rPr>
              <w:br/>
            </w:r>
            <w:r>
              <w:rPr>
                <w:i/>
              </w:rPr>
              <w:t>[ Enter document titles, revisions, and reference IDs ]</w:t>
            </w:r>
            <w:r>
              <w:rPr>
                <w:i/>
              </w:rPr>
              <w:br/>
            </w:r>
            <w:r>
              <w:rPr>
                <w:i/>
              </w:rPr>
              <w:br/>
            </w:r>
          </w:p>
        </w:tc>
      </w:tr>
    </w:tbl>
    <w:p w14:paraId="4F2F4703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lastRenderedPageBreak/>
        <w:t>4. Hazard Category Checklist (Prompt for Identification)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0325"/>
      </w:tblGrid>
      <w:tr w:rsidR="00336267" w14:paraId="75C56C65" w14:textId="77777777">
        <w:trPr>
          <w:jc w:val="center"/>
        </w:trPr>
        <w:tc>
          <w:tcPr>
            <w:tcW w:w="1032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41E25" w14:textId="77777777" w:rsidR="00336267" w:rsidRDefault="00000000">
            <w:pPr>
              <w:spacing w:after="40"/>
            </w:pPr>
            <w:r>
              <w:rPr>
                <w:b/>
              </w:rPr>
              <w:t>Check all hazards relevant to this assessment scope:</w:t>
            </w:r>
            <w:r>
              <w:rPr>
                <w:b/>
              </w:rPr>
              <w:br/>
            </w:r>
            <w:r>
              <w:rPr>
                <w:rFonts w:ascii="Consolas" w:hAnsi="Consolas"/>
                <w:sz w:val="16"/>
              </w:rPr>
              <w:t>☐ Physical Hazards        ☐ Fire / Explosion        ☐ Heat / Cold / Weather   ☐ Emergency / Security</w:t>
            </w:r>
            <w:r>
              <w:rPr>
                <w:rFonts w:ascii="Consolas" w:hAnsi="Consolas"/>
                <w:sz w:val="16"/>
              </w:rPr>
              <w:br/>
              <w:t>☐ Mechanical Hazards      ☐ Chemical / Substances   ☐ Dust / Airborne         ☐ Psychosocial / Human</w:t>
            </w:r>
            <w:r>
              <w:rPr>
                <w:rFonts w:ascii="Consolas" w:hAnsi="Consolas"/>
                <w:sz w:val="16"/>
              </w:rPr>
              <w:br/>
              <w:t>☐ Electrical Hazards      ☐ Biological Hazards      ☐ Vehicle / Traffic       ☐ Radiation / Laser</w:t>
            </w:r>
            <w:r>
              <w:rPr>
                <w:rFonts w:ascii="Consolas" w:hAnsi="Consolas"/>
                <w:sz w:val="16"/>
              </w:rPr>
              <w:br/>
              <w:t>☐ Work at Height          ☐ Manual Handling / Ergo  ☐ Lifting Operations      ☐ Lone Working</w:t>
            </w:r>
            <w:r>
              <w:rPr>
                <w:rFonts w:ascii="Consolas" w:hAnsi="Consolas"/>
                <w:sz w:val="16"/>
              </w:rPr>
              <w:br/>
              <w:t>☐ Excavation / Ground     ☐ High Noise Levels       ☐ Machinery / Equipment   ☐ Structural Instability</w:t>
            </w:r>
            <w:r>
              <w:rPr>
                <w:rFonts w:ascii="Consolas" w:hAnsi="Consolas"/>
                <w:sz w:val="16"/>
              </w:rPr>
              <w:br/>
              <w:t>☐ Confined Space          ☐ Vibration Exposure      ☐ Environmental Impacts   ☐ Other: ____________</w:t>
            </w:r>
            <w:r>
              <w:rPr>
                <w:rFonts w:ascii="Consolas" w:hAnsi="Consolas"/>
                <w:sz w:val="16"/>
              </w:rPr>
              <w:br/>
            </w:r>
          </w:p>
        </w:tc>
      </w:tr>
    </w:tbl>
    <w:p w14:paraId="31DC61AB" w14:textId="77777777" w:rsidR="00336267" w:rsidRDefault="00336267">
      <w:pPr>
        <w:sectPr w:rsidR="00336267">
          <w:headerReference w:type="default" r:id="rId8"/>
          <w:footerReference w:type="default" r:id="rId9"/>
          <w:pgSz w:w="11909" w:h="16834"/>
          <w:pgMar w:top="864" w:right="864" w:bottom="864" w:left="864" w:header="720" w:footer="720" w:gutter="0"/>
          <w:cols w:space="720"/>
          <w:docGrid w:linePitch="360"/>
        </w:sectPr>
      </w:pPr>
    </w:p>
    <w:p w14:paraId="6E9BA413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lastRenderedPageBreak/>
        <w:t>5. Main Risk Assessment Table</w:t>
      </w:r>
    </w:p>
    <w:p w14:paraId="63F26DA1" w14:textId="77777777" w:rsidR="00336267" w:rsidRDefault="00000000">
      <w:pPr>
        <w:spacing w:after="120"/>
      </w:pPr>
      <w:r>
        <w:rPr>
          <w:i/>
          <w:sz w:val="17"/>
        </w:rPr>
        <w:t>Instructions: Identify hazards for the activity/area. Evaluate initial risk (Likelihood x Severity). Detail additional controls following the Hierarchy of Controls, then evaluate residual risk. Header repeats automatically on subsequent pages.</w:t>
      </w: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504"/>
        <w:gridCol w:w="1944"/>
        <w:gridCol w:w="1656"/>
        <w:gridCol w:w="1080"/>
        <w:gridCol w:w="2088"/>
        <w:gridCol w:w="432"/>
        <w:gridCol w:w="432"/>
        <w:gridCol w:w="792"/>
        <w:gridCol w:w="2232"/>
        <w:gridCol w:w="1224"/>
        <w:gridCol w:w="936"/>
        <w:gridCol w:w="432"/>
        <w:gridCol w:w="432"/>
        <w:gridCol w:w="792"/>
      </w:tblGrid>
      <w:tr w:rsidR="00336267" w14:paraId="09ECEDE4" w14:textId="77777777">
        <w:trPr>
          <w:cantSplit/>
          <w:tblHeader/>
          <w:jc w:val="center"/>
        </w:trPr>
        <w:tc>
          <w:tcPr>
            <w:tcW w:w="504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66495B9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1944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BD0CB0D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Activity / Hazard Description</w:t>
            </w:r>
          </w:p>
        </w:tc>
        <w:tc>
          <w:tcPr>
            <w:tcW w:w="1656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40A7A54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Potential Consequences</w:t>
            </w:r>
          </w:p>
        </w:tc>
        <w:tc>
          <w:tcPr>
            <w:tcW w:w="1080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103C2BB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Persons Exposed</w:t>
            </w:r>
          </w:p>
        </w:tc>
        <w:tc>
          <w:tcPr>
            <w:tcW w:w="2088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8524E15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Existing Risk Controls</w:t>
            </w:r>
          </w:p>
        </w:tc>
        <w:tc>
          <w:tcPr>
            <w:tcW w:w="43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88A66C8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L</w:t>
            </w:r>
          </w:p>
        </w:tc>
        <w:tc>
          <w:tcPr>
            <w:tcW w:w="43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095B08B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</w:t>
            </w:r>
          </w:p>
        </w:tc>
        <w:tc>
          <w:tcPr>
            <w:tcW w:w="79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9A28C94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Initial Risk</w:t>
            </w:r>
          </w:p>
        </w:tc>
        <w:tc>
          <w:tcPr>
            <w:tcW w:w="223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BF7D990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Additional Controls Required</w:t>
            </w:r>
            <w:r>
              <w:rPr>
                <w:b/>
                <w:color w:val="FFFFFF"/>
                <w:sz w:val="15"/>
              </w:rPr>
              <w:br/>
              <w:t>(Hierarchy of Controls)</w:t>
            </w:r>
          </w:p>
        </w:tc>
        <w:tc>
          <w:tcPr>
            <w:tcW w:w="1224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E62544F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Responsible Person</w:t>
            </w:r>
          </w:p>
        </w:tc>
        <w:tc>
          <w:tcPr>
            <w:tcW w:w="936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D494339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Target Date</w:t>
            </w:r>
          </w:p>
        </w:tc>
        <w:tc>
          <w:tcPr>
            <w:tcW w:w="43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EA4CA89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Res. L</w:t>
            </w:r>
          </w:p>
        </w:tc>
        <w:tc>
          <w:tcPr>
            <w:tcW w:w="43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2FAA1AA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Res. S</w:t>
            </w:r>
          </w:p>
        </w:tc>
        <w:tc>
          <w:tcPr>
            <w:tcW w:w="792" w:type="dxa"/>
            <w:shd w:val="clear" w:color="auto" w:fill="003366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418E3EE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Residual Risk</w:t>
            </w:r>
          </w:p>
        </w:tc>
      </w:tr>
      <w:tr w:rsidR="00336267" w14:paraId="103593BB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16F01C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AA4AAE6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A3D37D0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992DC96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2253EE8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9EB3101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EC3F4B0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E8EF18F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CD5CAD2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0D2CC42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1F2BE05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8708894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0346989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5C1A076" w14:textId="77777777" w:rsidR="00336267" w:rsidRDefault="00336267">
            <w:pPr>
              <w:spacing w:after="0"/>
              <w:jc w:val="center"/>
            </w:pPr>
          </w:p>
        </w:tc>
      </w:tr>
      <w:tr w:rsidR="00336267" w14:paraId="4CD91156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2711DA2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88AD299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0BE3671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C3B2E19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5642C88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F0D2C46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7682082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0B3D75B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E59A220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FAD8289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E75A49A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23871D4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A73893C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D64BDFA" w14:textId="77777777" w:rsidR="00336267" w:rsidRDefault="00336267">
            <w:pPr>
              <w:spacing w:after="0"/>
              <w:jc w:val="center"/>
            </w:pPr>
          </w:p>
        </w:tc>
      </w:tr>
      <w:tr w:rsidR="00336267" w14:paraId="1EAAE35E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E7AF146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D86ECE4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C3A8DDF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D61497A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84CA044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EAD2D78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4B60320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5A2B4BE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DFCE038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932C6A4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BFB7CFC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9F6AF9B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7BBA1E7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43EF788" w14:textId="77777777" w:rsidR="00336267" w:rsidRDefault="00336267">
            <w:pPr>
              <w:spacing w:after="0"/>
              <w:jc w:val="center"/>
            </w:pPr>
          </w:p>
        </w:tc>
      </w:tr>
      <w:tr w:rsidR="00336267" w14:paraId="602DA07D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CE14127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88D2AE5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AB34FBC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C06B025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7A054E7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CE61D7A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30598F3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8C994FE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865B1B6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05F59FF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50C8565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C6653E7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CAD8116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73DFD5D" w14:textId="77777777" w:rsidR="00336267" w:rsidRDefault="00336267">
            <w:pPr>
              <w:spacing w:after="0"/>
              <w:jc w:val="center"/>
            </w:pPr>
          </w:p>
        </w:tc>
      </w:tr>
      <w:tr w:rsidR="00336267" w14:paraId="35E81ED6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172D518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D65D2F5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65AE7A9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875EC06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EEC93C6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4EDD47E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2FDBD24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B4DDFF9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59641C1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0654AFA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8FA25B3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F850570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D2E897B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D5D0DD3" w14:textId="77777777" w:rsidR="00336267" w:rsidRDefault="00336267">
            <w:pPr>
              <w:spacing w:after="0"/>
              <w:jc w:val="center"/>
            </w:pPr>
          </w:p>
        </w:tc>
      </w:tr>
      <w:tr w:rsidR="00336267" w14:paraId="22D886B6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4F3C0A6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6327008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800A092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B1CEDAF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FD73AF2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EFD5716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802ECE3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346B116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A044CB1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1FF08E2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00483C4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83FE2D9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5EE8736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AC5D711" w14:textId="77777777" w:rsidR="00336267" w:rsidRDefault="00336267">
            <w:pPr>
              <w:spacing w:after="0"/>
              <w:jc w:val="center"/>
            </w:pPr>
          </w:p>
        </w:tc>
      </w:tr>
      <w:tr w:rsidR="00336267" w14:paraId="19B2F4E6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7B4BE4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BF53CB5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A26B017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93E2F02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19E3299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D07ED60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42A54E3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7078094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5DC67D7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3884DD1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F1E12EE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FC923A8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269ACCA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B16832C" w14:textId="77777777" w:rsidR="00336267" w:rsidRDefault="00336267">
            <w:pPr>
              <w:spacing w:after="0"/>
              <w:jc w:val="center"/>
            </w:pPr>
          </w:p>
        </w:tc>
      </w:tr>
      <w:tr w:rsidR="00336267" w14:paraId="65692214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169D1B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39FB2EC" w14:textId="77777777" w:rsidR="00336267" w:rsidRDefault="00336267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09FE639" w14:textId="77777777" w:rsidR="00336267" w:rsidRDefault="00336267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14FD986" w14:textId="77777777" w:rsidR="00336267" w:rsidRDefault="00336267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F58A1B9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6413151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E0DC039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09435B4" w14:textId="77777777" w:rsidR="00336267" w:rsidRDefault="00336267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0DD22EB" w14:textId="77777777" w:rsidR="00336267" w:rsidRDefault="00336267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E9153D5" w14:textId="77777777" w:rsidR="00336267" w:rsidRDefault="00336267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849F0A3" w14:textId="77777777" w:rsidR="00336267" w:rsidRDefault="00336267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7A195D9" w14:textId="77777777" w:rsidR="00336267" w:rsidRDefault="00336267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CFE909C" w14:textId="77777777" w:rsidR="00336267" w:rsidRDefault="00336267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CFE5E02" w14:textId="77777777" w:rsidR="00336267" w:rsidRDefault="00336267">
            <w:pPr>
              <w:spacing w:after="0"/>
              <w:jc w:val="center"/>
            </w:pPr>
          </w:p>
        </w:tc>
      </w:tr>
      <w:tr w:rsidR="00CD5AFA" w14:paraId="12CB5955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3720270" w14:textId="1E2EC85B" w:rsidR="00CD5AFA" w:rsidRDefault="00CD5AFA">
            <w:pPr>
              <w:spacing w:after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7D453D5" w14:textId="77777777" w:rsidR="00CD5AFA" w:rsidRDefault="00CD5AFA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7A107B8" w14:textId="77777777" w:rsidR="00CD5AFA" w:rsidRDefault="00CD5AFA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7B1E28E" w14:textId="77777777" w:rsidR="00CD5AFA" w:rsidRDefault="00CD5AFA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E4D2AB8" w14:textId="77777777" w:rsidR="00CD5AFA" w:rsidRDefault="00CD5AFA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16C931C" w14:textId="77777777" w:rsidR="00CD5AFA" w:rsidRDefault="00CD5AFA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D5470D6" w14:textId="77777777" w:rsidR="00CD5AFA" w:rsidRDefault="00CD5AFA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B79AF84" w14:textId="77777777" w:rsidR="00CD5AFA" w:rsidRDefault="00CD5AFA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64F1279" w14:textId="77777777" w:rsidR="00CD5AFA" w:rsidRDefault="00CD5AFA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2849CA6" w14:textId="77777777" w:rsidR="00CD5AFA" w:rsidRDefault="00CD5AFA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47A6D56" w14:textId="77777777" w:rsidR="00CD5AFA" w:rsidRDefault="00CD5AFA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7C15EB3" w14:textId="77777777" w:rsidR="00CD5AFA" w:rsidRDefault="00CD5AFA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05AC66E" w14:textId="77777777" w:rsidR="00CD5AFA" w:rsidRDefault="00CD5AFA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57B35C9" w14:textId="77777777" w:rsidR="00CD5AFA" w:rsidRDefault="00CD5AFA">
            <w:pPr>
              <w:spacing w:after="0"/>
              <w:jc w:val="center"/>
            </w:pPr>
          </w:p>
        </w:tc>
      </w:tr>
      <w:tr w:rsidR="00CD5AFA" w14:paraId="447A8F92" w14:textId="77777777">
        <w:trPr>
          <w:cantSplit/>
          <w:jc w:val="center"/>
        </w:trPr>
        <w:tc>
          <w:tcPr>
            <w:tcW w:w="50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25534FE" w14:textId="51273BF3" w:rsidR="00CD5AFA" w:rsidRDefault="00CD5AFA">
            <w:pPr>
              <w:spacing w:after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4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9DEB648" w14:textId="77777777" w:rsidR="00CD5AFA" w:rsidRDefault="00CD5AFA">
            <w:pPr>
              <w:spacing w:after="0"/>
            </w:pPr>
          </w:p>
        </w:tc>
        <w:tc>
          <w:tcPr>
            <w:tcW w:w="165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003E956" w14:textId="77777777" w:rsidR="00CD5AFA" w:rsidRDefault="00CD5AFA">
            <w:pPr>
              <w:spacing w:after="0"/>
            </w:pPr>
          </w:p>
        </w:tc>
        <w:tc>
          <w:tcPr>
            <w:tcW w:w="1080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11B4169" w14:textId="77777777" w:rsidR="00CD5AFA" w:rsidRDefault="00CD5AFA">
            <w:pPr>
              <w:spacing w:after="0"/>
            </w:pPr>
          </w:p>
        </w:tc>
        <w:tc>
          <w:tcPr>
            <w:tcW w:w="2088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DA949B0" w14:textId="77777777" w:rsidR="00CD5AFA" w:rsidRDefault="00CD5AFA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27CB809" w14:textId="77777777" w:rsidR="00CD5AFA" w:rsidRDefault="00CD5AFA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5ACF59C" w14:textId="77777777" w:rsidR="00CD5AFA" w:rsidRDefault="00CD5AFA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75707F6" w14:textId="77777777" w:rsidR="00CD5AFA" w:rsidRDefault="00CD5AFA">
            <w:pPr>
              <w:spacing w:after="0"/>
              <w:jc w:val="center"/>
            </w:pPr>
          </w:p>
        </w:tc>
        <w:tc>
          <w:tcPr>
            <w:tcW w:w="22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0D9523B" w14:textId="77777777" w:rsidR="00CD5AFA" w:rsidRDefault="00CD5AFA">
            <w:pPr>
              <w:spacing w:after="0"/>
            </w:pPr>
          </w:p>
        </w:tc>
        <w:tc>
          <w:tcPr>
            <w:tcW w:w="1224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C34853C" w14:textId="77777777" w:rsidR="00CD5AFA" w:rsidRDefault="00CD5AFA">
            <w:pPr>
              <w:spacing w:after="0"/>
            </w:pPr>
          </w:p>
        </w:tc>
        <w:tc>
          <w:tcPr>
            <w:tcW w:w="936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5E84CE7" w14:textId="77777777" w:rsidR="00CD5AFA" w:rsidRDefault="00CD5AFA">
            <w:pPr>
              <w:spacing w:after="0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BDB085F" w14:textId="77777777" w:rsidR="00CD5AFA" w:rsidRDefault="00CD5AFA">
            <w:pPr>
              <w:spacing w:after="0"/>
              <w:jc w:val="center"/>
            </w:pPr>
          </w:p>
        </w:tc>
        <w:tc>
          <w:tcPr>
            <w:tcW w:w="43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CDCDECF" w14:textId="77777777" w:rsidR="00CD5AFA" w:rsidRDefault="00CD5AFA">
            <w:pPr>
              <w:spacing w:after="0"/>
              <w:jc w:val="center"/>
            </w:pPr>
          </w:p>
        </w:tc>
        <w:tc>
          <w:tcPr>
            <w:tcW w:w="792" w:type="dxa"/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05C6AD1" w14:textId="77777777" w:rsidR="00CD5AFA" w:rsidRDefault="00CD5AFA">
            <w:pPr>
              <w:spacing w:after="0"/>
              <w:jc w:val="center"/>
            </w:pPr>
          </w:p>
        </w:tc>
      </w:tr>
    </w:tbl>
    <w:p w14:paraId="0D4D51AE" w14:textId="77777777" w:rsidR="00336267" w:rsidRDefault="00336267">
      <w:pPr>
        <w:sectPr w:rsidR="00336267">
          <w:pgSz w:w="16834" w:h="11909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A432FB7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lastRenderedPageBreak/>
        <w:t>6. Risk Rating Methodology &amp; Reference Matrix</w:t>
      </w:r>
    </w:p>
    <w:p w14:paraId="2E8A5F77" w14:textId="77777777" w:rsidR="00336267" w:rsidRDefault="00000000">
      <w:pPr>
        <w:spacing w:after="80"/>
      </w:pPr>
      <w:r>
        <w:rPr>
          <w:i/>
          <w:color w:val="646464"/>
          <w:sz w:val="16"/>
        </w:rPr>
        <w:t>Note: The risk matrix provided below is a practical reference example. It should be reviewed and aligned with the organization's approved HSE risk management methodology prior to formal implementation.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"/>
        <w:gridCol w:w="1296"/>
        <w:gridCol w:w="3312"/>
        <w:gridCol w:w="432"/>
        <w:gridCol w:w="4853"/>
      </w:tblGrid>
      <w:tr w:rsidR="00336267" w14:paraId="4C27EDEB" w14:textId="77777777">
        <w:trPr>
          <w:cantSplit/>
          <w:jc w:val="center"/>
        </w:trPr>
        <w:tc>
          <w:tcPr>
            <w:tcW w:w="432" w:type="dxa"/>
            <w:shd w:val="clear" w:color="auto" w:fill="E6ECF2"/>
          </w:tcPr>
          <w:p w14:paraId="0D7D25DC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L</w:t>
            </w:r>
          </w:p>
        </w:tc>
        <w:tc>
          <w:tcPr>
            <w:tcW w:w="1296" w:type="dxa"/>
            <w:shd w:val="clear" w:color="auto" w:fill="E6ECF2"/>
          </w:tcPr>
          <w:p w14:paraId="1522234B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Likelihood</w:t>
            </w:r>
          </w:p>
        </w:tc>
        <w:tc>
          <w:tcPr>
            <w:tcW w:w="3312" w:type="dxa"/>
            <w:shd w:val="clear" w:color="auto" w:fill="E6ECF2"/>
          </w:tcPr>
          <w:p w14:paraId="59B0BAD4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Description</w:t>
            </w:r>
          </w:p>
        </w:tc>
        <w:tc>
          <w:tcPr>
            <w:tcW w:w="432" w:type="dxa"/>
            <w:shd w:val="clear" w:color="auto" w:fill="E6ECF2"/>
          </w:tcPr>
          <w:p w14:paraId="6BFC34E6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S</w:t>
            </w:r>
          </w:p>
        </w:tc>
        <w:tc>
          <w:tcPr>
            <w:tcW w:w="4853" w:type="dxa"/>
            <w:shd w:val="clear" w:color="auto" w:fill="E6ECF2"/>
          </w:tcPr>
          <w:p w14:paraId="45864C3F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Severity Description</w:t>
            </w:r>
          </w:p>
        </w:tc>
      </w:tr>
      <w:tr w:rsidR="00336267" w14:paraId="4599BF63" w14:textId="77777777">
        <w:trPr>
          <w:cantSplit/>
          <w:jc w:val="center"/>
        </w:trPr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F32D4" w14:textId="77777777" w:rsidR="00336267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DBC6B" w14:textId="77777777" w:rsidR="00336267" w:rsidRDefault="00000000">
            <w:r>
              <w:rPr>
                <w:b/>
                <w:sz w:val="16"/>
              </w:rPr>
              <w:t>Rare</w:t>
            </w:r>
          </w:p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220B3" w14:textId="77777777" w:rsidR="00336267" w:rsidRDefault="00000000">
            <w:r>
              <w:rPr>
                <w:sz w:val="16"/>
              </w:rPr>
              <w:t>Unlikely to occur under normal circumstances</w:t>
            </w:r>
          </w:p>
        </w:tc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D45F8" w14:textId="77777777" w:rsidR="00336267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48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23E37" w14:textId="77777777" w:rsidR="00336267" w:rsidRDefault="00000000">
            <w:r>
              <w:rPr>
                <w:sz w:val="16"/>
              </w:rPr>
              <w:t>Insignificant - No injury / negligible impact</w:t>
            </w:r>
          </w:p>
        </w:tc>
      </w:tr>
      <w:tr w:rsidR="00336267" w14:paraId="027856F4" w14:textId="77777777">
        <w:trPr>
          <w:cantSplit/>
          <w:jc w:val="center"/>
        </w:trPr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01906" w14:textId="77777777" w:rsidR="00336267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DCCFC6" w14:textId="77777777" w:rsidR="00336267" w:rsidRDefault="00000000">
            <w:r>
              <w:rPr>
                <w:b/>
                <w:sz w:val="16"/>
              </w:rPr>
              <w:t>Unlikely</w:t>
            </w:r>
          </w:p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BBB8A" w14:textId="77777777" w:rsidR="00336267" w:rsidRDefault="00000000">
            <w:r>
              <w:rPr>
                <w:sz w:val="16"/>
              </w:rPr>
              <w:t>Could occur occasionally in some circumstances</w:t>
            </w:r>
          </w:p>
        </w:tc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68A74" w14:textId="77777777" w:rsidR="00336267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48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A5E81" w14:textId="77777777" w:rsidR="00336267" w:rsidRDefault="00000000">
            <w:r>
              <w:rPr>
                <w:sz w:val="16"/>
              </w:rPr>
              <w:t>Minor - First aid / minor localized damage</w:t>
            </w:r>
          </w:p>
        </w:tc>
      </w:tr>
      <w:tr w:rsidR="00336267" w14:paraId="00DC40B6" w14:textId="77777777">
        <w:trPr>
          <w:cantSplit/>
          <w:jc w:val="center"/>
        </w:trPr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C8B2E" w14:textId="77777777" w:rsidR="00336267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645AED" w14:textId="77777777" w:rsidR="00336267" w:rsidRDefault="00000000">
            <w:r>
              <w:rPr>
                <w:b/>
                <w:sz w:val="16"/>
              </w:rPr>
              <w:t>Possible</w:t>
            </w:r>
          </w:p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10035" w14:textId="77777777" w:rsidR="00336267" w:rsidRDefault="00000000">
            <w:r>
              <w:rPr>
                <w:sz w:val="16"/>
              </w:rPr>
              <w:t>Might occur at some time during the activity</w:t>
            </w:r>
          </w:p>
        </w:tc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19705" w14:textId="77777777" w:rsidR="00336267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48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B6347" w14:textId="77777777" w:rsidR="00336267" w:rsidRDefault="00000000">
            <w:r>
              <w:rPr>
                <w:sz w:val="16"/>
              </w:rPr>
              <w:t>Moderate - Medical treatment / moderate impact</w:t>
            </w:r>
          </w:p>
        </w:tc>
      </w:tr>
      <w:tr w:rsidR="00336267" w14:paraId="40C796FD" w14:textId="77777777">
        <w:trPr>
          <w:cantSplit/>
          <w:jc w:val="center"/>
        </w:trPr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B3626" w14:textId="77777777" w:rsidR="00336267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913D7" w14:textId="77777777" w:rsidR="00336267" w:rsidRDefault="00000000">
            <w:r>
              <w:rPr>
                <w:b/>
                <w:sz w:val="16"/>
              </w:rPr>
              <w:t>Likely</w:t>
            </w:r>
          </w:p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B01BF" w14:textId="77777777" w:rsidR="00336267" w:rsidRDefault="00000000">
            <w:r>
              <w:rPr>
                <w:sz w:val="16"/>
              </w:rPr>
              <w:t>Expected to occur in most circumstances</w:t>
            </w:r>
          </w:p>
        </w:tc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EEE81" w14:textId="77777777" w:rsidR="00336267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48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A096D8" w14:textId="77777777" w:rsidR="00336267" w:rsidRDefault="00000000">
            <w:r>
              <w:rPr>
                <w:sz w:val="16"/>
              </w:rPr>
              <w:t>Major - Serious injury / major operational loss</w:t>
            </w:r>
          </w:p>
        </w:tc>
      </w:tr>
      <w:tr w:rsidR="00336267" w14:paraId="769D4565" w14:textId="77777777">
        <w:trPr>
          <w:cantSplit/>
          <w:jc w:val="center"/>
        </w:trPr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F83C6E" w14:textId="77777777" w:rsidR="00336267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31D9B" w14:textId="77777777" w:rsidR="00336267" w:rsidRDefault="00000000">
            <w:r>
              <w:rPr>
                <w:b/>
                <w:sz w:val="16"/>
              </w:rPr>
              <w:t>Almost Certain</w:t>
            </w:r>
          </w:p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38E63" w14:textId="77777777" w:rsidR="00336267" w:rsidRDefault="00000000">
            <w:r>
              <w:rPr>
                <w:sz w:val="16"/>
              </w:rPr>
              <w:t>Expected to occur frequently / continuously</w:t>
            </w:r>
          </w:p>
        </w:tc>
        <w:tc>
          <w:tcPr>
            <w:tcW w:w="43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7A45F4" w14:textId="77777777" w:rsidR="00336267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48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A8140" w14:textId="77777777" w:rsidR="00336267" w:rsidRDefault="00000000">
            <w:r>
              <w:rPr>
                <w:sz w:val="16"/>
              </w:rPr>
              <w:t>Catastrophic - Fatality / severe long-term impact</w:t>
            </w:r>
          </w:p>
        </w:tc>
      </w:tr>
    </w:tbl>
    <w:p w14:paraId="0A7C2908" w14:textId="77777777" w:rsidR="00336267" w:rsidRDefault="00336267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561"/>
        <w:gridCol w:w="1288"/>
        <w:gridCol w:w="1177"/>
        <w:gridCol w:w="1248"/>
        <w:gridCol w:w="1175"/>
        <w:gridCol w:w="1296"/>
        <w:gridCol w:w="2476"/>
      </w:tblGrid>
      <w:tr w:rsidR="00336267" w14:paraId="67AFA7F9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83EDCC4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Likelihood \ Severity</w:t>
            </w:r>
          </w:p>
        </w:tc>
        <w:tc>
          <w:tcPr>
            <w:tcW w:w="1288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EA82244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1 (Insignificant)</w:t>
            </w:r>
          </w:p>
        </w:tc>
        <w:tc>
          <w:tcPr>
            <w:tcW w:w="1177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3378D75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2 (Minor)</w:t>
            </w:r>
          </w:p>
        </w:tc>
        <w:tc>
          <w:tcPr>
            <w:tcW w:w="1248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53A73A1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3 (Moderate)</w:t>
            </w:r>
          </w:p>
        </w:tc>
        <w:tc>
          <w:tcPr>
            <w:tcW w:w="1175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E72D52F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4 (Major)</w:t>
            </w:r>
          </w:p>
        </w:tc>
        <w:tc>
          <w:tcPr>
            <w:tcW w:w="1296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66942EA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5 (Catastrophic)</w:t>
            </w:r>
          </w:p>
        </w:tc>
        <w:tc>
          <w:tcPr>
            <w:tcW w:w="2476" w:type="dxa"/>
            <w:shd w:val="clear" w:color="auto" w:fill="E6ECF2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F38F8DB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5"/>
              </w:rPr>
              <w:t>Risk Action Levels</w:t>
            </w:r>
          </w:p>
        </w:tc>
      </w:tr>
      <w:tr w:rsidR="00336267" w14:paraId="64182DB7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</w:tcPr>
          <w:p w14:paraId="58CBE10F" w14:textId="77777777" w:rsidR="00336267" w:rsidRDefault="00000000">
            <w:pPr>
              <w:spacing w:after="0"/>
            </w:pPr>
            <w:r>
              <w:rPr>
                <w:b/>
                <w:sz w:val="15"/>
              </w:rPr>
              <w:t>5 (Almost Certain)</w:t>
            </w:r>
          </w:p>
        </w:tc>
        <w:tc>
          <w:tcPr>
            <w:tcW w:w="128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2085E1F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5 (Mod)</w:t>
            </w:r>
          </w:p>
        </w:tc>
        <w:tc>
          <w:tcPr>
            <w:tcW w:w="1177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B3B1261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10 (High)</w:t>
            </w:r>
          </w:p>
        </w:tc>
        <w:tc>
          <w:tcPr>
            <w:tcW w:w="1248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43CF5E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15 (High)</w:t>
            </w:r>
          </w:p>
        </w:tc>
        <w:tc>
          <w:tcPr>
            <w:tcW w:w="1175" w:type="dxa"/>
            <w:shd w:val="clear" w:color="auto" w:fill="F8CBAD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21B31AAE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20 (Crit)</w:t>
            </w:r>
          </w:p>
        </w:tc>
        <w:tc>
          <w:tcPr>
            <w:tcW w:w="1296" w:type="dxa"/>
            <w:shd w:val="clear" w:color="auto" w:fill="F8CBAD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F1344AC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25 (Crit)</w:t>
            </w:r>
          </w:p>
        </w:tc>
        <w:tc>
          <w:tcPr>
            <w:tcW w:w="24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E74EB" w14:textId="77777777" w:rsidR="00336267" w:rsidRDefault="00000000">
            <w:pPr>
              <w:spacing w:after="0"/>
            </w:pPr>
            <w:r>
              <w:rPr>
                <w:sz w:val="15"/>
              </w:rPr>
              <w:t>17–25 CRITICAL: Do not proceed. Immediate control required.</w:t>
            </w:r>
          </w:p>
        </w:tc>
      </w:tr>
      <w:tr w:rsidR="00336267" w14:paraId="53A6079A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</w:tcPr>
          <w:p w14:paraId="0E9EB73A" w14:textId="77777777" w:rsidR="00336267" w:rsidRDefault="00000000">
            <w:pPr>
              <w:spacing w:after="0"/>
            </w:pPr>
            <w:r>
              <w:rPr>
                <w:b/>
                <w:sz w:val="15"/>
              </w:rPr>
              <w:t>4 (Likely)</w:t>
            </w:r>
          </w:p>
        </w:tc>
        <w:tc>
          <w:tcPr>
            <w:tcW w:w="128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9E7D534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4 (Low)</w:t>
            </w:r>
          </w:p>
        </w:tc>
        <w:tc>
          <w:tcPr>
            <w:tcW w:w="1177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DEB2161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8 (Mod)</w:t>
            </w:r>
          </w:p>
        </w:tc>
        <w:tc>
          <w:tcPr>
            <w:tcW w:w="1248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506C58E2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12 (High)</w:t>
            </w:r>
          </w:p>
        </w:tc>
        <w:tc>
          <w:tcPr>
            <w:tcW w:w="1175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79ABD5A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16 (High)</w:t>
            </w:r>
          </w:p>
        </w:tc>
        <w:tc>
          <w:tcPr>
            <w:tcW w:w="1296" w:type="dxa"/>
            <w:shd w:val="clear" w:color="auto" w:fill="F8CBAD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65F0B13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20 (Crit)</w:t>
            </w:r>
          </w:p>
        </w:tc>
        <w:tc>
          <w:tcPr>
            <w:tcW w:w="24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8A886" w14:textId="77777777" w:rsidR="00336267" w:rsidRDefault="00000000">
            <w:pPr>
              <w:spacing w:after="0"/>
            </w:pPr>
            <w:r>
              <w:rPr>
                <w:sz w:val="15"/>
              </w:rPr>
              <w:t>10–16 HIGH: Improve controls before proceeding.</w:t>
            </w:r>
          </w:p>
        </w:tc>
      </w:tr>
      <w:tr w:rsidR="00336267" w14:paraId="5E745CE5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</w:tcPr>
          <w:p w14:paraId="237E8094" w14:textId="77777777" w:rsidR="00336267" w:rsidRDefault="00000000">
            <w:pPr>
              <w:spacing w:after="0"/>
            </w:pPr>
            <w:r>
              <w:rPr>
                <w:b/>
                <w:sz w:val="15"/>
              </w:rPr>
              <w:t>3 (Possible)</w:t>
            </w:r>
          </w:p>
        </w:tc>
        <w:tc>
          <w:tcPr>
            <w:tcW w:w="128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7177B3E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3 (Low)</w:t>
            </w:r>
          </w:p>
        </w:tc>
        <w:tc>
          <w:tcPr>
            <w:tcW w:w="1177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ADFCC51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6 (Mod)</w:t>
            </w:r>
          </w:p>
        </w:tc>
        <w:tc>
          <w:tcPr>
            <w:tcW w:w="1248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26AE349E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9 (Mod)</w:t>
            </w:r>
          </w:p>
        </w:tc>
        <w:tc>
          <w:tcPr>
            <w:tcW w:w="1175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425482D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12 (High)</w:t>
            </w:r>
          </w:p>
        </w:tc>
        <w:tc>
          <w:tcPr>
            <w:tcW w:w="1296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254E915C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15 (High)</w:t>
            </w:r>
          </w:p>
        </w:tc>
        <w:tc>
          <w:tcPr>
            <w:tcW w:w="24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2B33F0" w14:textId="77777777" w:rsidR="00336267" w:rsidRDefault="00000000">
            <w:pPr>
              <w:spacing w:after="0"/>
            </w:pPr>
            <w:r>
              <w:rPr>
                <w:sz w:val="15"/>
              </w:rPr>
              <w:t>5–9 MODERATE: Implement additional controls where required.</w:t>
            </w:r>
          </w:p>
        </w:tc>
      </w:tr>
      <w:tr w:rsidR="00336267" w14:paraId="228161C3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</w:tcPr>
          <w:p w14:paraId="311CADCF" w14:textId="77777777" w:rsidR="00336267" w:rsidRDefault="00000000">
            <w:pPr>
              <w:spacing w:after="0"/>
            </w:pPr>
            <w:r>
              <w:rPr>
                <w:b/>
                <w:sz w:val="15"/>
              </w:rPr>
              <w:t>2 (Unlikely)</w:t>
            </w:r>
          </w:p>
        </w:tc>
        <w:tc>
          <w:tcPr>
            <w:tcW w:w="128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444B844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2 (Low)</w:t>
            </w:r>
          </w:p>
        </w:tc>
        <w:tc>
          <w:tcPr>
            <w:tcW w:w="1177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B5DC8EB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4 (Low)</w:t>
            </w:r>
          </w:p>
        </w:tc>
        <w:tc>
          <w:tcPr>
            <w:tcW w:w="1248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7F1AC65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6 (Mod)</w:t>
            </w:r>
          </w:p>
        </w:tc>
        <w:tc>
          <w:tcPr>
            <w:tcW w:w="1175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D6F9467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8 (Mod)</w:t>
            </w:r>
          </w:p>
        </w:tc>
        <w:tc>
          <w:tcPr>
            <w:tcW w:w="1296" w:type="dxa"/>
            <w:shd w:val="clear" w:color="auto" w:fill="FCE4D6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C9D1AF7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10 (High)</w:t>
            </w:r>
          </w:p>
        </w:tc>
        <w:tc>
          <w:tcPr>
            <w:tcW w:w="24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076FC" w14:textId="77777777" w:rsidR="00336267" w:rsidRDefault="00000000">
            <w:pPr>
              <w:spacing w:after="0"/>
            </w:pPr>
            <w:r>
              <w:rPr>
                <w:sz w:val="15"/>
              </w:rPr>
              <w:t>1–4 LOW: Maintain existing controls and monitor.</w:t>
            </w:r>
          </w:p>
        </w:tc>
      </w:tr>
      <w:tr w:rsidR="00336267" w14:paraId="37E4E6D4" w14:textId="77777777" w:rsidTr="00CD5AFA">
        <w:trPr>
          <w:cantSplit/>
          <w:jc w:val="center"/>
        </w:trPr>
        <w:tc>
          <w:tcPr>
            <w:tcW w:w="1561" w:type="dxa"/>
            <w:shd w:val="clear" w:color="auto" w:fill="E6ECF2"/>
          </w:tcPr>
          <w:p w14:paraId="589042DD" w14:textId="77777777" w:rsidR="00336267" w:rsidRDefault="00000000">
            <w:pPr>
              <w:spacing w:after="0"/>
            </w:pPr>
            <w:r>
              <w:rPr>
                <w:b/>
                <w:sz w:val="15"/>
              </w:rPr>
              <w:t>1 (Rare)</w:t>
            </w:r>
          </w:p>
        </w:tc>
        <w:tc>
          <w:tcPr>
            <w:tcW w:w="128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1620E00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1 (Low)</w:t>
            </w:r>
          </w:p>
        </w:tc>
        <w:tc>
          <w:tcPr>
            <w:tcW w:w="1177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9BFD731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2 (Low)</w:t>
            </w:r>
          </w:p>
        </w:tc>
        <w:tc>
          <w:tcPr>
            <w:tcW w:w="1248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FAF2753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3 (Low)</w:t>
            </w:r>
          </w:p>
        </w:tc>
        <w:tc>
          <w:tcPr>
            <w:tcW w:w="1175" w:type="dxa"/>
            <w:shd w:val="clear" w:color="auto" w:fill="E2EFDA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2D8481A8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4 (Low)</w:t>
            </w:r>
          </w:p>
        </w:tc>
        <w:tc>
          <w:tcPr>
            <w:tcW w:w="1296" w:type="dxa"/>
            <w:shd w:val="clear" w:color="auto" w:fill="FFF2CC"/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F6ED017" w14:textId="77777777" w:rsidR="00336267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5 (Mod)</w:t>
            </w:r>
          </w:p>
        </w:tc>
        <w:tc>
          <w:tcPr>
            <w:tcW w:w="24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1D5D3" w14:textId="77777777" w:rsidR="00336267" w:rsidRDefault="00000000">
            <w:pPr>
              <w:spacing w:after="0"/>
            </w:pPr>
            <w:r>
              <w:rPr>
                <w:sz w:val="15"/>
              </w:rPr>
              <w:t>Hierarchy Priority: 1. Eliminate, 2. Substitute, 3. Engineer, 4. Admin, 5. PPE</w:t>
            </w:r>
          </w:p>
        </w:tc>
      </w:tr>
    </w:tbl>
    <w:p w14:paraId="4DBD83D2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7. Action Plan for Additional Controls</w:t>
      </w:r>
    </w:p>
    <w:p w14:paraId="7A76FC9B" w14:textId="77777777" w:rsidR="00336267" w:rsidRDefault="00000000">
      <w:pPr>
        <w:spacing w:after="80"/>
      </w:pPr>
      <w:r>
        <w:rPr>
          <w:i/>
          <w:sz w:val="16"/>
        </w:rPr>
        <w:t>Hierarchy of Controls Priority: Elimination  ➔  Substitution  ➔  Engineering Controls  ➔  Administrative Controls  ➔  PPE</w:t>
      </w:r>
      <w:r>
        <w:rPr>
          <w:i/>
          <w:sz w:val="16"/>
        </w:rPr>
        <w:br/>
        <w:t>Note: Always select higher-level controls before relying on administrative controls or PPE where reasonably practicable.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76"/>
        <w:gridCol w:w="3888"/>
        <w:gridCol w:w="2160"/>
        <w:gridCol w:w="1584"/>
        <w:gridCol w:w="1152"/>
        <w:gridCol w:w="965"/>
      </w:tblGrid>
      <w:tr w:rsidR="00336267" w14:paraId="3DDAA202" w14:textId="77777777">
        <w:trPr>
          <w:cantSplit/>
          <w:tblHeader/>
          <w:jc w:val="center"/>
        </w:trPr>
        <w:tc>
          <w:tcPr>
            <w:tcW w:w="576" w:type="dxa"/>
            <w:shd w:val="clear" w:color="auto" w:fill="E6ECF2"/>
          </w:tcPr>
          <w:p w14:paraId="41C5C709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No.</w:t>
            </w:r>
          </w:p>
        </w:tc>
        <w:tc>
          <w:tcPr>
            <w:tcW w:w="3888" w:type="dxa"/>
            <w:shd w:val="clear" w:color="auto" w:fill="E6ECF2"/>
          </w:tcPr>
          <w:p w14:paraId="5B718081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Additional Control Action Required</w:t>
            </w:r>
          </w:p>
        </w:tc>
        <w:tc>
          <w:tcPr>
            <w:tcW w:w="2160" w:type="dxa"/>
            <w:shd w:val="clear" w:color="auto" w:fill="E6ECF2"/>
          </w:tcPr>
          <w:p w14:paraId="2C5BC5B5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Control Type / Hierarchy Level</w:t>
            </w:r>
          </w:p>
        </w:tc>
        <w:tc>
          <w:tcPr>
            <w:tcW w:w="1584" w:type="dxa"/>
            <w:shd w:val="clear" w:color="auto" w:fill="E6ECF2"/>
          </w:tcPr>
          <w:p w14:paraId="57BC795C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Responsible Person</w:t>
            </w:r>
          </w:p>
        </w:tc>
        <w:tc>
          <w:tcPr>
            <w:tcW w:w="1152" w:type="dxa"/>
            <w:shd w:val="clear" w:color="auto" w:fill="E6ECF2"/>
          </w:tcPr>
          <w:p w14:paraId="748898A2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Target Date</w:t>
            </w:r>
          </w:p>
        </w:tc>
        <w:tc>
          <w:tcPr>
            <w:tcW w:w="965" w:type="dxa"/>
            <w:shd w:val="clear" w:color="auto" w:fill="E6ECF2"/>
          </w:tcPr>
          <w:p w14:paraId="3754735E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Status</w:t>
            </w:r>
          </w:p>
        </w:tc>
      </w:tr>
      <w:tr w:rsidR="00336267" w14:paraId="43FD6A74" w14:textId="77777777">
        <w:trPr>
          <w:cantSplit/>
          <w:jc w:val="center"/>
        </w:trPr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785FDCC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A663122" w14:textId="77777777" w:rsidR="00336267" w:rsidRDefault="00336267">
            <w:pPr>
              <w:spacing w:after="0"/>
            </w:pPr>
          </w:p>
        </w:tc>
        <w:tc>
          <w:tcPr>
            <w:tcW w:w="216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D77BDC3" w14:textId="77777777" w:rsidR="00336267" w:rsidRDefault="00336267">
            <w:pPr>
              <w:spacing w:after="0"/>
            </w:pPr>
          </w:p>
        </w:tc>
        <w:tc>
          <w:tcPr>
            <w:tcW w:w="1584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5B7EEED" w14:textId="77777777" w:rsidR="00336267" w:rsidRDefault="00336267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C55FB80" w14:textId="77777777" w:rsidR="00336267" w:rsidRDefault="00336267">
            <w:pPr>
              <w:spacing w:after="0"/>
            </w:pPr>
          </w:p>
        </w:tc>
        <w:tc>
          <w:tcPr>
            <w:tcW w:w="965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99E2BA6" w14:textId="77777777" w:rsidR="00336267" w:rsidRDefault="00000000">
            <w:pPr>
              <w:spacing w:after="0"/>
              <w:jc w:val="center"/>
            </w:pPr>
            <w:r>
              <w:rPr>
                <w:color w:val="969696"/>
                <w:sz w:val="15"/>
              </w:rPr>
              <w:t>Open</w:t>
            </w:r>
          </w:p>
        </w:tc>
      </w:tr>
      <w:tr w:rsidR="00336267" w14:paraId="5D9770ED" w14:textId="77777777">
        <w:trPr>
          <w:cantSplit/>
          <w:jc w:val="center"/>
        </w:trPr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BE9B463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FBA2868" w14:textId="77777777" w:rsidR="00336267" w:rsidRDefault="00336267">
            <w:pPr>
              <w:spacing w:after="0"/>
            </w:pPr>
          </w:p>
        </w:tc>
        <w:tc>
          <w:tcPr>
            <w:tcW w:w="216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3AD1418" w14:textId="77777777" w:rsidR="00336267" w:rsidRDefault="00336267">
            <w:pPr>
              <w:spacing w:after="0"/>
            </w:pPr>
          </w:p>
        </w:tc>
        <w:tc>
          <w:tcPr>
            <w:tcW w:w="1584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1E8AF5D" w14:textId="77777777" w:rsidR="00336267" w:rsidRDefault="00336267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69C6A0A" w14:textId="77777777" w:rsidR="00336267" w:rsidRDefault="00336267">
            <w:pPr>
              <w:spacing w:after="0"/>
            </w:pPr>
          </w:p>
        </w:tc>
        <w:tc>
          <w:tcPr>
            <w:tcW w:w="965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99CC0A7" w14:textId="77777777" w:rsidR="00336267" w:rsidRDefault="00000000">
            <w:pPr>
              <w:spacing w:after="0"/>
              <w:jc w:val="center"/>
            </w:pPr>
            <w:r>
              <w:rPr>
                <w:color w:val="969696"/>
                <w:sz w:val="15"/>
              </w:rPr>
              <w:t>Open</w:t>
            </w:r>
          </w:p>
        </w:tc>
      </w:tr>
      <w:tr w:rsidR="00336267" w14:paraId="350687E6" w14:textId="77777777">
        <w:trPr>
          <w:cantSplit/>
          <w:jc w:val="center"/>
        </w:trPr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5D41F06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5B6E460" w14:textId="77777777" w:rsidR="00336267" w:rsidRDefault="00336267">
            <w:pPr>
              <w:spacing w:after="0"/>
            </w:pPr>
          </w:p>
        </w:tc>
        <w:tc>
          <w:tcPr>
            <w:tcW w:w="216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463FD62" w14:textId="77777777" w:rsidR="00336267" w:rsidRDefault="00336267">
            <w:pPr>
              <w:spacing w:after="0"/>
            </w:pPr>
          </w:p>
        </w:tc>
        <w:tc>
          <w:tcPr>
            <w:tcW w:w="1584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AFC6F85" w14:textId="77777777" w:rsidR="00336267" w:rsidRDefault="00336267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14F0FC4" w14:textId="77777777" w:rsidR="00336267" w:rsidRDefault="00336267">
            <w:pPr>
              <w:spacing w:after="0"/>
            </w:pPr>
          </w:p>
        </w:tc>
        <w:tc>
          <w:tcPr>
            <w:tcW w:w="965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11CB2DD" w14:textId="77777777" w:rsidR="00336267" w:rsidRDefault="00000000">
            <w:pPr>
              <w:spacing w:after="0"/>
              <w:jc w:val="center"/>
            </w:pPr>
            <w:r>
              <w:rPr>
                <w:color w:val="969696"/>
                <w:sz w:val="15"/>
              </w:rPr>
              <w:t>Open</w:t>
            </w:r>
          </w:p>
        </w:tc>
      </w:tr>
      <w:tr w:rsidR="00336267" w14:paraId="5014EEF2" w14:textId="77777777">
        <w:trPr>
          <w:cantSplit/>
          <w:jc w:val="center"/>
        </w:trPr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698648F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F56B245" w14:textId="77777777" w:rsidR="00336267" w:rsidRDefault="00336267">
            <w:pPr>
              <w:spacing w:after="0"/>
            </w:pPr>
          </w:p>
        </w:tc>
        <w:tc>
          <w:tcPr>
            <w:tcW w:w="216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C01BF42" w14:textId="77777777" w:rsidR="00336267" w:rsidRDefault="00336267">
            <w:pPr>
              <w:spacing w:after="0"/>
            </w:pPr>
          </w:p>
        </w:tc>
        <w:tc>
          <w:tcPr>
            <w:tcW w:w="1584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A1317AC" w14:textId="77777777" w:rsidR="00336267" w:rsidRDefault="00336267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9801361" w14:textId="77777777" w:rsidR="00336267" w:rsidRDefault="00336267">
            <w:pPr>
              <w:spacing w:after="0"/>
            </w:pPr>
          </w:p>
        </w:tc>
        <w:tc>
          <w:tcPr>
            <w:tcW w:w="965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1742750" w14:textId="77777777" w:rsidR="00336267" w:rsidRDefault="00000000">
            <w:pPr>
              <w:spacing w:after="0"/>
              <w:jc w:val="center"/>
            </w:pPr>
            <w:r>
              <w:rPr>
                <w:color w:val="969696"/>
                <w:sz w:val="15"/>
              </w:rPr>
              <w:t>Open</w:t>
            </w:r>
          </w:p>
        </w:tc>
      </w:tr>
      <w:tr w:rsidR="00336267" w14:paraId="07CE8C98" w14:textId="77777777">
        <w:trPr>
          <w:cantSplit/>
          <w:jc w:val="center"/>
        </w:trPr>
        <w:tc>
          <w:tcPr>
            <w:tcW w:w="576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E1F8D4F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B7CEFE9" w14:textId="77777777" w:rsidR="00336267" w:rsidRDefault="00336267">
            <w:pPr>
              <w:spacing w:after="0"/>
            </w:pPr>
          </w:p>
        </w:tc>
        <w:tc>
          <w:tcPr>
            <w:tcW w:w="2160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30C79CF" w14:textId="77777777" w:rsidR="00336267" w:rsidRDefault="00336267">
            <w:pPr>
              <w:spacing w:after="0"/>
            </w:pPr>
          </w:p>
        </w:tc>
        <w:tc>
          <w:tcPr>
            <w:tcW w:w="1584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0A9F4EF" w14:textId="77777777" w:rsidR="00336267" w:rsidRDefault="00336267">
            <w:pPr>
              <w:spacing w:after="0"/>
            </w:pPr>
          </w:p>
        </w:tc>
        <w:tc>
          <w:tcPr>
            <w:tcW w:w="115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3263CAE" w14:textId="77777777" w:rsidR="00336267" w:rsidRDefault="00336267">
            <w:pPr>
              <w:spacing w:after="0"/>
            </w:pPr>
          </w:p>
        </w:tc>
        <w:tc>
          <w:tcPr>
            <w:tcW w:w="965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CF2C077" w14:textId="77777777" w:rsidR="00336267" w:rsidRDefault="00000000">
            <w:pPr>
              <w:spacing w:after="0"/>
              <w:jc w:val="center"/>
            </w:pPr>
            <w:r>
              <w:rPr>
                <w:color w:val="969696"/>
                <w:sz w:val="15"/>
              </w:rPr>
              <w:t>Open</w:t>
            </w:r>
          </w:p>
        </w:tc>
      </w:tr>
    </w:tbl>
    <w:p w14:paraId="19F46456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8. Significant &amp; Critical Risk Controls</w:t>
      </w:r>
    </w:p>
    <w:p w14:paraId="4FB9E4CC" w14:textId="77777777" w:rsidR="00336267" w:rsidRDefault="00000000">
      <w:pPr>
        <w:spacing w:after="80"/>
      </w:pPr>
      <w:r>
        <w:rPr>
          <w:b/>
          <w:sz w:val="17"/>
        </w:rPr>
        <w:t xml:space="preserve">Are any Significant or Critical Risks (Initial/Residual Score ≥ 10) identified?   </w:t>
      </w:r>
      <w:r>
        <w:rPr>
          <w:sz w:val="17"/>
        </w:rPr>
        <w:t>☐ YES    ☐ NO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592"/>
        <w:gridCol w:w="3888"/>
        <w:gridCol w:w="1728"/>
        <w:gridCol w:w="2117"/>
      </w:tblGrid>
      <w:tr w:rsidR="00336267" w14:paraId="1E5ABBBE" w14:textId="77777777">
        <w:trPr>
          <w:cantSplit/>
          <w:jc w:val="center"/>
        </w:trPr>
        <w:tc>
          <w:tcPr>
            <w:tcW w:w="2592" w:type="dxa"/>
            <w:shd w:val="clear" w:color="auto" w:fill="E6ECF2"/>
          </w:tcPr>
          <w:p w14:paraId="298B50BC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Hazard / Risk Item</w:t>
            </w:r>
          </w:p>
        </w:tc>
        <w:tc>
          <w:tcPr>
            <w:tcW w:w="3888" w:type="dxa"/>
            <w:shd w:val="clear" w:color="auto" w:fill="E6ECF2"/>
          </w:tcPr>
          <w:p w14:paraId="60A501FB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Required Critical Controls</w:t>
            </w:r>
          </w:p>
        </w:tc>
        <w:tc>
          <w:tcPr>
            <w:tcW w:w="1728" w:type="dxa"/>
            <w:shd w:val="clear" w:color="auto" w:fill="E6ECF2"/>
          </w:tcPr>
          <w:p w14:paraId="3549D12D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Responsible Person</w:t>
            </w:r>
          </w:p>
        </w:tc>
        <w:tc>
          <w:tcPr>
            <w:tcW w:w="2117" w:type="dxa"/>
            <w:shd w:val="clear" w:color="auto" w:fill="E6ECF2"/>
          </w:tcPr>
          <w:p w14:paraId="6BEA80C3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Verification Method</w:t>
            </w:r>
          </w:p>
        </w:tc>
      </w:tr>
      <w:tr w:rsidR="00336267" w14:paraId="5CBC780F" w14:textId="77777777">
        <w:trPr>
          <w:cantSplit/>
          <w:jc w:val="center"/>
        </w:trPr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9E12817" w14:textId="77777777" w:rsidR="00336267" w:rsidRDefault="00336267">
            <w:pPr>
              <w:spacing w:after="0"/>
            </w:pP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DCBB971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B962201" w14:textId="77777777" w:rsidR="00336267" w:rsidRDefault="00336267">
            <w:pPr>
              <w:spacing w:after="0"/>
            </w:pPr>
          </w:p>
        </w:tc>
        <w:tc>
          <w:tcPr>
            <w:tcW w:w="2117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9A3673E" w14:textId="77777777" w:rsidR="00336267" w:rsidRDefault="00336267">
            <w:pPr>
              <w:spacing w:after="0"/>
            </w:pPr>
          </w:p>
        </w:tc>
      </w:tr>
      <w:tr w:rsidR="00336267" w14:paraId="4B2FB233" w14:textId="77777777">
        <w:trPr>
          <w:cantSplit/>
          <w:jc w:val="center"/>
        </w:trPr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556BCAD" w14:textId="77777777" w:rsidR="00336267" w:rsidRDefault="00336267">
            <w:pPr>
              <w:spacing w:after="0"/>
            </w:pP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B9121E6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9CE415A" w14:textId="77777777" w:rsidR="00336267" w:rsidRDefault="00336267">
            <w:pPr>
              <w:spacing w:after="0"/>
            </w:pPr>
          </w:p>
        </w:tc>
        <w:tc>
          <w:tcPr>
            <w:tcW w:w="2117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8AE20DD" w14:textId="77777777" w:rsidR="00336267" w:rsidRDefault="00336267">
            <w:pPr>
              <w:spacing w:after="0"/>
            </w:pPr>
          </w:p>
        </w:tc>
      </w:tr>
      <w:tr w:rsidR="00336267" w14:paraId="4013E939" w14:textId="77777777">
        <w:trPr>
          <w:cantSplit/>
          <w:jc w:val="center"/>
        </w:trPr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FD4285D" w14:textId="77777777" w:rsidR="00336267" w:rsidRDefault="00336267">
            <w:pPr>
              <w:spacing w:after="0"/>
            </w:pPr>
          </w:p>
        </w:tc>
        <w:tc>
          <w:tcPr>
            <w:tcW w:w="388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91D6FD3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957A4D4" w14:textId="77777777" w:rsidR="00336267" w:rsidRDefault="00336267">
            <w:pPr>
              <w:spacing w:after="0"/>
            </w:pPr>
          </w:p>
        </w:tc>
        <w:tc>
          <w:tcPr>
            <w:tcW w:w="2117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25B352D" w14:textId="77777777" w:rsidR="00336267" w:rsidRDefault="00336267">
            <w:pPr>
              <w:spacing w:after="0"/>
            </w:pPr>
          </w:p>
        </w:tc>
      </w:tr>
    </w:tbl>
    <w:p w14:paraId="56E6FC6F" w14:textId="77777777" w:rsidR="00336267" w:rsidRDefault="00000000">
      <w:pPr>
        <w:spacing w:before="80" w:after="40"/>
      </w:pPr>
      <w:r>
        <w:rPr>
          <w:b/>
          <w:sz w:val="17"/>
        </w:rPr>
        <w:t>Critical Control Monitoring &amp; Oversight Requirements:</w:t>
      </w:r>
      <w:r>
        <w:rPr>
          <w:b/>
          <w:sz w:val="17"/>
        </w:rPr>
        <w:br/>
      </w:r>
      <w:r>
        <w:rPr>
          <w:i/>
          <w:sz w:val="16"/>
        </w:rPr>
        <w:t>[ Detail pre-start checks, stop-work triggers, required supervisory oversight, or hold points ]</w:t>
      </w:r>
      <w:r>
        <w:rPr>
          <w:i/>
          <w:sz w:val="16"/>
        </w:rPr>
        <w:br/>
      </w:r>
      <w:r>
        <w:rPr>
          <w:i/>
          <w:sz w:val="16"/>
        </w:rPr>
        <w:br/>
      </w:r>
    </w:p>
    <w:p w14:paraId="766F0829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lastRenderedPageBreak/>
        <w:t>9. Emergency Response &amp; Environmental Controls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155"/>
        <w:gridCol w:w="5155"/>
      </w:tblGrid>
      <w:tr w:rsidR="00336267" w14:paraId="175CF42A" w14:textId="77777777">
        <w:trPr>
          <w:jc w:val="center"/>
        </w:trPr>
        <w:tc>
          <w:tcPr>
            <w:tcW w:w="5155" w:type="dxa"/>
            <w:shd w:val="clear" w:color="auto" w:fill="E6ECF2"/>
          </w:tcPr>
          <w:p w14:paraId="1C9904EF" w14:textId="77777777" w:rsidR="00336267" w:rsidRDefault="00000000">
            <w:r>
              <w:rPr>
                <w:b/>
                <w:color w:val="003366"/>
                <w:sz w:val="17"/>
              </w:rPr>
              <w:t>Emergency Response Considerations</w:t>
            </w:r>
          </w:p>
        </w:tc>
        <w:tc>
          <w:tcPr>
            <w:tcW w:w="5155" w:type="dxa"/>
            <w:shd w:val="clear" w:color="auto" w:fill="E6ECF2"/>
          </w:tcPr>
          <w:p w14:paraId="355EF800" w14:textId="77777777" w:rsidR="00336267" w:rsidRDefault="00000000">
            <w:r>
              <w:rPr>
                <w:b/>
                <w:color w:val="003366"/>
                <w:sz w:val="17"/>
              </w:rPr>
              <w:t>Environmental Impact Checklist &amp; Controls</w:t>
            </w:r>
          </w:p>
        </w:tc>
      </w:tr>
      <w:tr w:rsidR="00336267" w14:paraId="3660A316" w14:textId="77777777">
        <w:trPr>
          <w:jc w:val="center"/>
        </w:trPr>
        <w:tc>
          <w:tcPr>
            <w:tcW w:w="509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0FB2C4" w14:textId="77777777" w:rsidR="00336267" w:rsidRDefault="00000000">
            <w:pPr>
              <w:spacing w:after="40"/>
            </w:pPr>
            <w:r>
              <w:rPr>
                <w:sz w:val="16"/>
              </w:rPr>
              <w:t>☐ First Aid Arrangements &amp; Supplies</w:t>
            </w:r>
            <w:r>
              <w:rPr>
                <w:sz w:val="16"/>
              </w:rPr>
              <w:br/>
              <w:t>☐ Emergency Communication Method</w:t>
            </w:r>
            <w:r>
              <w:rPr>
                <w:sz w:val="16"/>
              </w:rPr>
              <w:br/>
              <w:t>☐ Emergency Equipment (Fire, Rescue)</w:t>
            </w:r>
            <w:r>
              <w:rPr>
                <w:sz w:val="16"/>
              </w:rPr>
              <w:br/>
              <w:t>☐ Access / Egress Maintenance</w:t>
            </w:r>
            <w:r>
              <w:rPr>
                <w:sz w:val="16"/>
              </w:rPr>
              <w:br/>
              <w:t>☐ Evacuation Plan &amp; Assembly Point</w:t>
            </w:r>
            <w:r>
              <w:rPr>
                <w:sz w:val="16"/>
              </w:rPr>
              <w:br/>
              <w:t>☐ Spill Kit / Containment Ready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Task-Specific Emergency Arrangements:</w:t>
            </w:r>
            <w:r>
              <w:rPr>
                <w:b/>
              </w:rPr>
              <w:br/>
            </w:r>
            <w:r>
              <w:rPr>
                <w:i/>
              </w:rPr>
              <w:t>[ Specify emergency roles, rescue plans, or specialized equipment required ]</w:t>
            </w:r>
            <w:r>
              <w:rPr>
                <w:i/>
              </w:rPr>
              <w:br/>
            </w:r>
          </w:p>
        </w:tc>
        <w:tc>
          <w:tcPr>
            <w:tcW w:w="509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49FC4B" w14:textId="77777777" w:rsidR="00336267" w:rsidRDefault="00000000">
            <w:pPr>
              <w:spacing w:after="40"/>
            </w:pPr>
            <w:r>
              <w:rPr>
                <w:sz w:val="16"/>
              </w:rPr>
              <w:t>☐ Waste Generation / Disposal</w:t>
            </w:r>
            <w:r>
              <w:rPr>
                <w:sz w:val="16"/>
              </w:rPr>
              <w:br/>
              <w:t>☐ Chemical / Fuel Spill Risk</w:t>
            </w:r>
            <w:r>
              <w:rPr>
                <w:sz w:val="16"/>
              </w:rPr>
              <w:br/>
              <w:t>☐ Air / Dust Emissions</w:t>
            </w:r>
            <w:r>
              <w:rPr>
                <w:sz w:val="16"/>
              </w:rPr>
              <w:br/>
              <w:t>☐ Noise &amp; Vibration Impact</w:t>
            </w:r>
            <w:r>
              <w:rPr>
                <w:sz w:val="16"/>
              </w:rPr>
              <w:br/>
              <w:t>☐ Water / Drainage Protection</w:t>
            </w:r>
            <w:r>
              <w:rPr>
                <w:sz w:val="16"/>
              </w:rPr>
              <w:br/>
              <w:t>☐ Wildlife / Vegetation Protection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Environmental Controls &amp; Requirements:</w:t>
            </w:r>
            <w:r>
              <w:rPr>
                <w:b/>
              </w:rPr>
              <w:br/>
            </w:r>
            <w:r>
              <w:rPr>
                <w:i/>
              </w:rPr>
              <w:t>[ Specify bunding, drip trays, waste disposal routes, or suppression methods ]</w:t>
            </w:r>
            <w:r>
              <w:rPr>
                <w:i/>
              </w:rPr>
              <w:br/>
            </w:r>
          </w:p>
        </w:tc>
      </w:tr>
    </w:tbl>
    <w:p w14:paraId="345D54AA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10. Monitoring, Review Triggers &amp; Approvals</w:t>
      </w:r>
    </w:p>
    <w:p w14:paraId="7B85D725" w14:textId="77777777" w:rsidR="00336267" w:rsidRDefault="00000000">
      <w:pPr>
        <w:spacing w:after="80"/>
      </w:pPr>
      <w:r>
        <w:rPr>
          <w:b/>
          <w:sz w:val="17"/>
        </w:rPr>
        <w:t xml:space="preserve">Monitoring Methods: </w:t>
      </w:r>
      <w:r>
        <w:rPr>
          <w:sz w:val="16"/>
        </w:rPr>
        <w:t>☐ Workplace Inspection  ☐ Supervisor Observation  ☐ HSE Audit  ☐ Permit Verification  ☐ Equipment Check</w:t>
      </w:r>
    </w:p>
    <w:p w14:paraId="589B9B07" w14:textId="77777777" w:rsidR="00336267" w:rsidRDefault="00000000">
      <w:pPr>
        <w:spacing w:after="80"/>
      </w:pPr>
      <w:r>
        <w:rPr>
          <w:b/>
          <w:sz w:val="17"/>
        </w:rPr>
        <w:t xml:space="preserve">Review Triggers: </w:t>
      </w:r>
      <w:r>
        <w:rPr>
          <w:i/>
          <w:sz w:val="16"/>
        </w:rPr>
        <w:t>This assessment MUST be reviewed upon: Significant process/scope change | New equipment/substance | Following incident/near miss | Ineffective control identified | Regulatory change | Periodic review date.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592"/>
        <w:gridCol w:w="3168"/>
        <w:gridCol w:w="2592"/>
        <w:gridCol w:w="1973"/>
      </w:tblGrid>
      <w:tr w:rsidR="00336267" w14:paraId="0711E544" w14:textId="77777777">
        <w:trPr>
          <w:cantSplit/>
          <w:jc w:val="center"/>
        </w:trPr>
        <w:tc>
          <w:tcPr>
            <w:tcW w:w="2592" w:type="dxa"/>
            <w:shd w:val="clear" w:color="auto" w:fill="E6ECF2"/>
          </w:tcPr>
          <w:p w14:paraId="64974DA8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Approval Role</w:t>
            </w:r>
          </w:p>
        </w:tc>
        <w:tc>
          <w:tcPr>
            <w:tcW w:w="3168" w:type="dxa"/>
            <w:shd w:val="clear" w:color="auto" w:fill="E6ECF2"/>
          </w:tcPr>
          <w:p w14:paraId="1B8B1860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Name</w:t>
            </w:r>
          </w:p>
        </w:tc>
        <w:tc>
          <w:tcPr>
            <w:tcW w:w="2592" w:type="dxa"/>
            <w:shd w:val="clear" w:color="auto" w:fill="E6ECF2"/>
          </w:tcPr>
          <w:p w14:paraId="4232D565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Signature</w:t>
            </w:r>
          </w:p>
        </w:tc>
        <w:tc>
          <w:tcPr>
            <w:tcW w:w="1973" w:type="dxa"/>
            <w:shd w:val="clear" w:color="auto" w:fill="E6ECF2"/>
          </w:tcPr>
          <w:p w14:paraId="33315836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Date</w:t>
            </w:r>
          </w:p>
        </w:tc>
      </w:tr>
      <w:tr w:rsidR="00336267" w14:paraId="1C8A5F90" w14:textId="77777777">
        <w:trPr>
          <w:cantSplit/>
          <w:jc w:val="center"/>
        </w:trPr>
        <w:tc>
          <w:tcPr>
            <w:tcW w:w="2592" w:type="dxa"/>
          </w:tcPr>
          <w:p w14:paraId="5495066B" w14:textId="77777777" w:rsidR="00336267" w:rsidRDefault="00000000">
            <w:pPr>
              <w:spacing w:after="0"/>
            </w:pPr>
            <w:r>
              <w:rPr>
                <w:b/>
                <w:sz w:val="16"/>
              </w:rPr>
              <w:t>Assessment Prepared By:</w:t>
            </w:r>
          </w:p>
        </w:tc>
        <w:tc>
          <w:tcPr>
            <w:tcW w:w="316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42410DB" w14:textId="77777777" w:rsidR="00336267" w:rsidRDefault="00336267">
            <w:pPr>
              <w:spacing w:after="0"/>
            </w:pPr>
          </w:p>
        </w:tc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6A7A788" w14:textId="77777777" w:rsidR="00336267" w:rsidRDefault="00336267">
            <w:pPr>
              <w:spacing w:after="0"/>
            </w:pPr>
          </w:p>
        </w:tc>
        <w:tc>
          <w:tcPr>
            <w:tcW w:w="1973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8D2DD8F" w14:textId="77777777" w:rsidR="00336267" w:rsidRDefault="00336267">
            <w:pPr>
              <w:spacing w:after="0"/>
            </w:pPr>
          </w:p>
        </w:tc>
      </w:tr>
      <w:tr w:rsidR="00336267" w14:paraId="70D2AE04" w14:textId="77777777">
        <w:trPr>
          <w:cantSplit/>
          <w:jc w:val="center"/>
        </w:trPr>
        <w:tc>
          <w:tcPr>
            <w:tcW w:w="2592" w:type="dxa"/>
          </w:tcPr>
          <w:p w14:paraId="0380DC07" w14:textId="77777777" w:rsidR="00336267" w:rsidRDefault="00000000">
            <w:pPr>
              <w:spacing w:after="0"/>
            </w:pPr>
            <w:r>
              <w:rPr>
                <w:b/>
                <w:sz w:val="16"/>
              </w:rPr>
              <w:t>Activity / Area Supervisor:</w:t>
            </w:r>
          </w:p>
        </w:tc>
        <w:tc>
          <w:tcPr>
            <w:tcW w:w="316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1859B50" w14:textId="77777777" w:rsidR="00336267" w:rsidRDefault="00336267">
            <w:pPr>
              <w:spacing w:after="0"/>
            </w:pPr>
          </w:p>
        </w:tc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DA40A53" w14:textId="77777777" w:rsidR="00336267" w:rsidRDefault="00336267">
            <w:pPr>
              <w:spacing w:after="0"/>
            </w:pPr>
          </w:p>
        </w:tc>
        <w:tc>
          <w:tcPr>
            <w:tcW w:w="1973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92D1030" w14:textId="77777777" w:rsidR="00336267" w:rsidRDefault="00336267">
            <w:pPr>
              <w:spacing w:after="0"/>
            </w:pPr>
          </w:p>
        </w:tc>
      </w:tr>
      <w:tr w:rsidR="00336267" w14:paraId="702DDEA6" w14:textId="77777777">
        <w:trPr>
          <w:cantSplit/>
          <w:jc w:val="center"/>
        </w:trPr>
        <w:tc>
          <w:tcPr>
            <w:tcW w:w="2592" w:type="dxa"/>
          </w:tcPr>
          <w:p w14:paraId="5D6AD294" w14:textId="77777777" w:rsidR="00336267" w:rsidRDefault="00000000">
            <w:pPr>
              <w:spacing w:after="0"/>
            </w:pPr>
            <w:r>
              <w:rPr>
                <w:b/>
                <w:sz w:val="16"/>
              </w:rPr>
              <w:t>HSE Reviewer / Specialist:</w:t>
            </w:r>
          </w:p>
        </w:tc>
        <w:tc>
          <w:tcPr>
            <w:tcW w:w="316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61D4CCF" w14:textId="77777777" w:rsidR="00336267" w:rsidRDefault="00336267">
            <w:pPr>
              <w:spacing w:after="0"/>
            </w:pPr>
          </w:p>
        </w:tc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D188143" w14:textId="77777777" w:rsidR="00336267" w:rsidRDefault="00336267">
            <w:pPr>
              <w:spacing w:after="0"/>
            </w:pPr>
          </w:p>
        </w:tc>
        <w:tc>
          <w:tcPr>
            <w:tcW w:w="1973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0239593" w14:textId="77777777" w:rsidR="00336267" w:rsidRDefault="00336267">
            <w:pPr>
              <w:spacing w:after="0"/>
            </w:pPr>
          </w:p>
        </w:tc>
      </w:tr>
      <w:tr w:rsidR="00336267" w14:paraId="6C87E2FA" w14:textId="77777777">
        <w:trPr>
          <w:cantSplit/>
          <w:jc w:val="center"/>
        </w:trPr>
        <w:tc>
          <w:tcPr>
            <w:tcW w:w="2592" w:type="dxa"/>
          </w:tcPr>
          <w:p w14:paraId="2AC373A1" w14:textId="77777777" w:rsidR="00336267" w:rsidRDefault="00000000">
            <w:pPr>
              <w:spacing w:after="0"/>
            </w:pPr>
            <w:r>
              <w:rPr>
                <w:b/>
                <w:sz w:val="16"/>
              </w:rPr>
              <w:t>Management / Authorized Person:</w:t>
            </w:r>
          </w:p>
        </w:tc>
        <w:tc>
          <w:tcPr>
            <w:tcW w:w="3168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737A9F4" w14:textId="77777777" w:rsidR="00336267" w:rsidRDefault="00336267">
            <w:pPr>
              <w:spacing w:after="0"/>
            </w:pPr>
          </w:p>
        </w:tc>
        <w:tc>
          <w:tcPr>
            <w:tcW w:w="2592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D7FAD8A" w14:textId="77777777" w:rsidR="00336267" w:rsidRDefault="00336267">
            <w:pPr>
              <w:spacing w:after="0"/>
            </w:pPr>
          </w:p>
        </w:tc>
        <w:tc>
          <w:tcPr>
            <w:tcW w:w="1973" w:type="dxa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6314DF1" w14:textId="77777777" w:rsidR="00336267" w:rsidRDefault="00336267">
            <w:pPr>
              <w:spacing w:after="0"/>
            </w:pPr>
          </w:p>
        </w:tc>
      </w:tr>
    </w:tbl>
    <w:p w14:paraId="341B7526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11. Worker &amp; Stakeholder Briefing Record</w:t>
      </w:r>
    </w:p>
    <w:p w14:paraId="1C6A150A" w14:textId="77777777" w:rsidR="00336267" w:rsidRDefault="00000000">
      <w:pPr>
        <w:spacing w:after="80"/>
      </w:pPr>
      <w:r>
        <w:rPr>
          <w:i/>
          <w:sz w:val="16"/>
        </w:rPr>
        <w:t>I acknowledge that I have been briefed on the hazards, risk controls, emergency procedures, and safety requirements associated with this risk assessment.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76"/>
        <w:gridCol w:w="3456"/>
        <w:gridCol w:w="3168"/>
        <w:gridCol w:w="1728"/>
        <w:gridCol w:w="1397"/>
      </w:tblGrid>
      <w:tr w:rsidR="00336267" w14:paraId="034165A9" w14:textId="77777777">
        <w:trPr>
          <w:cantSplit/>
          <w:tblHeader/>
          <w:jc w:val="center"/>
        </w:trPr>
        <w:tc>
          <w:tcPr>
            <w:tcW w:w="576" w:type="dxa"/>
            <w:shd w:val="clear" w:color="auto" w:fill="E6ECF2"/>
          </w:tcPr>
          <w:p w14:paraId="2CB5D921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No.</w:t>
            </w:r>
          </w:p>
        </w:tc>
        <w:tc>
          <w:tcPr>
            <w:tcW w:w="3456" w:type="dxa"/>
            <w:shd w:val="clear" w:color="auto" w:fill="E6ECF2"/>
          </w:tcPr>
          <w:p w14:paraId="57579F2E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Worker / Attendee Name</w:t>
            </w:r>
          </w:p>
        </w:tc>
        <w:tc>
          <w:tcPr>
            <w:tcW w:w="3168" w:type="dxa"/>
            <w:shd w:val="clear" w:color="auto" w:fill="E6ECF2"/>
          </w:tcPr>
          <w:p w14:paraId="57827988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Position / Company</w:t>
            </w:r>
          </w:p>
        </w:tc>
        <w:tc>
          <w:tcPr>
            <w:tcW w:w="1728" w:type="dxa"/>
            <w:shd w:val="clear" w:color="auto" w:fill="E6ECF2"/>
          </w:tcPr>
          <w:p w14:paraId="437D3DBC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Signature / Initials</w:t>
            </w:r>
          </w:p>
        </w:tc>
        <w:tc>
          <w:tcPr>
            <w:tcW w:w="1397" w:type="dxa"/>
            <w:shd w:val="clear" w:color="auto" w:fill="E6ECF2"/>
          </w:tcPr>
          <w:p w14:paraId="36B61B48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Date Briefed</w:t>
            </w:r>
          </w:p>
        </w:tc>
      </w:tr>
      <w:tr w:rsidR="00336267" w14:paraId="7D3805E7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EE5C953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069798D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969057D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D04827F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10F262B" w14:textId="77777777" w:rsidR="00336267" w:rsidRDefault="00336267">
            <w:pPr>
              <w:spacing w:after="0"/>
            </w:pPr>
          </w:p>
        </w:tc>
      </w:tr>
      <w:tr w:rsidR="00336267" w14:paraId="47C453D3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947574A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0ECB322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3A105DB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36A689F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43C48DE" w14:textId="77777777" w:rsidR="00336267" w:rsidRDefault="00336267">
            <w:pPr>
              <w:spacing w:after="0"/>
            </w:pPr>
          </w:p>
        </w:tc>
      </w:tr>
      <w:tr w:rsidR="00336267" w14:paraId="3F0858DA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1D0A423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C35AE6D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2717206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53035A3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5865F71" w14:textId="77777777" w:rsidR="00336267" w:rsidRDefault="00336267">
            <w:pPr>
              <w:spacing w:after="0"/>
            </w:pPr>
          </w:p>
        </w:tc>
      </w:tr>
      <w:tr w:rsidR="00336267" w14:paraId="5BC58C3B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E458521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C1105FA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41F0A23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5D48AAD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5D8DDE6" w14:textId="77777777" w:rsidR="00336267" w:rsidRDefault="00336267">
            <w:pPr>
              <w:spacing w:after="0"/>
            </w:pPr>
          </w:p>
        </w:tc>
      </w:tr>
      <w:tr w:rsidR="00336267" w14:paraId="03B84EEC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4A19ECE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75629D8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F8FF141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026FD6B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2D4AB32" w14:textId="77777777" w:rsidR="00336267" w:rsidRDefault="00336267">
            <w:pPr>
              <w:spacing w:after="0"/>
            </w:pPr>
          </w:p>
        </w:tc>
      </w:tr>
      <w:tr w:rsidR="00336267" w14:paraId="50AEE4B6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0B85839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B1D6E27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317BA24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04CC71B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C7F09FD" w14:textId="77777777" w:rsidR="00336267" w:rsidRDefault="00336267">
            <w:pPr>
              <w:spacing w:after="0"/>
            </w:pPr>
          </w:p>
        </w:tc>
      </w:tr>
      <w:tr w:rsidR="00336267" w14:paraId="48C270A1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088EC03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FD31D61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11B20D3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8C731F7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CD4BF7A" w14:textId="77777777" w:rsidR="00336267" w:rsidRDefault="00336267">
            <w:pPr>
              <w:spacing w:after="0"/>
            </w:pPr>
          </w:p>
        </w:tc>
      </w:tr>
      <w:tr w:rsidR="00336267" w14:paraId="711AAEED" w14:textId="77777777">
        <w:trPr>
          <w:cantSplit/>
          <w:jc w:val="center"/>
        </w:trPr>
        <w:tc>
          <w:tcPr>
            <w:tcW w:w="57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667AB00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456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2180906" w14:textId="77777777" w:rsidR="00336267" w:rsidRDefault="00336267">
            <w:pPr>
              <w:spacing w:after="0"/>
            </w:pPr>
          </w:p>
        </w:tc>
        <w:tc>
          <w:tcPr>
            <w:tcW w:w="316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F1F05D7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44300111" w14:textId="77777777" w:rsidR="00336267" w:rsidRDefault="00336267">
            <w:pPr>
              <w:spacing w:after="0"/>
            </w:pPr>
          </w:p>
        </w:tc>
        <w:tc>
          <w:tcPr>
            <w:tcW w:w="1397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0A5BB9A" w14:textId="77777777" w:rsidR="00336267" w:rsidRDefault="00336267">
            <w:pPr>
              <w:spacing w:after="0"/>
            </w:pPr>
          </w:p>
        </w:tc>
      </w:tr>
    </w:tbl>
    <w:p w14:paraId="27B5ABD7" w14:textId="77777777" w:rsidR="00336267" w:rsidRDefault="00000000">
      <w:pPr>
        <w:keepNext/>
        <w:pBdr>
          <w:bottom w:val="single" w:sz="6" w:space="2" w:color="003366"/>
        </w:pBdr>
        <w:spacing w:before="240" w:after="80"/>
      </w:pPr>
      <w:r>
        <w:rPr>
          <w:b/>
          <w:color w:val="003366"/>
          <w:sz w:val="22"/>
        </w:rPr>
        <w:t>12. Document Revision History &amp; Disclaimer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720"/>
        <w:gridCol w:w="1440"/>
        <w:gridCol w:w="4709"/>
        <w:gridCol w:w="1728"/>
        <w:gridCol w:w="1728"/>
      </w:tblGrid>
      <w:tr w:rsidR="00336267" w14:paraId="2369CBF4" w14:textId="77777777">
        <w:trPr>
          <w:cantSplit/>
          <w:jc w:val="center"/>
        </w:trPr>
        <w:tc>
          <w:tcPr>
            <w:tcW w:w="720" w:type="dxa"/>
            <w:shd w:val="clear" w:color="auto" w:fill="E6ECF2"/>
          </w:tcPr>
          <w:p w14:paraId="7F8E3224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Rev</w:t>
            </w:r>
          </w:p>
        </w:tc>
        <w:tc>
          <w:tcPr>
            <w:tcW w:w="1440" w:type="dxa"/>
            <w:shd w:val="clear" w:color="auto" w:fill="E6ECF2"/>
          </w:tcPr>
          <w:p w14:paraId="0D268385" w14:textId="77777777" w:rsidR="00336267" w:rsidRDefault="00000000">
            <w:pPr>
              <w:spacing w:after="0"/>
              <w:jc w:val="center"/>
            </w:pPr>
            <w:r>
              <w:rPr>
                <w:b/>
                <w:color w:val="003366"/>
                <w:sz w:val="16"/>
              </w:rPr>
              <w:t>Date</w:t>
            </w:r>
          </w:p>
        </w:tc>
        <w:tc>
          <w:tcPr>
            <w:tcW w:w="4709" w:type="dxa"/>
            <w:shd w:val="clear" w:color="auto" w:fill="E6ECF2"/>
          </w:tcPr>
          <w:p w14:paraId="19904349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Description of Change</w:t>
            </w:r>
          </w:p>
        </w:tc>
        <w:tc>
          <w:tcPr>
            <w:tcW w:w="1728" w:type="dxa"/>
            <w:shd w:val="clear" w:color="auto" w:fill="E6ECF2"/>
          </w:tcPr>
          <w:p w14:paraId="4E720350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Prepared By</w:t>
            </w:r>
          </w:p>
        </w:tc>
        <w:tc>
          <w:tcPr>
            <w:tcW w:w="1728" w:type="dxa"/>
            <w:shd w:val="clear" w:color="auto" w:fill="E6ECF2"/>
          </w:tcPr>
          <w:p w14:paraId="06F5EBF5" w14:textId="77777777" w:rsidR="00336267" w:rsidRDefault="00000000">
            <w:pPr>
              <w:spacing w:after="0"/>
            </w:pPr>
            <w:r>
              <w:rPr>
                <w:b/>
                <w:color w:val="003366"/>
                <w:sz w:val="16"/>
              </w:rPr>
              <w:t>Approved By</w:t>
            </w:r>
          </w:p>
        </w:tc>
      </w:tr>
      <w:tr w:rsidR="00336267" w14:paraId="236F6A5B" w14:textId="77777777">
        <w:trPr>
          <w:cantSplit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CC22117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00</w:t>
            </w:r>
          </w:p>
        </w:tc>
        <w:tc>
          <w:tcPr>
            <w:tcW w:w="144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2E7C33D7" w14:textId="77777777" w:rsidR="00336267" w:rsidRDefault="00000000">
            <w:pPr>
              <w:spacing w:after="0"/>
              <w:jc w:val="center"/>
            </w:pPr>
            <w:r>
              <w:rPr>
                <w:sz w:val="16"/>
              </w:rPr>
              <w:t>__________</w:t>
            </w:r>
          </w:p>
        </w:tc>
        <w:tc>
          <w:tcPr>
            <w:tcW w:w="4709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DDD99B1" w14:textId="77777777" w:rsidR="00336267" w:rsidRDefault="00000000">
            <w:pPr>
              <w:spacing w:after="0"/>
            </w:pPr>
            <w:r>
              <w:rPr>
                <w:sz w:val="16"/>
              </w:rPr>
              <w:t>Initial Issue for Project / Site Operations</w:t>
            </w: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95E0C4A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80A6FCA" w14:textId="77777777" w:rsidR="00336267" w:rsidRDefault="00336267">
            <w:pPr>
              <w:spacing w:after="0"/>
            </w:pPr>
          </w:p>
        </w:tc>
      </w:tr>
      <w:tr w:rsidR="00336267" w14:paraId="769DAF97" w14:textId="77777777">
        <w:trPr>
          <w:cantSplit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44FF3F6" w14:textId="77777777" w:rsidR="00336267" w:rsidRDefault="00336267">
            <w:pPr>
              <w:spacing w:after="0"/>
            </w:pPr>
          </w:p>
        </w:tc>
        <w:tc>
          <w:tcPr>
            <w:tcW w:w="144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A4EE21D" w14:textId="77777777" w:rsidR="00336267" w:rsidRDefault="00336267">
            <w:pPr>
              <w:spacing w:after="0"/>
            </w:pPr>
          </w:p>
        </w:tc>
        <w:tc>
          <w:tcPr>
            <w:tcW w:w="4709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0F45196D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8ED287C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6D371E98" w14:textId="77777777" w:rsidR="00336267" w:rsidRDefault="00336267">
            <w:pPr>
              <w:spacing w:after="0"/>
            </w:pPr>
          </w:p>
        </w:tc>
      </w:tr>
      <w:tr w:rsidR="00336267" w14:paraId="7F3753A3" w14:textId="77777777">
        <w:trPr>
          <w:cantSplit/>
          <w:jc w:val="center"/>
        </w:trPr>
        <w:tc>
          <w:tcPr>
            <w:tcW w:w="72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A663629" w14:textId="77777777" w:rsidR="00336267" w:rsidRDefault="00336267">
            <w:pPr>
              <w:spacing w:after="0"/>
            </w:pPr>
          </w:p>
        </w:tc>
        <w:tc>
          <w:tcPr>
            <w:tcW w:w="1440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5E387193" w14:textId="77777777" w:rsidR="00336267" w:rsidRDefault="00336267">
            <w:pPr>
              <w:spacing w:after="0"/>
            </w:pPr>
          </w:p>
        </w:tc>
        <w:tc>
          <w:tcPr>
            <w:tcW w:w="4709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3669F476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19D42777" w14:textId="77777777" w:rsidR="00336267" w:rsidRDefault="00336267">
            <w:pPr>
              <w:spacing w:after="0"/>
            </w:pPr>
          </w:p>
        </w:tc>
        <w:tc>
          <w:tcPr>
            <w:tcW w:w="1728" w:type="dxa"/>
            <w:tcMar>
              <w:top w:w="50" w:type="dxa"/>
              <w:left w:w="40" w:type="dxa"/>
              <w:bottom w:w="50" w:type="dxa"/>
              <w:right w:w="40" w:type="dxa"/>
            </w:tcMar>
          </w:tcPr>
          <w:p w14:paraId="7AFAB67A" w14:textId="77777777" w:rsidR="00336267" w:rsidRDefault="00336267">
            <w:pPr>
              <w:spacing w:after="0"/>
            </w:pPr>
          </w:p>
        </w:tc>
      </w:tr>
    </w:tbl>
    <w:p w14:paraId="08909505" w14:textId="77777777" w:rsidR="00336267" w:rsidRDefault="00000000">
      <w:pPr>
        <w:spacing w:before="160" w:after="0"/>
      </w:pPr>
      <w:r>
        <w:rPr>
          <w:i/>
          <w:color w:val="787878"/>
          <w:sz w:val="15"/>
        </w:rPr>
        <w:t>Disclaimer: This template is provided as a practical HSE management aid and should be reviewed and adapted to the organization's activities, applicable legal/regulatory requirements, contractual obligations, approved risk assessment methodology, and site-specific conditions. The assessment should be completed and reviewed by competent persons prior to formal operational use.</w:t>
      </w:r>
    </w:p>
    <w:sectPr w:rsidR="00336267" w:rsidSect="00034616">
      <w:pgSz w:w="11909" w:h="16834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3BE8" w14:textId="77777777" w:rsidR="00B46294" w:rsidRDefault="00B46294">
      <w:pPr>
        <w:spacing w:after="0" w:line="240" w:lineRule="auto"/>
      </w:pPr>
      <w:r>
        <w:separator/>
      </w:r>
    </w:p>
  </w:endnote>
  <w:endnote w:type="continuationSeparator" w:id="0">
    <w:p w14:paraId="77F87DD4" w14:textId="77777777" w:rsidR="00B46294" w:rsidRDefault="00B4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9C9B" w14:textId="77777777" w:rsidR="00CD5AFA" w:rsidRDefault="00CD5AFA" w:rsidP="00CD5AFA">
    <w:pPr>
      <w:pStyle w:val="Foo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  <w:p w14:paraId="1AA111AF" w14:textId="789C1D3A" w:rsidR="00CD5AFA" w:rsidRDefault="00CD5AFA" w:rsidP="00CD5AFA">
    <w:pPr>
      <w:pStyle w:val="Footer"/>
      <w:jc w:val="right"/>
    </w:pPr>
    <w:r>
      <w:rPr>
        <w:color w:val="7F7F7F"/>
        <w:sz w:val="17"/>
      </w:rPr>
      <w:t xml:space="preserve">THV-HSE-TMP-003 | Rev: 00 |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color w:val="7F7F7F"/>
        <w:sz w:val="17"/>
      </w:rPr>
      <w:t xml:space="preserve"> of </w:t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</w:p>
  <w:p w14:paraId="0516BA24" w14:textId="2CFA5524" w:rsidR="00336267" w:rsidRPr="00CD5AFA" w:rsidRDefault="00336267" w:rsidP="00CD5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5F32" w14:textId="77777777" w:rsidR="00B46294" w:rsidRDefault="00B46294">
      <w:pPr>
        <w:spacing w:after="0" w:line="240" w:lineRule="auto"/>
      </w:pPr>
      <w:r>
        <w:separator/>
      </w:r>
    </w:p>
  </w:footnote>
  <w:footnote w:type="continuationSeparator" w:id="0">
    <w:p w14:paraId="03E10DA7" w14:textId="77777777" w:rsidR="00B46294" w:rsidRDefault="00B4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7D35" w14:textId="31809BA9" w:rsidR="00CD5AFA" w:rsidRDefault="00CD5AF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E061A3" wp14:editId="225D54CA">
          <wp:simplePos x="0" y="0"/>
          <wp:positionH relativeFrom="column">
            <wp:posOffset>0</wp:posOffset>
          </wp:positionH>
          <wp:positionV relativeFrom="paragraph">
            <wp:posOffset>-419100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486491">
    <w:abstractNumId w:val="8"/>
  </w:num>
  <w:num w:numId="2" w16cid:durableId="785848213">
    <w:abstractNumId w:val="6"/>
  </w:num>
  <w:num w:numId="3" w16cid:durableId="1780644696">
    <w:abstractNumId w:val="5"/>
  </w:num>
  <w:num w:numId="4" w16cid:durableId="911624110">
    <w:abstractNumId w:val="4"/>
  </w:num>
  <w:num w:numId="5" w16cid:durableId="930049015">
    <w:abstractNumId w:val="7"/>
  </w:num>
  <w:num w:numId="6" w16cid:durableId="539168056">
    <w:abstractNumId w:val="3"/>
  </w:num>
  <w:num w:numId="7" w16cid:durableId="1540898467">
    <w:abstractNumId w:val="2"/>
  </w:num>
  <w:num w:numId="8" w16cid:durableId="1443652271">
    <w:abstractNumId w:val="1"/>
  </w:num>
  <w:num w:numId="9" w16cid:durableId="148701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28B5"/>
    <w:rsid w:val="00326F90"/>
    <w:rsid w:val="00336267"/>
    <w:rsid w:val="009C6C7D"/>
    <w:rsid w:val="00AA1D8D"/>
    <w:rsid w:val="00B46294"/>
    <w:rsid w:val="00B47730"/>
    <w:rsid w:val="00CB0664"/>
    <w:rsid w:val="00CD5AFA"/>
    <w:rsid w:val="00EE12F2"/>
    <w:rsid w:val="00F044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1BEE9A"/>
  <w14:defaultImageDpi w14:val="300"/>
  <w15:docId w15:val="{B82C65A9-08FA-44D5-9938-C3F979A9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3</cp:revision>
  <dcterms:created xsi:type="dcterms:W3CDTF">2013-12-23T23:15:00Z</dcterms:created>
  <dcterms:modified xsi:type="dcterms:W3CDTF">2026-08-13T10:53:00Z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402f1e04-085c-4551-ae72-0ce6e0076f94</vt:lpwstr>
  </property>
</Properties>
</file>