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36995" w14:textId="77777777" w:rsidR="00B06E58" w:rsidRDefault="00000000">
      <w:pPr>
        <w:spacing w:after="40"/>
        <w:jc w:val="center"/>
      </w:pPr>
      <w:r>
        <w:rPr>
          <w:b/>
          <w:color w:val="1F4E79"/>
          <w:sz w:val="32"/>
        </w:rPr>
        <w:t>JOB SAFETY ANALYSIS (JSA) FORM</w:t>
      </w:r>
    </w:p>
    <w:p w14:paraId="6B5662A0" w14:textId="77777777" w:rsidR="00B06E58" w:rsidRDefault="00000000">
      <w:pPr>
        <w:jc w:val="center"/>
      </w:pPr>
      <w:r>
        <w:rPr>
          <w:i/>
          <w:color w:val="595959"/>
        </w:rPr>
        <w:t>Pre-Task Risk Identification, Hazard Analysis &amp; Safe Work Control Plan</w:t>
      </w:r>
    </w:p>
    <w:tbl>
      <w:tblPr>
        <w:tblW w:w="0" w:type="auto"/>
        <w:jc w:val="center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2880"/>
        <w:gridCol w:w="2160"/>
        <w:gridCol w:w="1152"/>
        <w:gridCol w:w="1728"/>
        <w:gridCol w:w="2261"/>
      </w:tblGrid>
      <w:tr w:rsidR="00B06E58" w14:paraId="0B60AA65" w14:textId="77777777">
        <w:trPr>
          <w:trHeight w:val="280"/>
          <w:jc w:val="center"/>
        </w:trPr>
        <w:tc>
          <w:tcPr>
            <w:tcW w:w="288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128ABC" w14:textId="77777777" w:rsidR="00B06E58" w:rsidRDefault="00000000">
            <w:r>
              <w:rPr>
                <w:b/>
                <w:color w:val="1F4E79"/>
                <w:sz w:val="16"/>
              </w:rPr>
              <w:t>Document Title</w:t>
            </w:r>
          </w:p>
        </w:tc>
        <w:tc>
          <w:tcPr>
            <w:tcW w:w="216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613CD2" w14:textId="77777777" w:rsidR="00B06E58" w:rsidRDefault="00000000">
            <w:r>
              <w:rPr>
                <w:b/>
                <w:color w:val="1F4E79"/>
                <w:sz w:val="16"/>
              </w:rPr>
              <w:t>Document Reference</w:t>
            </w:r>
          </w:p>
        </w:tc>
        <w:tc>
          <w:tcPr>
            <w:tcW w:w="115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66F4C5" w14:textId="77777777" w:rsidR="00B06E58" w:rsidRDefault="00000000">
            <w:r>
              <w:rPr>
                <w:b/>
                <w:color w:val="1F4E79"/>
                <w:sz w:val="16"/>
              </w:rPr>
              <w:t>Revision</w:t>
            </w:r>
          </w:p>
        </w:tc>
        <w:tc>
          <w:tcPr>
            <w:tcW w:w="1728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C8F10C" w14:textId="77777777" w:rsidR="00B06E58" w:rsidRDefault="00000000">
            <w:r>
              <w:rPr>
                <w:b/>
                <w:color w:val="1F4E79"/>
                <w:sz w:val="16"/>
              </w:rPr>
              <w:t>Effective Date</w:t>
            </w:r>
          </w:p>
        </w:tc>
        <w:tc>
          <w:tcPr>
            <w:tcW w:w="2261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43E24" w14:textId="77777777" w:rsidR="00B06E58" w:rsidRDefault="00000000">
            <w:r>
              <w:rPr>
                <w:b/>
                <w:color w:val="1F4E79"/>
                <w:sz w:val="16"/>
              </w:rPr>
              <w:t>Page</w:t>
            </w:r>
          </w:p>
        </w:tc>
      </w:tr>
      <w:tr w:rsidR="00B06E58" w14:paraId="47AD5C63" w14:textId="77777777">
        <w:trPr>
          <w:trHeight w:val="32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75AAD4" w14:textId="77777777" w:rsidR="00B06E58" w:rsidRDefault="00000000">
            <w:r>
              <w:rPr>
                <w:sz w:val="17"/>
              </w:rPr>
              <w:t>Job Safety Analysis (JSA) Form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273B17" w14:textId="77777777" w:rsidR="00B06E58" w:rsidRDefault="00000000">
            <w:r>
              <w:rPr>
                <w:sz w:val="17"/>
              </w:rPr>
              <w:t>THV-HSE-TMP-002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12C469" w14:textId="77777777" w:rsidR="00B06E58" w:rsidRDefault="00000000">
            <w:r>
              <w:rPr>
                <w:sz w:val="17"/>
              </w:rPr>
              <w:t>00</w:t>
            </w:r>
          </w:p>
        </w:tc>
        <w:tc>
          <w:tcPr>
            <w:tcW w:w="172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05CEEE" w14:textId="77777777" w:rsidR="00B06E58" w:rsidRDefault="00B06E58"/>
        </w:tc>
        <w:tc>
          <w:tcPr>
            <w:tcW w:w="226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E051C2" w14:textId="06FE9B6D" w:rsidR="00B06E58" w:rsidRDefault="00000000">
            <w:r>
              <w:rPr>
                <w:sz w:val="17"/>
              </w:rPr>
              <w:t xml:space="preserve">Page </w:t>
            </w:r>
            <w:r w:rsidR="000A6B76">
              <w:rPr>
                <w:sz w:val="17"/>
              </w:rPr>
              <w:t>1</w:t>
            </w:r>
            <w:r>
              <w:rPr>
                <w:sz w:val="17"/>
              </w:rPr>
              <w:t xml:space="preserve"> of </w:t>
            </w:r>
            <w:r w:rsidR="000A6B76">
              <w:rPr>
                <w:sz w:val="17"/>
              </w:rPr>
              <w:t>6</w:t>
            </w:r>
          </w:p>
        </w:tc>
      </w:tr>
    </w:tbl>
    <w:p w14:paraId="60BE24CB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1. JSA IDENTIFICATION &amp; GENERAL DETAILS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872"/>
        <w:gridCol w:w="3218"/>
        <w:gridCol w:w="1872"/>
        <w:gridCol w:w="3218"/>
      </w:tblGrid>
      <w:tr w:rsidR="00B06E58" w14:paraId="1C00C162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966FFC" w14:textId="77777777" w:rsidR="00B06E58" w:rsidRDefault="00000000">
            <w:r>
              <w:rPr>
                <w:b/>
                <w:sz w:val="17"/>
              </w:rPr>
              <w:t>Project / Site: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531A80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2C4F07" w14:textId="77777777" w:rsidR="00B06E58" w:rsidRDefault="00000000">
            <w:r>
              <w:rPr>
                <w:b/>
                <w:sz w:val="17"/>
              </w:rPr>
              <w:t>Client / Organization: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E0B807" w14:textId="77777777" w:rsidR="00B06E58" w:rsidRDefault="00B06E58"/>
        </w:tc>
      </w:tr>
      <w:tr w:rsidR="00B06E58" w14:paraId="6E72A210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078219" w14:textId="77777777" w:rsidR="00B06E58" w:rsidRDefault="00000000">
            <w:r>
              <w:rPr>
                <w:b/>
                <w:sz w:val="17"/>
              </w:rPr>
              <w:t>Contractor / Company: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16ED73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A00B9F" w14:textId="77777777" w:rsidR="00B06E58" w:rsidRDefault="00000000">
            <w:r>
              <w:rPr>
                <w:b/>
                <w:sz w:val="17"/>
              </w:rPr>
              <w:t>Department / Work Area: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EAD176" w14:textId="77777777" w:rsidR="00B06E58" w:rsidRDefault="00B06E58"/>
        </w:tc>
      </w:tr>
      <w:tr w:rsidR="00B06E58" w14:paraId="18377993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C025F1" w14:textId="77777777" w:rsidR="00B06E58" w:rsidRDefault="00000000">
            <w:r>
              <w:rPr>
                <w:b/>
                <w:sz w:val="17"/>
              </w:rPr>
              <w:t>Exact Work Location: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7C5834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50B1EE" w14:textId="77777777" w:rsidR="00B06E58" w:rsidRDefault="00000000">
            <w:r>
              <w:rPr>
                <w:b/>
                <w:sz w:val="17"/>
              </w:rPr>
              <w:t>JSA Title / Task Name: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C6FF28" w14:textId="77777777" w:rsidR="00B06E58" w:rsidRDefault="00B06E58"/>
        </w:tc>
      </w:tr>
      <w:tr w:rsidR="00B06E58" w14:paraId="374EAA46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3FC04A" w14:textId="77777777" w:rsidR="00B06E58" w:rsidRDefault="00000000">
            <w:r>
              <w:rPr>
                <w:b/>
                <w:sz w:val="17"/>
              </w:rPr>
              <w:t>JSA Number: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C0A016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CA5796" w14:textId="77777777" w:rsidR="00B06E58" w:rsidRDefault="00000000">
            <w:r>
              <w:rPr>
                <w:b/>
                <w:sz w:val="17"/>
              </w:rPr>
              <w:t>Date Prepared: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8F0F67" w14:textId="77777777" w:rsidR="00B06E58" w:rsidRDefault="00B06E58"/>
        </w:tc>
      </w:tr>
      <w:tr w:rsidR="00B06E58" w14:paraId="3A7DFC90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E720AF" w14:textId="77777777" w:rsidR="00B06E58" w:rsidRDefault="00000000">
            <w:r>
              <w:rPr>
                <w:b/>
                <w:sz w:val="17"/>
              </w:rPr>
              <w:t>Planned Start Date: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DDD0EF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A5483A" w14:textId="77777777" w:rsidR="00B06E58" w:rsidRDefault="00000000">
            <w:r>
              <w:rPr>
                <w:b/>
                <w:sz w:val="17"/>
              </w:rPr>
              <w:t>Planned Completion Date: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D0A606" w14:textId="77777777" w:rsidR="00B06E58" w:rsidRDefault="00B06E58"/>
        </w:tc>
      </w:tr>
      <w:tr w:rsidR="00B06E58" w14:paraId="7DADB66E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4EE5A0" w14:textId="77777777" w:rsidR="00B06E58" w:rsidRDefault="00000000">
            <w:r>
              <w:rPr>
                <w:b/>
                <w:sz w:val="17"/>
              </w:rPr>
              <w:t>Work Shift: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CBDF47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416A74" w14:textId="77777777" w:rsidR="00B06E58" w:rsidRDefault="00000000">
            <w:r>
              <w:rPr>
                <w:b/>
                <w:sz w:val="17"/>
              </w:rPr>
              <w:t>Supervisor in Charge: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DBECE" w14:textId="77777777" w:rsidR="00B06E58" w:rsidRDefault="00B06E58"/>
        </w:tc>
      </w:tr>
      <w:tr w:rsidR="00B06E58" w14:paraId="39E1C775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3C92C0" w14:textId="77777777" w:rsidR="00B06E58" w:rsidRDefault="00000000">
            <w:r>
              <w:rPr>
                <w:b/>
                <w:sz w:val="17"/>
              </w:rPr>
              <w:t>JSA Prepared By: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67BBD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55A6AC" w14:textId="77777777" w:rsidR="00B06E58" w:rsidRDefault="00000000">
            <w:r>
              <w:rPr>
                <w:b/>
                <w:sz w:val="17"/>
              </w:rPr>
              <w:t>JSA Reviewed By: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E80A59" w14:textId="77777777" w:rsidR="00B06E58" w:rsidRDefault="00B06E58"/>
        </w:tc>
      </w:tr>
      <w:tr w:rsidR="00B06E58" w14:paraId="5E8C781E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ADA627" w14:textId="77777777" w:rsidR="00B06E58" w:rsidRDefault="00000000">
            <w:r>
              <w:rPr>
                <w:b/>
                <w:sz w:val="17"/>
              </w:rPr>
              <w:t>Related Permit / Auth: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CBE70F" w14:textId="77777777" w:rsidR="00B06E58" w:rsidRDefault="00B06E58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6BE976" w14:textId="77777777" w:rsidR="00B06E58" w:rsidRDefault="00000000">
            <w:r>
              <w:rPr>
                <w:b/>
                <w:sz w:val="17"/>
              </w:rPr>
              <w:t>Related Method Statement: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E84ADB" w14:textId="77777777" w:rsidR="00B06E58" w:rsidRDefault="00B06E58"/>
        </w:tc>
      </w:tr>
    </w:tbl>
    <w:p w14:paraId="4DE8F874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2. TASK DESCRIPTION &amp; SCOPE OF WORK</w:t>
      </w:r>
    </w:p>
    <w:p w14:paraId="7D906702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Describe the task and the scope of work covered by this JSA. Clearly identify the activity being analyzed and its boundaries.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B06E58" w14:paraId="7348DC2C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CB502" w14:textId="77777777" w:rsidR="00B06E58" w:rsidRDefault="00B06E58">
            <w:pPr>
              <w:spacing w:after="0"/>
            </w:pPr>
          </w:p>
        </w:tc>
      </w:tr>
      <w:tr w:rsidR="00B06E58" w14:paraId="4D688B7D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38B01" w14:textId="77777777" w:rsidR="00B06E58" w:rsidRDefault="00B06E58">
            <w:pPr>
              <w:spacing w:after="0"/>
            </w:pPr>
          </w:p>
        </w:tc>
      </w:tr>
    </w:tbl>
    <w:p w14:paraId="3EBC2A5A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3. PERSONNEL &amp; RESOURCES REQUIRED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016"/>
        <w:gridCol w:w="3074"/>
        <w:gridCol w:w="2016"/>
        <w:gridCol w:w="3074"/>
      </w:tblGrid>
      <w:tr w:rsidR="00B06E58" w14:paraId="01B0CDCF" w14:textId="77777777">
        <w:trPr>
          <w:trHeight w:val="72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B1A6C5" w14:textId="77777777" w:rsidR="00B06E58" w:rsidRDefault="00000000">
            <w:r>
              <w:rPr>
                <w:b/>
                <w:sz w:val="17"/>
              </w:rPr>
              <w:t>Personnel Required: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57B8DE" w14:textId="77777777" w:rsidR="00B06E58" w:rsidRDefault="00000000">
            <w:r>
              <w:rPr>
                <w:sz w:val="16"/>
              </w:rPr>
              <w:t>☐ No. of Workers: ____</w:t>
            </w:r>
            <w:r>
              <w:rPr>
                <w:sz w:val="16"/>
              </w:rPr>
              <w:br/>
              <w:t>☐ Supervisor: _____________</w:t>
            </w:r>
            <w:r>
              <w:rPr>
                <w:sz w:val="16"/>
              </w:rPr>
              <w:br/>
              <w:t>☐ Competent Person: ______</w:t>
            </w:r>
            <w:r>
              <w:rPr>
                <w:sz w:val="16"/>
              </w:rPr>
              <w:br/>
              <w:t>☐ Specialist: _____________</w:t>
            </w:r>
          </w:p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5C0CAA" w14:textId="77777777" w:rsidR="00B06E58" w:rsidRDefault="00000000">
            <w:r>
              <w:rPr>
                <w:b/>
                <w:sz w:val="17"/>
              </w:rPr>
              <w:t>Equipment / Plant / Tools: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5EC4CD" w14:textId="77777777" w:rsidR="00B06E58" w:rsidRDefault="00000000">
            <w:r>
              <w:rPr>
                <w:sz w:val="16"/>
              </w:rPr>
              <w:t>Equipment: _______________</w:t>
            </w:r>
            <w:r>
              <w:rPr>
                <w:sz w:val="16"/>
              </w:rPr>
              <w:br/>
              <w:t>Plant / Vehicles: ___________</w:t>
            </w:r>
            <w:r>
              <w:rPr>
                <w:sz w:val="16"/>
              </w:rPr>
              <w:br/>
              <w:t>Tools: ___________________</w:t>
            </w:r>
          </w:p>
        </w:tc>
      </w:tr>
      <w:tr w:rsidR="00B06E58" w14:paraId="60696C4B" w14:textId="77777777">
        <w:trPr>
          <w:trHeight w:val="72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D42FCC" w14:textId="77777777" w:rsidR="00B06E58" w:rsidRDefault="00000000">
            <w:r>
              <w:rPr>
                <w:b/>
                <w:sz w:val="17"/>
              </w:rPr>
              <w:t>Materials / Chemicals: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3AAEC1" w14:textId="77777777" w:rsidR="00B06E58" w:rsidRDefault="00000000">
            <w:r>
              <w:rPr>
                <w:sz w:val="16"/>
              </w:rPr>
              <w:t>Materials: _______________</w:t>
            </w:r>
            <w:r>
              <w:rPr>
                <w:sz w:val="16"/>
              </w:rPr>
              <w:br/>
              <w:t>Chemicals / HazMat: _______</w:t>
            </w:r>
            <w:r>
              <w:rPr>
                <w:sz w:val="16"/>
              </w:rPr>
              <w:br/>
              <w:t>SDS Required: ☐ Yes ☐ No</w:t>
            </w:r>
          </w:p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4F0670" w14:textId="77777777" w:rsidR="00B06E58" w:rsidRDefault="00000000">
            <w:r>
              <w:rPr>
                <w:b/>
                <w:sz w:val="17"/>
              </w:rPr>
              <w:t>Access &amp; Work Environment: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B6FF35" w14:textId="77777777" w:rsidR="00B06E58" w:rsidRDefault="00000000">
            <w:r>
              <w:rPr>
                <w:sz w:val="16"/>
              </w:rPr>
              <w:t>☐ Scaffolding / Platform</w:t>
            </w:r>
            <w:r>
              <w:rPr>
                <w:sz w:val="16"/>
              </w:rPr>
              <w:br/>
              <w:t>☐ MEWP / Manlift</w:t>
            </w:r>
            <w:r>
              <w:rPr>
                <w:sz w:val="16"/>
              </w:rPr>
              <w:br/>
              <w:t>☐ Confined Space Entry</w:t>
            </w:r>
            <w:r>
              <w:rPr>
                <w:sz w:val="16"/>
              </w:rPr>
              <w:br/>
              <w:t>☐ Excavation / Trench</w:t>
            </w:r>
          </w:p>
        </w:tc>
      </w:tr>
      <w:tr w:rsidR="00B06E58" w14:paraId="2E8A3B78" w14:textId="77777777">
        <w:trPr>
          <w:trHeight w:val="72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6C637F" w14:textId="77777777" w:rsidR="00B06E58" w:rsidRDefault="00000000">
            <w:r>
              <w:rPr>
                <w:b/>
                <w:sz w:val="17"/>
              </w:rPr>
              <w:t>Lifting / Rigging Gears: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31C858" w14:textId="77777777" w:rsidR="00B06E58" w:rsidRDefault="00000000">
            <w:r>
              <w:rPr>
                <w:sz w:val="16"/>
              </w:rPr>
              <w:t>☐ Crane / Hoist Required</w:t>
            </w:r>
            <w:r>
              <w:rPr>
                <w:sz w:val="16"/>
              </w:rPr>
              <w:br/>
              <w:t>☐ Lifting Tackle Inspected</w:t>
            </w:r>
            <w:r>
              <w:rPr>
                <w:sz w:val="16"/>
              </w:rPr>
              <w:br/>
              <w:t>☐ Rigging Plan Approved</w:t>
            </w:r>
          </w:p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F9D34" w14:textId="77777777" w:rsidR="00B06E58" w:rsidRDefault="00000000">
            <w:r>
              <w:rPr>
                <w:b/>
                <w:sz w:val="17"/>
              </w:rPr>
              <w:t>Power &amp; Energy Sources: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9EA770" w14:textId="77777777" w:rsidR="00B06E58" w:rsidRDefault="00000000">
            <w:r>
              <w:rPr>
                <w:sz w:val="16"/>
              </w:rPr>
              <w:t>☐ Electrical (___V)</w:t>
            </w:r>
            <w:r>
              <w:rPr>
                <w:sz w:val="16"/>
              </w:rPr>
              <w:br/>
              <w:t>☐ Pneumatic / Hydraulic</w:t>
            </w:r>
            <w:r>
              <w:rPr>
                <w:sz w:val="16"/>
              </w:rPr>
              <w:br/>
              <w:t>☐ Fuel / Gas Power Tools</w:t>
            </w:r>
          </w:p>
        </w:tc>
      </w:tr>
    </w:tbl>
    <w:p w14:paraId="081844E3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4. REQUIRED COMPETENCY &amp; AUTHORIZATION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B06E58" w14:paraId="7BC9BED2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96"/>
              <w:gridCol w:w="4896"/>
            </w:tblGrid>
            <w:tr w:rsidR="00B06E58" w14:paraId="54D1E2AF" w14:textId="77777777">
              <w:tc>
                <w:tcPr>
                  <w:tcW w:w="48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DFB65E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Task-specific training required</w:t>
                  </w:r>
                </w:p>
              </w:tc>
              <w:tc>
                <w:tcPr>
                  <w:tcW w:w="48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642AFD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Operator authorization required</w:t>
                  </w:r>
                </w:p>
              </w:tc>
            </w:tr>
            <w:tr w:rsidR="00B06E58" w14:paraId="4882B975" w14:textId="77777777">
              <w:tc>
                <w:tcPr>
                  <w:tcW w:w="48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F224F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Permit to Work (PTW) required</w:t>
                  </w:r>
                </w:p>
              </w:tc>
              <w:tc>
                <w:tcPr>
                  <w:tcW w:w="48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803BCA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Competent person designated</w:t>
                  </w:r>
                </w:p>
              </w:tc>
            </w:tr>
            <w:tr w:rsidR="00B06E58" w14:paraId="13D24FB6" w14:textId="77777777">
              <w:tc>
                <w:tcPr>
                  <w:tcW w:w="48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1187C2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Equipment certification verified</w:t>
                  </w:r>
                </w:p>
              </w:tc>
              <w:tc>
                <w:tcPr>
                  <w:tcW w:w="48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91F78A" w14:textId="58FFB135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Medical / fitness confirmed</w:t>
                  </w:r>
                </w:p>
              </w:tc>
            </w:tr>
          </w:tbl>
          <w:p w14:paraId="0648C639" w14:textId="77777777" w:rsidR="00B06E58" w:rsidRDefault="00B06E58"/>
          <w:p w14:paraId="30E928AA" w14:textId="77777777" w:rsidR="00B06E58" w:rsidRDefault="00000000">
            <w:pPr>
              <w:spacing w:before="80" w:after="0"/>
            </w:pPr>
            <w:r>
              <w:rPr>
                <w:sz w:val="17"/>
              </w:rPr>
              <w:t>☐ Other competency requirement: ____________________________________________________</w:t>
            </w:r>
          </w:p>
        </w:tc>
      </w:tr>
    </w:tbl>
    <w:p w14:paraId="05AA7FEB" w14:textId="77777777" w:rsidR="00B06E58" w:rsidRDefault="00000000">
      <w:pPr>
        <w:spacing w:before="80" w:after="40"/>
      </w:pPr>
      <w:r>
        <w:rPr>
          <w:b/>
        </w:rPr>
        <w:t>Specific Competency / Certification Requirements Details: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B06E58" w14:paraId="2D567F78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A1723" w14:textId="77777777" w:rsidR="00B06E58" w:rsidRDefault="00B06E58">
            <w:pPr>
              <w:spacing w:after="0"/>
            </w:pPr>
          </w:p>
        </w:tc>
      </w:tr>
      <w:tr w:rsidR="00B06E58" w14:paraId="3CB8A1B9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4EBD8" w14:textId="77777777" w:rsidR="00B06E58" w:rsidRDefault="00B06E58">
            <w:pPr>
              <w:spacing w:after="0"/>
            </w:pPr>
          </w:p>
        </w:tc>
      </w:tr>
    </w:tbl>
    <w:p w14:paraId="12211166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5. PRE-TASK VERIFICATION CHECKLIST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B06E58" w14:paraId="2765EA9F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48"/>
              <w:gridCol w:w="2448"/>
              <w:gridCol w:w="2448"/>
              <w:gridCol w:w="2448"/>
            </w:tblGrid>
            <w:tr w:rsidR="00B06E58" w14:paraId="3855AFFB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8A7453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Work area inspected &amp; safe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9D8F7D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Workers briefed on JSA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966149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Required PPE available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1F142B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Isolations confirmed (LOTO)</w:t>
                  </w:r>
                </w:p>
              </w:tc>
            </w:tr>
            <w:tr w:rsidR="00B06E58" w14:paraId="161EB204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4CFB7C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Task scope understood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58B2F2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Competent personnel confirmed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D59ACD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Emergency arrangements confirmed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A05662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Weather / conditions assessed</w:t>
                  </w:r>
                </w:p>
              </w:tc>
            </w:tr>
            <w:tr w:rsidR="00B06E58" w14:paraId="4FE0D560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9FF0B6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Method statement reviewed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E244DE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Equipment inspected &amp; certified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78CED1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Access / egress confirmed safe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8A2FD6B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Environmental controls set</w:t>
                  </w:r>
                </w:p>
              </w:tc>
            </w:tr>
            <w:tr w:rsidR="00B06E58" w14:paraId="69DABF35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66A61A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Required permit obtained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FF38AC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Tools inspected &amp; color-coded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2DD077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Work area barricaded / signed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A31EA1" w14:textId="77777777" w:rsidR="00B06E58" w:rsidRDefault="00000000">
                  <w:pPr>
                    <w:spacing w:after="0"/>
                  </w:pPr>
                  <w:r>
                    <w:rPr>
                      <w:sz w:val="16"/>
                    </w:rPr>
                    <w:t>☐ Other: __________________</w:t>
                  </w:r>
                </w:p>
              </w:tc>
            </w:tr>
          </w:tbl>
          <w:p w14:paraId="07E6415B" w14:textId="77777777" w:rsidR="00B06E58" w:rsidRDefault="00B06E58"/>
        </w:tc>
      </w:tr>
    </w:tbl>
    <w:p w14:paraId="0BE68FD6" w14:textId="77777777" w:rsidR="00B06E58" w:rsidRDefault="00B06E58">
      <w:pPr>
        <w:sectPr w:rsidR="00B06E58">
          <w:headerReference w:type="default" r:id="rId8"/>
          <w:footerReference w:type="default" r:id="rId9"/>
          <w:pgSz w:w="11909" w:h="16834"/>
          <w:pgMar w:top="864" w:right="864" w:bottom="864" w:left="864" w:header="720" w:footer="720" w:gutter="0"/>
          <w:cols w:space="720"/>
          <w:docGrid w:linePitch="360"/>
        </w:sectPr>
      </w:pPr>
    </w:p>
    <w:p w14:paraId="2728AF74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6. MAIN JSA TASK STEP HAZARD ANALYSIS &amp; CONTROL PLAN</w:t>
      </w:r>
    </w:p>
    <w:p w14:paraId="5EDFBD25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Break the job down into logical sequential steps. For each step, identify hazards, potential consequences, existing controls, initial risk level, additional required controls, responsible person, and residual risk level.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720"/>
        <w:gridCol w:w="2592"/>
        <w:gridCol w:w="2304"/>
        <w:gridCol w:w="2016"/>
        <w:gridCol w:w="2448"/>
        <w:gridCol w:w="1152"/>
        <w:gridCol w:w="2304"/>
        <w:gridCol w:w="1570"/>
      </w:tblGrid>
      <w:tr w:rsidR="00B06E58" w14:paraId="11FC5417" w14:textId="77777777">
        <w:trPr>
          <w:trHeight w:val="480"/>
          <w:tblHeader/>
          <w:jc w:val="center"/>
        </w:trPr>
        <w:tc>
          <w:tcPr>
            <w:tcW w:w="72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6823A3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Step</w:t>
            </w:r>
            <w:r>
              <w:rPr>
                <w:b/>
                <w:sz w:val="16"/>
              </w:rPr>
              <w:br/>
              <w:t>No.</w:t>
            </w:r>
          </w:p>
        </w:tc>
        <w:tc>
          <w:tcPr>
            <w:tcW w:w="2592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BECF8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Job Step / Activity Sequence</w:t>
            </w:r>
          </w:p>
        </w:tc>
        <w:tc>
          <w:tcPr>
            <w:tcW w:w="2304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ECE3E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Hazards Identified</w:t>
            </w:r>
          </w:p>
        </w:tc>
        <w:tc>
          <w:tcPr>
            <w:tcW w:w="201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B0CCB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Potential Consequences</w:t>
            </w:r>
          </w:p>
        </w:tc>
        <w:tc>
          <w:tcPr>
            <w:tcW w:w="2448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16B3A5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Existing Controls</w:t>
            </w:r>
          </w:p>
        </w:tc>
        <w:tc>
          <w:tcPr>
            <w:tcW w:w="1152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F689FF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Initial Risk</w:t>
            </w:r>
            <w:r>
              <w:rPr>
                <w:b/>
                <w:sz w:val="16"/>
              </w:rPr>
              <w:br/>
              <w:t>(L × S)</w:t>
            </w:r>
          </w:p>
        </w:tc>
        <w:tc>
          <w:tcPr>
            <w:tcW w:w="2304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8D94D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Additional / Required Controls</w:t>
            </w:r>
          </w:p>
        </w:tc>
        <w:tc>
          <w:tcPr>
            <w:tcW w:w="157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51466" w14:textId="77777777" w:rsidR="00B06E58" w:rsidRDefault="00000000">
            <w:pPr>
              <w:jc w:val="center"/>
            </w:pPr>
            <w:r>
              <w:rPr>
                <w:b/>
                <w:sz w:val="16"/>
              </w:rPr>
              <w:t>Responsible Person</w:t>
            </w:r>
            <w:r>
              <w:rPr>
                <w:b/>
                <w:sz w:val="16"/>
              </w:rPr>
              <w:br/>
              <w:t>&amp; Residual Risk</w:t>
            </w:r>
          </w:p>
        </w:tc>
      </w:tr>
      <w:tr w:rsidR="00B06E58" w14:paraId="7636BBF5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2B154" w14:textId="77777777" w:rsidR="00B06E58" w:rsidRDefault="0000000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9951E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A832E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7491D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FCA95C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A27BB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30DC5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41A6D" w14:textId="77777777" w:rsidR="00B06E58" w:rsidRDefault="00B06E58"/>
        </w:tc>
      </w:tr>
      <w:tr w:rsidR="00B06E58" w14:paraId="606C2866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5A994" w14:textId="77777777" w:rsidR="00B06E58" w:rsidRDefault="0000000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76B1C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4CA91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BFBC3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62E93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582DC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EA1A5F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29072" w14:textId="77777777" w:rsidR="00B06E58" w:rsidRDefault="00B06E58"/>
        </w:tc>
      </w:tr>
      <w:tr w:rsidR="00B06E58" w14:paraId="71343269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6B9BB" w14:textId="77777777" w:rsidR="00B06E58" w:rsidRDefault="0000000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00B43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CB208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68239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E89B7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6167D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96731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89BF7" w14:textId="77777777" w:rsidR="00B06E58" w:rsidRDefault="00B06E58"/>
        </w:tc>
      </w:tr>
      <w:tr w:rsidR="00B06E58" w14:paraId="7948181B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EE49F" w14:textId="77777777" w:rsidR="00B06E58" w:rsidRDefault="0000000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598FA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9A9A57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1FEE9F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21CA2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148A6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CBAF5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D1AC1" w14:textId="77777777" w:rsidR="00B06E58" w:rsidRDefault="00B06E58"/>
        </w:tc>
      </w:tr>
      <w:tr w:rsidR="00B06E58" w14:paraId="321EC7FD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1B446" w14:textId="77777777" w:rsidR="00B06E58" w:rsidRDefault="0000000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FDD3FF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AAD10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E06F7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E2EDB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894F2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6FED3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AC89C" w14:textId="77777777" w:rsidR="00B06E58" w:rsidRDefault="00B06E58"/>
        </w:tc>
      </w:tr>
      <w:tr w:rsidR="00B06E58" w14:paraId="30A0F66C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AFB0B" w14:textId="77777777" w:rsidR="00B06E58" w:rsidRDefault="00000000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ADAF70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301861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42006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D5768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3EE05D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2105F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AAFC61" w14:textId="77777777" w:rsidR="00B06E58" w:rsidRDefault="00B06E58"/>
        </w:tc>
      </w:tr>
      <w:tr w:rsidR="00B06E58" w14:paraId="59506E1B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1A5757" w14:textId="77777777" w:rsidR="00B06E58" w:rsidRDefault="00000000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570BB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2A4C1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74C63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A6EB8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67351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2C888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40F00" w14:textId="77777777" w:rsidR="00B06E58" w:rsidRDefault="00B06E58"/>
        </w:tc>
      </w:tr>
      <w:tr w:rsidR="00B06E58" w14:paraId="71BBE4E4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CEC5A" w14:textId="77777777" w:rsidR="00B06E58" w:rsidRDefault="00000000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244424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6CDE6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5F2EF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57066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5CE06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8D9546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450C9" w14:textId="77777777" w:rsidR="00B06E58" w:rsidRDefault="00B06E58"/>
        </w:tc>
      </w:tr>
      <w:tr w:rsidR="00B06E58" w14:paraId="38A53DBF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8EFAB" w14:textId="77777777" w:rsidR="00B06E58" w:rsidRDefault="00000000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1F623E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8A64F" w14:textId="77777777" w:rsidR="00B06E58" w:rsidRDefault="00B06E58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110F9" w14:textId="77777777" w:rsidR="00B06E58" w:rsidRDefault="00B06E58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4E5FD" w14:textId="77777777" w:rsidR="00B06E58" w:rsidRDefault="00B06E58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80A54" w14:textId="77777777" w:rsidR="00B06E58" w:rsidRDefault="00B06E58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1162D" w14:textId="77777777" w:rsidR="00B06E58" w:rsidRDefault="00B06E58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C9823" w14:textId="77777777" w:rsidR="00B06E58" w:rsidRDefault="00B06E58"/>
        </w:tc>
      </w:tr>
      <w:tr w:rsidR="000A6B76" w14:paraId="4855F009" w14:textId="77777777">
        <w:trPr>
          <w:trHeight w:val="560"/>
          <w:jc w:val="center"/>
        </w:trPr>
        <w:tc>
          <w:tcPr>
            <w:tcW w:w="7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C379EF" w14:textId="569D900D" w:rsidR="000A6B76" w:rsidRDefault="000A6B76">
            <w:pPr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29B0E6" w14:textId="77777777" w:rsidR="000A6B76" w:rsidRDefault="000A6B76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430AF" w14:textId="77777777" w:rsidR="000A6B76" w:rsidRDefault="000A6B76"/>
        </w:tc>
        <w:tc>
          <w:tcPr>
            <w:tcW w:w="201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C8E34" w14:textId="77777777" w:rsidR="000A6B76" w:rsidRDefault="000A6B76"/>
        </w:tc>
        <w:tc>
          <w:tcPr>
            <w:tcW w:w="244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838A1" w14:textId="77777777" w:rsidR="000A6B76" w:rsidRDefault="000A6B76"/>
        </w:tc>
        <w:tc>
          <w:tcPr>
            <w:tcW w:w="11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16D3B" w14:textId="77777777" w:rsidR="000A6B76" w:rsidRDefault="000A6B76"/>
        </w:tc>
        <w:tc>
          <w:tcPr>
            <w:tcW w:w="230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823C2" w14:textId="77777777" w:rsidR="000A6B76" w:rsidRDefault="000A6B76"/>
        </w:tc>
        <w:tc>
          <w:tcPr>
            <w:tcW w:w="15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0B392" w14:textId="77777777" w:rsidR="000A6B76" w:rsidRDefault="000A6B76"/>
        </w:tc>
      </w:tr>
    </w:tbl>
    <w:p w14:paraId="363EA9B8" w14:textId="77777777" w:rsidR="00B06E58" w:rsidRDefault="00B06E58">
      <w:pPr>
        <w:sectPr w:rsidR="00B06E58">
          <w:pgSz w:w="16834" w:h="11909"/>
          <w:pgMar w:top="864" w:right="864" w:bottom="864" w:left="864" w:header="720" w:footer="720" w:gutter="0"/>
          <w:cols w:space="720"/>
          <w:docGrid w:linePitch="360"/>
        </w:sectPr>
      </w:pPr>
    </w:p>
    <w:p w14:paraId="1D01CFD0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7. RISK ASSESSMENT MATRIX &amp; METHODOLOGY</w:t>
      </w:r>
    </w:p>
    <w:p w14:paraId="698E1B7A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Risk Score = Likelihood × Severity. Use the matrix below to evaluate initial and residual risk ratings.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040"/>
        <w:gridCol w:w="5141"/>
      </w:tblGrid>
      <w:tr w:rsidR="00B06E58" w14:paraId="253F7D49" w14:textId="77777777">
        <w:trPr>
          <w:jc w:val="center"/>
        </w:trPr>
        <w:tc>
          <w:tcPr>
            <w:tcW w:w="504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C10B03" w14:textId="77777777" w:rsidR="00B06E58" w:rsidRDefault="00000000">
            <w:r>
              <w:rPr>
                <w:b/>
                <w:sz w:val="17"/>
              </w:rPr>
              <w:t>Likelihood Rating Scale:</w:t>
            </w:r>
          </w:p>
          <w:p w14:paraId="07D036F4" w14:textId="77777777" w:rsidR="00B06E58" w:rsidRDefault="00000000">
            <w:pPr>
              <w:spacing w:after="20"/>
            </w:pPr>
            <w:r>
              <w:rPr>
                <w:sz w:val="16"/>
              </w:rPr>
              <w:t>1 - Rare: Unlikely under normal circumstances</w:t>
            </w:r>
          </w:p>
          <w:p w14:paraId="59D8DF58" w14:textId="77777777" w:rsidR="00B06E58" w:rsidRDefault="00000000">
            <w:pPr>
              <w:spacing w:after="20"/>
            </w:pPr>
            <w:r>
              <w:rPr>
                <w:sz w:val="16"/>
              </w:rPr>
              <w:t>2 - Unlikely: Could occur occasionally</w:t>
            </w:r>
          </w:p>
          <w:p w14:paraId="6FFD0F5A" w14:textId="77777777" w:rsidR="00B06E58" w:rsidRDefault="00000000">
            <w:pPr>
              <w:spacing w:after="20"/>
            </w:pPr>
            <w:r>
              <w:rPr>
                <w:sz w:val="16"/>
              </w:rPr>
              <w:t>3 - Possible: Might occur during activity</w:t>
            </w:r>
          </w:p>
          <w:p w14:paraId="5A42EE79" w14:textId="77777777" w:rsidR="00B06E58" w:rsidRDefault="00000000">
            <w:pPr>
              <w:spacing w:after="20"/>
            </w:pPr>
            <w:r>
              <w:rPr>
                <w:sz w:val="16"/>
              </w:rPr>
              <w:t>4 - Likely: Expected to occur in some circumstances</w:t>
            </w:r>
          </w:p>
          <w:p w14:paraId="54C37EAF" w14:textId="77777777" w:rsidR="00B06E58" w:rsidRDefault="00000000">
            <w:pPr>
              <w:spacing w:after="20"/>
            </w:pPr>
            <w:r>
              <w:rPr>
                <w:sz w:val="16"/>
              </w:rPr>
              <w:t>5 - Almost Certain: Expected to occur frequently</w:t>
            </w:r>
          </w:p>
        </w:tc>
        <w:tc>
          <w:tcPr>
            <w:tcW w:w="51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DFDA89" w14:textId="77777777" w:rsidR="00B06E58" w:rsidRDefault="00000000">
            <w:r>
              <w:rPr>
                <w:b/>
                <w:sz w:val="17"/>
              </w:rPr>
              <w:t>Severity Rating Scale:</w:t>
            </w:r>
          </w:p>
          <w:p w14:paraId="28CFA73E" w14:textId="77777777" w:rsidR="00B06E58" w:rsidRDefault="00000000">
            <w:pPr>
              <w:spacing w:after="20"/>
            </w:pPr>
            <w:r>
              <w:rPr>
                <w:sz w:val="16"/>
              </w:rPr>
              <w:t>1 - Insignificant: No significant injury or impact</w:t>
            </w:r>
          </w:p>
          <w:p w14:paraId="414FB789" w14:textId="77777777" w:rsidR="00B06E58" w:rsidRDefault="00000000">
            <w:pPr>
              <w:spacing w:after="20"/>
            </w:pPr>
            <w:r>
              <w:rPr>
                <w:sz w:val="16"/>
              </w:rPr>
              <w:t>2 - Minor: First aid injury, minor equipment damage</w:t>
            </w:r>
          </w:p>
          <w:p w14:paraId="2A40DD96" w14:textId="77777777" w:rsidR="00B06E58" w:rsidRDefault="00000000">
            <w:pPr>
              <w:spacing w:after="20"/>
            </w:pPr>
            <w:r>
              <w:rPr>
                <w:sz w:val="16"/>
              </w:rPr>
              <w:t>3 - Moderate: Medical treatment, localized damage</w:t>
            </w:r>
          </w:p>
          <w:p w14:paraId="15817CAA" w14:textId="77777777" w:rsidR="00B06E58" w:rsidRDefault="00000000">
            <w:pPr>
              <w:spacing w:after="20"/>
            </w:pPr>
            <w:r>
              <w:rPr>
                <w:sz w:val="16"/>
              </w:rPr>
              <w:t>4 - Major: Serious injury, lost time, major damage</w:t>
            </w:r>
          </w:p>
          <w:p w14:paraId="23984FF0" w14:textId="77777777" w:rsidR="00B06E58" w:rsidRDefault="00000000">
            <w:pPr>
              <w:spacing w:after="20"/>
            </w:pPr>
            <w:r>
              <w:rPr>
                <w:sz w:val="16"/>
              </w:rPr>
              <w:t>5 - Severe / Catastrophic: Fatality, permanent disability</w:t>
            </w:r>
          </w:p>
        </w:tc>
      </w:tr>
    </w:tbl>
    <w:p w14:paraId="0FB61DDB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Risk Level Action Criteria: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728"/>
        <w:gridCol w:w="2160"/>
        <w:gridCol w:w="6293"/>
      </w:tblGrid>
      <w:tr w:rsidR="00B06E58" w14:paraId="0DECCDE9" w14:textId="77777777">
        <w:trPr>
          <w:jc w:val="center"/>
        </w:trPr>
        <w:tc>
          <w:tcPr>
            <w:tcW w:w="1728" w:type="dxa"/>
            <w:shd w:val="clear" w:color="auto" w:fill="F2F4F7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8A42736" w14:textId="77777777" w:rsidR="00B06E58" w:rsidRDefault="00000000">
            <w:r>
              <w:rPr>
                <w:b/>
                <w:sz w:val="16"/>
              </w:rPr>
              <w:t>Score Range</w:t>
            </w:r>
          </w:p>
        </w:tc>
        <w:tc>
          <w:tcPr>
            <w:tcW w:w="2160" w:type="dxa"/>
            <w:shd w:val="clear" w:color="auto" w:fill="F2F4F7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C81157D" w14:textId="77777777" w:rsidR="00B06E58" w:rsidRDefault="00000000">
            <w:r>
              <w:rPr>
                <w:b/>
                <w:sz w:val="16"/>
              </w:rPr>
              <w:t>Risk Level</w:t>
            </w:r>
          </w:p>
        </w:tc>
        <w:tc>
          <w:tcPr>
            <w:tcW w:w="6293" w:type="dxa"/>
            <w:shd w:val="clear" w:color="auto" w:fill="F2F4F7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F223233" w14:textId="77777777" w:rsidR="00B06E58" w:rsidRDefault="00000000">
            <w:r>
              <w:rPr>
                <w:b/>
                <w:sz w:val="16"/>
              </w:rPr>
              <w:t>General Action Required</w:t>
            </w:r>
          </w:p>
        </w:tc>
      </w:tr>
      <w:tr w:rsidR="00B06E58" w14:paraId="39CD114F" w14:textId="77777777">
        <w:trPr>
          <w:trHeight w:val="280"/>
          <w:jc w:val="center"/>
        </w:trPr>
        <w:tc>
          <w:tcPr>
            <w:tcW w:w="1728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0A40F07" w14:textId="77777777" w:rsidR="00B06E58" w:rsidRDefault="00000000">
            <w:r>
              <w:rPr>
                <w:sz w:val="16"/>
              </w:rPr>
              <w:t>1 – 4</w:t>
            </w:r>
          </w:p>
        </w:tc>
        <w:tc>
          <w:tcPr>
            <w:tcW w:w="21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0E15FE7" w14:textId="77777777" w:rsidR="00B06E58" w:rsidRDefault="00000000">
            <w:r>
              <w:rPr>
                <w:sz w:val="16"/>
              </w:rPr>
              <w:t>Low</w:t>
            </w:r>
          </w:p>
        </w:tc>
        <w:tc>
          <w:tcPr>
            <w:tcW w:w="6293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28EB06" w14:textId="77777777" w:rsidR="00B06E58" w:rsidRDefault="00000000">
            <w:r>
              <w:rPr>
                <w:sz w:val="16"/>
              </w:rPr>
              <w:t>Maintain standard controls and routine monitoring.</w:t>
            </w:r>
          </w:p>
        </w:tc>
      </w:tr>
      <w:tr w:rsidR="00B06E58" w14:paraId="766BB040" w14:textId="77777777">
        <w:trPr>
          <w:trHeight w:val="280"/>
          <w:jc w:val="center"/>
        </w:trPr>
        <w:tc>
          <w:tcPr>
            <w:tcW w:w="1728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B1DCC29" w14:textId="77777777" w:rsidR="00B06E58" w:rsidRDefault="00000000">
            <w:r>
              <w:rPr>
                <w:sz w:val="16"/>
              </w:rPr>
              <w:t>5 – 9</w:t>
            </w:r>
          </w:p>
        </w:tc>
        <w:tc>
          <w:tcPr>
            <w:tcW w:w="21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112DE6D0" w14:textId="77777777" w:rsidR="00B06E58" w:rsidRDefault="00000000">
            <w:r>
              <w:rPr>
                <w:sz w:val="16"/>
              </w:rPr>
              <w:t>Moderate</w:t>
            </w:r>
          </w:p>
        </w:tc>
        <w:tc>
          <w:tcPr>
            <w:tcW w:w="6293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8FC6998" w14:textId="77777777" w:rsidR="00B06E58" w:rsidRDefault="00000000">
            <w:r>
              <w:rPr>
                <w:sz w:val="16"/>
              </w:rPr>
              <w:t>Implement additional specific controls where required.</w:t>
            </w:r>
          </w:p>
        </w:tc>
      </w:tr>
      <w:tr w:rsidR="00B06E58" w14:paraId="41D2A375" w14:textId="77777777">
        <w:trPr>
          <w:trHeight w:val="280"/>
          <w:jc w:val="center"/>
        </w:trPr>
        <w:tc>
          <w:tcPr>
            <w:tcW w:w="1728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1C5584C2" w14:textId="77777777" w:rsidR="00B06E58" w:rsidRDefault="00000000">
            <w:r>
              <w:rPr>
                <w:sz w:val="16"/>
              </w:rPr>
              <w:t>10 – 16</w:t>
            </w:r>
          </w:p>
        </w:tc>
        <w:tc>
          <w:tcPr>
            <w:tcW w:w="21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17D2C38C" w14:textId="77777777" w:rsidR="00B06E58" w:rsidRDefault="00000000">
            <w:r>
              <w:rPr>
                <w:b/>
                <w:sz w:val="16"/>
              </w:rPr>
              <w:t>High</w:t>
            </w:r>
          </w:p>
        </w:tc>
        <w:tc>
          <w:tcPr>
            <w:tcW w:w="6293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BA486C3" w14:textId="77777777" w:rsidR="00B06E58" w:rsidRDefault="00000000">
            <w:r>
              <w:rPr>
                <w:sz w:val="16"/>
              </w:rPr>
              <w:t>Improve controls before proceeding. Senior oversight required.</w:t>
            </w:r>
          </w:p>
        </w:tc>
      </w:tr>
      <w:tr w:rsidR="00B06E58" w14:paraId="4CA184D8" w14:textId="77777777">
        <w:trPr>
          <w:trHeight w:val="280"/>
          <w:jc w:val="center"/>
        </w:trPr>
        <w:tc>
          <w:tcPr>
            <w:tcW w:w="1728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8D59752" w14:textId="77777777" w:rsidR="00B06E58" w:rsidRDefault="00000000">
            <w:r>
              <w:rPr>
                <w:sz w:val="16"/>
              </w:rPr>
              <w:t>17 – 25</w:t>
            </w:r>
          </w:p>
        </w:tc>
        <w:tc>
          <w:tcPr>
            <w:tcW w:w="21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51AFA22" w14:textId="77777777" w:rsidR="00B06E58" w:rsidRDefault="00000000">
            <w:r>
              <w:rPr>
                <w:b/>
                <w:sz w:val="16"/>
              </w:rPr>
              <w:t>Critical</w:t>
            </w:r>
          </w:p>
        </w:tc>
        <w:tc>
          <w:tcPr>
            <w:tcW w:w="6293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36FABFEC" w14:textId="77777777" w:rsidR="00B06E58" w:rsidRDefault="00000000">
            <w:r>
              <w:rPr>
                <w:sz w:val="16"/>
              </w:rPr>
              <w:t>DO NOT PROCEED. Work stopped until risk is reduced.</w:t>
            </w:r>
          </w:p>
        </w:tc>
      </w:tr>
    </w:tbl>
    <w:p w14:paraId="6B723094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Note: The risk matrix is provided as a practical example and should be reviewed and aligned with the organization's approved risk assessment methodology before formal use.</w:t>
      </w:r>
    </w:p>
    <w:p w14:paraId="16BE7D01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8. HIERARCHY OF CONTROLS &amp; CRITICAL SAFETY REQUIREMENTS</w:t>
      </w:r>
    </w:p>
    <w:p w14:paraId="24CE3DBF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Select controls based on the hazards and task conditions in order of effectiveness: 1. Elimination | 2. Substitution | 3. Engineering Controls | 4. Administrative Controls | 5. PPE. PPE should not be treated as the sole control where higher-level controls are reasonably practicable.</w:t>
      </w:r>
    </w:p>
    <w:p w14:paraId="17238C93" w14:textId="77777777" w:rsidR="00B06E58" w:rsidRDefault="00000000">
      <w:pPr>
        <w:spacing w:before="80" w:after="40"/>
      </w:pPr>
      <w:r>
        <w:rPr>
          <w:b/>
        </w:rPr>
        <w:t>Critical Controls / Key Safety Requirements (Must be maintained throughout task):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B06E58" w14:paraId="7D5C3402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4A21E" w14:textId="77777777" w:rsidR="00B06E58" w:rsidRDefault="00B06E58">
            <w:pPr>
              <w:spacing w:after="0"/>
            </w:pPr>
          </w:p>
        </w:tc>
      </w:tr>
      <w:tr w:rsidR="00B06E58" w14:paraId="335DF47C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42C22" w14:textId="77777777" w:rsidR="00B06E58" w:rsidRDefault="00B06E58">
            <w:pPr>
              <w:spacing w:after="0"/>
            </w:pPr>
          </w:p>
        </w:tc>
      </w:tr>
      <w:tr w:rsidR="00B06E58" w14:paraId="5E187D29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9149C" w14:textId="77777777" w:rsidR="00B06E58" w:rsidRDefault="00B06E58">
            <w:pPr>
              <w:spacing w:after="0"/>
            </w:pPr>
          </w:p>
        </w:tc>
      </w:tr>
    </w:tbl>
    <w:p w14:paraId="6C867B96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9. PERSONAL PROTECTIVE EQUIPMENT (PPE) REQUIREMENTS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B06E58" w14:paraId="040D4E6A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12"/>
              <w:gridCol w:w="3312"/>
              <w:gridCol w:w="3312"/>
            </w:tblGrid>
            <w:tr w:rsidR="00B06E58" w14:paraId="2B30EA39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196895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Safety Helmet (Hard Hat)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CE07F4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Safety Footwear (Steel Toe)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13DDCE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High-Visibility Clothing</w:t>
                  </w:r>
                </w:p>
              </w:tc>
            </w:tr>
            <w:tr w:rsidR="00B06E58" w14:paraId="447BF571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966400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Safety Glasses / Goggles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871EEE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Work Gloves (Task Specific)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BA5C8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Hearing Protection (Plugs/Muffs)</w:t>
                  </w:r>
                </w:p>
              </w:tc>
            </w:tr>
            <w:tr w:rsidR="00B06E58" w14:paraId="366F73FC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83C099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Respiratory Protection (Mask)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809189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Fall Protection Harness &amp; Lanyard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5C1A7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Face Shield (Grinding/Chemical)</w:t>
                  </w:r>
                </w:p>
              </w:tc>
            </w:tr>
            <w:tr w:rsidR="00B06E58" w14:paraId="3B190DE2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C16BF4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Chemical Protective Suit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574E9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Welding Mask / Shield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6E3CA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Other: __________________</w:t>
                  </w:r>
                </w:p>
              </w:tc>
            </w:tr>
          </w:tbl>
          <w:p w14:paraId="4B367AAE" w14:textId="77777777" w:rsidR="00B06E58" w:rsidRDefault="00B06E58"/>
        </w:tc>
      </w:tr>
    </w:tbl>
    <w:p w14:paraId="0D85ECE3" w14:textId="77777777" w:rsidR="00B06E58" w:rsidRDefault="00000000">
      <w:pPr>
        <w:spacing w:before="80" w:after="40"/>
      </w:pPr>
      <w:r>
        <w:t>Task-Specific PPE Specifications / Ratings: _____________________________________________</w:t>
      </w:r>
    </w:p>
    <w:p w14:paraId="65DD72AA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10. EMERGENCY PREPAREDNESS &amp; RESPONSE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016"/>
        <w:gridCol w:w="3074"/>
        <w:gridCol w:w="2016"/>
        <w:gridCol w:w="3074"/>
      </w:tblGrid>
      <w:tr w:rsidR="00B06E58" w14:paraId="7C88D5DB" w14:textId="77777777">
        <w:trPr>
          <w:trHeight w:val="36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84D86B" w14:textId="77777777" w:rsidR="00B06E58" w:rsidRDefault="00000000">
            <w:r>
              <w:rPr>
                <w:b/>
                <w:sz w:val="17"/>
              </w:rPr>
              <w:t>Emergency Contact / Radio: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6F79F5" w14:textId="77777777" w:rsidR="00B06E58" w:rsidRDefault="00B06E58"/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A673DB" w14:textId="77777777" w:rsidR="00B06E58" w:rsidRDefault="00000000">
            <w:r>
              <w:rPr>
                <w:b/>
                <w:sz w:val="17"/>
              </w:rPr>
              <w:t>Emergency Assembly Point: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B7A02F" w14:textId="77777777" w:rsidR="00B06E58" w:rsidRDefault="00B06E58"/>
        </w:tc>
      </w:tr>
      <w:tr w:rsidR="00B06E58" w14:paraId="65D1B6D8" w14:textId="77777777">
        <w:trPr>
          <w:trHeight w:val="36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8127E7" w14:textId="77777777" w:rsidR="00B06E58" w:rsidRDefault="00000000">
            <w:r>
              <w:rPr>
                <w:b/>
                <w:sz w:val="17"/>
              </w:rPr>
              <w:t>First Aid Box Location: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E47E57" w14:textId="77777777" w:rsidR="00B06E58" w:rsidRDefault="00B06E58"/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CFBD00" w14:textId="77777777" w:rsidR="00B06E58" w:rsidRDefault="00000000">
            <w:r>
              <w:rPr>
                <w:b/>
                <w:sz w:val="17"/>
              </w:rPr>
              <w:t>First Aider Name / Contact: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28A55" w14:textId="77777777" w:rsidR="00B06E58" w:rsidRDefault="00B06E58"/>
        </w:tc>
      </w:tr>
      <w:tr w:rsidR="00B06E58" w14:paraId="573E8EB0" w14:textId="77777777">
        <w:trPr>
          <w:trHeight w:val="36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605FC0" w14:textId="77777777" w:rsidR="00B06E58" w:rsidRDefault="00000000">
            <w:r>
              <w:rPr>
                <w:b/>
                <w:sz w:val="17"/>
              </w:rPr>
              <w:t>Emergency Access / Egress: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461614" w14:textId="77777777" w:rsidR="00B06E58" w:rsidRDefault="00B06E58"/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C9C220" w14:textId="77777777" w:rsidR="00B06E58" w:rsidRDefault="00000000">
            <w:r>
              <w:rPr>
                <w:b/>
                <w:sz w:val="17"/>
              </w:rPr>
              <w:t>Nearest Medical Facility: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91CB1" w14:textId="77777777" w:rsidR="00B06E58" w:rsidRDefault="00B06E58"/>
        </w:tc>
      </w:tr>
      <w:tr w:rsidR="00B06E58" w14:paraId="1340C4E5" w14:textId="77777777">
        <w:trPr>
          <w:trHeight w:val="360"/>
          <w:jc w:val="center"/>
        </w:trPr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F4CE5B" w14:textId="77777777" w:rsidR="00B06E58" w:rsidRDefault="00000000">
            <w:r>
              <w:rPr>
                <w:b/>
                <w:sz w:val="17"/>
              </w:rPr>
              <w:lastRenderedPageBreak/>
              <w:t>Rescue Equipment / Plan: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9D396B" w14:textId="77777777" w:rsidR="00B06E58" w:rsidRDefault="00B06E58"/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B0BF33" w14:textId="77777777" w:rsidR="00B06E58" w:rsidRDefault="00000000">
            <w:r>
              <w:rPr>
                <w:b/>
                <w:sz w:val="17"/>
              </w:rPr>
              <w:t>Emergency Equipment Required:</w:t>
            </w:r>
          </w:p>
        </w:tc>
        <w:tc>
          <w:tcPr>
            <w:tcW w:w="30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A3CEC8" w14:textId="77777777" w:rsidR="00B06E58" w:rsidRDefault="00B06E58"/>
        </w:tc>
      </w:tr>
    </w:tbl>
    <w:p w14:paraId="36CE50CC" w14:textId="77777777" w:rsidR="00B06E58" w:rsidRDefault="00000000">
      <w:pPr>
        <w:spacing w:before="80" w:after="40"/>
      </w:pPr>
      <w:r>
        <w:rPr>
          <w:b/>
        </w:rPr>
        <w:t>Task-Specific Emergency Actions / Evacuation Protocol: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B06E58" w14:paraId="70BB7AED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E6027" w14:textId="77777777" w:rsidR="00B06E58" w:rsidRDefault="00B06E58">
            <w:pPr>
              <w:spacing w:after="0"/>
            </w:pPr>
          </w:p>
        </w:tc>
      </w:tr>
      <w:tr w:rsidR="00B06E58" w14:paraId="20AC4446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7D03B" w14:textId="77777777" w:rsidR="00B06E58" w:rsidRDefault="00B06E58">
            <w:pPr>
              <w:spacing w:after="0"/>
            </w:pPr>
          </w:p>
        </w:tc>
      </w:tr>
    </w:tbl>
    <w:p w14:paraId="0BC3E6EF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11. ENVIRONMENTAL CONTROLS &amp; WASTE MANAGEMENT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B06E58" w14:paraId="2D9A8755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12"/>
              <w:gridCol w:w="3312"/>
              <w:gridCol w:w="3312"/>
            </w:tblGrid>
            <w:tr w:rsidR="00B06E58" w14:paraId="3E4A4E43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27BA14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Dust suppression / watering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1A699C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Noise containment / timing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523F12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Spill kit on site &amp; ready</w:t>
                  </w:r>
                </w:p>
              </w:tc>
            </w:tr>
            <w:tr w:rsidR="00B06E58" w14:paraId="24D01826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A93571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Waste segregation bins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73F895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Chemical drip tray / bunding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143F5F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Drainage protection / covers</w:t>
                  </w:r>
                </w:p>
              </w:tc>
            </w:tr>
            <w:tr w:rsidR="00B06E58" w14:paraId="4E847C3D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3B2E5D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Fuel / oil refuel containment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6E8758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Sensitive receptor protection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4B0179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Other: __________________</w:t>
                  </w:r>
                </w:p>
              </w:tc>
            </w:tr>
          </w:tbl>
          <w:p w14:paraId="4B9EFE9C" w14:textId="77777777" w:rsidR="00B06E58" w:rsidRDefault="00B06E58"/>
        </w:tc>
      </w:tr>
    </w:tbl>
    <w:p w14:paraId="1C46877F" w14:textId="77777777" w:rsidR="00B06E58" w:rsidRDefault="00000000">
      <w:pPr>
        <w:spacing w:before="80" w:after="40"/>
      </w:pPr>
      <w:r>
        <w:rPr>
          <w:b/>
        </w:rPr>
        <w:t>Environmental Control Requirements / Mitigation Notes: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B06E58" w14:paraId="2AB1989D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C8CEC7" w14:textId="77777777" w:rsidR="00B06E58" w:rsidRDefault="00B06E58">
            <w:pPr>
              <w:spacing w:after="0"/>
            </w:pPr>
          </w:p>
        </w:tc>
      </w:tr>
      <w:tr w:rsidR="00B06E58" w14:paraId="6428EAC4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387D39" w14:textId="77777777" w:rsidR="00B06E58" w:rsidRDefault="00B06E58">
            <w:pPr>
              <w:spacing w:after="0"/>
            </w:pPr>
          </w:p>
        </w:tc>
      </w:tr>
    </w:tbl>
    <w:p w14:paraId="10C3532C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12. COMMUNICATION &amp; WORKER ACKNOWLEDGEMENT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84"/>
        <w:gridCol w:w="3384"/>
        <w:gridCol w:w="3413"/>
      </w:tblGrid>
      <w:tr w:rsidR="00B06E58" w14:paraId="21A7D47F" w14:textId="77777777">
        <w:trPr>
          <w:trHeight w:val="360"/>
          <w:jc w:val="center"/>
        </w:trPr>
        <w:tc>
          <w:tcPr>
            <w:tcW w:w="338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5A7D07" w14:textId="77777777" w:rsidR="00B06E58" w:rsidRDefault="00000000">
            <w:r>
              <w:rPr>
                <w:b/>
                <w:sz w:val="17"/>
              </w:rPr>
              <w:t xml:space="preserve">JSA Briefing Date: </w:t>
            </w:r>
            <w:r>
              <w:t>__________________</w:t>
            </w:r>
          </w:p>
        </w:tc>
        <w:tc>
          <w:tcPr>
            <w:tcW w:w="338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7B384F" w14:textId="77777777" w:rsidR="00B06E58" w:rsidRDefault="00000000">
            <w:r>
              <w:rPr>
                <w:b/>
                <w:sz w:val="17"/>
              </w:rPr>
              <w:t xml:space="preserve">Briefed By (Supervisor): </w:t>
            </w:r>
            <w:r>
              <w:t>__________________</w:t>
            </w:r>
          </w:p>
        </w:tc>
        <w:tc>
          <w:tcPr>
            <w:tcW w:w="338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2BDC1C" w14:textId="77777777" w:rsidR="00B06E58" w:rsidRDefault="00000000">
            <w:r>
              <w:rPr>
                <w:b/>
                <w:sz w:val="17"/>
              </w:rPr>
              <w:t xml:space="preserve">Language(s) Used: </w:t>
            </w:r>
            <w:r>
              <w:t>__________________</w:t>
            </w:r>
          </w:p>
        </w:tc>
      </w:tr>
      <w:tr w:rsidR="00B06E58" w14:paraId="2FAD6E0E" w14:textId="77777777">
        <w:trPr>
          <w:jc w:val="center"/>
        </w:trPr>
        <w:tc>
          <w:tcPr>
            <w:tcW w:w="10181" w:type="dxa"/>
            <w:gridSpan w:val="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8FDA10" w14:textId="77777777" w:rsidR="00B06E58" w:rsidRDefault="00000000">
            <w:r>
              <w:rPr>
                <w:b/>
                <w:sz w:val="17"/>
              </w:rPr>
              <w:t>Questions / Concerns Raised by Work Team: __________________________________________________</w:t>
            </w:r>
          </w:p>
        </w:tc>
      </w:tr>
    </w:tbl>
    <w:p w14:paraId="2B63EB8D" w14:textId="77777777" w:rsidR="00B06E58" w:rsidRDefault="00000000">
      <w:pPr>
        <w:keepNext/>
        <w:spacing w:before="40" w:after="80"/>
      </w:pPr>
      <w:r>
        <w:rPr>
          <w:i/>
          <w:color w:val="595959"/>
          <w:sz w:val="17"/>
        </w:rPr>
        <w:t>By signing below, workers acknowledge that the JSA was communicated to them, they understand the hazards and controls, and they had an opportunity to raise questions or concerns.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720"/>
        <w:gridCol w:w="3312"/>
        <w:gridCol w:w="2592"/>
        <w:gridCol w:w="2016"/>
        <w:gridCol w:w="1541"/>
      </w:tblGrid>
      <w:tr w:rsidR="00B06E58" w14:paraId="48CC9CDF" w14:textId="77777777">
        <w:trPr>
          <w:trHeight w:val="320"/>
          <w:tblHeader/>
          <w:jc w:val="center"/>
        </w:trPr>
        <w:tc>
          <w:tcPr>
            <w:tcW w:w="72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50393F" w14:textId="77777777" w:rsidR="00B06E58" w:rsidRDefault="00000000">
            <w:r>
              <w:rPr>
                <w:b/>
                <w:sz w:val="17"/>
              </w:rPr>
              <w:t>No.</w:t>
            </w:r>
          </w:p>
        </w:tc>
        <w:tc>
          <w:tcPr>
            <w:tcW w:w="331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B0E222" w14:textId="77777777" w:rsidR="00B06E58" w:rsidRDefault="00000000">
            <w:r>
              <w:rPr>
                <w:b/>
                <w:sz w:val="17"/>
              </w:rPr>
              <w:t>Worker Name</w:t>
            </w:r>
          </w:p>
        </w:tc>
        <w:tc>
          <w:tcPr>
            <w:tcW w:w="259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DFE753" w14:textId="77777777" w:rsidR="00B06E58" w:rsidRDefault="00000000">
            <w:r>
              <w:rPr>
                <w:b/>
                <w:sz w:val="17"/>
              </w:rPr>
              <w:t>Job Title / Trade</w:t>
            </w:r>
          </w:p>
        </w:tc>
        <w:tc>
          <w:tcPr>
            <w:tcW w:w="2016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BA4519" w14:textId="77777777" w:rsidR="00B06E58" w:rsidRDefault="00000000">
            <w:r>
              <w:rPr>
                <w:b/>
                <w:sz w:val="17"/>
              </w:rPr>
              <w:t>Signature / Initials</w:t>
            </w:r>
          </w:p>
        </w:tc>
        <w:tc>
          <w:tcPr>
            <w:tcW w:w="1541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F9CA24" w14:textId="77777777" w:rsidR="00B06E58" w:rsidRDefault="00000000">
            <w:r>
              <w:rPr>
                <w:b/>
                <w:sz w:val="17"/>
              </w:rPr>
              <w:t>Date</w:t>
            </w:r>
          </w:p>
        </w:tc>
      </w:tr>
      <w:tr w:rsidR="00B06E58" w14:paraId="63D6E0F2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AAF006" w14:textId="77777777" w:rsidR="00B06E58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C70E49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7C0D52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17AD93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6AAF61" w14:textId="77777777" w:rsidR="00B06E58" w:rsidRDefault="00B06E58"/>
        </w:tc>
      </w:tr>
      <w:tr w:rsidR="00B06E58" w14:paraId="23D67893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809368" w14:textId="77777777" w:rsidR="00B06E58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A3E168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0B50CF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28031E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0C81A5" w14:textId="77777777" w:rsidR="00B06E58" w:rsidRDefault="00B06E58"/>
        </w:tc>
      </w:tr>
      <w:tr w:rsidR="00B06E58" w14:paraId="6308EC0B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DC6CE0" w14:textId="77777777" w:rsidR="00B06E58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49C689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5244AB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21383A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6D652" w14:textId="77777777" w:rsidR="00B06E58" w:rsidRDefault="00B06E58"/>
        </w:tc>
      </w:tr>
      <w:tr w:rsidR="00B06E58" w14:paraId="6B5F52B8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543D2F" w14:textId="77777777" w:rsidR="00B06E58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BC1017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C1F7EF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513A6F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3B7E0C" w14:textId="77777777" w:rsidR="00B06E58" w:rsidRDefault="00B06E58"/>
        </w:tc>
      </w:tr>
      <w:tr w:rsidR="00B06E58" w14:paraId="203F8373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F55E2C" w14:textId="77777777" w:rsidR="00B06E58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A853D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466B66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92F3A9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9A5870" w14:textId="77777777" w:rsidR="00B06E58" w:rsidRDefault="00B06E58"/>
        </w:tc>
      </w:tr>
      <w:tr w:rsidR="00B06E58" w14:paraId="46C29FDB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A2A68C" w14:textId="77777777" w:rsidR="00B06E58" w:rsidRDefault="00000000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DC258B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9939C8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4AAA43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72A8CE" w14:textId="77777777" w:rsidR="00B06E58" w:rsidRDefault="00B06E58"/>
        </w:tc>
      </w:tr>
      <w:tr w:rsidR="00B06E58" w14:paraId="31C4A57D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7B772A" w14:textId="77777777" w:rsidR="00B06E58" w:rsidRDefault="00000000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976199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87EE2B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C8BB52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6E824" w14:textId="77777777" w:rsidR="00B06E58" w:rsidRDefault="00B06E58"/>
        </w:tc>
      </w:tr>
      <w:tr w:rsidR="00B06E58" w14:paraId="3C84306D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0D8247" w14:textId="77777777" w:rsidR="00B06E58" w:rsidRDefault="00000000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BBDC8" w14:textId="77777777" w:rsidR="00B06E58" w:rsidRDefault="00B06E58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BC48EB" w14:textId="77777777" w:rsidR="00B06E58" w:rsidRDefault="00B06E58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46401B" w14:textId="77777777" w:rsidR="00B06E58" w:rsidRDefault="00B06E58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161DDC" w14:textId="77777777" w:rsidR="00B06E58" w:rsidRDefault="00B06E58"/>
        </w:tc>
      </w:tr>
      <w:tr w:rsidR="000A6B76" w14:paraId="50495D34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B0D1AB" w14:textId="2989754D" w:rsidR="000A6B76" w:rsidRDefault="000A6B76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68811B" w14:textId="77777777" w:rsidR="000A6B76" w:rsidRDefault="000A6B76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2DEFE7" w14:textId="77777777" w:rsidR="000A6B76" w:rsidRDefault="000A6B76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595DF0" w14:textId="77777777" w:rsidR="000A6B76" w:rsidRDefault="000A6B76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75A50B" w14:textId="77777777" w:rsidR="000A6B76" w:rsidRDefault="000A6B76"/>
        </w:tc>
      </w:tr>
      <w:tr w:rsidR="000A6B76" w14:paraId="532EFA1C" w14:textId="77777777">
        <w:trPr>
          <w:trHeight w:val="360"/>
          <w:jc w:val="center"/>
        </w:trPr>
        <w:tc>
          <w:tcPr>
            <w:tcW w:w="7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66EB0E" w14:textId="700B8AA7" w:rsidR="000A6B76" w:rsidRDefault="000A6B7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31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5455F8" w14:textId="77777777" w:rsidR="000A6B76" w:rsidRDefault="000A6B76"/>
        </w:tc>
        <w:tc>
          <w:tcPr>
            <w:tcW w:w="259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72FBC9" w14:textId="77777777" w:rsidR="000A6B76" w:rsidRDefault="000A6B76"/>
        </w:tc>
        <w:tc>
          <w:tcPr>
            <w:tcW w:w="201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322F0E" w14:textId="77777777" w:rsidR="000A6B76" w:rsidRDefault="000A6B76"/>
        </w:tc>
        <w:tc>
          <w:tcPr>
            <w:tcW w:w="154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43E82F" w14:textId="77777777" w:rsidR="000A6B76" w:rsidRDefault="000A6B76"/>
        </w:tc>
      </w:tr>
    </w:tbl>
    <w:p w14:paraId="3642A595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13. JSA REVIEW &amp; CHANGE MANAGEMENT</w:t>
      </w:r>
    </w:p>
    <w:p w14:paraId="35D712C1" w14:textId="77777777" w:rsidR="00B06E58" w:rsidRDefault="00000000">
      <w:pPr>
        <w:spacing w:before="40" w:after="80"/>
      </w:pPr>
      <w:r>
        <w:rPr>
          <w:b/>
        </w:rPr>
        <w:t xml:space="preserve">Does the JSA require review/revision due to changes during work?   </w:t>
      </w:r>
      <w:r>
        <w:t>☐ Yes     ☐ No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B06E58" w14:paraId="3E625475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756D9" w14:textId="77777777" w:rsidR="00B06E58" w:rsidRDefault="00000000">
            <w:r>
              <w:rPr>
                <w:b/>
                <w:sz w:val="17"/>
              </w:rPr>
              <w:t>Possible Review Triggers (Select all applicable):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12"/>
              <w:gridCol w:w="3312"/>
              <w:gridCol w:w="3312"/>
            </w:tblGrid>
            <w:tr w:rsidR="00B06E58" w14:paraId="1BB526DA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CB896B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Change in work method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638566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New hazard identified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013E06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Change in personnel / team</w:t>
                  </w:r>
                </w:p>
              </w:tc>
            </w:tr>
            <w:tr w:rsidR="00B06E58" w14:paraId="5DF9F38D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A043AA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Change in equipment / tools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50827A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Environmental / weather change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AA3682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Permit conditions updated</w:t>
                  </w:r>
                </w:p>
              </w:tc>
            </w:tr>
            <w:tr w:rsidR="00B06E58" w14:paraId="563EE65F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0153F8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Change in work location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FF3294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Incident / near miss occurred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44174E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Other: __________________</w:t>
                  </w:r>
                </w:p>
              </w:tc>
            </w:tr>
          </w:tbl>
          <w:p w14:paraId="4618BEF3" w14:textId="77777777" w:rsidR="00B06E58" w:rsidRDefault="00B06E58"/>
        </w:tc>
      </w:tr>
    </w:tbl>
    <w:p w14:paraId="5D4EE0B9" w14:textId="77777777" w:rsidR="00B06E58" w:rsidRDefault="00000000">
      <w:pPr>
        <w:spacing w:before="80" w:after="40"/>
      </w:pPr>
      <w:r>
        <w:rPr>
          <w:b/>
        </w:rPr>
        <w:t>Description of Change / New Hazards Identified &amp; Revised Controls: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B06E58" w14:paraId="1DDD5A2C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FF957" w14:textId="77777777" w:rsidR="00B06E58" w:rsidRDefault="00B06E58">
            <w:pPr>
              <w:spacing w:after="0"/>
            </w:pPr>
          </w:p>
        </w:tc>
      </w:tr>
      <w:tr w:rsidR="00B06E58" w14:paraId="524CABDE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8FC1C" w14:textId="77777777" w:rsidR="00B06E58" w:rsidRDefault="00B06E58">
            <w:pPr>
              <w:spacing w:after="0"/>
            </w:pPr>
          </w:p>
        </w:tc>
      </w:tr>
    </w:tbl>
    <w:p w14:paraId="626A3A7D" w14:textId="77777777" w:rsidR="00B06E58" w:rsidRDefault="00000000">
      <w:pPr>
        <w:spacing w:before="80" w:after="80"/>
      </w:pPr>
      <w:r>
        <w:t>JSA Revision / Review Date: __________________     Reviewed By: __________________     Signature: __________________</w:t>
      </w:r>
    </w:p>
    <w:p w14:paraId="2052BB42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14. JSA APPROVAL &amp; AUTHORIZATION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880"/>
        <w:gridCol w:w="3168"/>
        <w:gridCol w:w="2304"/>
        <w:gridCol w:w="1829"/>
      </w:tblGrid>
      <w:tr w:rsidR="00B06E58" w14:paraId="6CDB9346" w14:textId="77777777">
        <w:trPr>
          <w:trHeight w:val="320"/>
          <w:jc w:val="center"/>
        </w:trPr>
        <w:tc>
          <w:tcPr>
            <w:tcW w:w="288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E69165" w14:textId="77777777" w:rsidR="00B06E58" w:rsidRDefault="00000000">
            <w:r>
              <w:rPr>
                <w:b/>
                <w:sz w:val="17"/>
              </w:rPr>
              <w:t>Role / Designation</w:t>
            </w:r>
          </w:p>
        </w:tc>
        <w:tc>
          <w:tcPr>
            <w:tcW w:w="3168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648EEE" w14:textId="77777777" w:rsidR="00B06E58" w:rsidRDefault="00000000">
            <w:r>
              <w:rPr>
                <w:b/>
                <w:sz w:val="17"/>
              </w:rPr>
              <w:t>Name</w:t>
            </w:r>
          </w:p>
        </w:tc>
        <w:tc>
          <w:tcPr>
            <w:tcW w:w="2304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CC25FD" w14:textId="77777777" w:rsidR="00B06E58" w:rsidRDefault="00000000">
            <w:r>
              <w:rPr>
                <w:b/>
                <w:sz w:val="17"/>
              </w:rPr>
              <w:t>Signature</w:t>
            </w:r>
          </w:p>
        </w:tc>
        <w:tc>
          <w:tcPr>
            <w:tcW w:w="1829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DA3978" w14:textId="77777777" w:rsidR="00B06E58" w:rsidRDefault="00000000">
            <w:r>
              <w:rPr>
                <w:b/>
                <w:sz w:val="17"/>
              </w:rPr>
              <w:t>Date</w:t>
            </w:r>
          </w:p>
        </w:tc>
      </w:tr>
      <w:tr w:rsidR="00B06E58" w14:paraId="03D978BB" w14:textId="77777777">
        <w:trPr>
          <w:trHeight w:val="40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ADC6BC" w14:textId="77777777" w:rsidR="00B06E58" w:rsidRDefault="00000000">
            <w:r>
              <w:rPr>
                <w:b/>
                <w:sz w:val="17"/>
              </w:rPr>
              <w:t>JSA Prepared By (Supervisor/Eng)</w:t>
            </w:r>
          </w:p>
        </w:tc>
        <w:tc>
          <w:tcPr>
            <w:tcW w:w="316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AE0020" w14:textId="77777777" w:rsidR="00B06E58" w:rsidRDefault="00B06E58"/>
        </w:tc>
        <w:tc>
          <w:tcPr>
            <w:tcW w:w="23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479FB2" w14:textId="77777777" w:rsidR="00B06E58" w:rsidRDefault="00B06E58"/>
        </w:tc>
        <w:tc>
          <w:tcPr>
            <w:tcW w:w="182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C641DC" w14:textId="77777777" w:rsidR="00B06E58" w:rsidRDefault="00B06E58"/>
        </w:tc>
      </w:tr>
      <w:tr w:rsidR="00B06E58" w14:paraId="03A97618" w14:textId="77777777">
        <w:trPr>
          <w:trHeight w:val="40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F94F50" w14:textId="77777777" w:rsidR="00B06E58" w:rsidRDefault="00000000">
            <w:r>
              <w:rPr>
                <w:b/>
                <w:sz w:val="17"/>
              </w:rPr>
              <w:t>Supervisor / Person in Charge</w:t>
            </w:r>
          </w:p>
        </w:tc>
        <w:tc>
          <w:tcPr>
            <w:tcW w:w="316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47E71" w14:textId="77777777" w:rsidR="00B06E58" w:rsidRDefault="00B06E58"/>
        </w:tc>
        <w:tc>
          <w:tcPr>
            <w:tcW w:w="23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536860" w14:textId="77777777" w:rsidR="00B06E58" w:rsidRDefault="00B06E58"/>
        </w:tc>
        <w:tc>
          <w:tcPr>
            <w:tcW w:w="182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814F9" w14:textId="77777777" w:rsidR="00B06E58" w:rsidRDefault="00B06E58"/>
        </w:tc>
      </w:tr>
      <w:tr w:rsidR="00B06E58" w14:paraId="5B6A0FA2" w14:textId="77777777">
        <w:trPr>
          <w:trHeight w:val="40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241DD6" w14:textId="77777777" w:rsidR="00B06E58" w:rsidRDefault="00000000">
            <w:r>
              <w:rPr>
                <w:b/>
                <w:sz w:val="17"/>
              </w:rPr>
              <w:t>HSE Representative / Reviewer</w:t>
            </w:r>
          </w:p>
        </w:tc>
        <w:tc>
          <w:tcPr>
            <w:tcW w:w="316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99472C" w14:textId="77777777" w:rsidR="00B06E58" w:rsidRDefault="00B06E58"/>
        </w:tc>
        <w:tc>
          <w:tcPr>
            <w:tcW w:w="23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4C582D" w14:textId="77777777" w:rsidR="00B06E58" w:rsidRDefault="00B06E58"/>
        </w:tc>
        <w:tc>
          <w:tcPr>
            <w:tcW w:w="182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DF6D20" w14:textId="77777777" w:rsidR="00B06E58" w:rsidRDefault="00B06E58"/>
        </w:tc>
      </w:tr>
      <w:tr w:rsidR="00B06E58" w14:paraId="6ECFD4A5" w14:textId="77777777">
        <w:trPr>
          <w:trHeight w:val="40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E69DBC" w14:textId="77777777" w:rsidR="00B06E58" w:rsidRDefault="00000000">
            <w:r>
              <w:rPr>
                <w:b/>
                <w:sz w:val="17"/>
              </w:rPr>
              <w:t>Authorized Manager (If required)</w:t>
            </w:r>
          </w:p>
        </w:tc>
        <w:tc>
          <w:tcPr>
            <w:tcW w:w="316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3DEDA5" w14:textId="77777777" w:rsidR="00B06E58" w:rsidRDefault="00B06E58"/>
        </w:tc>
        <w:tc>
          <w:tcPr>
            <w:tcW w:w="23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D29D33" w14:textId="77777777" w:rsidR="00B06E58" w:rsidRDefault="00B06E58"/>
        </w:tc>
        <w:tc>
          <w:tcPr>
            <w:tcW w:w="182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E5613B" w14:textId="77777777" w:rsidR="00B06E58" w:rsidRDefault="00B06E58"/>
        </w:tc>
      </w:tr>
    </w:tbl>
    <w:p w14:paraId="361DB155" w14:textId="77777777" w:rsidR="00B06E58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15. FINAL PRE-START SAFETY CONFIRMATION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B06E58" w14:paraId="4C09BF85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12"/>
              <w:gridCol w:w="3312"/>
              <w:gridCol w:w="3312"/>
            </w:tblGrid>
            <w:tr w:rsidR="00B06E58" w14:paraId="145F7843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226D9F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JSA reviewed with work team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D447A6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Permits / authorizations active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CD91CF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Emergency arrangements ready</w:t>
                  </w:r>
                </w:p>
              </w:tc>
            </w:tr>
            <w:tr w:rsidR="00B06E58" w14:paraId="540F8F72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954F7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Task hazards clearly understood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15AF97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Equipment and tools checked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FE124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Work area ready &amp; safe</w:t>
                  </w:r>
                </w:p>
              </w:tc>
            </w:tr>
            <w:tr w:rsidR="00B06E58" w14:paraId="21FA2BF6" w14:textId="77777777"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FEF2F6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Required controls implemented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6BBAC73" w14:textId="77777777" w:rsidR="00B06E58" w:rsidRDefault="00000000">
                  <w:pPr>
                    <w:spacing w:after="0"/>
                  </w:pPr>
                  <w:r>
                    <w:rPr>
                      <w:sz w:val="17"/>
                    </w:rPr>
                    <w:t>☐ Site conditions re-assessed</w:t>
                  </w:r>
                </w:p>
              </w:tc>
              <w:tc>
                <w:tcPr>
                  <w:tcW w:w="331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D36C9A" w14:textId="77777777" w:rsidR="00B06E58" w:rsidRDefault="00000000">
                  <w:pPr>
                    <w:spacing w:after="0"/>
                  </w:pPr>
                  <w:r>
                    <w:rPr>
                      <w:b/>
                      <w:sz w:val="17"/>
                    </w:rPr>
                    <w:t>☐ WORK MAY PROCEED</w:t>
                  </w:r>
                </w:p>
              </w:tc>
            </w:tr>
          </w:tbl>
          <w:p w14:paraId="157531F2" w14:textId="77777777" w:rsidR="00B06E58" w:rsidRDefault="00B06E58"/>
        </w:tc>
      </w:tr>
    </w:tbl>
    <w:p w14:paraId="2D052A68" w14:textId="77777777" w:rsidR="00B06E58" w:rsidRDefault="00000000">
      <w:pPr>
        <w:spacing w:before="80" w:after="80"/>
      </w:pPr>
      <w:r>
        <w:t>Supervisor / Person in Charge Sign-off: ________________________     Date / Time: __________________</w:t>
      </w:r>
    </w:p>
    <w:p w14:paraId="3A38B07F" w14:textId="77777777" w:rsidR="00B06E58" w:rsidRDefault="00000000">
      <w:pPr>
        <w:keepNext/>
        <w:spacing w:before="240" w:after="40"/>
      </w:pPr>
      <w:r>
        <w:rPr>
          <w:b/>
          <w:color w:val="7F7F7F"/>
          <w:sz w:val="16"/>
        </w:rPr>
        <w:t>DISCLAIMER &amp; USAGE NOTICE</w:t>
      </w:r>
    </w:p>
    <w:p w14:paraId="2BD7D460" w14:textId="77777777" w:rsidR="00B06E58" w:rsidRDefault="00000000">
      <w:pPr>
        <w:spacing w:after="120"/>
      </w:pPr>
      <w:r>
        <w:rPr>
          <w:i/>
          <w:color w:val="7F7F7F"/>
          <w:sz w:val="15"/>
        </w:rPr>
        <w:t>This template is provided as a practical HSE management aid and should be reviewed and adapted to the organization's activities, applicable legislation, regulatory requirements, contractual requirements, approved risk assessment methodology, and site-specific conditions. It should be completed and reviewed by competent persons before formal use.</w:t>
      </w:r>
    </w:p>
    <w:sectPr w:rsidR="00B06E58" w:rsidSect="00034616">
      <w:pgSz w:w="11909" w:h="16834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E5A1" w14:textId="77777777" w:rsidR="005132A9" w:rsidRDefault="005132A9">
      <w:pPr>
        <w:spacing w:after="0" w:line="240" w:lineRule="auto"/>
      </w:pPr>
      <w:r>
        <w:separator/>
      </w:r>
    </w:p>
  </w:endnote>
  <w:endnote w:type="continuationSeparator" w:id="0">
    <w:p w14:paraId="34EA9D60" w14:textId="77777777" w:rsidR="005132A9" w:rsidRDefault="0051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3112" w14:textId="77777777" w:rsidR="000A6B76" w:rsidRDefault="000A6B76" w:rsidP="000A6B76">
    <w:pPr>
      <w:pStyle w:val="Footer"/>
    </w:pPr>
    <w:r>
      <w:t>The HSEVerse</w:t>
    </w:r>
    <w:r w:rsidRPr="00DE1A36">
      <w:t xml:space="preserve"> | www.</w:t>
    </w:r>
    <w:r>
      <w:t>thehseverse</w:t>
    </w:r>
    <w:r w:rsidRPr="00DE1A36">
      <w:t>.com</w:t>
    </w:r>
  </w:p>
  <w:p w14:paraId="103CA962" w14:textId="4F18097D" w:rsidR="00B06E58" w:rsidRDefault="00000000">
    <w:pPr>
      <w:pStyle w:val="Footer"/>
      <w:jc w:val="right"/>
    </w:pPr>
    <w:r>
      <w:rPr>
        <w:color w:val="7F7F7F"/>
        <w:sz w:val="17"/>
      </w:rPr>
      <w:t xml:space="preserve">THV-HSE-TMP-002 | Rev: 00 | Page </w:t>
    </w:r>
    <w:r>
      <w:fldChar w:fldCharType="begin"/>
    </w:r>
    <w:r>
      <w:instrText>PAGE</w:instrText>
    </w:r>
    <w:r>
      <w:fldChar w:fldCharType="separate"/>
    </w:r>
    <w:r w:rsidR="000A6B76">
      <w:rPr>
        <w:noProof/>
      </w:rPr>
      <w:t>1</w:t>
    </w:r>
    <w:r>
      <w:fldChar w:fldCharType="end"/>
    </w:r>
    <w:r>
      <w:rPr>
        <w:color w:val="7F7F7F"/>
        <w:sz w:val="17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0A6B7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AD72" w14:textId="77777777" w:rsidR="005132A9" w:rsidRDefault="005132A9">
      <w:pPr>
        <w:spacing w:after="0" w:line="240" w:lineRule="auto"/>
      </w:pPr>
      <w:r>
        <w:separator/>
      </w:r>
    </w:p>
  </w:footnote>
  <w:footnote w:type="continuationSeparator" w:id="0">
    <w:p w14:paraId="150DFD4B" w14:textId="77777777" w:rsidR="005132A9" w:rsidRDefault="00513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84B7D" w14:textId="0F2E7AB7" w:rsidR="000A6B76" w:rsidRDefault="000A6B7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2685BE" wp14:editId="472B4E78">
          <wp:simplePos x="0" y="0"/>
          <wp:positionH relativeFrom="column">
            <wp:posOffset>0</wp:posOffset>
          </wp:positionH>
          <wp:positionV relativeFrom="paragraph">
            <wp:posOffset>-426720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1772135">
    <w:abstractNumId w:val="8"/>
  </w:num>
  <w:num w:numId="2" w16cid:durableId="906450434">
    <w:abstractNumId w:val="6"/>
  </w:num>
  <w:num w:numId="3" w16cid:durableId="1800564528">
    <w:abstractNumId w:val="5"/>
  </w:num>
  <w:num w:numId="4" w16cid:durableId="151944338">
    <w:abstractNumId w:val="4"/>
  </w:num>
  <w:num w:numId="5" w16cid:durableId="1747799021">
    <w:abstractNumId w:val="7"/>
  </w:num>
  <w:num w:numId="6" w16cid:durableId="1153596327">
    <w:abstractNumId w:val="3"/>
  </w:num>
  <w:num w:numId="7" w16cid:durableId="1029843016">
    <w:abstractNumId w:val="2"/>
  </w:num>
  <w:num w:numId="8" w16cid:durableId="1354847573">
    <w:abstractNumId w:val="1"/>
  </w:num>
  <w:num w:numId="9" w16cid:durableId="71801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B76"/>
    <w:rsid w:val="0015074B"/>
    <w:rsid w:val="0029639D"/>
    <w:rsid w:val="002A28B5"/>
    <w:rsid w:val="00326F90"/>
    <w:rsid w:val="005132A9"/>
    <w:rsid w:val="00AA1D8D"/>
    <w:rsid w:val="00B06E5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A7B79"/>
  <w14:defaultImageDpi w14:val="300"/>
  <w15:docId w15:val="{B82C65A9-08FA-44D5-9938-C3F979A9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6262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2013-12-23T23:15:00Z</dcterms:created>
  <dcterms:modified xsi:type="dcterms:W3CDTF">2026-08-13T10:15:00Z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f2364b7b-fc4b-4e60-ad2f-3e149b536c69</vt:lpwstr>
  </property>
</Properties>
</file>