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85E3C" w14:textId="77777777" w:rsidR="009C5996" w:rsidRDefault="009C5996" w:rsidP="009C5996">
      <w:pPr>
        <w:jc w:val="center"/>
      </w:pPr>
    </w:p>
    <w:p w14:paraId="5FF3E6A2" w14:textId="387D025A" w:rsidR="009C5996" w:rsidRDefault="00332DDE" w:rsidP="00332DDE">
      <w:pPr>
        <w:rPr>
          <w:b/>
          <w:sz w:val="56"/>
        </w:rPr>
      </w:pPr>
      <w:r>
        <w:rPr>
          <w:b/>
          <w:sz w:val="56"/>
        </w:rPr>
        <w:t xml:space="preserve"> </w:t>
      </w:r>
    </w:p>
    <w:p w14:paraId="2AE3AF97" w14:textId="77777777" w:rsidR="009C5996" w:rsidRDefault="009C5996" w:rsidP="009C5996">
      <w:pPr>
        <w:jc w:val="center"/>
        <w:rPr>
          <w:b/>
          <w:sz w:val="56"/>
        </w:rPr>
      </w:pPr>
    </w:p>
    <w:p w14:paraId="7BD40C6B" w14:textId="77777777" w:rsidR="009C5996" w:rsidRDefault="009C5996" w:rsidP="009C5996">
      <w:pPr>
        <w:jc w:val="center"/>
        <w:rPr>
          <w:b/>
          <w:sz w:val="56"/>
        </w:rPr>
      </w:pPr>
      <w:r w:rsidRPr="00614FAE">
        <w:rPr>
          <w:b/>
          <w:sz w:val="56"/>
        </w:rPr>
        <w:t>PROJECT NAME</w:t>
      </w:r>
    </w:p>
    <w:p w14:paraId="4486D049" w14:textId="77777777" w:rsidR="009C5996" w:rsidRDefault="009C5996" w:rsidP="009C5996">
      <w:pPr>
        <w:jc w:val="center"/>
      </w:pPr>
      <w:r>
        <w:rPr>
          <w:b/>
          <w:sz w:val="56"/>
        </w:rPr>
        <w:br/>
      </w:r>
      <w:r>
        <w:rPr>
          <w:b/>
          <w:sz w:val="56"/>
        </w:rPr>
        <w:br/>
        <w:t>LIFTING OPERATIONS</w:t>
      </w:r>
      <w:r>
        <w:rPr>
          <w:b/>
          <w:sz w:val="56"/>
        </w:rPr>
        <w:br/>
        <w:t>RISK ASSESSMENT</w:t>
      </w:r>
      <w:r>
        <w:br/>
      </w:r>
      <w:r>
        <w:br/>
        <w:t>Comprehensive Risk Assessment for Lifting and Material Handling Activities</w:t>
      </w:r>
    </w:p>
    <w:p w14:paraId="47014CA4" w14:textId="3584D908" w:rsidR="0032538F" w:rsidRDefault="00000000" w:rsidP="009C5996">
      <w:pPr>
        <w:jc w:val="center"/>
      </w:pPr>
      <w:r>
        <w:br/>
      </w:r>
      <w:r>
        <w:br/>
      </w:r>
      <w:r>
        <w:br/>
      </w:r>
    </w:p>
    <w:tbl>
      <w:tblPr>
        <w:tblStyle w:val="TableGrid"/>
        <w:tblW w:w="0" w:type="auto"/>
        <w:jc w:val="center"/>
        <w:tblLook w:val="04A0" w:firstRow="1" w:lastRow="0" w:firstColumn="1" w:lastColumn="0" w:noHBand="0" w:noVBand="1"/>
      </w:tblPr>
      <w:tblGrid>
        <w:gridCol w:w="5112"/>
        <w:gridCol w:w="5112"/>
      </w:tblGrid>
      <w:tr w:rsidR="0032538F" w14:paraId="47B7F0F1" w14:textId="77777777">
        <w:trPr>
          <w:tblHeader/>
          <w:jc w:val="center"/>
        </w:trPr>
        <w:tc>
          <w:tcPr>
            <w:tcW w:w="5112" w:type="dxa"/>
            <w:shd w:val="clear" w:color="auto" w:fill="0F3D5E"/>
          </w:tcPr>
          <w:p w14:paraId="17E5F8F0" w14:textId="77777777" w:rsidR="0032538F" w:rsidRDefault="00000000">
            <w:r>
              <w:rPr>
                <w:b/>
                <w:color w:val="FFFFFF"/>
              </w:rPr>
              <w:t>Document Information</w:t>
            </w:r>
          </w:p>
        </w:tc>
        <w:tc>
          <w:tcPr>
            <w:tcW w:w="5112" w:type="dxa"/>
            <w:shd w:val="clear" w:color="auto" w:fill="0F3D5E"/>
          </w:tcPr>
          <w:p w14:paraId="6C8BBBFE" w14:textId="77777777" w:rsidR="0032538F" w:rsidRDefault="00000000">
            <w:r>
              <w:rPr>
                <w:b/>
                <w:color w:val="FFFFFF"/>
              </w:rPr>
              <w:t>Details</w:t>
            </w:r>
          </w:p>
        </w:tc>
      </w:tr>
      <w:tr w:rsidR="0032538F" w14:paraId="345C2B8A" w14:textId="77777777">
        <w:trPr>
          <w:jc w:val="center"/>
        </w:trPr>
        <w:tc>
          <w:tcPr>
            <w:tcW w:w="5112" w:type="dxa"/>
          </w:tcPr>
          <w:p w14:paraId="76A31627" w14:textId="77777777" w:rsidR="0032538F" w:rsidRDefault="00000000">
            <w:r>
              <w:rPr>
                <w:sz w:val="18"/>
              </w:rPr>
              <w:t>Resource Category</w:t>
            </w:r>
          </w:p>
        </w:tc>
        <w:tc>
          <w:tcPr>
            <w:tcW w:w="5112" w:type="dxa"/>
          </w:tcPr>
          <w:p w14:paraId="6995D6BE" w14:textId="77777777" w:rsidR="0032538F" w:rsidRDefault="00000000">
            <w:r>
              <w:rPr>
                <w:sz w:val="18"/>
              </w:rPr>
              <w:t>Risk Assessments</w:t>
            </w:r>
          </w:p>
        </w:tc>
      </w:tr>
      <w:tr w:rsidR="0032538F" w14:paraId="216CC01B" w14:textId="77777777">
        <w:trPr>
          <w:jc w:val="center"/>
        </w:trPr>
        <w:tc>
          <w:tcPr>
            <w:tcW w:w="5112" w:type="dxa"/>
          </w:tcPr>
          <w:p w14:paraId="4EFF11EB" w14:textId="77777777" w:rsidR="0032538F" w:rsidRDefault="00000000">
            <w:r>
              <w:rPr>
                <w:sz w:val="18"/>
              </w:rPr>
              <w:t>Document Type</w:t>
            </w:r>
          </w:p>
        </w:tc>
        <w:tc>
          <w:tcPr>
            <w:tcW w:w="5112" w:type="dxa"/>
          </w:tcPr>
          <w:p w14:paraId="2A5F3479" w14:textId="77777777" w:rsidR="0032538F" w:rsidRDefault="00000000">
            <w:r>
              <w:rPr>
                <w:sz w:val="18"/>
              </w:rPr>
              <w:t>Completed Practical Risk Assessment</w:t>
            </w:r>
          </w:p>
        </w:tc>
      </w:tr>
      <w:tr w:rsidR="0032538F" w14:paraId="1E3074D1" w14:textId="77777777">
        <w:trPr>
          <w:jc w:val="center"/>
        </w:trPr>
        <w:tc>
          <w:tcPr>
            <w:tcW w:w="5112" w:type="dxa"/>
          </w:tcPr>
          <w:p w14:paraId="64127D7C" w14:textId="77777777" w:rsidR="0032538F" w:rsidRDefault="00000000">
            <w:r>
              <w:rPr>
                <w:sz w:val="18"/>
              </w:rPr>
              <w:t>Revision</w:t>
            </w:r>
          </w:p>
        </w:tc>
        <w:tc>
          <w:tcPr>
            <w:tcW w:w="5112" w:type="dxa"/>
          </w:tcPr>
          <w:p w14:paraId="3464E84C" w14:textId="77777777" w:rsidR="0032538F" w:rsidRDefault="00000000">
            <w:r>
              <w:rPr>
                <w:sz w:val="18"/>
              </w:rPr>
              <w:t>Rev. 00</w:t>
            </w:r>
          </w:p>
        </w:tc>
      </w:tr>
      <w:tr w:rsidR="0032538F" w14:paraId="5AFD21D5" w14:textId="77777777">
        <w:trPr>
          <w:jc w:val="center"/>
        </w:trPr>
        <w:tc>
          <w:tcPr>
            <w:tcW w:w="5112" w:type="dxa"/>
          </w:tcPr>
          <w:p w14:paraId="43FE3B29" w14:textId="77777777" w:rsidR="0032538F" w:rsidRDefault="00000000">
            <w:r>
              <w:rPr>
                <w:sz w:val="18"/>
              </w:rPr>
              <w:t>Status</w:t>
            </w:r>
          </w:p>
        </w:tc>
        <w:tc>
          <w:tcPr>
            <w:tcW w:w="5112" w:type="dxa"/>
          </w:tcPr>
          <w:p w14:paraId="0B306771" w14:textId="77777777" w:rsidR="0032538F" w:rsidRDefault="00000000">
            <w:r>
              <w:rPr>
                <w:sz w:val="18"/>
              </w:rPr>
              <w:t>Reference Document</w:t>
            </w:r>
          </w:p>
        </w:tc>
      </w:tr>
    </w:tbl>
    <w:p w14:paraId="3C07C2AB" w14:textId="77777777" w:rsidR="0032538F" w:rsidRDefault="0032538F"/>
    <w:p w14:paraId="10C3EF3E" w14:textId="77777777" w:rsidR="0032538F" w:rsidRDefault="00000000">
      <w:pPr>
        <w:jc w:val="center"/>
      </w:pPr>
      <w:r>
        <w:br/>
        <w:t>Prepared as a practical HSE reference resource.</w:t>
      </w:r>
    </w:p>
    <w:p w14:paraId="47BDDE30" w14:textId="77777777" w:rsidR="0032538F" w:rsidRDefault="00000000">
      <w:r>
        <w:br w:type="page"/>
      </w:r>
    </w:p>
    <w:p w14:paraId="5A01A7E9" w14:textId="77777777" w:rsidR="0032538F" w:rsidRDefault="00000000">
      <w:pPr>
        <w:pStyle w:val="Heading1"/>
      </w:pPr>
      <w:r>
        <w:lastRenderedPageBreak/>
        <w:t>1. Document / Assessment Information</w:t>
      </w:r>
    </w:p>
    <w:tbl>
      <w:tblPr>
        <w:tblStyle w:val="TableGrid"/>
        <w:tblW w:w="0" w:type="auto"/>
        <w:jc w:val="center"/>
        <w:tblLook w:val="04A0" w:firstRow="1" w:lastRow="0" w:firstColumn="1" w:lastColumn="0" w:noHBand="0" w:noVBand="1"/>
      </w:tblPr>
      <w:tblGrid>
        <w:gridCol w:w="5112"/>
        <w:gridCol w:w="5112"/>
      </w:tblGrid>
      <w:tr w:rsidR="0032538F" w14:paraId="3FF700A4" w14:textId="77777777">
        <w:trPr>
          <w:tblHeader/>
          <w:jc w:val="center"/>
        </w:trPr>
        <w:tc>
          <w:tcPr>
            <w:tcW w:w="5112" w:type="dxa"/>
            <w:shd w:val="clear" w:color="auto" w:fill="0F3D5E"/>
          </w:tcPr>
          <w:p w14:paraId="0C9372A2" w14:textId="77777777" w:rsidR="0032538F" w:rsidRDefault="00000000">
            <w:r>
              <w:rPr>
                <w:b/>
                <w:color w:val="FFFFFF"/>
              </w:rPr>
              <w:t>Field</w:t>
            </w:r>
          </w:p>
        </w:tc>
        <w:tc>
          <w:tcPr>
            <w:tcW w:w="5112" w:type="dxa"/>
            <w:shd w:val="clear" w:color="auto" w:fill="0F3D5E"/>
          </w:tcPr>
          <w:p w14:paraId="0FA1744A" w14:textId="77777777" w:rsidR="0032538F" w:rsidRDefault="00000000">
            <w:r>
              <w:rPr>
                <w:b/>
                <w:color w:val="FFFFFF"/>
              </w:rPr>
              <w:t>Details</w:t>
            </w:r>
          </w:p>
        </w:tc>
      </w:tr>
      <w:tr w:rsidR="0032538F" w14:paraId="6AC834DF" w14:textId="77777777">
        <w:trPr>
          <w:jc w:val="center"/>
        </w:trPr>
        <w:tc>
          <w:tcPr>
            <w:tcW w:w="5112" w:type="dxa"/>
          </w:tcPr>
          <w:p w14:paraId="01E0718B" w14:textId="77777777" w:rsidR="0032538F" w:rsidRDefault="00000000">
            <w:r>
              <w:rPr>
                <w:sz w:val="18"/>
              </w:rPr>
              <w:t>Project / Site Name</w:t>
            </w:r>
          </w:p>
        </w:tc>
        <w:tc>
          <w:tcPr>
            <w:tcW w:w="5112" w:type="dxa"/>
          </w:tcPr>
          <w:p w14:paraId="1A708C6F" w14:textId="189D0E2E" w:rsidR="0032538F" w:rsidRDefault="0032538F"/>
        </w:tc>
      </w:tr>
      <w:tr w:rsidR="0032538F" w14:paraId="40A4F118" w14:textId="77777777">
        <w:trPr>
          <w:jc w:val="center"/>
        </w:trPr>
        <w:tc>
          <w:tcPr>
            <w:tcW w:w="5112" w:type="dxa"/>
          </w:tcPr>
          <w:p w14:paraId="1DA148D9" w14:textId="77777777" w:rsidR="0032538F" w:rsidRDefault="00000000">
            <w:r>
              <w:rPr>
                <w:sz w:val="18"/>
              </w:rPr>
              <w:t>Location</w:t>
            </w:r>
          </w:p>
        </w:tc>
        <w:tc>
          <w:tcPr>
            <w:tcW w:w="5112" w:type="dxa"/>
          </w:tcPr>
          <w:p w14:paraId="4F746DCB" w14:textId="5C35BE72" w:rsidR="0032538F" w:rsidRDefault="0032538F"/>
        </w:tc>
      </w:tr>
      <w:tr w:rsidR="0032538F" w14:paraId="138E269E" w14:textId="77777777">
        <w:trPr>
          <w:jc w:val="center"/>
        </w:trPr>
        <w:tc>
          <w:tcPr>
            <w:tcW w:w="5112" w:type="dxa"/>
          </w:tcPr>
          <w:p w14:paraId="12C1F239" w14:textId="77777777" w:rsidR="0032538F" w:rsidRDefault="00000000">
            <w:r>
              <w:rPr>
                <w:sz w:val="18"/>
              </w:rPr>
              <w:t>Client</w:t>
            </w:r>
          </w:p>
        </w:tc>
        <w:tc>
          <w:tcPr>
            <w:tcW w:w="5112" w:type="dxa"/>
          </w:tcPr>
          <w:p w14:paraId="357639A4" w14:textId="14D7FD0C" w:rsidR="0032538F" w:rsidRDefault="0032538F"/>
        </w:tc>
      </w:tr>
      <w:tr w:rsidR="0032538F" w14:paraId="5DBA0B0B" w14:textId="77777777">
        <w:trPr>
          <w:jc w:val="center"/>
        </w:trPr>
        <w:tc>
          <w:tcPr>
            <w:tcW w:w="5112" w:type="dxa"/>
          </w:tcPr>
          <w:p w14:paraId="4F6C2D4D" w14:textId="77777777" w:rsidR="0032538F" w:rsidRDefault="00000000">
            <w:r>
              <w:rPr>
                <w:sz w:val="18"/>
              </w:rPr>
              <w:t>Main Contractor</w:t>
            </w:r>
          </w:p>
        </w:tc>
        <w:tc>
          <w:tcPr>
            <w:tcW w:w="5112" w:type="dxa"/>
          </w:tcPr>
          <w:p w14:paraId="0412BBC4" w14:textId="3D1382D6" w:rsidR="0032538F" w:rsidRDefault="0032538F"/>
        </w:tc>
      </w:tr>
      <w:tr w:rsidR="0032538F" w14:paraId="22CC5D59" w14:textId="77777777">
        <w:trPr>
          <w:jc w:val="center"/>
        </w:trPr>
        <w:tc>
          <w:tcPr>
            <w:tcW w:w="5112" w:type="dxa"/>
          </w:tcPr>
          <w:p w14:paraId="454691B8" w14:textId="77777777" w:rsidR="0032538F" w:rsidRDefault="00000000">
            <w:r>
              <w:rPr>
                <w:sz w:val="18"/>
              </w:rPr>
              <w:t>Subcontractor</w:t>
            </w:r>
          </w:p>
        </w:tc>
        <w:tc>
          <w:tcPr>
            <w:tcW w:w="5112" w:type="dxa"/>
          </w:tcPr>
          <w:p w14:paraId="3F5108D3" w14:textId="308F1E8A" w:rsidR="0032538F" w:rsidRDefault="0032538F"/>
        </w:tc>
      </w:tr>
      <w:tr w:rsidR="0032538F" w14:paraId="14E2658C" w14:textId="77777777">
        <w:trPr>
          <w:jc w:val="center"/>
        </w:trPr>
        <w:tc>
          <w:tcPr>
            <w:tcW w:w="5112" w:type="dxa"/>
          </w:tcPr>
          <w:p w14:paraId="1525D8E1" w14:textId="77777777" w:rsidR="0032538F" w:rsidRDefault="00000000">
            <w:r>
              <w:rPr>
                <w:sz w:val="18"/>
              </w:rPr>
              <w:t>Assessment Reference</w:t>
            </w:r>
          </w:p>
        </w:tc>
        <w:tc>
          <w:tcPr>
            <w:tcW w:w="5112" w:type="dxa"/>
          </w:tcPr>
          <w:p w14:paraId="67FDF665" w14:textId="7D9362F4" w:rsidR="0032538F" w:rsidRDefault="0032538F"/>
        </w:tc>
      </w:tr>
      <w:tr w:rsidR="0032538F" w14:paraId="783D4E0F" w14:textId="77777777">
        <w:trPr>
          <w:jc w:val="center"/>
        </w:trPr>
        <w:tc>
          <w:tcPr>
            <w:tcW w:w="5112" w:type="dxa"/>
          </w:tcPr>
          <w:p w14:paraId="4C5E7211" w14:textId="77777777" w:rsidR="0032538F" w:rsidRDefault="00000000">
            <w:r>
              <w:rPr>
                <w:sz w:val="18"/>
              </w:rPr>
              <w:t>Assessment Date</w:t>
            </w:r>
          </w:p>
        </w:tc>
        <w:tc>
          <w:tcPr>
            <w:tcW w:w="5112" w:type="dxa"/>
          </w:tcPr>
          <w:p w14:paraId="5E4AD795" w14:textId="1A482E24" w:rsidR="0032538F" w:rsidRDefault="0032538F"/>
        </w:tc>
      </w:tr>
      <w:tr w:rsidR="0032538F" w14:paraId="351475F9" w14:textId="77777777">
        <w:trPr>
          <w:jc w:val="center"/>
        </w:trPr>
        <w:tc>
          <w:tcPr>
            <w:tcW w:w="5112" w:type="dxa"/>
          </w:tcPr>
          <w:p w14:paraId="62E89AF8" w14:textId="77777777" w:rsidR="0032538F" w:rsidRDefault="00000000">
            <w:r>
              <w:rPr>
                <w:sz w:val="18"/>
              </w:rPr>
              <w:t>Review Date</w:t>
            </w:r>
          </w:p>
        </w:tc>
        <w:tc>
          <w:tcPr>
            <w:tcW w:w="5112" w:type="dxa"/>
          </w:tcPr>
          <w:p w14:paraId="108E1050" w14:textId="5E1EEC86" w:rsidR="0032538F" w:rsidRDefault="0032538F"/>
        </w:tc>
      </w:tr>
      <w:tr w:rsidR="0032538F" w14:paraId="7CB561B4" w14:textId="77777777">
        <w:trPr>
          <w:jc w:val="center"/>
        </w:trPr>
        <w:tc>
          <w:tcPr>
            <w:tcW w:w="5112" w:type="dxa"/>
          </w:tcPr>
          <w:p w14:paraId="6CFEB20A" w14:textId="77777777" w:rsidR="0032538F" w:rsidRDefault="00000000">
            <w:r>
              <w:rPr>
                <w:sz w:val="18"/>
              </w:rPr>
              <w:t>Activity</w:t>
            </w:r>
          </w:p>
        </w:tc>
        <w:tc>
          <w:tcPr>
            <w:tcW w:w="5112" w:type="dxa"/>
          </w:tcPr>
          <w:p w14:paraId="020108A5" w14:textId="77777777" w:rsidR="0032538F" w:rsidRDefault="00000000">
            <w:r>
              <w:rPr>
                <w:sz w:val="18"/>
              </w:rPr>
              <w:t>Lifting Operations</w:t>
            </w:r>
          </w:p>
        </w:tc>
      </w:tr>
      <w:tr w:rsidR="0032538F" w14:paraId="7BFD381C" w14:textId="77777777">
        <w:trPr>
          <w:jc w:val="center"/>
        </w:trPr>
        <w:tc>
          <w:tcPr>
            <w:tcW w:w="5112" w:type="dxa"/>
          </w:tcPr>
          <w:p w14:paraId="55722656" w14:textId="77777777" w:rsidR="0032538F" w:rsidRDefault="00000000">
            <w:r>
              <w:rPr>
                <w:sz w:val="18"/>
              </w:rPr>
              <w:t>Assessed By</w:t>
            </w:r>
          </w:p>
        </w:tc>
        <w:tc>
          <w:tcPr>
            <w:tcW w:w="5112" w:type="dxa"/>
          </w:tcPr>
          <w:p w14:paraId="17358A09" w14:textId="6364BB87" w:rsidR="0032538F" w:rsidRDefault="0032538F"/>
        </w:tc>
      </w:tr>
      <w:tr w:rsidR="0032538F" w14:paraId="2657668D" w14:textId="77777777">
        <w:trPr>
          <w:jc w:val="center"/>
        </w:trPr>
        <w:tc>
          <w:tcPr>
            <w:tcW w:w="5112" w:type="dxa"/>
          </w:tcPr>
          <w:p w14:paraId="3C5E76E5" w14:textId="77777777" w:rsidR="0032538F" w:rsidRDefault="00000000">
            <w:r>
              <w:rPr>
                <w:sz w:val="18"/>
              </w:rPr>
              <w:t>Position</w:t>
            </w:r>
          </w:p>
        </w:tc>
        <w:tc>
          <w:tcPr>
            <w:tcW w:w="5112" w:type="dxa"/>
          </w:tcPr>
          <w:p w14:paraId="0F03F840" w14:textId="2A7B04A2" w:rsidR="0032538F" w:rsidRDefault="0032538F"/>
        </w:tc>
      </w:tr>
      <w:tr w:rsidR="0032538F" w14:paraId="1A857394" w14:textId="77777777">
        <w:trPr>
          <w:jc w:val="center"/>
        </w:trPr>
        <w:tc>
          <w:tcPr>
            <w:tcW w:w="5112" w:type="dxa"/>
          </w:tcPr>
          <w:p w14:paraId="0205E4A7" w14:textId="77777777" w:rsidR="0032538F" w:rsidRDefault="00000000">
            <w:r>
              <w:rPr>
                <w:sz w:val="18"/>
              </w:rPr>
              <w:t>Reviewed By</w:t>
            </w:r>
          </w:p>
        </w:tc>
        <w:tc>
          <w:tcPr>
            <w:tcW w:w="5112" w:type="dxa"/>
          </w:tcPr>
          <w:p w14:paraId="37217B56" w14:textId="4C6D857B" w:rsidR="0032538F" w:rsidRDefault="0032538F"/>
        </w:tc>
      </w:tr>
      <w:tr w:rsidR="0032538F" w14:paraId="30C810B9" w14:textId="77777777">
        <w:trPr>
          <w:jc w:val="center"/>
        </w:trPr>
        <w:tc>
          <w:tcPr>
            <w:tcW w:w="5112" w:type="dxa"/>
          </w:tcPr>
          <w:p w14:paraId="0CAFBD60" w14:textId="77777777" w:rsidR="0032538F" w:rsidRDefault="00000000">
            <w:r>
              <w:rPr>
                <w:sz w:val="18"/>
              </w:rPr>
              <w:t>Approved By</w:t>
            </w:r>
          </w:p>
        </w:tc>
        <w:tc>
          <w:tcPr>
            <w:tcW w:w="5112" w:type="dxa"/>
          </w:tcPr>
          <w:p w14:paraId="4D00BFBA" w14:textId="20A6963A" w:rsidR="0032538F" w:rsidRDefault="0032538F"/>
        </w:tc>
      </w:tr>
      <w:tr w:rsidR="0032538F" w14:paraId="7451F204" w14:textId="77777777">
        <w:trPr>
          <w:jc w:val="center"/>
        </w:trPr>
        <w:tc>
          <w:tcPr>
            <w:tcW w:w="5112" w:type="dxa"/>
          </w:tcPr>
          <w:p w14:paraId="06364DFF" w14:textId="77777777" w:rsidR="0032538F" w:rsidRDefault="00000000">
            <w:r>
              <w:rPr>
                <w:sz w:val="18"/>
              </w:rPr>
              <w:t>Persons at Risk</w:t>
            </w:r>
          </w:p>
        </w:tc>
        <w:tc>
          <w:tcPr>
            <w:tcW w:w="5112" w:type="dxa"/>
          </w:tcPr>
          <w:p w14:paraId="6C5AD95F" w14:textId="77777777" w:rsidR="0032538F" w:rsidRDefault="00000000">
            <w:r>
              <w:rPr>
                <w:sz w:val="18"/>
              </w:rPr>
              <w:t>Crane operators, riggers, signalers, workers, supervisors, drivers, contractors, visitors and others who may be exposed</w:t>
            </w:r>
          </w:p>
        </w:tc>
      </w:tr>
      <w:tr w:rsidR="0032538F" w14:paraId="745DE646" w14:textId="77777777">
        <w:trPr>
          <w:jc w:val="center"/>
        </w:trPr>
        <w:tc>
          <w:tcPr>
            <w:tcW w:w="5112" w:type="dxa"/>
          </w:tcPr>
          <w:p w14:paraId="06BE81DC" w14:textId="77777777" w:rsidR="0032538F" w:rsidRDefault="00000000">
            <w:r>
              <w:rPr>
                <w:sz w:val="18"/>
              </w:rPr>
              <w:t>Revision</w:t>
            </w:r>
          </w:p>
        </w:tc>
        <w:tc>
          <w:tcPr>
            <w:tcW w:w="5112" w:type="dxa"/>
          </w:tcPr>
          <w:p w14:paraId="558898E1" w14:textId="77777777" w:rsidR="0032538F" w:rsidRDefault="00000000">
            <w:r>
              <w:rPr>
                <w:sz w:val="18"/>
              </w:rPr>
              <w:t>00</w:t>
            </w:r>
          </w:p>
        </w:tc>
      </w:tr>
      <w:tr w:rsidR="0032538F" w14:paraId="65A8A905" w14:textId="77777777">
        <w:trPr>
          <w:jc w:val="center"/>
        </w:trPr>
        <w:tc>
          <w:tcPr>
            <w:tcW w:w="5112" w:type="dxa"/>
          </w:tcPr>
          <w:p w14:paraId="5157F2E8" w14:textId="77777777" w:rsidR="0032538F" w:rsidRDefault="00000000">
            <w:r>
              <w:rPr>
                <w:sz w:val="18"/>
              </w:rPr>
              <w:t>Document Status</w:t>
            </w:r>
          </w:p>
        </w:tc>
        <w:tc>
          <w:tcPr>
            <w:tcW w:w="5112" w:type="dxa"/>
          </w:tcPr>
          <w:p w14:paraId="360E8247" w14:textId="77777777" w:rsidR="0032538F" w:rsidRDefault="00000000">
            <w:r>
              <w:rPr>
                <w:sz w:val="18"/>
              </w:rPr>
              <w:t>Completed Reference Assessment</w:t>
            </w:r>
          </w:p>
        </w:tc>
      </w:tr>
    </w:tbl>
    <w:p w14:paraId="631AAC63" w14:textId="77777777" w:rsidR="0032538F" w:rsidRDefault="00000000">
      <w:pPr>
        <w:pStyle w:val="Heading1"/>
      </w:pPr>
      <w:r>
        <w:t>2. Purpose</w:t>
      </w:r>
    </w:p>
    <w:p w14:paraId="11544A3A" w14:textId="77777777" w:rsidR="0032538F" w:rsidRDefault="00000000">
      <w:r>
        <w:t>This assessment identifies foreseeable hazards associated with lifting operations and material handling, evaluates the potential risks, and establishes practical controls for safe planning, equipment selection, lifting accessory use, load handling, communication, exclusion zones and emergency response. It is a completed practical reference assessment and does not replace a project-specific lifting plan, lift study, equipment inspection, manufacturer requirements or competent-person assessment.</w:t>
      </w:r>
    </w:p>
    <w:p w14:paraId="69B05B00" w14:textId="77777777" w:rsidR="0032538F" w:rsidRDefault="00000000">
      <w:pPr>
        <w:pStyle w:val="Heading1"/>
      </w:pPr>
      <w:r>
        <w:t>3. Scope</w:t>
      </w:r>
    </w:p>
    <w:p w14:paraId="2D9FF73A" w14:textId="77777777" w:rsidR="0032538F" w:rsidRDefault="00000000">
      <w:r>
        <w:t>The assessment covers mobile cranes, crawler and tower cranes, telehandlers where used for lifting, lifting accessories, rigging and slinging, load assessment, lifting plans, ground conditions, crane setup, outrigger deployment, overhead services, suspended loads, personnel exclusion, communication, tandem lifts, blind lifts, weather, night lifting, delivery interfaces, storage and emergency arrangements.</w:t>
      </w:r>
    </w:p>
    <w:p w14:paraId="6CDC38F2" w14:textId="77777777" w:rsidR="0032538F" w:rsidRDefault="00000000">
      <w:pPr>
        <w:pStyle w:val="Heading1"/>
      </w:pPr>
      <w:r>
        <w:t>4. Persons at Risk</w:t>
      </w:r>
    </w:p>
    <w:tbl>
      <w:tblPr>
        <w:tblStyle w:val="TableGrid"/>
        <w:tblW w:w="0" w:type="auto"/>
        <w:jc w:val="center"/>
        <w:tblLook w:val="04A0" w:firstRow="1" w:lastRow="0" w:firstColumn="1" w:lastColumn="0" w:noHBand="0" w:noVBand="1"/>
      </w:tblPr>
      <w:tblGrid>
        <w:gridCol w:w="3408"/>
        <w:gridCol w:w="3408"/>
        <w:gridCol w:w="3408"/>
      </w:tblGrid>
      <w:tr w:rsidR="0032538F" w14:paraId="1D7EFFFA" w14:textId="77777777">
        <w:trPr>
          <w:tblHeader/>
          <w:jc w:val="center"/>
        </w:trPr>
        <w:tc>
          <w:tcPr>
            <w:tcW w:w="3408" w:type="dxa"/>
            <w:shd w:val="clear" w:color="auto" w:fill="0F3D5E"/>
          </w:tcPr>
          <w:p w14:paraId="578183B0" w14:textId="77777777" w:rsidR="0032538F" w:rsidRDefault="00000000">
            <w:r>
              <w:rPr>
                <w:b/>
                <w:color w:val="FFFFFF"/>
              </w:rPr>
              <w:t>No.</w:t>
            </w:r>
          </w:p>
        </w:tc>
        <w:tc>
          <w:tcPr>
            <w:tcW w:w="3408" w:type="dxa"/>
            <w:shd w:val="clear" w:color="auto" w:fill="0F3D5E"/>
          </w:tcPr>
          <w:p w14:paraId="1EA5E6CF" w14:textId="77777777" w:rsidR="0032538F" w:rsidRDefault="00000000">
            <w:r>
              <w:rPr>
                <w:b/>
                <w:color w:val="FFFFFF"/>
              </w:rPr>
              <w:t>Person / Group</w:t>
            </w:r>
          </w:p>
        </w:tc>
        <w:tc>
          <w:tcPr>
            <w:tcW w:w="3408" w:type="dxa"/>
            <w:shd w:val="clear" w:color="auto" w:fill="0F3D5E"/>
          </w:tcPr>
          <w:p w14:paraId="5D944DF1" w14:textId="77777777" w:rsidR="0032538F" w:rsidRDefault="00000000">
            <w:r>
              <w:rPr>
                <w:b/>
                <w:color w:val="FFFFFF"/>
              </w:rPr>
              <w:t>Potential Exposure</w:t>
            </w:r>
          </w:p>
        </w:tc>
      </w:tr>
      <w:tr w:rsidR="0032538F" w14:paraId="48DDC917" w14:textId="77777777">
        <w:trPr>
          <w:jc w:val="center"/>
        </w:trPr>
        <w:tc>
          <w:tcPr>
            <w:tcW w:w="3408" w:type="dxa"/>
          </w:tcPr>
          <w:p w14:paraId="2C2EE31A" w14:textId="77777777" w:rsidR="0032538F" w:rsidRDefault="00000000">
            <w:r>
              <w:rPr>
                <w:sz w:val="17"/>
              </w:rPr>
              <w:t>1</w:t>
            </w:r>
          </w:p>
        </w:tc>
        <w:tc>
          <w:tcPr>
            <w:tcW w:w="3408" w:type="dxa"/>
          </w:tcPr>
          <w:p w14:paraId="1DCB28A6" w14:textId="77777777" w:rsidR="0032538F" w:rsidRDefault="00000000">
            <w:r>
              <w:rPr>
                <w:sz w:val="17"/>
              </w:rPr>
              <w:t>Crane operators</w:t>
            </w:r>
          </w:p>
        </w:tc>
        <w:tc>
          <w:tcPr>
            <w:tcW w:w="3408" w:type="dxa"/>
          </w:tcPr>
          <w:p w14:paraId="15E337BB" w14:textId="77777777" w:rsidR="0032538F" w:rsidRDefault="00000000">
            <w:r>
              <w:rPr>
                <w:sz w:val="17"/>
              </w:rPr>
              <w:t>Equipment instability, overload, collision and suspended-load incidents</w:t>
            </w:r>
          </w:p>
        </w:tc>
      </w:tr>
      <w:tr w:rsidR="0032538F" w14:paraId="0FF5E923" w14:textId="77777777">
        <w:trPr>
          <w:jc w:val="center"/>
        </w:trPr>
        <w:tc>
          <w:tcPr>
            <w:tcW w:w="3408" w:type="dxa"/>
          </w:tcPr>
          <w:p w14:paraId="7F784E1E" w14:textId="77777777" w:rsidR="0032538F" w:rsidRDefault="00000000">
            <w:r>
              <w:rPr>
                <w:sz w:val="17"/>
              </w:rPr>
              <w:t>2</w:t>
            </w:r>
          </w:p>
        </w:tc>
        <w:tc>
          <w:tcPr>
            <w:tcW w:w="3408" w:type="dxa"/>
          </w:tcPr>
          <w:p w14:paraId="4559E223" w14:textId="77777777" w:rsidR="0032538F" w:rsidRDefault="00000000">
            <w:r>
              <w:rPr>
                <w:sz w:val="17"/>
              </w:rPr>
              <w:t>Riggers / slingers</w:t>
            </w:r>
          </w:p>
        </w:tc>
        <w:tc>
          <w:tcPr>
            <w:tcW w:w="3408" w:type="dxa"/>
          </w:tcPr>
          <w:p w14:paraId="244541B1" w14:textId="77777777" w:rsidR="0032538F" w:rsidRDefault="00000000">
            <w:r>
              <w:rPr>
                <w:sz w:val="17"/>
              </w:rPr>
              <w:t>Dropped loads, pinch points and incorrect rigging</w:t>
            </w:r>
          </w:p>
        </w:tc>
      </w:tr>
      <w:tr w:rsidR="0032538F" w14:paraId="4DC0D591" w14:textId="77777777">
        <w:trPr>
          <w:jc w:val="center"/>
        </w:trPr>
        <w:tc>
          <w:tcPr>
            <w:tcW w:w="3408" w:type="dxa"/>
          </w:tcPr>
          <w:p w14:paraId="67FDA247" w14:textId="77777777" w:rsidR="0032538F" w:rsidRDefault="00000000">
            <w:r>
              <w:rPr>
                <w:sz w:val="17"/>
              </w:rPr>
              <w:t>3</w:t>
            </w:r>
          </w:p>
        </w:tc>
        <w:tc>
          <w:tcPr>
            <w:tcW w:w="3408" w:type="dxa"/>
          </w:tcPr>
          <w:p w14:paraId="08477156" w14:textId="77777777" w:rsidR="0032538F" w:rsidRDefault="00000000">
            <w:r>
              <w:rPr>
                <w:sz w:val="17"/>
              </w:rPr>
              <w:t>Banksmen / signalers</w:t>
            </w:r>
          </w:p>
        </w:tc>
        <w:tc>
          <w:tcPr>
            <w:tcW w:w="3408" w:type="dxa"/>
          </w:tcPr>
          <w:p w14:paraId="37D3A72A" w14:textId="77777777" w:rsidR="0032538F" w:rsidRDefault="00000000">
            <w:r>
              <w:rPr>
                <w:sz w:val="17"/>
              </w:rPr>
              <w:t>Struck-by incidents and communication failures</w:t>
            </w:r>
          </w:p>
        </w:tc>
      </w:tr>
      <w:tr w:rsidR="0032538F" w14:paraId="79FB6BDC" w14:textId="77777777">
        <w:trPr>
          <w:jc w:val="center"/>
        </w:trPr>
        <w:tc>
          <w:tcPr>
            <w:tcW w:w="3408" w:type="dxa"/>
          </w:tcPr>
          <w:p w14:paraId="79CDF74F" w14:textId="77777777" w:rsidR="0032538F" w:rsidRDefault="00000000">
            <w:r>
              <w:rPr>
                <w:sz w:val="17"/>
              </w:rPr>
              <w:t>4</w:t>
            </w:r>
          </w:p>
        </w:tc>
        <w:tc>
          <w:tcPr>
            <w:tcW w:w="3408" w:type="dxa"/>
          </w:tcPr>
          <w:p w14:paraId="6D959785" w14:textId="77777777" w:rsidR="0032538F" w:rsidRDefault="00000000">
            <w:r>
              <w:rPr>
                <w:sz w:val="17"/>
              </w:rPr>
              <w:t>Workers near lifting area</w:t>
            </w:r>
          </w:p>
        </w:tc>
        <w:tc>
          <w:tcPr>
            <w:tcW w:w="3408" w:type="dxa"/>
          </w:tcPr>
          <w:p w14:paraId="1EE2B30B" w14:textId="77777777" w:rsidR="0032538F" w:rsidRDefault="00000000">
            <w:r>
              <w:rPr>
                <w:sz w:val="17"/>
              </w:rPr>
              <w:t>Dropped or swinging loads and crane movement</w:t>
            </w:r>
          </w:p>
        </w:tc>
      </w:tr>
      <w:tr w:rsidR="0032538F" w14:paraId="4A0B745A" w14:textId="77777777">
        <w:trPr>
          <w:jc w:val="center"/>
        </w:trPr>
        <w:tc>
          <w:tcPr>
            <w:tcW w:w="3408" w:type="dxa"/>
          </w:tcPr>
          <w:p w14:paraId="3D65BFF9" w14:textId="77777777" w:rsidR="0032538F" w:rsidRDefault="00000000">
            <w:r>
              <w:rPr>
                <w:sz w:val="17"/>
              </w:rPr>
              <w:t>5</w:t>
            </w:r>
          </w:p>
        </w:tc>
        <w:tc>
          <w:tcPr>
            <w:tcW w:w="3408" w:type="dxa"/>
          </w:tcPr>
          <w:p w14:paraId="0382806A" w14:textId="77777777" w:rsidR="0032538F" w:rsidRDefault="00000000">
            <w:r>
              <w:rPr>
                <w:sz w:val="17"/>
              </w:rPr>
              <w:t>Supervisors / lifting team</w:t>
            </w:r>
          </w:p>
        </w:tc>
        <w:tc>
          <w:tcPr>
            <w:tcW w:w="3408" w:type="dxa"/>
          </w:tcPr>
          <w:p w14:paraId="40850487" w14:textId="77777777" w:rsidR="0032538F" w:rsidRDefault="00000000">
            <w:r>
              <w:rPr>
                <w:sz w:val="17"/>
              </w:rPr>
              <w:t>Exposure during setup, inspection and execution</w:t>
            </w:r>
          </w:p>
        </w:tc>
      </w:tr>
      <w:tr w:rsidR="0032538F" w14:paraId="5CEB7A1A" w14:textId="77777777">
        <w:trPr>
          <w:jc w:val="center"/>
        </w:trPr>
        <w:tc>
          <w:tcPr>
            <w:tcW w:w="3408" w:type="dxa"/>
          </w:tcPr>
          <w:p w14:paraId="347B7B36" w14:textId="77777777" w:rsidR="0032538F" w:rsidRDefault="00000000">
            <w:r>
              <w:rPr>
                <w:sz w:val="17"/>
              </w:rPr>
              <w:t>6</w:t>
            </w:r>
          </w:p>
        </w:tc>
        <w:tc>
          <w:tcPr>
            <w:tcW w:w="3408" w:type="dxa"/>
          </w:tcPr>
          <w:p w14:paraId="00328A48" w14:textId="77777777" w:rsidR="0032538F" w:rsidRDefault="00000000">
            <w:r>
              <w:rPr>
                <w:sz w:val="17"/>
              </w:rPr>
              <w:t>Drivers / delivery personnel</w:t>
            </w:r>
          </w:p>
        </w:tc>
        <w:tc>
          <w:tcPr>
            <w:tcW w:w="3408" w:type="dxa"/>
          </w:tcPr>
          <w:p w14:paraId="2DEFA075" w14:textId="77777777" w:rsidR="0032538F" w:rsidRDefault="00000000">
            <w:r>
              <w:rPr>
                <w:sz w:val="17"/>
              </w:rPr>
              <w:t>Vehicle and lifting interface</w:t>
            </w:r>
          </w:p>
        </w:tc>
      </w:tr>
      <w:tr w:rsidR="0032538F" w14:paraId="152ABCE3" w14:textId="77777777">
        <w:trPr>
          <w:jc w:val="center"/>
        </w:trPr>
        <w:tc>
          <w:tcPr>
            <w:tcW w:w="3408" w:type="dxa"/>
          </w:tcPr>
          <w:p w14:paraId="50B81841" w14:textId="77777777" w:rsidR="0032538F" w:rsidRDefault="00000000">
            <w:r>
              <w:rPr>
                <w:sz w:val="17"/>
              </w:rPr>
              <w:t>7</w:t>
            </w:r>
          </w:p>
        </w:tc>
        <w:tc>
          <w:tcPr>
            <w:tcW w:w="3408" w:type="dxa"/>
          </w:tcPr>
          <w:p w14:paraId="4187432A" w14:textId="77777777" w:rsidR="0032538F" w:rsidRDefault="00000000">
            <w:r>
              <w:rPr>
                <w:sz w:val="17"/>
              </w:rPr>
              <w:t>Maintenance personnel</w:t>
            </w:r>
          </w:p>
        </w:tc>
        <w:tc>
          <w:tcPr>
            <w:tcW w:w="3408" w:type="dxa"/>
          </w:tcPr>
          <w:p w14:paraId="7D287C05" w14:textId="77777777" w:rsidR="0032538F" w:rsidRDefault="00000000">
            <w:r>
              <w:rPr>
                <w:sz w:val="17"/>
              </w:rPr>
              <w:t>Unexpected movement, stored energy and equipment hazards</w:t>
            </w:r>
          </w:p>
        </w:tc>
      </w:tr>
      <w:tr w:rsidR="0032538F" w14:paraId="63DD4172" w14:textId="77777777">
        <w:trPr>
          <w:jc w:val="center"/>
        </w:trPr>
        <w:tc>
          <w:tcPr>
            <w:tcW w:w="3408" w:type="dxa"/>
          </w:tcPr>
          <w:p w14:paraId="239D07B0" w14:textId="77777777" w:rsidR="0032538F" w:rsidRDefault="00000000">
            <w:r>
              <w:rPr>
                <w:sz w:val="17"/>
              </w:rPr>
              <w:t>8</w:t>
            </w:r>
          </w:p>
        </w:tc>
        <w:tc>
          <w:tcPr>
            <w:tcW w:w="3408" w:type="dxa"/>
          </w:tcPr>
          <w:p w14:paraId="5A3CBFC1" w14:textId="77777777" w:rsidR="0032538F" w:rsidRDefault="00000000">
            <w:r>
              <w:rPr>
                <w:sz w:val="17"/>
              </w:rPr>
              <w:t>Visitors / unauthorized persons</w:t>
            </w:r>
          </w:p>
        </w:tc>
        <w:tc>
          <w:tcPr>
            <w:tcW w:w="3408" w:type="dxa"/>
          </w:tcPr>
          <w:p w14:paraId="679540A1" w14:textId="77777777" w:rsidR="0032538F" w:rsidRDefault="00000000">
            <w:r>
              <w:rPr>
                <w:sz w:val="17"/>
              </w:rPr>
              <w:t>Entry into lifting exclusion zones</w:t>
            </w:r>
          </w:p>
        </w:tc>
      </w:tr>
      <w:tr w:rsidR="0032538F" w14:paraId="7498A554" w14:textId="77777777">
        <w:trPr>
          <w:jc w:val="center"/>
        </w:trPr>
        <w:tc>
          <w:tcPr>
            <w:tcW w:w="3408" w:type="dxa"/>
          </w:tcPr>
          <w:p w14:paraId="3A248DE7" w14:textId="77777777" w:rsidR="0032538F" w:rsidRDefault="00000000">
            <w:r>
              <w:rPr>
                <w:sz w:val="17"/>
              </w:rPr>
              <w:t>9</w:t>
            </w:r>
          </w:p>
        </w:tc>
        <w:tc>
          <w:tcPr>
            <w:tcW w:w="3408" w:type="dxa"/>
          </w:tcPr>
          <w:p w14:paraId="2764A871" w14:textId="77777777" w:rsidR="0032538F" w:rsidRDefault="00000000">
            <w:r>
              <w:rPr>
                <w:sz w:val="17"/>
              </w:rPr>
              <w:t>Public / third parties</w:t>
            </w:r>
          </w:p>
        </w:tc>
        <w:tc>
          <w:tcPr>
            <w:tcW w:w="3408" w:type="dxa"/>
          </w:tcPr>
          <w:p w14:paraId="5B9EC281" w14:textId="77777777" w:rsidR="0032538F" w:rsidRDefault="00000000">
            <w:r>
              <w:rPr>
                <w:sz w:val="17"/>
              </w:rPr>
              <w:t>Exposure where lifting occurs near public interfaces</w:t>
            </w:r>
          </w:p>
        </w:tc>
      </w:tr>
      <w:tr w:rsidR="0032538F" w14:paraId="515703F0" w14:textId="77777777">
        <w:trPr>
          <w:jc w:val="center"/>
        </w:trPr>
        <w:tc>
          <w:tcPr>
            <w:tcW w:w="3408" w:type="dxa"/>
          </w:tcPr>
          <w:p w14:paraId="1F0B78E2" w14:textId="77777777" w:rsidR="0032538F" w:rsidRDefault="00000000">
            <w:r>
              <w:rPr>
                <w:sz w:val="17"/>
              </w:rPr>
              <w:lastRenderedPageBreak/>
              <w:t>10</w:t>
            </w:r>
          </w:p>
        </w:tc>
        <w:tc>
          <w:tcPr>
            <w:tcW w:w="3408" w:type="dxa"/>
          </w:tcPr>
          <w:p w14:paraId="16294933" w14:textId="77777777" w:rsidR="0032538F" w:rsidRDefault="00000000">
            <w:r>
              <w:rPr>
                <w:sz w:val="17"/>
              </w:rPr>
              <w:t>Emergency responders</w:t>
            </w:r>
          </w:p>
        </w:tc>
        <w:tc>
          <w:tcPr>
            <w:tcW w:w="3408" w:type="dxa"/>
          </w:tcPr>
          <w:p w14:paraId="48E9EDDD" w14:textId="77777777" w:rsidR="0032538F" w:rsidRDefault="00000000">
            <w:r>
              <w:rPr>
                <w:sz w:val="17"/>
              </w:rPr>
              <w:t>Exposure during recovery of failed loads or equipment</w:t>
            </w:r>
          </w:p>
        </w:tc>
      </w:tr>
    </w:tbl>
    <w:p w14:paraId="123EE110" w14:textId="77777777" w:rsidR="0032538F" w:rsidRDefault="0032538F"/>
    <w:p w14:paraId="114CD23F" w14:textId="77777777" w:rsidR="0032538F" w:rsidRDefault="00000000">
      <w:pPr>
        <w:pStyle w:val="Heading1"/>
      </w:pPr>
      <w:r>
        <w:t>5. Lifting Control Principles</w:t>
      </w:r>
    </w:p>
    <w:p w14:paraId="4B2A6D8A" w14:textId="77777777" w:rsidR="0032538F" w:rsidRDefault="00000000">
      <w:r>
        <w:t>Lifting operations must be planned and executed by competent personnel using suitable, inspected equipment and lifting accessories. The lift should be assessed for load weight, dimensions, center of gravity, radius, height, travel path, ground conditions, environmental conditions and nearby hazards. People must be protected from suspended-load and equipment hazards through exclusion, controlled access and clear communication.</w:t>
      </w:r>
    </w:p>
    <w:tbl>
      <w:tblPr>
        <w:tblStyle w:val="TableGrid"/>
        <w:tblW w:w="0" w:type="auto"/>
        <w:jc w:val="center"/>
        <w:tblLook w:val="04A0" w:firstRow="1" w:lastRow="0" w:firstColumn="1" w:lastColumn="0" w:noHBand="0" w:noVBand="1"/>
      </w:tblPr>
      <w:tblGrid>
        <w:gridCol w:w="3408"/>
        <w:gridCol w:w="3408"/>
        <w:gridCol w:w="3408"/>
      </w:tblGrid>
      <w:tr w:rsidR="0032538F" w14:paraId="79969290" w14:textId="77777777">
        <w:trPr>
          <w:tblHeader/>
          <w:jc w:val="center"/>
        </w:trPr>
        <w:tc>
          <w:tcPr>
            <w:tcW w:w="3408" w:type="dxa"/>
            <w:shd w:val="clear" w:color="auto" w:fill="0F3D5E"/>
          </w:tcPr>
          <w:p w14:paraId="35B918E1" w14:textId="77777777" w:rsidR="0032538F" w:rsidRDefault="00000000">
            <w:r>
              <w:rPr>
                <w:b/>
                <w:color w:val="FFFFFF"/>
              </w:rPr>
              <w:t>Priority</w:t>
            </w:r>
          </w:p>
        </w:tc>
        <w:tc>
          <w:tcPr>
            <w:tcW w:w="3408" w:type="dxa"/>
            <w:shd w:val="clear" w:color="auto" w:fill="0F3D5E"/>
          </w:tcPr>
          <w:p w14:paraId="18FC5019" w14:textId="77777777" w:rsidR="0032538F" w:rsidRDefault="00000000">
            <w:r>
              <w:rPr>
                <w:b/>
                <w:color w:val="FFFFFF"/>
              </w:rPr>
              <w:t>Principle</w:t>
            </w:r>
          </w:p>
        </w:tc>
        <w:tc>
          <w:tcPr>
            <w:tcW w:w="3408" w:type="dxa"/>
            <w:shd w:val="clear" w:color="auto" w:fill="0F3D5E"/>
          </w:tcPr>
          <w:p w14:paraId="22999930" w14:textId="77777777" w:rsidR="0032538F" w:rsidRDefault="00000000">
            <w:r>
              <w:rPr>
                <w:b/>
                <w:color w:val="FFFFFF"/>
              </w:rPr>
              <w:t>Examples</w:t>
            </w:r>
          </w:p>
        </w:tc>
      </w:tr>
      <w:tr w:rsidR="0032538F" w14:paraId="04762F08" w14:textId="77777777">
        <w:trPr>
          <w:jc w:val="center"/>
        </w:trPr>
        <w:tc>
          <w:tcPr>
            <w:tcW w:w="3408" w:type="dxa"/>
          </w:tcPr>
          <w:p w14:paraId="20818D22" w14:textId="77777777" w:rsidR="0032538F" w:rsidRDefault="00000000">
            <w:r>
              <w:rPr>
                <w:sz w:val="17"/>
              </w:rPr>
              <w:t>1</w:t>
            </w:r>
          </w:p>
        </w:tc>
        <w:tc>
          <w:tcPr>
            <w:tcW w:w="3408" w:type="dxa"/>
          </w:tcPr>
          <w:p w14:paraId="25101DB5" w14:textId="77777777" w:rsidR="0032538F" w:rsidRDefault="00000000">
            <w:r>
              <w:rPr>
                <w:sz w:val="17"/>
              </w:rPr>
              <w:t>Avoid unnecessary lifting</w:t>
            </w:r>
          </w:p>
        </w:tc>
        <w:tc>
          <w:tcPr>
            <w:tcW w:w="3408" w:type="dxa"/>
          </w:tcPr>
          <w:p w14:paraId="76505FC0" w14:textId="77777777" w:rsidR="0032538F" w:rsidRDefault="00000000">
            <w:r>
              <w:rPr>
                <w:sz w:val="17"/>
              </w:rPr>
              <w:t>Use ground-level assembly or mechanical handling alternatives where reasonably practicable.</w:t>
            </w:r>
          </w:p>
        </w:tc>
      </w:tr>
      <w:tr w:rsidR="0032538F" w14:paraId="62A9446E" w14:textId="77777777">
        <w:trPr>
          <w:jc w:val="center"/>
        </w:trPr>
        <w:tc>
          <w:tcPr>
            <w:tcW w:w="3408" w:type="dxa"/>
          </w:tcPr>
          <w:p w14:paraId="44F6F722" w14:textId="77777777" w:rsidR="0032538F" w:rsidRDefault="00000000">
            <w:r>
              <w:rPr>
                <w:sz w:val="17"/>
              </w:rPr>
              <w:t>2</w:t>
            </w:r>
          </w:p>
        </w:tc>
        <w:tc>
          <w:tcPr>
            <w:tcW w:w="3408" w:type="dxa"/>
          </w:tcPr>
          <w:p w14:paraId="5173BA27" w14:textId="77777777" w:rsidR="0032538F" w:rsidRDefault="00000000">
            <w:r>
              <w:rPr>
                <w:sz w:val="17"/>
              </w:rPr>
              <w:t>Plan and control</w:t>
            </w:r>
          </w:p>
        </w:tc>
        <w:tc>
          <w:tcPr>
            <w:tcW w:w="3408" w:type="dxa"/>
          </w:tcPr>
          <w:p w14:paraId="5FB94C19" w14:textId="77777777" w:rsidR="0032538F" w:rsidRDefault="00000000">
            <w:r>
              <w:rPr>
                <w:sz w:val="17"/>
              </w:rPr>
              <w:t>Use competent lifting plans, suitable equipment, verified load data and defined roles.</w:t>
            </w:r>
          </w:p>
        </w:tc>
      </w:tr>
      <w:tr w:rsidR="0032538F" w14:paraId="50519CD3" w14:textId="77777777">
        <w:trPr>
          <w:jc w:val="center"/>
        </w:trPr>
        <w:tc>
          <w:tcPr>
            <w:tcW w:w="3408" w:type="dxa"/>
          </w:tcPr>
          <w:p w14:paraId="12B318A4" w14:textId="77777777" w:rsidR="0032538F" w:rsidRDefault="00000000">
            <w:r>
              <w:rPr>
                <w:sz w:val="17"/>
              </w:rPr>
              <w:t>3</w:t>
            </w:r>
          </w:p>
        </w:tc>
        <w:tc>
          <w:tcPr>
            <w:tcW w:w="3408" w:type="dxa"/>
          </w:tcPr>
          <w:p w14:paraId="7BC4F589" w14:textId="77777777" w:rsidR="0032538F" w:rsidRDefault="00000000">
            <w:r>
              <w:rPr>
                <w:sz w:val="17"/>
              </w:rPr>
              <w:t>Prevent dropped-load events</w:t>
            </w:r>
          </w:p>
        </w:tc>
        <w:tc>
          <w:tcPr>
            <w:tcW w:w="3408" w:type="dxa"/>
          </w:tcPr>
          <w:p w14:paraId="4E0C7E2E" w14:textId="77777777" w:rsidR="0032538F" w:rsidRDefault="00000000">
            <w:r>
              <w:rPr>
                <w:sz w:val="17"/>
              </w:rPr>
              <w:t>Inspect accessories, secure loads, use correct rigging and control movement.</w:t>
            </w:r>
          </w:p>
        </w:tc>
      </w:tr>
      <w:tr w:rsidR="0032538F" w14:paraId="72E6D45D" w14:textId="77777777">
        <w:trPr>
          <w:jc w:val="center"/>
        </w:trPr>
        <w:tc>
          <w:tcPr>
            <w:tcW w:w="3408" w:type="dxa"/>
          </w:tcPr>
          <w:p w14:paraId="65FA3CFE" w14:textId="77777777" w:rsidR="0032538F" w:rsidRDefault="00000000">
            <w:r>
              <w:rPr>
                <w:sz w:val="17"/>
              </w:rPr>
              <w:t>4</w:t>
            </w:r>
          </w:p>
        </w:tc>
        <w:tc>
          <w:tcPr>
            <w:tcW w:w="3408" w:type="dxa"/>
          </w:tcPr>
          <w:p w14:paraId="4C02BD28" w14:textId="77777777" w:rsidR="0032538F" w:rsidRDefault="00000000">
            <w:r>
              <w:rPr>
                <w:sz w:val="17"/>
              </w:rPr>
              <w:t>Protect people</w:t>
            </w:r>
          </w:p>
        </w:tc>
        <w:tc>
          <w:tcPr>
            <w:tcW w:w="3408" w:type="dxa"/>
          </w:tcPr>
          <w:p w14:paraId="201F7C0D" w14:textId="77777777" w:rsidR="0032538F" w:rsidRDefault="00000000">
            <w:r>
              <w:rPr>
                <w:sz w:val="17"/>
              </w:rPr>
              <w:t>Establish exclusion zones, control access and prohibit people under suspended loads.</w:t>
            </w:r>
          </w:p>
        </w:tc>
      </w:tr>
      <w:tr w:rsidR="0032538F" w14:paraId="134AC362" w14:textId="77777777">
        <w:trPr>
          <w:jc w:val="center"/>
        </w:trPr>
        <w:tc>
          <w:tcPr>
            <w:tcW w:w="3408" w:type="dxa"/>
          </w:tcPr>
          <w:p w14:paraId="1C6DE53B" w14:textId="77777777" w:rsidR="0032538F" w:rsidRDefault="00000000">
            <w:r>
              <w:rPr>
                <w:sz w:val="17"/>
              </w:rPr>
              <w:t>5</w:t>
            </w:r>
          </w:p>
        </w:tc>
        <w:tc>
          <w:tcPr>
            <w:tcW w:w="3408" w:type="dxa"/>
          </w:tcPr>
          <w:p w14:paraId="3EFFBC36" w14:textId="77777777" w:rsidR="0032538F" w:rsidRDefault="00000000">
            <w:r>
              <w:rPr>
                <w:sz w:val="17"/>
              </w:rPr>
              <w:t>Minimize consequences</w:t>
            </w:r>
          </w:p>
        </w:tc>
        <w:tc>
          <w:tcPr>
            <w:tcW w:w="3408" w:type="dxa"/>
          </w:tcPr>
          <w:p w14:paraId="73E42ACC" w14:textId="77777777" w:rsidR="0032538F" w:rsidRDefault="00000000">
            <w:r>
              <w:rPr>
                <w:sz w:val="17"/>
              </w:rPr>
              <w:t>Emergency stop, recovery arrangements and contingency plans for abnormal conditions.</w:t>
            </w:r>
          </w:p>
        </w:tc>
      </w:tr>
    </w:tbl>
    <w:p w14:paraId="57DDB444" w14:textId="77777777" w:rsidR="0032538F" w:rsidRDefault="00000000">
      <w:pPr>
        <w:pStyle w:val="Heading1"/>
      </w:pPr>
      <w:r>
        <w:t>6. General Control Requirements</w:t>
      </w:r>
    </w:p>
    <w:tbl>
      <w:tblPr>
        <w:tblStyle w:val="TableGrid"/>
        <w:tblW w:w="0" w:type="auto"/>
        <w:jc w:val="center"/>
        <w:tblLook w:val="04A0" w:firstRow="1" w:lastRow="0" w:firstColumn="1" w:lastColumn="0" w:noHBand="0" w:noVBand="1"/>
      </w:tblPr>
      <w:tblGrid>
        <w:gridCol w:w="3408"/>
        <w:gridCol w:w="3408"/>
        <w:gridCol w:w="3408"/>
      </w:tblGrid>
      <w:tr w:rsidR="0032538F" w14:paraId="084D23CD" w14:textId="77777777">
        <w:trPr>
          <w:tblHeader/>
          <w:jc w:val="center"/>
        </w:trPr>
        <w:tc>
          <w:tcPr>
            <w:tcW w:w="3408" w:type="dxa"/>
            <w:shd w:val="clear" w:color="auto" w:fill="0F3D5E"/>
          </w:tcPr>
          <w:p w14:paraId="6F597D3A" w14:textId="77777777" w:rsidR="0032538F" w:rsidRDefault="00000000">
            <w:r>
              <w:rPr>
                <w:b/>
                <w:color w:val="FFFFFF"/>
              </w:rPr>
              <w:t>No.</w:t>
            </w:r>
          </w:p>
        </w:tc>
        <w:tc>
          <w:tcPr>
            <w:tcW w:w="3408" w:type="dxa"/>
            <w:shd w:val="clear" w:color="auto" w:fill="0F3D5E"/>
          </w:tcPr>
          <w:p w14:paraId="572602D2" w14:textId="77777777" w:rsidR="0032538F" w:rsidRDefault="00000000">
            <w:r>
              <w:rPr>
                <w:b/>
                <w:color w:val="FFFFFF"/>
              </w:rPr>
              <w:t>Control Area</w:t>
            </w:r>
          </w:p>
        </w:tc>
        <w:tc>
          <w:tcPr>
            <w:tcW w:w="3408" w:type="dxa"/>
            <w:shd w:val="clear" w:color="auto" w:fill="0F3D5E"/>
          </w:tcPr>
          <w:p w14:paraId="684709BA" w14:textId="77777777" w:rsidR="0032538F" w:rsidRDefault="00000000">
            <w:r>
              <w:rPr>
                <w:b/>
                <w:color w:val="FFFFFF"/>
              </w:rPr>
              <w:t>General Requirement</w:t>
            </w:r>
          </w:p>
        </w:tc>
      </w:tr>
      <w:tr w:rsidR="0032538F" w14:paraId="26B00E8E" w14:textId="77777777">
        <w:trPr>
          <w:jc w:val="center"/>
        </w:trPr>
        <w:tc>
          <w:tcPr>
            <w:tcW w:w="3408" w:type="dxa"/>
          </w:tcPr>
          <w:p w14:paraId="12633349" w14:textId="77777777" w:rsidR="0032538F" w:rsidRDefault="00000000">
            <w:r>
              <w:rPr>
                <w:sz w:val="16"/>
              </w:rPr>
              <w:t>1</w:t>
            </w:r>
          </w:p>
        </w:tc>
        <w:tc>
          <w:tcPr>
            <w:tcW w:w="3408" w:type="dxa"/>
          </w:tcPr>
          <w:p w14:paraId="02B339C3" w14:textId="77777777" w:rsidR="0032538F" w:rsidRDefault="00000000">
            <w:r>
              <w:rPr>
                <w:sz w:val="16"/>
              </w:rPr>
              <w:t>Lift Planning</w:t>
            </w:r>
          </w:p>
        </w:tc>
        <w:tc>
          <w:tcPr>
            <w:tcW w:w="3408" w:type="dxa"/>
          </w:tcPr>
          <w:p w14:paraId="30BB90D5" w14:textId="77777777" w:rsidR="0032538F" w:rsidRDefault="00000000">
            <w:r>
              <w:rPr>
                <w:sz w:val="16"/>
              </w:rPr>
              <w:t>Prepare a suitable lift plan appropriate to complexity and risk.</w:t>
            </w:r>
          </w:p>
        </w:tc>
      </w:tr>
      <w:tr w:rsidR="0032538F" w14:paraId="383877D3" w14:textId="77777777">
        <w:trPr>
          <w:jc w:val="center"/>
        </w:trPr>
        <w:tc>
          <w:tcPr>
            <w:tcW w:w="3408" w:type="dxa"/>
          </w:tcPr>
          <w:p w14:paraId="4B2B1987" w14:textId="77777777" w:rsidR="0032538F" w:rsidRDefault="00000000">
            <w:r>
              <w:rPr>
                <w:sz w:val="16"/>
              </w:rPr>
              <w:t>2</w:t>
            </w:r>
          </w:p>
        </w:tc>
        <w:tc>
          <w:tcPr>
            <w:tcW w:w="3408" w:type="dxa"/>
          </w:tcPr>
          <w:p w14:paraId="4F7F35DF" w14:textId="77777777" w:rsidR="0032538F" w:rsidRDefault="00000000">
            <w:r>
              <w:rPr>
                <w:sz w:val="16"/>
              </w:rPr>
              <w:t>Competency</w:t>
            </w:r>
          </w:p>
        </w:tc>
        <w:tc>
          <w:tcPr>
            <w:tcW w:w="3408" w:type="dxa"/>
          </w:tcPr>
          <w:p w14:paraId="5E428014" w14:textId="77777777" w:rsidR="0032538F" w:rsidRDefault="00000000">
            <w:r>
              <w:rPr>
                <w:sz w:val="16"/>
              </w:rPr>
              <w:t>Use competent operators, riggers, signalers and lifting supervisors.</w:t>
            </w:r>
          </w:p>
        </w:tc>
      </w:tr>
      <w:tr w:rsidR="0032538F" w14:paraId="08A7D808" w14:textId="77777777">
        <w:trPr>
          <w:jc w:val="center"/>
        </w:trPr>
        <w:tc>
          <w:tcPr>
            <w:tcW w:w="3408" w:type="dxa"/>
          </w:tcPr>
          <w:p w14:paraId="6959BD74" w14:textId="77777777" w:rsidR="0032538F" w:rsidRDefault="00000000">
            <w:r>
              <w:rPr>
                <w:sz w:val="16"/>
              </w:rPr>
              <w:t>3</w:t>
            </w:r>
          </w:p>
        </w:tc>
        <w:tc>
          <w:tcPr>
            <w:tcW w:w="3408" w:type="dxa"/>
          </w:tcPr>
          <w:p w14:paraId="32C6093F" w14:textId="77777777" w:rsidR="0032538F" w:rsidRDefault="00000000">
            <w:r>
              <w:rPr>
                <w:sz w:val="16"/>
              </w:rPr>
              <w:t>Equipment Selection</w:t>
            </w:r>
          </w:p>
        </w:tc>
        <w:tc>
          <w:tcPr>
            <w:tcW w:w="3408" w:type="dxa"/>
          </w:tcPr>
          <w:p w14:paraId="725D8442" w14:textId="77777777" w:rsidR="0032538F" w:rsidRDefault="00000000">
            <w:r>
              <w:rPr>
                <w:sz w:val="16"/>
              </w:rPr>
              <w:t>Select equipment with adequate rated capacity and suitable configuration.</w:t>
            </w:r>
          </w:p>
        </w:tc>
      </w:tr>
      <w:tr w:rsidR="0032538F" w14:paraId="1C20EFB8" w14:textId="77777777">
        <w:trPr>
          <w:jc w:val="center"/>
        </w:trPr>
        <w:tc>
          <w:tcPr>
            <w:tcW w:w="3408" w:type="dxa"/>
          </w:tcPr>
          <w:p w14:paraId="2A176EB8" w14:textId="77777777" w:rsidR="0032538F" w:rsidRDefault="00000000">
            <w:r>
              <w:rPr>
                <w:sz w:val="16"/>
              </w:rPr>
              <w:t>4</w:t>
            </w:r>
          </w:p>
        </w:tc>
        <w:tc>
          <w:tcPr>
            <w:tcW w:w="3408" w:type="dxa"/>
          </w:tcPr>
          <w:p w14:paraId="5FFF4B14" w14:textId="77777777" w:rsidR="0032538F" w:rsidRDefault="00000000">
            <w:r>
              <w:rPr>
                <w:sz w:val="16"/>
              </w:rPr>
              <w:t>Load Information</w:t>
            </w:r>
          </w:p>
        </w:tc>
        <w:tc>
          <w:tcPr>
            <w:tcW w:w="3408" w:type="dxa"/>
          </w:tcPr>
          <w:p w14:paraId="5FF02DFB" w14:textId="77777777" w:rsidR="0032538F" w:rsidRDefault="00000000">
            <w:r>
              <w:rPr>
                <w:sz w:val="16"/>
              </w:rPr>
              <w:t>Confirm weight, dimensions, center of gravity and lifting points.</w:t>
            </w:r>
          </w:p>
        </w:tc>
      </w:tr>
      <w:tr w:rsidR="0032538F" w14:paraId="52546AAE" w14:textId="77777777">
        <w:trPr>
          <w:jc w:val="center"/>
        </w:trPr>
        <w:tc>
          <w:tcPr>
            <w:tcW w:w="3408" w:type="dxa"/>
          </w:tcPr>
          <w:p w14:paraId="36993126" w14:textId="77777777" w:rsidR="0032538F" w:rsidRDefault="00000000">
            <w:r>
              <w:rPr>
                <w:sz w:val="16"/>
              </w:rPr>
              <w:t>5</w:t>
            </w:r>
          </w:p>
        </w:tc>
        <w:tc>
          <w:tcPr>
            <w:tcW w:w="3408" w:type="dxa"/>
          </w:tcPr>
          <w:p w14:paraId="2DFF4756" w14:textId="77777777" w:rsidR="0032538F" w:rsidRDefault="00000000">
            <w:r>
              <w:rPr>
                <w:sz w:val="16"/>
              </w:rPr>
              <w:t>Accessories</w:t>
            </w:r>
          </w:p>
        </w:tc>
        <w:tc>
          <w:tcPr>
            <w:tcW w:w="3408" w:type="dxa"/>
          </w:tcPr>
          <w:p w14:paraId="3560817D" w14:textId="77777777" w:rsidR="0032538F" w:rsidRDefault="00000000">
            <w:r>
              <w:rPr>
                <w:sz w:val="16"/>
              </w:rPr>
              <w:t>Use suitable, inspected and compatible slings, shackles, hooks and accessories.</w:t>
            </w:r>
          </w:p>
        </w:tc>
      </w:tr>
      <w:tr w:rsidR="0032538F" w14:paraId="1BC85CAF" w14:textId="77777777">
        <w:trPr>
          <w:jc w:val="center"/>
        </w:trPr>
        <w:tc>
          <w:tcPr>
            <w:tcW w:w="3408" w:type="dxa"/>
          </w:tcPr>
          <w:p w14:paraId="0B8D7FFD" w14:textId="77777777" w:rsidR="0032538F" w:rsidRDefault="00000000">
            <w:r>
              <w:rPr>
                <w:sz w:val="16"/>
              </w:rPr>
              <w:t>6</w:t>
            </w:r>
          </w:p>
        </w:tc>
        <w:tc>
          <w:tcPr>
            <w:tcW w:w="3408" w:type="dxa"/>
          </w:tcPr>
          <w:p w14:paraId="4E73BA2B" w14:textId="77777777" w:rsidR="0032538F" w:rsidRDefault="00000000">
            <w:r>
              <w:rPr>
                <w:sz w:val="16"/>
              </w:rPr>
              <w:t>Ground Conditions</w:t>
            </w:r>
          </w:p>
        </w:tc>
        <w:tc>
          <w:tcPr>
            <w:tcW w:w="3408" w:type="dxa"/>
          </w:tcPr>
          <w:p w14:paraId="48B9D25F" w14:textId="77777777" w:rsidR="0032538F" w:rsidRDefault="00000000">
            <w:r>
              <w:rPr>
                <w:sz w:val="16"/>
              </w:rPr>
              <w:t>Verify bearing capacity, level, stability and suitability for crane setup.</w:t>
            </w:r>
          </w:p>
        </w:tc>
      </w:tr>
      <w:tr w:rsidR="0032538F" w14:paraId="5125F518" w14:textId="77777777">
        <w:trPr>
          <w:jc w:val="center"/>
        </w:trPr>
        <w:tc>
          <w:tcPr>
            <w:tcW w:w="3408" w:type="dxa"/>
          </w:tcPr>
          <w:p w14:paraId="709854B4" w14:textId="77777777" w:rsidR="0032538F" w:rsidRDefault="00000000">
            <w:r>
              <w:rPr>
                <w:sz w:val="16"/>
              </w:rPr>
              <w:t>7</w:t>
            </w:r>
          </w:p>
        </w:tc>
        <w:tc>
          <w:tcPr>
            <w:tcW w:w="3408" w:type="dxa"/>
          </w:tcPr>
          <w:p w14:paraId="1EF660E6" w14:textId="77777777" w:rsidR="0032538F" w:rsidRDefault="00000000">
            <w:r>
              <w:rPr>
                <w:sz w:val="16"/>
              </w:rPr>
              <w:t>Crane Setup</w:t>
            </w:r>
          </w:p>
        </w:tc>
        <w:tc>
          <w:tcPr>
            <w:tcW w:w="3408" w:type="dxa"/>
          </w:tcPr>
          <w:p w14:paraId="6CF0136C" w14:textId="77777777" w:rsidR="0032538F" w:rsidRDefault="00000000">
            <w:r>
              <w:rPr>
                <w:sz w:val="16"/>
              </w:rPr>
              <w:t>Correctly position crane, outriggers, mats and counterweights as required.</w:t>
            </w:r>
          </w:p>
        </w:tc>
      </w:tr>
      <w:tr w:rsidR="0032538F" w14:paraId="3A75F157" w14:textId="77777777">
        <w:trPr>
          <w:jc w:val="center"/>
        </w:trPr>
        <w:tc>
          <w:tcPr>
            <w:tcW w:w="3408" w:type="dxa"/>
          </w:tcPr>
          <w:p w14:paraId="3838720F" w14:textId="77777777" w:rsidR="0032538F" w:rsidRDefault="00000000">
            <w:r>
              <w:rPr>
                <w:sz w:val="16"/>
              </w:rPr>
              <w:t>8</w:t>
            </w:r>
          </w:p>
        </w:tc>
        <w:tc>
          <w:tcPr>
            <w:tcW w:w="3408" w:type="dxa"/>
          </w:tcPr>
          <w:p w14:paraId="687C8935" w14:textId="77777777" w:rsidR="0032538F" w:rsidRDefault="00000000">
            <w:r>
              <w:rPr>
                <w:sz w:val="16"/>
              </w:rPr>
              <w:t>Exclusion Zone</w:t>
            </w:r>
          </w:p>
        </w:tc>
        <w:tc>
          <w:tcPr>
            <w:tcW w:w="3408" w:type="dxa"/>
          </w:tcPr>
          <w:p w14:paraId="0CA89557" w14:textId="77777777" w:rsidR="0032538F" w:rsidRDefault="00000000">
            <w:r>
              <w:rPr>
                <w:sz w:val="16"/>
              </w:rPr>
              <w:t>Establish and maintain a controlled lifting area.</w:t>
            </w:r>
          </w:p>
        </w:tc>
      </w:tr>
      <w:tr w:rsidR="0032538F" w14:paraId="338146AD" w14:textId="77777777">
        <w:trPr>
          <w:jc w:val="center"/>
        </w:trPr>
        <w:tc>
          <w:tcPr>
            <w:tcW w:w="3408" w:type="dxa"/>
          </w:tcPr>
          <w:p w14:paraId="59B85C10" w14:textId="77777777" w:rsidR="0032538F" w:rsidRDefault="00000000">
            <w:r>
              <w:rPr>
                <w:sz w:val="16"/>
              </w:rPr>
              <w:t>9</w:t>
            </w:r>
          </w:p>
        </w:tc>
        <w:tc>
          <w:tcPr>
            <w:tcW w:w="3408" w:type="dxa"/>
          </w:tcPr>
          <w:p w14:paraId="10B0BA44" w14:textId="77777777" w:rsidR="0032538F" w:rsidRDefault="00000000">
            <w:r>
              <w:rPr>
                <w:sz w:val="16"/>
              </w:rPr>
              <w:t>Communication</w:t>
            </w:r>
          </w:p>
        </w:tc>
        <w:tc>
          <w:tcPr>
            <w:tcW w:w="3408" w:type="dxa"/>
          </w:tcPr>
          <w:p w14:paraId="66E67E1F" w14:textId="77777777" w:rsidR="0032538F" w:rsidRDefault="00000000">
            <w:r>
              <w:rPr>
                <w:sz w:val="16"/>
              </w:rPr>
              <w:t>Use agreed signals/radio communication and a designated signaler.</w:t>
            </w:r>
          </w:p>
        </w:tc>
      </w:tr>
      <w:tr w:rsidR="0032538F" w14:paraId="5B1CE523" w14:textId="77777777">
        <w:trPr>
          <w:jc w:val="center"/>
        </w:trPr>
        <w:tc>
          <w:tcPr>
            <w:tcW w:w="3408" w:type="dxa"/>
          </w:tcPr>
          <w:p w14:paraId="01812568" w14:textId="77777777" w:rsidR="0032538F" w:rsidRDefault="00000000">
            <w:r>
              <w:rPr>
                <w:sz w:val="16"/>
              </w:rPr>
              <w:t>10</w:t>
            </w:r>
          </w:p>
        </w:tc>
        <w:tc>
          <w:tcPr>
            <w:tcW w:w="3408" w:type="dxa"/>
          </w:tcPr>
          <w:p w14:paraId="5284AFFE" w14:textId="77777777" w:rsidR="0032538F" w:rsidRDefault="00000000">
            <w:r>
              <w:rPr>
                <w:sz w:val="16"/>
              </w:rPr>
              <w:t>Overhead Hazards</w:t>
            </w:r>
          </w:p>
        </w:tc>
        <w:tc>
          <w:tcPr>
            <w:tcW w:w="3408" w:type="dxa"/>
          </w:tcPr>
          <w:p w14:paraId="4760795E" w14:textId="77777777" w:rsidR="0032538F" w:rsidRDefault="00000000">
            <w:r>
              <w:rPr>
                <w:sz w:val="16"/>
              </w:rPr>
              <w:t>Identify power lines, structures, obstructions and other interfaces.</w:t>
            </w:r>
          </w:p>
        </w:tc>
      </w:tr>
      <w:tr w:rsidR="0032538F" w14:paraId="06719ADC" w14:textId="77777777">
        <w:trPr>
          <w:jc w:val="center"/>
        </w:trPr>
        <w:tc>
          <w:tcPr>
            <w:tcW w:w="3408" w:type="dxa"/>
          </w:tcPr>
          <w:p w14:paraId="7E8F4F52" w14:textId="77777777" w:rsidR="0032538F" w:rsidRDefault="00000000">
            <w:r>
              <w:rPr>
                <w:sz w:val="16"/>
              </w:rPr>
              <w:t>11</w:t>
            </w:r>
          </w:p>
        </w:tc>
        <w:tc>
          <w:tcPr>
            <w:tcW w:w="3408" w:type="dxa"/>
          </w:tcPr>
          <w:p w14:paraId="5AE2F44C" w14:textId="77777777" w:rsidR="0032538F" w:rsidRDefault="00000000">
            <w:r>
              <w:rPr>
                <w:sz w:val="16"/>
              </w:rPr>
              <w:t>Weather</w:t>
            </w:r>
          </w:p>
        </w:tc>
        <w:tc>
          <w:tcPr>
            <w:tcW w:w="3408" w:type="dxa"/>
          </w:tcPr>
          <w:p w14:paraId="4FC2FD05" w14:textId="77777777" w:rsidR="0032538F" w:rsidRDefault="00000000">
            <w:r>
              <w:rPr>
                <w:sz w:val="16"/>
              </w:rPr>
              <w:t>Monitor wind, rain, visibility and manufacturer operating limits.</w:t>
            </w:r>
          </w:p>
        </w:tc>
      </w:tr>
      <w:tr w:rsidR="0032538F" w14:paraId="54814E0A" w14:textId="77777777">
        <w:trPr>
          <w:jc w:val="center"/>
        </w:trPr>
        <w:tc>
          <w:tcPr>
            <w:tcW w:w="3408" w:type="dxa"/>
          </w:tcPr>
          <w:p w14:paraId="4F4EAEEE" w14:textId="77777777" w:rsidR="0032538F" w:rsidRDefault="00000000">
            <w:r>
              <w:rPr>
                <w:sz w:val="16"/>
              </w:rPr>
              <w:t>12</w:t>
            </w:r>
          </w:p>
        </w:tc>
        <w:tc>
          <w:tcPr>
            <w:tcW w:w="3408" w:type="dxa"/>
          </w:tcPr>
          <w:p w14:paraId="1899C578" w14:textId="77777777" w:rsidR="0032538F" w:rsidRDefault="00000000">
            <w:r>
              <w:rPr>
                <w:sz w:val="16"/>
              </w:rPr>
              <w:t>Trial Lift</w:t>
            </w:r>
          </w:p>
        </w:tc>
        <w:tc>
          <w:tcPr>
            <w:tcW w:w="3408" w:type="dxa"/>
          </w:tcPr>
          <w:p w14:paraId="5E393A60" w14:textId="77777777" w:rsidR="0032538F" w:rsidRDefault="00000000">
            <w:r>
              <w:rPr>
                <w:sz w:val="16"/>
              </w:rPr>
              <w:t>Conduct controlled trial lift where required to verify balance and rigging.</w:t>
            </w:r>
          </w:p>
        </w:tc>
      </w:tr>
      <w:tr w:rsidR="0032538F" w14:paraId="4349A0C8" w14:textId="77777777">
        <w:trPr>
          <w:jc w:val="center"/>
        </w:trPr>
        <w:tc>
          <w:tcPr>
            <w:tcW w:w="3408" w:type="dxa"/>
          </w:tcPr>
          <w:p w14:paraId="7F9BB550" w14:textId="77777777" w:rsidR="0032538F" w:rsidRDefault="00000000">
            <w:r>
              <w:rPr>
                <w:sz w:val="16"/>
              </w:rPr>
              <w:t>13</w:t>
            </w:r>
          </w:p>
        </w:tc>
        <w:tc>
          <w:tcPr>
            <w:tcW w:w="3408" w:type="dxa"/>
          </w:tcPr>
          <w:p w14:paraId="1387BC8B" w14:textId="77777777" w:rsidR="0032538F" w:rsidRDefault="00000000">
            <w:r>
              <w:rPr>
                <w:sz w:val="16"/>
              </w:rPr>
              <w:t>Suspended Loads</w:t>
            </w:r>
          </w:p>
        </w:tc>
        <w:tc>
          <w:tcPr>
            <w:tcW w:w="3408" w:type="dxa"/>
          </w:tcPr>
          <w:p w14:paraId="5958EB59" w14:textId="77777777" w:rsidR="0032538F" w:rsidRDefault="00000000">
            <w:r>
              <w:rPr>
                <w:sz w:val="16"/>
              </w:rPr>
              <w:t>Never permit personnel beneath suspended loads.</w:t>
            </w:r>
          </w:p>
        </w:tc>
      </w:tr>
      <w:tr w:rsidR="0032538F" w14:paraId="59229955" w14:textId="77777777">
        <w:trPr>
          <w:jc w:val="center"/>
        </w:trPr>
        <w:tc>
          <w:tcPr>
            <w:tcW w:w="3408" w:type="dxa"/>
          </w:tcPr>
          <w:p w14:paraId="7AA9DE43" w14:textId="77777777" w:rsidR="0032538F" w:rsidRDefault="00000000">
            <w:r>
              <w:rPr>
                <w:sz w:val="16"/>
              </w:rPr>
              <w:t>14</w:t>
            </w:r>
          </w:p>
        </w:tc>
        <w:tc>
          <w:tcPr>
            <w:tcW w:w="3408" w:type="dxa"/>
          </w:tcPr>
          <w:p w14:paraId="61C0A6BA" w14:textId="77777777" w:rsidR="0032538F" w:rsidRDefault="00000000">
            <w:r>
              <w:rPr>
                <w:sz w:val="16"/>
              </w:rPr>
              <w:t>Inspection</w:t>
            </w:r>
          </w:p>
        </w:tc>
        <w:tc>
          <w:tcPr>
            <w:tcW w:w="3408" w:type="dxa"/>
          </w:tcPr>
          <w:p w14:paraId="36C9071C" w14:textId="77777777" w:rsidR="0032538F" w:rsidRDefault="00000000">
            <w:r>
              <w:rPr>
                <w:sz w:val="16"/>
              </w:rPr>
              <w:t>Conduct pre-use and required periodic inspections.</w:t>
            </w:r>
          </w:p>
        </w:tc>
      </w:tr>
      <w:tr w:rsidR="0032538F" w14:paraId="47ADE1A9" w14:textId="77777777">
        <w:trPr>
          <w:jc w:val="center"/>
        </w:trPr>
        <w:tc>
          <w:tcPr>
            <w:tcW w:w="3408" w:type="dxa"/>
          </w:tcPr>
          <w:p w14:paraId="1F613BC1" w14:textId="77777777" w:rsidR="0032538F" w:rsidRDefault="00000000">
            <w:r>
              <w:rPr>
                <w:sz w:val="16"/>
              </w:rPr>
              <w:t>15</w:t>
            </w:r>
          </w:p>
        </w:tc>
        <w:tc>
          <w:tcPr>
            <w:tcW w:w="3408" w:type="dxa"/>
          </w:tcPr>
          <w:p w14:paraId="703E27D6" w14:textId="77777777" w:rsidR="0032538F" w:rsidRDefault="00000000">
            <w:r>
              <w:rPr>
                <w:sz w:val="16"/>
              </w:rPr>
              <w:t>Emergency</w:t>
            </w:r>
          </w:p>
        </w:tc>
        <w:tc>
          <w:tcPr>
            <w:tcW w:w="3408" w:type="dxa"/>
          </w:tcPr>
          <w:p w14:paraId="1B8B3CF2" w14:textId="77777777" w:rsidR="0032538F" w:rsidRDefault="00000000">
            <w:r>
              <w:rPr>
                <w:sz w:val="16"/>
              </w:rPr>
              <w:t>Maintain stop-work and emergency response arrangements.</w:t>
            </w:r>
          </w:p>
        </w:tc>
      </w:tr>
    </w:tbl>
    <w:p w14:paraId="74B6F0C0" w14:textId="77777777" w:rsidR="0032538F" w:rsidRDefault="0032538F"/>
    <w:p w14:paraId="293EE638" w14:textId="77777777" w:rsidR="0032538F" w:rsidRDefault="00000000">
      <w:pPr>
        <w:pStyle w:val="Heading1"/>
      </w:pPr>
      <w:r>
        <w:t>7. Equipment and Systems Covered</w:t>
      </w:r>
    </w:p>
    <w:p w14:paraId="6D12BE8B" w14:textId="77777777" w:rsidR="0032538F" w:rsidRDefault="00000000">
      <w:r>
        <w:t>The assessment considers cranes, lifting beams, spreader beams, hoists, winches, telehandlers used within their approved lifting function, forklifts where permitted for lifting, slings, shackles, hooks, lifting points, chains, wire ropes, webbing slings, tag lines, outriggers, mats, radios and other lifting accessories. Equipment must be used within manufacturer and certification requirements.</w:t>
      </w:r>
    </w:p>
    <w:p w14:paraId="0324D04A" w14:textId="77777777" w:rsidR="0032538F" w:rsidRDefault="00000000">
      <w:pPr>
        <w:pStyle w:val="Heading1"/>
      </w:pPr>
      <w:r>
        <w:t>8. Risk Assessment Methodology</w:t>
      </w:r>
    </w:p>
    <w:p w14:paraId="365748AD" w14:textId="77777777" w:rsidR="0032538F" w:rsidRDefault="00000000">
      <w:r>
        <w:t>Risk is assessed using a 5 × 5 matrix. Risk score = Likelihood × Severity. Initial risk represents exposure before additional controls; residual risk represents the expected risk after the listed additional controls are implemented and verified.</w:t>
      </w:r>
    </w:p>
    <w:tbl>
      <w:tblPr>
        <w:tblStyle w:val="TableGrid"/>
        <w:tblW w:w="0" w:type="auto"/>
        <w:jc w:val="center"/>
        <w:tblLook w:val="04A0" w:firstRow="1" w:lastRow="0" w:firstColumn="1" w:lastColumn="0" w:noHBand="0" w:noVBand="1"/>
      </w:tblPr>
      <w:tblGrid>
        <w:gridCol w:w="5112"/>
        <w:gridCol w:w="5112"/>
      </w:tblGrid>
      <w:tr w:rsidR="0032538F" w14:paraId="676667D7" w14:textId="77777777">
        <w:trPr>
          <w:tblHeader/>
          <w:jc w:val="center"/>
        </w:trPr>
        <w:tc>
          <w:tcPr>
            <w:tcW w:w="5112" w:type="dxa"/>
            <w:shd w:val="clear" w:color="auto" w:fill="0F3D5E"/>
          </w:tcPr>
          <w:p w14:paraId="4D8BEB9E" w14:textId="77777777" w:rsidR="0032538F" w:rsidRDefault="00000000">
            <w:r>
              <w:rPr>
                <w:b/>
                <w:color w:val="FFFFFF"/>
              </w:rPr>
              <w:t>Likelihood</w:t>
            </w:r>
          </w:p>
        </w:tc>
        <w:tc>
          <w:tcPr>
            <w:tcW w:w="5112" w:type="dxa"/>
            <w:shd w:val="clear" w:color="auto" w:fill="0F3D5E"/>
          </w:tcPr>
          <w:p w14:paraId="0BDAE3EB" w14:textId="77777777" w:rsidR="0032538F" w:rsidRDefault="00000000">
            <w:r>
              <w:rPr>
                <w:b/>
                <w:color w:val="FFFFFF"/>
              </w:rPr>
              <w:t>Description</w:t>
            </w:r>
          </w:p>
        </w:tc>
      </w:tr>
      <w:tr w:rsidR="0032538F" w14:paraId="3152BD10" w14:textId="77777777">
        <w:trPr>
          <w:jc w:val="center"/>
        </w:trPr>
        <w:tc>
          <w:tcPr>
            <w:tcW w:w="5112" w:type="dxa"/>
          </w:tcPr>
          <w:p w14:paraId="5EAA8928" w14:textId="77777777" w:rsidR="0032538F" w:rsidRDefault="00000000">
            <w:r>
              <w:rPr>
                <w:sz w:val="17"/>
              </w:rPr>
              <w:t>1</w:t>
            </w:r>
          </w:p>
        </w:tc>
        <w:tc>
          <w:tcPr>
            <w:tcW w:w="5112" w:type="dxa"/>
          </w:tcPr>
          <w:p w14:paraId="4F5CAC81" w14:textId="77777777" w:rsidR="0032538F" w:rsidRDefault="00000000">
            <w:r>
              <w:rPr>
                <w:sz w:val="17"/>
              </w:rPr>
              <w:t>Rare</w:t>
            </w:r>
          </w:p>
        </w:tc>
      </w:tr>
      <w:tr w:rsidR="0032538F" w14:paraId="2C8BF2CC" w14:textId="77777777">
        <w:trPr>
          <w:jc w:val="center"/>
        </w:trPr>
        <w:tc>
          <w:tcPr>
            <w:tcW w:w="5112" w:type="dxa"/>
          </w:tcPr>
          <w:p w14:paraId="4E2BCD61" w14:textId="77777777" w:rsidR="0032538F" w:rsidRDefault="00000000">
            <w:r>
              <w:rPr>
                <w:sz w:val="17"/>
              </w:rPr>
              <w:t>2</w:t>
            </w:r>
          </w:p>
        </w:tc>
        <w:tc>
          <w:tcPr>
            <w:tcW w:w="5112" w:type="dxa"/>
          </w:tcPr>
          <w:p w14:paraId="0172CF6B" w14:textId="77777777" w:rsidR="0032538F" w:rsidRDefault="00000000">
            <w:r>
              <w:rPr>
                <w:sz w:val="17"/>
              </w:rPr>
              <w:t>Unlikely</w:t>
            </w:r>
          </w:p>
        </w:tc>
      </w:tr>
      <w:tr w:rsidR="0032538F" w14:paraId="13B115D1" w14:textId="77777777">
        <w:trPr>
          <w:jc w:val="center"/>
        </w:trPr>
        <w:tc>
          <w:tcPr>
            <w:tcW w:w="5112" w:type="dxa"/>
          </w:tcPr>
          <w:p w14:paraId="0FEE350F" w14:textId="77777777" w:rsidR="0032538F" w:rsidRDefault="00000000">
            <w:r>
              <w:rPr>
                <w:sz w:val="17"/>
              </w:rPr>
              <w:t>3</w:t>
            </w:r>
          </w:p>
        </w:tc>
        <w:tc>
          <w:tcPr>
            <w:tcW w:w="5112" w:type="dxa"/>
          </w:tcPr>
          <w:p w14:paraId="4076413A" w14:textId="77777777" w:rsidR="0032538F" w:rsidRDefault="00000000">
            <w:r>
              <w:rPr>
                <w:sz w:val="17"/>
              </w:rPr>
              <w:t>Possible</w:t>
            </w:r>
          </w:p>
        </w:tc>
      </w:tr>
      <w:tr w:rsidR="0032538F" w14:paraId="5D3B2D3C" w14:textId="77777777">
        <w:trPr>
          <w:jc w:val="center"/>
        </w:trPr>
        <w:tc>
          <w:tcPr>
            <w:tcW w:w="5112" w:type="dxa"/>
          </w:tcPr>
          <w:p w14:paraId="0B9EB684" w14:textId="77777777" w:rsidR="0032538F" w:rsidRDefault="00000000">
            <w:r>
              <w:rPr>
                <w:sz w:val="17"/>
              </w:rPr>
              <w:t>4</w:t>
            </w:r>
          </w:p>
        </w:tc>
        <w:tc>
          <w:tcPr>
            <w:tcW w:w="5112" w:type="dxa"/>
          </w:tcPr>
          <w:p w14:paraId="62CC9348" w14:textId="77777777" w:rsidR="0032538F" w:rsidRDefault="00000000">
            <w:r>
              <w:rPr>
                <w:sz w:val="17"/>
              </w:rPr>
              <w:t>Likely</w:t>
            </w:r>
          </w:p>
        </w:tc>
      </w:tr>
      <w:tr w:rsidR="0032538F" w14:paraId="3053D73F" w14:textId="77777777">
        <w:trPr>
          <w:jc w:val="center"/>
        </w:trPr>
        <w:tc>
          <w:tcPr>
            <w:tcW w:w="5112" w:type="dxa"/>
          </w:tcPr>
          <w:p w14:paraId="42434F35" w14:textId="77777777" w:rsidR="0032538F" w:rsidRDefault="00000000">
            <w:r>
              <w:rPr>
                <w:sz w:val="17"/>
              </w:rPr>
              <w:t>5</w:t>
            </w:r>
          </w:p>
        </w:tc>
        <w:tc>
          <w:tcPr>
            <w:tcW w:w="5112" w:type="dxa"/>
          </w:tcPr>
          <w:p w14:paraId="2B427A20" w14:textId="77777777" w:rsidR="0032538F" w:rsidRDefault="00000000">
            <w:r>
              <w:rPr>
                <w:sz w:val="17"/>
              </w:rPr>
              <w:t>Almost Certain</w:t>
            </w:r>
          </w:p>
        </w:tc>
      </w:tr>
    </w:tbl>
    <w:p w14:paraId="1B755984" w14:textId="77777777" w:rsidR="0032538F" w:rsidRDefault="0032538F"/>
    <w:tbl>
      <w:tblPr>
        <w:tblStyle w:val="TableGrid"/>
        <w:tblW w:w="0" w:type="auto"/>
        <w:jc w:val="center"/>
        <w:tblLook w:val="04A0" w:firstRow="1" w:lastRow="0" w:firstColumn="1" w:lastColumn="0" w:noHBand="0" w:noVBand="1"/>
      </w:tblPr>
      <w:tblGrid>
        <w:gridCol w:w="5112"/>
        <w:gridCol w:w="5112"/>
      </w:tblGrid>
      <w:tr w:rsidR="0032538F" w14:paraId="0DA87756" w14:textId="77777777">
        <w:trPr>
          <w:tblHeader/>
          <w:jc w:val="center"/>
        </w:trPr>
        <w:tc>
          <w:tcPr>
            <w:tcW w:w="5112" w:type="dxa"/>
            <w:shd w:val="clear" w:color="auto" w:fill="0F3D5E"/>
          </w:tcPr>
          <w:p w14:paraId="7FF7D752" w14:textId="77777777" w:rsidR="0032538F" w:rsidRDefault="00000000">
            <w:r>
              <w:rPr>
                <w:b/>
                <w:color w:val="FFFFFF"/>
              </w:rPr>
              <w:t>Severity</w:t>
            </w:r>
          </w:p>
        </w:tc>
        <w:tc>
          <w:tcPr>
            <w:tcW w:w="5112" w:type="dxa"/>
            <w:shd w:val="clear" w:color="auto" w:fill="0F3D5E"/>
          </w:tcPr>
          <w:p w14:paraId="620C51BC" w14:textId="77777777" w:rsidR="0032538F" w:rsidRDefault="00000000">
            <w:r>
              <w:rPr>
                <w:b/>
                <w:color w:val="FFFFFF"/>
              </w:rPr>
              <w:t>Description</w:t>
            </w:r>
          </w:p>
        </w:tc>
      </w:tr>
      <w:tr w:rsidR="0032538F" w14:paraId="76F55EA3" w14:textId="77777777">
        <w:trPr>
          <w:jc w:val="center"/>
        </w:trPr>
        <w:tc>
          <w:tcPr>
            <w:tcW w:w="5112" w:type="dxa"/>
          </w:tcPr>
          <w:p w14:paraId="12F6D026" w14:textId="77777777" w:rsidR="0032538F" w:rsidRDefault="00000000">
            <w:r>
              <w:rPr>
                <w:sz w:val="17"/>
              </w:rPr>
              <w:t>1</w:t>
            </w:r>
          </w:p>
        </w:tc>
        <w:tc>
          <w:tcPr>
            <w:tcW w:w="5112" w:type="dxa"/>
          </w:tcPr>
          <w:p w14:paraId="219BF43C" w14:textId="77777777" w:rsidR="0032538F" w:rsidRDefault="00000000">
            <w:r>
              <w:rPr>
                <w:sz w:val="17"/>
              </w:rPr>
              <w:t>Minor injury</w:t>
            </w:r>
          </w:p>
        </w:tc>
      </w:tr>
      <w:tr w:rsidR="0032538F" w14:paraId="008E9F30" w14:textId="77777777">
        <w:trPr>
          <w:jc w:val="center"/>
        </w:trPr>
        <w:tc>
          <w:tcPr>
            <w:tcW w:w="5112" w:type="dxa"/>
          </w:tcPr>
          <w:p w14:paraId="3E3C7FF0" w14:textId="77777777" w:rsidR="0032538F" w:rsidRDefault="00000000">
            <w:r>
              <w:rPr>
                <w:sz w:val="17"/>
              </w:rPr>
              <w:t>2</w:t>
            </w:r>
          </w:p>
        </w:tc>
        <w:tc>
          <w:tcPr>
            <w:tcW w:w="5112" w:type="dxa"/>
          </w:tcPr>
          <w:p w14:paraId="3204E33E" w14:textId="77777777" w:rsidR="0032538F" w:rsidRDefault="00000000">
            <w:r>
              <w:rPr>
                <w:sz w:val="17"/>
              </w:rPr>
              <w:t>First-aid injury</w:t>
            </w:r>
          </w:p>
        </w:tc>
      </w:tr>
      <w:tr w:rsidR="0032538F" w14:paraId="5431F24C" w14:textId="77777777">
        <w:trPr>
          <w:jc w:val="center"/>
        </w:trPr>
        <w:tc>
          <w:tcPr>
            <w:tcW w:w="5112" w:type="dxa"/>
          </w:tcPr>
          <w:p w14:paraId="7A7DA9DC" w14:textId="77777777" w:rsidR="0032538F" w:rsidRDefault="00000000">
            <w:r>
              <w:rPr>
                <w:sz w:val="17"/>
              </w:rPr>
              <w:t>3</w:t>
            </w:r>
          </w:p>
        </w:tc>
        <w:tc>
          <w:tcPr>
            <w:tcW w:w="5112" w:type="dxa"/>
          </w:tcPr>
          <w:p w14:paraId="41EA4A52" w14:textId="77777777" w:rsidR="0032538F" w:rsidRDefault="00000000">
            <w:r>
              <w:rPr>
                <w:sz w:val="17"/>
              </w:rPr>
              <w:t>Medical treatment injury</w:t>
            </w:r>
          </w:p>
        </w:tc>
      </w:tr>
      <w:tr w:rsidR="0032538F" w14:paraId="6C574B6E" w14:textId="77777777">
        <w:trPr>
          <w:jc w:val="center"/>
        </w:trPr>
        <w:tc>
          <w:tcPr>
            <w:tcW w:w="5112" w:type="dxa"/>
          </w:tcPr>
          <w:p w14:paraId="1B292487" w14:textId="77777777" w:rsidR="0032538F" w:rsidRDefault="00000000">
            <w:r>
              <w:rPr>
                <w:sz w:val="17"/>
              </w:rPr>
              <w:t>4</w:t>
            </w:r>
          </w:p>
        </w:tc>
        <w:tc>
          <w:tcPr>
            <w:tcW w:w="5112" w:type="dxa"/>
          </w:tcPr>
          <w:p w14:paraId="146B1D7F" w14:textId="77777777" w:rsidR="0032538F" w:rsidRDefault="00000000">
            <w:r>
              <w:rPr>
                <w:sz w:val="17"/>
              </w:rPr>
              <w:t>Serious / major injury</w:t>
            </w:r>
          </w:p>
        </w:tc>
      </w:tr>
      <w:tr w:rsidR="0032538F" w14:paraId="37069D11" w14:textId="77777777">
        <w:trPr>
          <w:jc w:val="center"/>
        </w:trPr>
        <w:tc>
          <w:tcPr>
            <w:tcW w:w="5112" w:type="dxa"/>
          </w:tcPr>
          <w:p w14:paraId="6BF5A0F0" w14:textId="77777777" w:rsidR="0032538F" w:rsidRDefault="00000000">
            <w:r>
              <w:rPr>
                <w:sz w:val="17"/>
              </w:rPr>
              <w:t>5</w:t>
            </w:r>
          </w:p>
        </w:tc>
        <w:tc>
          <w:tcPr>
            <w:tcW w:w="5112" w:type="dxa"/>
          </w:tcPr>
          <w:p w14:paraId="492BF945" w14:textId="77777777" w:rsidR="0032538F" w:rsidRDefault="00000000">
            <w:r>
              <w:rPr>
                <w:sz w:val="17"/>
              </w:rPr>
              <w:t>Fatality / catastrophic consequence</w:t>
            </w:r>
          </w:p>
        </w:tc>
      </w:tr>
    </w:tbl>
    <w:p w14:paraId="13C45637" w14:textId="77777777" w:rsidR="0032538F" w:rsidRDefault="0032538F"/>
    <w:p w14:paraId="6E2C48EE" w14:textId="77777777" w:rsidR="0032538F" w:rsidRDefault="00000000">
      <w:pPr>
        <w:pStyle w:val="Heading1"/>
      </w:pPr>
      <w:r>
        <w:t>9. Risk Classification</w:t>
      </w:r>
    </w:p>
    <w:tbl>
      <w:tblPr>
        <w:tblStyle w:val="TableGrid"/>
        <w:tblW w:w="0" w:type="auto"/>
        <w:jc w:val="center"/>
        <w:tblLook w:val="04A0" w:firstRow="1" w:lastRow="0" w:firstColumn="1" w:lastColumn="0" w:noHBand="0" w:noVBand="1"/>
      </w:tblPr>
      <w:tblGrid>
        <w:gridCol w:w="3408"/>
        <w:gridCol w:w="3408"/>
        <w:gridCol w:w="3408"/>
      </w:tblGrid>
      <w:tr w:rsidR="0032538F" w14:paraId="24C9FD76" w14:textId="77777777">
        <w:trPr>
          <w:tblHeader/>
          <w:jc w:val="center"/>
        </w:trPr>
        <w:tc>
          <w:tcPr>
            <w:tcW w:w="3408" w:type="dxa"/>
            <w:shd w:val="clear" w:color="auto" w:fill="0F3D5E"/>
          </w:tcPr>
          <w:p w14:paraId="33F6C135" w14:textId="77777777" w:rsidR="0032538F" w:rsidRDefault="00000000">
            <w:r>
              <w:rPr>
                <w:b/>
                <w:color w:val="FFFFFF"/>
              </w:rPr>
              <w:t>Score</w:t>
            </w:r>
          </w:p>
        </w:tc>
        <w:tc>
          <w:tcPr>
            <w:tcW w:w="3408" w:type="dxa"/>
            <w:shd w:val="clear" w:color="auto" w:fill="0F3D5E"/>
          </w:tcPr>
          <w:p w14:paraId="1C5ED3B7" w14:textId="77777777" w:rsidR="0032538F" w:rsidRDefault="00000000">
            <w:r>
              <w:rPr>
                <w:b/>
                <w:color w:val="FFFFFF"/>
              </w:rPr>
              <w:t>Risk Level</w:t>
            </w:r>
          </w:p>
        </w:tc>
        <w:tc>
          <w:tcPr>
            <w:tcW w:w="3408" w:type="dxa"/>
            <w:shd w:val="clear" w:color="auto" w:fill="0F3D5E"/>
          </w:tcPr>
          <w:p w14:paraId="7CECD590" w14:textId="77777777" w:rsidR="0032538F" w:rsidRDefault="00000000">
            <w:r>
              <w:rPr>
                <w:b/>
                <w:color w:val="FFFFFF"/>
              </w:rPr>
              <w:t>General Action</w:t>
            </w:r>
          </w:p>
        </w:tc>
      </w:tr>
      <w:tr w:rsidR="0032538F" w14:paraId="7F6358C7" w14:textId="77777777">
        <w:trPr>
          <w:jc w:val="center"/>
        </w:trPr>
        <w:tc>
          <w:tcPr>
            <w:tcW w:w="3408" w:type="dxa"/>
          </w:tcPr>
          <w:p w14:paraId="740D4CFD" w14:textId="77777777" w:rsidR="0032538F" w:rsidRDefault="00000000">
            <w:r>
              <w:rPr>
                <w:sz w:val="17"/>
              </w:rPr>
              <w:t>1–4</w:t>
            </w:r>
          </w:p>
        </w:tc>
        <w:tc>
          <w:tcPr>
            <w:tcW w:w="3408" w:type="dxa"/>
          </w:tcPr>
          <w:p w14:paraId="3D4F7DCC" w14:textId="77777777" w:rsidR="0032538F" w:rsidRDefault="00000000">
            <w:r>
              <w:rPr>
                <w:sz w:val="17"/>
              </w:rPr>
              <w:t>Low</w:t>
            </w:r>
          </w:p>
        </w:tc>
        <w:tc>
          <w:tcPr>
            <w:tcW w:w="3408" w:type="dxa"/>
          </w:tcPr>
          <w:p w14:paraId="2D99C690" w14:textId="77777777" w:rsidR="0032538F" w:rsidRDefault="00000000">
            <w:r>
              <w:rPr>
                <w:sz w:val="17"/>
              </w:rPr>
              <w:t>Maintain controls and monitor.</w:t>
            </w:r>
          </w:p>
        </w:tc>
      </w:tr>
      <w:tr w:rsidR="0032538F" w14:paraId="1EE6C9D3" w14:textId="77777777">
        <w:trPr>
          <w:jc w:val="center"/>
        </w:trPr>
        <w:tc>
          <w:tcPr>
            <w:tcW w:w="3408" w:type="dxa"/>
          </w:tcPr>
          <w:p w14:paraId="2151BBA9" w14:textId="77777777" w:rsidR="0032538F" w:rsidRDefault="00000000">
            <w:r>
              <w:rPr>
                <w:sz w:val="17"/>
              </w:rPr>
              <w:t>5–9</w:t>
            </w:r>
          </w:p>
        </w:tc>
        <w:tc>
          <w:tcPr>
            <w:tcW w:w="3408" w:type="dxa"/>
          </w:tcPr>
          <w:p w14:paraId="5799157D" w14:textId="77777777" w:rsidR="0032538F" w:rsidRDefault="00000000">
            <w:r>
              <w:rPr>
                <w:sz w:val="17"/>
              </w:rPr>
              <w:t>Medium</w:t>
            </w:r>
          </w:p>
        </w:tc>
        <w:tc>
          <w:tcPr>
            <w:tcW w:w="3408" w:type="dxa"/>
          </w:tcPr>
          <w:p w14:paraId="26DA471C" w14:textId="77777777" w:rsidR="0032538F" w:rsidRDefault="00000000">
            <w:r>
              <w:rPr>
                <w:sz w:val="17"/>
              </w:rPr>
              <w:t>Improve controls where reasonably practicable.</w:t>
            </w:r>
          </w:p>
        </w:tc>
      </w:tr>
      <w:tr w:rsidR="0032538F" w14:paraId="5697FC34" w14:textId="77777777">
        <w:trPr>
          <w:jc w:val="center"/>
        </w:trPr>
        <w:tc>
          <w:tcPr>
            <w:tcW w:w="3408" w:type="dxa"/>
          </w:tcPr>
          <w:p w14:paraId="16D97687" w14:textId="77777777" w:rsidR="0032538F" w:rsidRDefault="00000000">
            <w:r>
              <w:rPr>
                <w:sz w:val="17"/>
              </w:rPr>
              <w:t>10–16</w:t>
            </w:r>
          </w:p>
        </w:tc>
        <w:tc>
          <w:tcPr>
            <w:tcW w:w="3408" w:type="dxa"/>
          </w:tcPr>
          <w:p w14:paraId="2FA4C879" w14:textId="77777777" w:rsidR="0032538F" w:rsidRDefault="00000000">
            <w:r>
              <w:rPr>
                <w:sz w:val="17"/>
              </w:rPr>
              <w:t>High</w:t>
            </w:r>
          </w:p>
        </w:tc>
        <w:tc>
          <w:tcPr>
            <w:tcW w:w="3408" w:type="dxa"/>
          </w:tcPr>
          <w:p w14:paraId="5FABA2F8" w14:textId="77777777" w:rsidR="0032538F" w:rsidRDefault="00000000">
            <w:r>
              <w:rPr>
                <w:sz w:val="17"/>
              </w:rPr>
              <w:t>Immediate management attention and additional controls required.</w:t>
            </w:r>
          </w:p>
        </w:tc>
      </w:tr>
      <w:tr w:rsidR="0032538F" w14:paraId="7FCF88E4" w14:textId="77777777">
        <w:trPr>
          <w:jc w:val="center"/>
        </w:trPr>
        <w:tc>
          <w:tcPr>
            <w:tcW w:w="3408" w:type="dxa"/>
          </w:tcPr>
          <w:p w14:paraId="1FB33740" w14:textId="77777777" w:rsidR="0032538F" w:rsidRDefault="00000000">
            <w:r>
              <w:rPr>
                <w:sz w:val="17"/>
              </w:rPr>
              <w:t>17–25</w:t>
            </w:r>
          </w:p>
        </w:tc>
        <w:tc>
          <w:tcPr>
            <w:tcW w:w="3408" w:type="dxa"/>
          </w:tcPr>
          <w:p w14:paraId="395B5C5B" w14:textId="77777777" w:rsidR="0032538F" w:rsidRDefault="00000000">
            <w:r>
              <w:rPr>
                <w:sz w:val="17"/>
              </w:rPr>
              <w:t>Very High</w:t>
            </w:r>
          </w:p>
        </w:tc>
        <w:tc>
          <w:tcPr>
            <w:tcW w:w="3408" w:type="dxa"/>
          </w:tcPr>
          <w:p w14:paraId="00F2DB31" w14:textId="77777777" w:rsidR="0032538F" w:rsidRDefault="00000000">
            <w:r>
              <w:rPr>
                <w:sz w:val="17"/>
              </w:rPr>
              <w:t>Work should not proceed until adequate controls reduce the risk.</w:t>
            </w:r>
          </w:p>
        </w:tc>
      </w:tr>
    </w:tbl>
    <w:p w14:paraId="57C38578" w14:textId="77777777" w:rsidR="0032538F" w:rsidRDefault="0032538F"/>
    <w:p w14:paraId="02E42E87" w14:textId="77777777" w:rsidR="0032538F" w:rsidRDefault="00000000">
      <w:pPr>
        <w:pStyle w:val="Heading1"/>
      </w:pPr>
      <w:r>
        <w:t>10. 5 × 5 Risk Matrix</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32538F" w14:paraId="4872167E" w14:textId="77777777">
        <w:trPr>
          <w:tblHeader/>
          <w:jc w:val="center"/>
        </w:trPr>
        <w:tc>
          <w:tcPr>
            <w:tcW w:w="1704" w:type="dxa"/>
            <w:shd w:val="clear" w:color="auto" w:fill="0F3D5E"/>
          </w:tcPr>
          <w:p w14:paraId="06D9B408" w14:textId="77777777" w:rsidR="0032538F" w:rsidRDefault="00000000">
            <w:r>
              <w:rPr>
                <w:b/>
                <w:color w:val="FFFFFF"/>
              </w:rPr>
              <w:t>Likelihood ↓ / Severity →</w:t>
            </w:r>
          </w:p>
        </w:tc>
        <w:tc>
          <w:tcPr>
            <w:tcW w:w="1704" w:type="dxa"/>
            <w:shd w:val="clear" w:color="auto" w:fill="0F3D5E"/>
          </w:tcPr>
          <w:p w14:paraId="68DC5938" w14:textId="77777777" w:rsidR="0032538F" w:rsidRDefault="00000000">
            <w:r>
              <w:rPr>
                <w:b/>
                <w:color w:val="FFFFFF"/>
              </w:rPr>
              <w:t>1</w:t>
            </w:r>
          </w:p>
        </w:tc>
        <w:tc>
          <w:tcPr>
            <w:tcW w:w="1704" w:type="dxa"/>
            <w:shd w:val="clear" w:color="auto" w:fill="0F3D5E"/>
          </w:tcPr>
          <w:p w14:paraId="6857A0A9" w14:textId="77777777" w:rsidR="0032538F" w:rsidRDefault="00000000">
            <w:r>
              <w:rPr>
                <w:b/>
                <w:color w:val="FFFFFF"/>
              </w:rPr>
              <w:t>2</w:t>
            </w:r>
          </w:p>
        </w:tc>
        <w:tc>
          <w:tcPr>
            <w:tcW w:w="1704" w:type="dxa"/>
            <w:shd w:val="clear" w:color="auto" w:fill="0F3D5E"/>
          </w:tcPr>
          <w:p w14:paraId="04BB5076" w14:textId="77777777" w:rsidR="0032538F" w:rsidRDefault="00000000">
            <w:r>
              <w:rPr>
                <w:b/>
                <w:color w:val="FFFFFF"/>
              </w:rPr>
              <w:t>3</w:t>
            </w:r>
          </w:p>
        </w:tc>
        <w:tc>
          <w:tcPr>
            <w:tcW w:w="1704" w:type="dxa"/>
            <w:shd w:val="clear" w:color="auto" w:fill="0F3D5E"/>
          </w:tcPr>
          <w:p w14:paraId="210A62E9" w14:textId="77777777" w:rsidR="0032538F" w:rsidRDefault="00000000">
            <w:r>
              <w:rPr>
                <w:b/>
                <w:color w:val="FFFFFF"/>
              </w:rPr>
              <w:t>4</w:t>
            </w:r>
          </w:p>
        </w:tc>
        <w:tc>
          <w:tcPr>
            <w:tcW w:w="1704" w:type="dxa"/>
            <w:shd w:val="clear" w:color="auto" w:fill="0F3D5E"/>
          </w:tcPr>
          <w:p w14:paraId="26814649" w14:textId="77777777" w:rsidR="0032538F" w:rsidRDefault="00000000">
            <w:r>
              <w:rPr>
                <w:b/>
                <w:color w:val="FFFFFF"/>
              </w:rPr>
              <w:t>5</w:t>
            </w:r>
          </w:p>
        </w:tc>
      </w:tr>
      <w:tr w:rsidR="0032538F" w14:paraId="5B4C4999" w14:textId="77777777">
        <w:trPr>
          <w:jc w:val="center"/>
        </w:trPr>
        <w:tc>
          <w:tcPr>
            <w:tcW w:w="1704" w:type="dxa"/>
          </w:tcPr>
          <w:p w14:paraId="5BD5AD8C" w14:textId="77777777" w:rsidR="0032538F" w:rsidRDefault="00000000">
            <w:r>
              <w:rPr>
                <w:sz w:val="17"/>
              </w:rPr>
              <w:t>5 Almost Certain</w:t>
            </w:r>
          </w:p>
        </w:tc>
        <w:tc>
          <w:tcPr>
            <w:tcW w:w="1704" w:type="dxa"/>
          </w:tcPr>
          <w:p w14:paraId="2F6FC288" w14:textId="77777777" w:rsidR="0032538F" w:rsidRDefault="00000000">
            <w:r>
              <w:rPr>
                <w:sz w:val="17"/>
              </w:rPr>
              <w:t>5</w:t>
            </w:r>
          </w:p>
        </w:tc>
        <w:tc>
          <w:tcPr>
            <w:tcW w:w="1704" w:type="dxa"/>
          </w:tcPr>
          <w:p w14:paraId="6D8699BE" w14:textId="77777777" w:rsidR="0032538F" w:rsidRDefault="00000000">
            <w:r>
              <w:rPr>
                <w:sz w:val="17"/>
              </w:rPr>
              <w:t>10</w:t>
            </w:r>
          </w:p>
        </w:tc>
        <w:tc>
          <w:tcPr>
            <w:tcW w:w="1704" w:type="dxa"/>
          </w:tcPr>
          <w:p w14:paraId="5FC51305" w14:textId="77777777" w:rsidR="0032538F" w:rsidRDefault="00000000">
            <w:r>
              <w:rPr>
                <w:sz w:val="17"/>
              </w:rPr>
              <w:t>15</w:t>
            </w:r>
          </w:p>
        </w:tc>
        <w:tc>
          <w:tcPr>
            <w:tcW w:w="1704" w:type="dxa"/>
          </w:tcPr>
          <w:p w14:paraId="2677908B" w14:textId="77777777" w:rsidR="0032538F" w:rsidRDefault="00000000">
            <w:r>
              <w:rPr>
                <w:sz w:val="17"/>
              </w:rPr>
              <w:t>20</w:t>
            </w:r>
          </w:p>
        </w:tc>
        <w:tc>
          <w:tcPr>
            <w:tcW w:w="1704" w:type="dxa"/>
          </w:tcPr>
          <w:p w14:paraId="53F0E349" w14:textId="77777777" w:rsidR="0032538F" w:rsidRDefault="00000000">
            <w:r>
              <w:rPr>
                <w:sz w:val="17"/>
              </w:rPr>
              <w:t>25</w:t>
            </w:r>
          </w:p>
        </w:tc>
      </w:tr>
      <w:tr w:rsidR="0032538F" w14:paraId="0A193B7F" w14:textId="77777777">
        <w:trPr>
          <w:jc w:val="center"/>
        </w:trPr>
        <w:tc>
          <w:tcPr>
            <w:tcW w:w="1704" w:type="dxa"/>
          </w:tcPr>
          <w:p w14:paraId="18B069DF" w14:textId="77777777" w:rsidR="0032538F" w:rsidRDefault="00000000">
            <w:r>
              <w:rPr>
                <w:sz w:val="17"/>
              </w:rPr>
              <w:t>4 Likely</w:t>
            </w:r>
          </w:p>
        </w:tc>
        <w:tc>
          <w:tcPr>
            <w:tcW w:w="1704" w:type="dxa"/>
          </w:tcPr>
          <w:p w14:paraId="42DA4A15" w14:textId="77777777" w:rsidR="0032538F" w:rsidRDefault="00000000">
            <w:r>
              <w:rPr>
                <w:sz w:val="17"/>
              </w:rPr>
              <w:t>4</w:t>
            </w:r>
          </w:p>
        </w:tc>
        <w:tc>
          <w:tcPr>
            <w:tcW w:w="1704" w:type="dxa"/>
          </w:tcPr>
          <w:p w14:paraId="4B58D8B3" w14:textId="77777777" w:rsidR="0032538F" w:rsidRDefault="00000000">
            <w:r>
              <w:rPr>
                <w:sz w:val="17"/>
              </w:rPr>
              <w:t>8</w:t>
            </w:r>
          </w:p>
        </w:tc>
        <w:tc>
          <w:tcPr>
            <w:tcW w:w="1704" w:type="dxa"/>
          </w:tcPr>
          <w:p w14:paraId="2A7E3966" w14:textId="77777777" w:rsidR="0032538F" w:rsidRDefault="00000000">
            <w:r>
              <w:rPr>
                <w:sz w:val="17"/>
              </w:rPr>
              <w:t>12</w:t>
            </w:r>
          </w:p>
        </w:tc>
        <w:tc>
          <w:tcPr>
            <w:tcW w:w="1704" w:type="dxa"/>
          </w:tcPr>
          <w:p w14:paraId="476CC6E3" w14:textId="77777777" w:rsidR="0032538F" w:rsidRDefault="00000000">
            <w:r>
              <w:rPr>
                <w:sz w:val="17"/>
              </w:rPr>
              <w:t>16</w:t>
            </w:r>
          </w:p>
        </w:tc>
        <w:tc>
          <w:tcPr>
            <w:tcW w:w="1704" w:type="dxa"/>
          </w:tcPr>
          <w:p w14:paraId="3316BB39" w14:textId="77777777" w:rsidR="0032538F" w:rsidRDefault="00000000">
            <w:r>
              <w:rPr>
                <w:sz w:val="17"/>
              </w:rPr>
              <w:t>20</w:t>
            </w:r>
          </w:p>
        </w:tc>
      </w:tr>
      <w:tr w:rsidR="0032538F" w14:paraId="12246794" w14:textId="77777777">
        <w:trPr>
          <w:jc w:val="center"/>
        </w:trPr>
        <w:tc>
          <w:tcPr>
            <w:tcW w:w="1704" w:type="dxa"/>
          </w:tcPr>
          <w:p w14:paraId="050C3D0C" w14:textId="77777777" w:rsidR="0032538F" w:rsidRDefault="00000000">
            <w:r>
              <w:rPr>
                <w:sz w:val="17"/>
              </w:rPr>
              <w:t>3 Possible</w:t>
            </w:r>
          </w:p>
        </w:tc>
        <w:tc>
          <w:tcPr>
            <w:tcW w:w="1704" w:type="dxa"/>
          </w:tcPr>
          <w:p w14:paraId="418EBAE5" w14:textId="77777777" w:rsidR="0032538F" w:rsidRDefault="00000000">
            <w:r>
              <w:rPr>
                <w:sz w:val="17"/>
              </w:rPr>
              <w:t>3</w:t>
            </w:r>
          </w:p>
        </w:tc>
        <w:tc>
          <w:tcPr>
            <w:tcW w:w="1704" w:type="dxa"/>
          </w:tcPr>
          <w:p w14:paraId="1BA4AC40" w14:textId="77777777" w:rsidR="0032538F" w:rsidRDefault="00000000">
            <w:r>
              <w:rPr>
                <w:sz w:val="17"/>
              </w:rPr>
              <w:t>6</w:t>
            </w:r>
          </w:p>
        </w:tc>
        <w:tc>
          <w:tcPr>
            <w:tcW w:w="1704" w:type="dxa"/>
          </w:tcPr>
          <w:p w14:paraId="1770CA8D" w14:textId="77777777" w:rsidR="0032538F" w:rsidRDefault="00000000">
            <w:r>
              <w:rPr>
                <w:sz w:val="17"/>
              </w:rPr>
              <w:t>9</w:t>
            </w:r>
          </w:p>
        </w:tc>
        <w:tc>
          <w:tcPr>
            <w:tcW w:w="1704" w:type="dxa"/>
          </w:tcPr>
          <w:p w14:paraId="5D1738A5" w14:textId="77777777" w:rsidR="0032538F" w:rsidRDefault="00000000">
            <w:r>
              <w:rPr>
                <w:sz w:val="17"/>
              </w:rPr>
              <w:t>12</w:t>
            </w:r>
          </w:p>
        </w:tc>
        <w:tc>
          <w:tcPr>
            <w:tcW w:w="1704" w:type="dxa"/>
          </w:tcPr>
          <w:p w14:paraId="5EE4FF56" w14:textId="77777777" w:rsidR="0032538F" w:rsidRDefault="00000000">
            <w:r>
              <w:rPr>
                <w:sz w:val="17"/>
              </w:rPr>
              <w:t>15</w:t>
            </w:r>
          </w:p>
        </w:tc>
      </w:tr>
      <w:tr w:rsidR="0032538F" w14:paraId="4A321670" w14:textId="77777777">
        <w:trPr>
          <w:jc w:val="center"/>
        </w:trPr>
        <w:tc>
          <w:tcPr>
            <w:tcW w:w="1704" w:type="dxa"/>
          </w:tcPr>
          <w:p w14:paraId="19A64A5F" w14:textId="77777777" w:rsidR="0032538F" w:rsidRDefault="00000000">
            <w:r>
              <w:rPr>
                <w:sz w:val="17"/>
              </w:rPr>
              <w:t>2 Unlikely</w:t>
            </w:r>
          </w:p>
        </w:tc>
        <w:tc>
          <w:tcPr>
            <w:tcW w:w="1704" w:type="dxa"/>
          </w:tcPr>
          <w:p w14:paraId="1B7FDB6E" w14:textId="77777777" w:rsidR="0032538F" w:rsidRDefault="00000000">
            <w:r>
              <w:rPr>
                <w:sz w:val="17"/>
              </w:rPr>
              <w:t>2</w:t>
            </w:r>
          </w:p>
        </w:tc>
        <w:tc>
          <w:tcPr>
            <w:tcW w:w="1704" w:type="dxa"/>
          </w:tcPr>
          <w:p w14:paraId="1311D84A" w14:textId="77777777" w:rsidR="0032538F" w:rsidRDefault="00000000">
            <w:r>
              <w:rPr>
                <w:sz w:val="17"/>
              </w:rPr>
              <w:t>4</w:t>
            </w:r>
          </w:p>
        </w:tc>
        <w:tc>
          <w:tcPr>
            <w:tcW w:w="1704" w:type="dxa"/>
          </w:tcPr>
          <w:p w14:paraId="2EA353BE" w14:textId="77777777" w:rsidR="0032538F" w:rsidRDefault="00000000">
            <w:r>
              <w:rPr>
                <w:sz w:val="17"/>
              </w:rPr>
              <w:t>6</w:t>
            </w:r>
          </w:p>
        </w:tc>
        <w:tc>
          <w:tcPr>
            <w:tcW w:w="1704" w:type="dxa"/>
          </w:tcPr>
          <w:p w14:paraId="4AD07717" w14:textId="77777777" w:rsidR="0032538F" w:rsidRDefault="00000000">
            <w:r>
              <w:rPr>
                <w:sz w:val="17"/>
              </w:rPr>
              <w:t>8</w:t>
            </w:r>
          </w:p>
        </w:tc>
        <w:tc>
          <w:tcPr>
            <w:tcW w:w="1704" w:type="dxa"/>
          </w:tcPr>
          <w:p w14:paraId="3A7589BE" w14:textId="77777777" w:rsidR="0032538F" w:rsidRDefault="00000000">
            <w:r>
              <w:rPr>
                <w:sz w:val="17"/>
              </w:rPr>
              <w:t>10</w:t>
            </w:r>
          </w:p>
        </w:tc>
      </w:tr>
      <w:tr w:rsidR="0032538F" w14:paraId="72722B2A" w14:textId="77777777">
        <w:trPr>
          <w:jc w:val="center"/>
        </w:trPr>
        <w:tc>
          <w:tcPr>
            <w:tcW w:w="1704" w:type="dxa"/>
          </w:tcPr>
          <w:p w14:paraId="7E93AD69" w14:textId="77777777" w:rsidR="0032538F" w:rsidRDefault="00000000">
            <w:r>
              <w:rPr>
                <w:sz w:val="17"/>
              </w:rPr>
              <w:t>1 Rare</w:t>
            </w:r>
          </w:p>
        </w:tc>
        <w:tc>
          <w:tcPr>
            <w:tcW w:w="1704" w:type="dxa"/>
          </w:tcPr>
          <w:p w14:paraId="0270967A" w14:textId="77777777" w:rsidR="0032538F" w:rsidRDefault="00000000">
            <w:r>
              <w:rPr>
                <w:sz w:val="17"/>
              </w:rPr>
              <w:t>1</w:t>
            </w:r>
          </w:p>
        </w:tc>
        <w:tc>
          <w:tcPr>
            <w:tcW w:w="1704" w:type="dxa"/>
          </w:tcPr>
          <w:p w14:paraId="34496737" w14:textId="77777777" w:rsidR="0032538F" w:rsidRDefault="00000000">
            <w:r>
              <w:rPr>
                <w:sz w:val="17"/>
              </w:rPr>
              <w:t>2</w:t>
            </w:r>
          </w:p>
        </w:tc>
        <w:tc>
          <w:tcPr>
            <w:tcW w:w="1704" w:type="dxa"/>
          </w:tcPr>
          <w:p w14:paraId="7F0978DA" w14:textId="77777777" w:rsidR="0032538F" w:rsidRDefault="00000000">
            <w:r>
              <w:rPr>
                <w:sz w:val="17"/>
              </w:rPr>
              <w:t>3</w:t>
            </w:r>
          </w:p>
        </w:tc>
        <w:tc>
          <w:tcPr>
            <w:tcW w:w="1704" w:type="dxa"/>
          </w:tcPr>
          <w:p w14:paraId="296E4C2A" w14:textId="77777777" w:rsidR="0032538F" w:rsidRDefault="00000000">
            <w:r>
              <w:rPr>
                <w:sz w:val="17"/>
              </w:rPr>
              <w:t>4</w:t>
            </w:r>
          </w:p>
        </w:tc>
        <w:tc>
          <w:tcPr>
            <w:tcW w:w="1704" w:type="dxa"/>
          </w:tcPr>
          <w:p w14:paraId="076CC299" w14:textId="77777777" w:rsidR="0032538F" w:rsidRDefault="00000000">
            <w:r>
              <w:rPr>
                <w:sz w:val="17"/>
              </w:rPr>
              <w:t>5</w:t>
            </w:r>
          </w:p>
        </w:tc>
      </w:tr>
    </w:tbl>
    <w:p w14:paraId="20EEE451" w14:textId="77777777" w:rsidR="0032538F" w:rsidRDefault="0032538F"/>
    <w:p w14:paraId="07B9CD39" w14:textId="77777777" w:rsidR="0032538F" w:rsidRDefault="00000000">
      <w:r>
        <w:br w:type="page"/>
      </w:r>
    </w:p>
    <w:p w14:paraId="7E02B65B" w14:textId="77777777" w:rsidR="0032538F" w:rsidRDefault="00000000">
      <w:pPr>
        <w:pStyle w:val="Heading1"/>
      </w:pPr>
      <w:r>
        <w:lastRenderedPageBreak/>
        <w:t>11. Detailed Lifting Operations Risk Assessment</w:t>
      </w:r>
    </w:p>
    <w:p w14:paraId="491AB92B" w14:textId="77777777" w:rsidR="0032538F" w:rsidRDefault="00000000">
      <w:r>
        <w:t>The following assessment addresses representative lifting-operation hazards. Risk ratings are reference values and must be verified against the actual lift plan, load, equipment, ground conditions, environment and work area before implementation.</w:t>
      </w:r>
    </w:p>
    <w:p w14:paraId="213E870E" w14:textId="77777777" w:rsidR="0032538F" w:rsidRDefault="0032538F">
      <w:pPr>
        <w:sectPr w:rsidR="0032538F">
          <w:headerReference w:type="default" r:id="rId8"/>
          <w:footerReference w:type="default" r:id="rId9"/>
          <w:pgSz w:w="12240" w:h="15840"/>
          <w:pgMar w:top="936" w:right="1008" w:bottom="936" w:left="1008" w:header="720" w:footer="720" w:gutter="0"/>
          <w:cols w:space="720"/>
          <w:docGrid w:linePitch="360"/>
        </w:sectPr>
      </w:pPr>
    </w:p>
    <w:tbl>
      <w:tblPr>
        <w:tblStyle w:val="TableGrid"/>
        <w:tblW w:w="0" w:type="auto"/>
        <w:jc w:val="center"/>
        <w:tblLook w:val="04A0" w:firstRow="1" w:lastRow="0" w:firstColumn="1" w:lastColumn="0" w:noHBand="0" w:noVBand="1"/>
      </w:tblPr>
      <w:tblGrid>
        <w:gridCol w:w="498"/>
        <w:gridCol w:w="977"/>
        <w:gridCol w:w="1191"/>
        <w:gridCol w:w="868"/>
        <w:gridCol w:w="1420"/>
        <w:gridCol w:w="1000"/>
        <w:gridCol w:w="675"/>
        <w:gridCol w:w="675"/>
        <w:gridCol w:w="681"/>
        <w:gridCol w:w="675"/>
        <w:gridCol w:w="1369"/>
        <w:gridCol w:w="916"/>
        <w:gridCol w:w="916"/>
        <w:gridCol w:w="916"/>
        <w:gridCol w:w="916"/>
        <w:gridCol w:w="1211"/>
      </w:tblGrid>
      <w:tr w:rsidR="0032538F" w14:paraId="676AA655" w14:textId="77777777">
        <w:trPr>
          <w:tblHeader/>
          <w:jc w:val="center"/>
        </w:trPr>
        <w:tc>
          <w:tcPr>
            <w:tcW w:w="918" w:type="dxa"/>
            <w:shd w:val="clear" w:color="auto" w:fill="0F3D5E"/>
          </w:tcPr>
          <w:p w14:paraId="76CFF528" w14:textId="77777777" w:rsidR="0032538F" w:rsidRDefault="00000000">
            <w:r>
              <w:rPr>
                <w:b/>
                <w:color w:val="FFFFFF"/>
              </w:rPr>
              <w:lastRenderedPageBreak/>
              <w:t>No.</w:t>
            </w:r>
          </w:p>
        </w:tc>
        <w:tc>
          <w:tcPr>
            <w:tcW w:w="918" w:type="dxa"/>
            <w:shd w:val="clear" w:color="auto" w:fill="0F3D5E"/>
          </w:tcPr>
          <w:p w14:paraId="22FCEDE7" w14:textId="77777777" w:rsidR="0032538F" w:rsidRDefault="00000000">
            <w:r>
              <w:rPr>
                <w:b/>
                <w:color w:val="FFFFFF"/>
              </w:rPr>
              <w:t>Activity / Hazard</w:t>
            </w:r>
          </w:p>
        </w:tc>
        <w:tc>
          <w:tcPr>
            <w:tcW w:w="918" w:type="dxa"/>
            <w:shd w:val="clear" w:color="auto" w:fill="0F3D5E"/>
          </w:tcPr>
          <w:p w14:paraId="5C3F7FD2" w14:textId="77777777" w:rsidR="0032538F" w:rsidRDefault="00000000">
            <w:r>
              <w:rPr>
                <w:b/>
                <w:color w:val="FFFFFF"/>
              </w:rPr>
              <w:t>Hazard Description</w:t>
            </w:r>
          </w:p>
        </w:tc>
        <w:tc>
          <w:tcPr>
            <w:tcW w:w="918" w:type="dxa"/>
            <w:shd w:val="clear" w:color="auto" w:fill="0F3D5E"/>
          </w:tcPr>
          <w:p w14:paraId="0B179161" w14:textId="77777777" w:rsidR="0032538F" w:rsidRDefault="00000000">
            <w:r>
              <w:rPr>
                <w:b/>
                <w:color w:val="FFFFFF"/>
              </w:rPr>
              <w:t>Persons at Risk</w:t>
            </w:r>
          </w:p>
        </w:tc>
        <w:tc>
          <w:tcPr>
            <w:tcW w:w="918" w:type="dxa"/>
            <w:shd w:val="clear" w:color="auto" w:fill="0F3D5E"/>
          </w:tcPr>
          <w:p w14:paraId="2230F3E8" w14:textId="77777777" w:rsidR="0032538F" w:rsidRDefault="00000000">
            <w:r>
              <w:rPr>
                <w:b/>
                <w:color w:val="FFFFFF"/>
              </w:rPr>
              <w:t>Potential Consequences</w:t>
            </w:r>
          </w:p>
        </w:tc>
        <w:tc>
          <w:tcPr>
            <w:tcW w:w="918" w:type="dxa"/>
            <w:shd w:val="clear" w:color="auto" w:fill="0F3D5E"/>
          </w:tcPr>
          <w:p w14:paraId="4B09D190" w14:textId="77777777" w:rsidR="0032538F" w:rsidRDefault="00000000">
            <w:r>
              <w:rPr>
                <w:b/>
                <w:color w:val="FFFFFF"/>
              </w:rPr>
              <w:t>Existing Control Measures</w:t>
            </w:r>
          </w:p>
        </w:tc>
        <w:tc>
          <w:tcPr>
            <w:tcW w:w="918" w:type="dxa"/>
            <w:shd w:val="clear" w:color="auto" w:fill="0F3D5E"/>
          </w:tcPr>
          <w:p w14:paraId="52B969B0" w14:textId="77777777" w:rsidR="0032538F" w:rsidRDefault="00000000">
            <w:r>
              <w:rPr>
                <w:b/>
                <w:color w:val="FFFFFF"/>
              </w:rPr>
              <w:t>Initial L</w:t>
            </w:r>
          </w:p>
        </w:tc>
        <w:tc>
          <w:tcPr>
            <w:tcW w:w="918" w:type="dxa"/>
            <w:shd w:val="clear" w:color="auto" w:fill="0F3D5E"/>
          </w:tcPr>
          <w:p w14:paraId="2E185FC1" w14:textId="77777777" w:rsidR="0032538F" w:rsidRDefault="00000000">
            <w:r>
              <w:rPr>
                <w:b/>
                <w:color w:val="FFFFFF"/>
              </w:rPr>
              <w:t>Initial S</w:t>
            </w:r>
          </w:p>
        </w:tc>
        <w:tc>
          <w:tcPr>
            <w:tcW w:w="918" w:type="dxa"/>
            <w:shd w:val="clear" w:color="auto" w:fill="0F3D5E"/>
          </w:tcPr>
          <w:p w14:paraId="781E2848" w14:textId="77777777" w:rsidR="0032538F" w:rsidRDefault="00000000">
            <w:r>
              <w:rPr>
                <w:b/>
                <w:color w:val="FFFFFF"/>
              </w:rPr>
              <w:t>Initial Score</w:t>
            </w:r>
          </w:p>
        </w:tc>
        <w:tc>
          <w:tcPr>
            <w:tcW w:w="918" w:type="dxa"/>
            <w:shd w:val="clear" w:color="auto" w:fill="0F3D5E"/>
          </w:tcPr>
          <w:p w14:paraId="37FC42B3" w14:textId="77777777" w:rsidR="0032538F" w:rsidRDefault="00000000">
            <w:r>
              <w:rPr>
                <w:b/>
                <w:color w:val="FFFFFF"/>
              </w:rPr>
              <w:t>Initial Level</w:t>
            </w:r>
          </w:p>
        </w:tc>
        <w:tc>
          <w:tcPr>
            <w:tcW w:w="918" w:type="dxa"/>
            <w:shd w:val="clear" w:color="auto" w:fill="0F3D5E"/>
          </w:tcPr>
          <w:p w14:paraId="6397A045" w14:textId="77777777" w:rsidR="0032538F" w:rsidRDefault="00000000">
            <w:r>
              <w:rPr>
                <w:b/>
                <w:color w:val="FFFFFF"/>
              </w:rPr>
              <w:t>Further Controls</w:t>
            </w:r>
          </w:p>
        </w:tc>
        <w:tc>
          <w:tcPr>
            <w:tcW w:w="918" w:type="dxa"/>
            <w:shd w:val="clear" w:color="auto" w:fill="0F3D5E"/>
          </w:tcPr>
          <w:p w14:paraId="4AEC6FB3" w14:textId="77777777" w:rsidR="0032538F" w:rsidRDefault="00000000">
            <w:r>
              <w:rPr>
                <w:b/>
                <w:color w:val="FFFFFF"/>
              </w:rPr>
              <w:t>Residual L</w:t>
            </w:r>
          </w:p>
        </w:tc>
        <w:tc>
          <w:tcPr>
            <w:tcW w:w="918" w:type="dxa"/>
            <w:shd w:val="clear" w:color="auto" w:fill="0F3D5E"/>
          </w:tcPr>
          <w:p w14:paraId="6B8610CC" w14:textId="77777777" w:rsidR="0032538F" w:rsidRDefault="00000000">
            <w:r>
              <w:rPr>
                <w:b/>
                <w:color w:val="FFFFFF"/>
              </w:rPr>
              <w:t>Residual S</w:t>
            </w:r>
          </w:p>
        </w:tc>
        <w:tc>
          <w:tcPr>
            <w:tcW w:w="918" w:type="dxa"/>
            <w:shd w:val="clear" w:color="auto" w:fill="0F3D5E"/>
          </w:tcPr>
          <w:p w14:paraId="113F5C19" w14:textId="77777777" w:rsidR="0032538F" w:rsidRDefault="00000000">
            <w:r>
              <w:rPr>
                <w:b/>
                <w:color w:val="FFFFFF"/>
              </w:rPr>
              <w:t>Residual Score</w:t>
            </w:r>
          </w:p>
        </w:tc>
        <w:tc>
          <w:tcPr>
            <w:tcW w:w="918" w:type="dxa"/>
            <w:shd w:val="clear" w:color="auto" w:fill="0F3D5E"/>
          </w:tcPr>
          <w:p w14:paraId="46BCD378" w14:textId="77777777" w:rsidR="0032538F" w:rsidRDefault="00000000">
            <w:r>
              <w:rPr>
                <w:b/>
                <w:color w:val="FFFFFF"/>
              </w:rPr>
              <w:t>Residual Level</w:t>
            </w:r>
          </w:p>
        </w:tc>
        <w:tc>
          <w:tcPr>
            <w:tcW w:w="918" w:type="dxa"/>
            <w:shd w:val="clear" w:color="auto" w:fill="0F3D5E"/>
          </w:tcPr>
          <w:p w14:paraId="550978C3" w14:textId="77777777" w:rsidR="0032538F" w:rsidRDefault="00000000">
            <w:r>
              <w:rPr>
                <w:b/>
                <w:color w:val="FFFFFF"/>
              </w:rPr>
              <w:t>Responsible Person</w:t>
            </w:r>
          </w:p>
        </w:tc>
      </w:tr>
      <w:tr w:rsidR="0032538F" w14:paraId="7ED3E654" w14:textId="77777777">
        <w:trPr>
          <w:jc w:val="center"/>
        </w:trPr>
        <w:tc>
          <w:tcPr>
            <w:tcW w:w="918" w:type="dxa"/>
          </w:tcPr>
          <w:p w14:paraId="017BEE63" w14:textId="77777777" w:rsidR="0032538F" w:rsidRDefault="00000000">
            <w:r>
              <w:rPr>
                <w:sz w:val="12"/>
              </w:rPr>
              <w:t>1</w:t>
            </w:r>
          </w:p>
        </w:tc>
        <w:tc>
          <w:tcPr>
            <w:tcW w:w="918" w:type="dxa"/>
          </w:tcPr>
          <w:p w14:paraId="0A7507D6" w14:textId="77777777" w:rsidR="0032538F" w:rsidRDefault="00000000">
            <w:r>
              <w:rPr>
                <w:sz w:val="12"/>
              </w:rPr>
              <w:t>Unplanned lifting operation</w:t>
            </w:r>
          </w:p>
        </w:tc>
        <w:tc>
          <w:tcPr>
            <w:tcW w:w="918" w:type="dxa"/>
          </w:tcPr>
          <w:p w14:paraId="46BA553D" w14:textId="77777777" w:rsidR="0032538F" w:rsidRDefault="00000000">
            <w:r>
              <w:rPr>
                <w:sz w:val="12"/>
              </w:rPr>
              <w:t>Lift begins without adequate planning or authorization</w:t>
            </w:r>
          </w:p>
        </w:tc>
        <w:tc>
          <w:tcPr>
            <w:tcW w:w="918" w:type="dxa"/>
          </w:tcPr>
          <w:p w14:paraId="7564E8D9" w14:textId="77777777" w:rsidR="0032538F" w:rsidRDefault="00000000">
            <w:r>
              <w:rPr>
                <w:sz w:val="12"/>
              </w:rPr>
              <w:t>Lifting team, workers, third parties</w:t>
            </w:r>
          </w:p>
        </w:tc>
        <w:tc>
          <w:tcPr>
            <w:tcW w:w="918" w:type="dxa"/>
          </w:tcPr>
          <w:p w14:paraId="3B45D3B4" w14:textId="77777777" w:rsidR="0032538F" w:rsidRDefault="00000000">
            <w:r>
              <w:rPr>
                <w:sz w:val="12"/>
              </w:rPr>
              <w:t>Dropped load, collision, equipment failure, fatality</w:t>
            </w:r>
          </w:p>
        </w:tc>
        <w:tc>
          <w:tcPr>
            <w:tcW w:w="918" w:type="dxa"/>
          </w:tcPr>
          <w:p w14:paraId="00D77870" w14:textId="77777777" w:rsidR="0032538F" w:rsidRDefault="00000000">
            <w:r>
              <w:rPr>
                <w:sz w:val="12"/>
              </w:rPr>
              <w:t>General lifting procedure and supervision.</w:t>
            </w:r>
          </w:p>
        </w:tc>
        <w:tc>
          <w:tcPr>
            <w:tcW w:w="918" w:type="dxa"/>
          </w:tcPr>
          <w:p w14:paraId="6533FE35" w14:textId="77777777" w:rsidR="0032538F" w:rsidRDefault="00000000">
            <w:r>
              <w:rPr>
                <w:sz w:val="12"/>
              </w:rPr>
              <w:t>4</w:t>
            </w:r>
          </w:p>
        </w:tc>
        <w:tc>
          <w:tcPr>
            <w:tcW w:w="918" w:type="dxa"/>
          </w:tcPr>
          <w:p w14:paraId="16AC26D3" w14:textId="77777777" w:rsidR="0032538F" w:rsidRDefault="00000000">
            <w:r>
              <w:rPr>
                <w:sz w:val="12"/>
              </w:rPr>
              <w:t>5</w:t>
            </w:r>
          </w:p>
        </w:tc>
        <w:tc>
          <w:tcPr>
            <w:tcW w:w="918" w:type="dxa"/>
          </w:tcPr>
          <w:p w14:paraId="655A3D59" w14:textId="77777777" w:rsidR="0032538F" w:rsidRDefault="00000000">
            <w:r>
              <w:rPr>
                <w:sz w:val="12"/>
              </w:rPr>
              <w:t>20</w:t>
            </w:r>
          </w:p>
        </w:tc>
        <w:tc>
          <w:tcPr>
            <w:tcW w:w="918" w:type="dxa"/>
          </w:tcPr>
          <w:p w14:paraId="51F07139" w14:textId="77777777" w:rsidR="0032538F" w:rsidRDefault="00000000">
            <w:r>
              <w:rPr>
                <w:sz w:val="12"/>
              </w:rPr>
              <w:t>Very High</w:t>
            </w:r>
          </w:p>
        </w:tc>
        <w:tc>
          <w:tcPr>
            <w:tcW w:w="918" w:type="dxa"/>
          </w:tcPr>
          <w:p w14:paraId="10347525" w14:textId="77777777" w:rsidR="0032538F" w:rsidRDefault="00000000">
            <w:r>
              <w:rPr>
                <w:sz w:val="12"/>
              </w:rPr>
              <w:t>Use approved lift plan appropriate to complexity; confirm roles, load data, equipment, route, ground and exclusion zone before lifting.</w:t>
            </w:r>
          </w:p>
        </w:tc>
        <w:tc>
          <w:tcPr>
            <w:tcW w:w="918" w:type="dxa"/>
          </w:tcPr>
          <w:p w14:paraId="477ED353" w14:textId="77777777" w:rsidR="0032538F" w:rsidRDefault="00000000">
            <w:r>
              <w:rPr>
                <w:sz w:val="12"/>
              </w:rPr>
              <w:t>1</w:t>
            </w:r>
          </w:p>
        </w:tc>
        <w:tc>
          <w:tcPr>
            <w:tcW w:w="918" w:type="dxa"/>
          </w:tcPr>
          <w:p w14:paraId="677DEA8C" w14:textId="77777777" w:rsidR="0032538F" w:rsidRDefault="00000000">
            <w:r>
              <w:rPr>
                <w:sz w:val="12"/>
              </w:rPr>
              <w:t>5</w:t>
            </w:r>
          </w:p>
        </w:tc>
        <w:tc>
          <w:tcPr>
            <w:tcW w:w="918" w:type="dxa"/>
          </w:tcPr>
          <w:p w14:paraId="649BDD11" w14:textId="77777777" w:rsidR="0032538F" w:rsidRDefault="00000000">
            <w:r>
              <w:rPr>
                <w:sz w:val="12"/>
              </w:rPr>
              <w:t>5</w:t>
            </w:r>
          </w:p>
        </w:tc>
        <w:tc>
          <w:tcPr>
            <w:tcW w:w="918" w:type="dxa"/>
          </w:tcPr>
          <w:p w14:paraId="4A7CB7B5" w14:textId="77777777" w:rsidR="0032538F" w:rsidRDefault="00000000">
            <w:r>
              <w:rPr>
                <w:sz w:val="12"/>
              </w:rPr>
              <w:t>Medium</w:t>
            </w:r>
          </w:p>
        </w:tc>
        <w:tc>
          <w:tcPr>
            <w:tcW w:w="918" w:type="dxa"/>
          </w:tcPr>
          <w:p w14:paraId="2DA06F20" w14:textId="77777777" w:rsidR="0032538F" w:rsidRDefault="00000000">
            <w:r>
              <w:rPr>
                <w:sz w:val="12"/>
              </w:rPr>
              <w:t>Lifting Supervisor / Construction Manager</w:t>
            </w:r>
          </w:p>
        </w:tc>
      </w:tr>
      <w:tr w:rsidR="0032538F" w14:paraId="139D901F" w14:textId="77777777">
        <w:trPr>
          <w:jc w:val="center"/>
        </w:trPr>
        <w:tc>
          <w:tcPr>
            <w:tcW w:w="918" w:type="dxa"/>
          </w:tcPr>
          <w:p w14:paraId="22381E34" w14:textId="77777777" w:rsidR="0032538F" w:rsidRDefault="00000000">
            <w:r>
              <w:rPr>
                <w:sz w:val="12"/>
              </w:rPr>
              <w:t>2</w:t>
            </w:r>
          </w:p>
        </w:tc>
        <w:tc>
          <w:tcPr>
            <w:tcW w:w="918" w:type="dxa"/>
          </w:tcPr>
          <w:p w14:paraId="5DEB63C4" w14:textId="77777777" w:rsidR="0032538F" w:rsidRDefault="00000000">
            <w:r>
              <w:rPr>
                <w:sz w:val="12"/>
              </w:rPr>
              <w:t>Incorrect load weight</w:t>
            </w:r>
          </w:p>
        </w:tc>
        <w:tc>
          <w:tcPr>
            <w:tcW w:w="918" w:type="dxa"/>
          </w:tcPr>
          <w:p w14:paraId="2A5F3CDB" w14:textId="77777777" w:rsidR="0032538F" w:rsidRDefault="00000000">
            <w:r>
              <w:rPr>
                <w:sz w:val="12"/>
              </w:rPr>
              <w:t>Actual load exceeds crane/accessory capacity</w:t>
            </w:r>
          </w:p>
        </w:tc>
        <w:tc>
          <w:tcPr>
            <w:tcW w:w="918" w:type="dxa"/>
          </w:tcPr>
          <w:p w14:paraId="22AE718E" w14:textId="77777777" w:rsidR="0032538F" w:rsidRDefault="00000000">
            <w:r>
              <w:rPr>
                <w:sz w:val="12"/>
              </w:rPr>
              <w:t>Operator, riggers, workers</w:t>
            </w:r>
          </w:p>
        </w:tc>
        <w:tc>
          <w:tcPr>
            <w:tcW w:w="918" w:type="dxa"/>
          </w:tcPr>
          <w:p w14:paraId="19471FD1" w14:textId="77777777" w:rsidR="0032538F" w:rsidRDefault="00000000">
            <w:r>
              <w:rPr>
                <w:sz w:val="12"/>
              </w:rPr>
              <w:t>Overload, structural failure, dropped load, fatality</w:t>
            </w:r>
          </w:p>
        </w:tc>
        <w:tc>
          <w:tcPr>
            <w:tcW w:w="918" w:type="dxa"/>
          </w:tcPr>
          <w:p w14:paraId="589C567D" w14:textId="77777777" w:rsidR="0032538F" w:rsidRDefault="00000000">
            <w:r>
              <w:rPr>
                <w:sz w:val="12"/>
              </w:rPr>
              <w:t>Load information available where known.</w:t>
            </w:r>
          </w:p>
        </w:tc>
        <w:tc>
          <w:tcPr>
            <w:tcW w:w="918" w:type="dxa"/>
          </w:tcPr>
          <w:p w14:paraId="00AED0C8" w14:textId="77777777" w:rsidR="0032538F" w:rsidRDefault="00000000">
            <w:r>
              <w:rPr>
                <w:sz w:val="12"/>
              </w:rPr>
              <w:t>3</w:t>
            </w:r>
          </w:p>
        </w:tc>
        <w:tc>
          <w:tcPr>
            <w:tcW w:w="918" w:type="dxa"/>
          </w:tcPr>
          <w:p w14:paraId="4D8C3430" w14:textId="77777777" w:rsidR="0032538F" w:rsidRDefault="00000000">
            <w:r>
              <w:rPr>
                <w:sz w:val="12"/>
              </w:rPr>
              <w:t>5</w:t>
            </w:r>
          </w:p>
        </w:tc>
        <w:tc>
          <w:tcPr>
            <w:tcW w:w="918" w:type="dxa"/>
          </w:tcPr>
          <w:p w14:paraId="16BB03BC" w14:textId="77777777" w:rsidR="0032538F" w:rsidRDefault="00000000">
            <w:r>
              <w:rPr>
                <w:sz w:val="12"/>
              </w:rPr>
              <w:t>15</w:t>
            </w:r>
          </w:p>
        </w:tc>
        <w:tc>
          <w:tcPr>
            <w:tcW w:w="918" w:type="dxa"/>
          </w:tcPr>
          <w:p w14:paraId="1F8B10A0" w14:textId="77777777" w:rsidR="0032538F" w:rsidRDefault="00000000">
            <w:r>
              <w:rPr>
                <w:sz w:val="12"/>
              </w:rPr>
              <w:t>High</w:t>
            </w:r>
          </w:p>
        </w:tc>
        <w:tc>
          <w:tcPr>
            <w:tcW w:w="918" w:type="dxa"/>
          </w:tcPr>
          <w:p w14:paraId="35098EFC" w14:textId="77777777" w:rsidR="0032538F" w:rsidRDefault="00000000">
            <w:r>
              <w:rPr>
                <w:sz w:val="12"/>
              </w:rPr>
              <w:t>Verify load weight and center of gravity using reliable data; include rigging weight; do not lift when capacity is uncertain.</w:t>
            </w:r>
          </w:p>
        </w:tc>
        <w:tc>
          <w:tcPr>
            <w:tcW w:w="918" w:type="dxa"/>
          </w:tcPr>
          <w:p w14:paraId="4ABF309D" w14:textId="77777777" w:rsidR="0032538F" w:rsidRDefault="00000000">
            <w:r>
              <w:rPr>
                <w:sz w:val="12"/>
              </w:rPr>
              <w:t>1</w:t>
            </w:r>
          </w:p>
        </w:tc>
        <w:tc>
          <w:tcPr>
            <w:tcW w:w="918" w:type="dxa"/>
          </w:tcPr>
          <w:p w14:paraId="23B8D36C" w14:textId="77777777" w:rsidR="0032538F" w:rsidRDefault="00000000">
            <w:r>
              <w:rPr>
                <w:sz w:val="12"/>
              </w:rPr>
              <w:t>5</w:t>
            </w:r>
          </w:p>
        </w:tc>
        <w:tc>
          <w:tcPr>
            <w:tcW w:w="918" w:type="dxa"/>
          </w:tcPr>
          <w:p w14:paraId="0493AEA7" w14:textId="77777777" w:rsidR="0032538F" w:rsidRDefault="00000000">
            <w:r>
              <w:rPr>
                <w:sz w:val="12"/>
              </w:rPr>
              <w:t>5</w:t>
            </w:r>
          </w:p>
        </w:tc>
        <w:tc>
          <w:tcPr>
            <w:tcW w:w="918" w:type="dxa"/>
          </w:tcPr>
          <w:p w14:paraId="309FFD08" w14:textId="77777777" w:rsidR="0032538F" w:rsidRDefault="00000000">
            <w:r>
              <w:rPr>
                <w:sz w:val="12"/>
              </w:rPr>
              <w:t>Medium</w:t>
            </w:r>
          </w:p>
        </w:tc>
        <w:tc>
          <w:tcPr>
            <w:tcW w:w="918" w:type="dxa"/>
          </w:tcPr>
          <w:p w14:paraId="04BAF6E0" w14:textId="77777777" w:rsidR="0032538F" w:rsidRDefault="00000000">
            <w:r>
              <w:rPr>
                <w:sz w:val="12"/>
              </w:rPr>
              <w:t>Lifting Supervisor</w:t>
            </w:r>
          </w:p>
        </w:tc>
      </w:tr>
      <w:tr w:rsidR="0032538F" w14:paraId="388E0CA3" w14:textId="77777777">
        <w:trPr>
          <w:jc w:val="center"/>
        </w:trPr>
        <w:tc>
          <w:tcPr>
            <w:tcW w:w="918" w:type="dxa"/>
          </w:tcPr>
          <w:p w14:paraId="1EAEB733" w14:textId="77777777" w:rsidR="0032538F" w:rsidRDefault="00000000">
            <w:r>
              <w:rPr>
                <w:sz w:val="12"/>
              </w:rPr>
              <w:t>3</w:t>
            </w:r>
          </w:p>
        </w:tc>
        <w:tc>
          <w:tcPr>
            <w:tcW w:w="918" w:type="dxa"/>
          </w:tcPr>
          <w:p w14:paraId="2FB6F360" w14:textId="77777777" w:rsidR="0032538F" w:rsidRDefault="00000000">
            <w:r>
              <w:rPr>
                <w:sz w:val="12"/>
              </w:rPr>
              <w:t>Incorrect load center of gravity</w:t>
            </w:r>
          </w:p>
        </w:tc>
        <w:tc>
          <w:tcPr>
            <w:tcW w:w="918" w:type="dxa"/>
          </w:tcPr>
          <w:p w14:paraId="18A3672B" w14:textId="77777777" w:rsidR="0032538F" w:rsidRDefault="00000000">
            <w:r>
              <w:rPr>
                <w:sz w:val="12"/>
              </w:rPr>
              <w:t>Load tilts or becomes unstable during lift</w:t>
            </w:r>
          </w:p>
        </w:tc>
        <w:tc>
          <w:tcPr>
            <w:tcW w:w="918" w:type="dxa"/>
          </w:tcPr>
          <w:p w14:paraId="4FB9A66D" w14:textId="77777777" w:rsidR="0032538F" w:rsidRDefault="00000000">
            <w:r>
              <w:rPr>
                <w:sz w:val="12"/>
              </w:rPr>
              <w:t>Riggers, workers</w:t>
            </w:r>
          </w:p>
        </w:tc>
        <w:tc>
          <w:tcPr>
            <w:tcW w:w="918" w:type="dxa"/>
          </w:tcPr>
          <w:p w14:paraId="20327A38" w14:textId="77777777" w:rsidR="0032538F" w:rsidRDefault="00000000">
            <w:r>
              <w:rPr>
                <w:sz w:val="12"/>
              </w:rPr>
              <w:t>Dropped or swinging load</w:t>
            </w:r>
          </w:p>
        </w:tc>
        <w:tc>
          <w:tcPr>
            <w:tcW w:w="918" w:type="dxa"/>
          </w:tcPr>
          <w:p w14:paraId="4B8768EC" w14:textId="77777777" w:rsidR="0032538F" w:rsidRDefault="00000000">
            <w:r>
              <w:rPr>
                <w:sz w:val="12"/>
              </w:rPr>
              <w:t>Basic rigging and trial lift.</w:t>
            </w:r>
          </w:p>
        </w:tc>
        <w:tc>
          <w:tcPr>
            <w:tcW w:w="918" w:type="dxa"/>
          </w:tcPr>
          <w:p w14:paraId="24D0F084" w14:textId="77777777" w:rsidR="0032538F" w:rsidRDefault="00000000">
            <w:r>
              <w:rPr>
                <w:sz w:val="12"/>
              </w:rPr>
              <w:t>3</w:t>
            </w:r>
          </w:p>
        </w:tc>
        <w:tc>
          <w:tcPr>
            <w:tcW w:w="918" w:type="dxa"/>
          </w:tcPr>
          <w:p w14:paraId="7EA7B611" w14:textId="77777777" w:rsidR="0032538F" w:rsidRDefault="00000000">
            <w:r>
              <w:rPr>
                <w:sz w:val="12"/>
              </w:rPr>
              <w:t>5</w:t>
            </w:r>
          </w:p>
        </w:tc>
        <w:tc>
          <w:tcPr>
            <w:tcW w:w="918" w:type="dxa"/>
          </w:tcPr>
          <w:p w14:paraId="03009A46" w14:textId="77777777" w:rsidR="0032538F" w:rsidRDefault="00000000">
            <w:r>
              <w:rPr>
                <w:sz w:val="12"/>
              </w:rPr>
              <w:t>15</w:t>
            </w:r>
          </w:p>
        </w:tc>
        <w:tc>
          <w:tcPr>
            <w:tcW w:w="918" w:type="dxa"/>
          </w:tcPr>
          <w:p w14:paraId="492B18B7" w14:textId="77777777" w:rsidR="0032538F" w:rsidRDefault="00000000">
            <w:r>
              <w:rPr>
                <w:sz w:val="12"/>
              </w:rPr>
              <w:t>High</w:t>
            </w:r>
          </w:p>
        </w:tc>
        <w:tc>
          <w:tcPr>
            <w:tcW w:w="918" w:type="dxa"/>
          </w:tcPr>
          <w:p w14:paraId="1560018C" w14:textId="77777777" w:rsidR="0032538F" w:rsidRDefault="00000000">
            <w:r>
              <w:rPr>
                <w:sz w:val="12"/>
              </w:rPr>
              <w:t>Determine center of gravity; select suitable lifting points; use controlled trial lift; adjust rigging before proceeding.</w:t>
            </w:r>
          </w:p>
        </w:tc>
        <w:tc>
          <w:tcPr>
            <w:tcW w:w="918" w:type="dxa"/>
          </w:tcPr>
          <w:p w14:paraId="1F2812E8" w14:textId="77777777" w:rsidR="0032538F" w:rsidRDefault="00000000">
            <w:r>
              <w:rPr>
                <w:sz w:val="12"/>
              </w:rPr>
              <w:t>1</w:t>
            </w:r>
          </w:p>
        </w:tc>
        <w:tc>
          <w:tcPr>
            <w:tcW w:w="918" w:type="dxa"/>
          </w:tcPr>
          <w:p w14:paraId="5F6A06DA" w14:textId="77777777" w:rsidR="0032538F" w:rsidRDefault="00000000">
            <w:r>
              <w:rPr>
                <w:sz w:val="12"/>
              </w:rPr>
              <w:t>5</w:t>
            </w:r>
          </w:p>
        </w:tc>
        <w:tc>
          <w:tcPr>
            <w:tcW w:w="918" w:type="dxa"/>
          </w:tcPr>
          <w:p w14:paraId="0195B85C" w14:textId="77777777" w:rsidR="0032538F" w:rsidRDefault="00000000">
            <w:r>
              <w:rPr>
                <w:sz w:val="12"/>
              </w:rPr>
              <w:t>5</w:t>
            </w:r>
          </w:p>
        </w:tc>
        <w:tc>
          <w:tcPr>
            <w:tcW w:w="918" w:type="dxa"/>
          </w:tcPr>
          <w:p w14:paraId="67CE48C2" w14:textId="77777777" w:rsidR="0032538F" w:rsidRDefault="00000000">
            <w:r>
              <w:rPr>
                <w:sz w:val="12"/>
              </w:rPr>
              <w:t>Medium</w:t>
            </w:r>
          </w:p>
        </w:tc>
        <w:tc>
          <w:tcPr>
            <w:tcW w:w="918" w:type="dxa"/>
          </w:tcPr>
          <w:p w14:paraId="6FCA222D" w14:textId="77777777" w:rsidR="0032538F" w:rsidRDefault="00000000">
            <w:r>
              <w:rPr>
                <w:sz w:val="12"/>
              </w:rPr>
              <w:t>Rigger / Lifting Supervisor</w:t>
            </w:r>
          </w:p>
        </w:tc>
      </w:tr>
      <w:tr w:rsidR="0032538F" w14:paraId="54228213" w14:textId="77777777">
        <w:trPr>
          <w:jc w:val="center"/>
        </w:trPr>
        <w:tc>
          <w:tcPr>
            <w:tcW w:w="918" w:type="dxa"/>
          </w:tcPr>
          <w:p w14:paraId="3C879F75" w14:textId="77777777" w:rsidR="0032538F" w:rsidRDefault="00000000">
            <w:r>
              <w:rPr>
                <w:sz w:val="12"/>
              </w:rPr>
              <w:t>4</w:t>
            </w:r>
          </w:p>
        </w:tc>
        <w:tc>
          <w:tcPr>
            <w:tcW w:w="918" w:type="dxa"/>
          </w:tcPr>
          <w:p w14:paraId="39FD27F7" w14:textId="77777777" w:rsidR="0032538F" w:rsidRDefault="00000000">
            <w:r>
              <w:rPr>
                <w:sz w:val="12"/>
              </w:rPr>
              <w:t>Crane overload</w:t>
            </w:r>
          </w:p>
        </w:tc>
        <w:tc>
          <w:tcPr>
            <w:tcW w:w="918" w:type="dxa"/>
          </w:tcPr>
          <w:p w14:paraId="3FF30E1D" w14:textId="77777777" w:rsidR="0032538F" w:rsidRDefault="00000000">
            <w:r>
              <w:rPr>
                <w:sz w:val="12"/>
              </w:rPr>
              <w:t>Lift exceeds rated capacity for actual radius/configuration</w:t>
            </w:r>
          </w:p>
        </w:tc>
        <w:tc>
          <w:tcPr>
            <w:tcW w:w="918" w:type="dxa"/>
          </w:tcPr>
          <w:p w14:paraId="6A715123" w14:textId="77777777" w:rsidR="0032538F" w:rsidRDefault="00000000">
            <w:r>
              <w:rPr>
                <w:sz w:val="12"/>
              </w:rPr>
              <w:t>Operator, lifting team</w:t>
            </w:r>
          </w:p>
        </w:tc>
        <w:tc>
          <w:tcPr>
            <w:tcW w:w="918" w:type="dxa"/>
          </w:tcPr>
          <w:p w14:paraId="1842AD6B" w14:textId="77777777" w:rsidR="0032538F" w:rsidRDefault="00000000">
            <w:r>
              <w:rPr>
                <w:sz w:val="12"/>
              </w:rPr>
              <w:t>Crane failure, overturning, fatality</w:t>
            </w:r>
          </w:p>
        </w:tc>
        <w:tc>
          <w:tcPr>
            <w:tcW w:w="918" w:type="dxa"/>
          </w:tcPr>
          <w:p w14:paraId="5103A575" w14:textId="77777777" w:rsidR="0032538F" w:rsidRDefault="00000000">
            <w:r>
              <w:rPr>
                <w:sz w:val="12"/>
              </w:rPr>
              <w:t>Load chart available to operator.</w:t>
            </w:r>
          </w:p>
        </w:tc>
        <w:tc>
          <w:tcPr>
            <w:tcW w:w="918" w:type="dxa"/>
          </w:tcPr>
          <w:p w14:paraId="13EF4D34" w14:textId="77777777" w:rsidR="0032538F" w:rsidRDefault="00000000">
            <w:r>
              <w:rPr>
                <w:sz w:val="12"/>
              </w:rPr>
              <w:t>4</w:t>
            </w:r>
          </w:p>
        </w:tc>
        <w:tc>
          <w:tcPr>
            <w:tcW w:w="918" w:type="dxa"/>
          </w:tcPr>
          <w:p w14:paraId="5E71733E" w14:textId="77777777" w:rsidR="0032538F" w:rsidRDefault="00000000">
            <w:r>
              <w:rPr>
                <w:sz w:val="12"/>
              </w:rPr>
              <w:t>5</w:t>
            </w:r>
          </w:p>
        </w:tc>
        <w:tc>
          <w:tcPr>
            <w:tcW w:w="918" w:type="dxa"/>
          </w:tcPr>
          <w:p w14:paraId="415F09EF" w14:textId="77777777" w:rsidR="0032538F" w:rsidRDefault="00000000">
            <w:r>
              <w:rPr>
                <w:sz w:val="12"/>
              </w:rPr>
              <w:t>20</w:t>
            </w:r>
          </w:p>
        </w:tc>
        <w:tc>
          <w:tcPr>
            <w:tcW w:w="918" w:type="dxa"/>
          </w:tcPr>
          <w:p w14:paraId="760CEBB0" w14:textId="77777777" w:rsidR="0032538F" w:rsidRDefault="00000000">
            <w:r>
              <w:rPr>
                <w:sz w:val="12"/>
              </w:rPr>
              <w:t>Very High</w:t>
            </w:r>
          </w:p>
        </w:tc>
        <w:tc>
          <w:tcPr>
            <w:tcW w:w="918" w:type="dxa"/>
          </w:tcPr>
          <w:p w14:paraId="68BAC548" w14:textId="77777777" w:rsidR="0032538F" w:rsidRDefault="00000000">
            <w:r>
              <w:rPr>
                <w:sz w:val="12"/>
              </w:rPr>
              <w:t>Verify load chart, radius, boom configuration and capacity; account for accessories and dynamic effects; use load moment protection as applicable.</w:t>
            </w:r>
          </w:p>
        </w:tc>
        <w:tc>
          <w:tcPr>
            <w:tcW w:w="918" w:type="dxa"/>
          </w:tcPr>
          <w:p w14:paraId="602F4F38" w14:textId="77777777" w:rsidR="0032538F" w:rsidRDefault="00000000">
            <w:r>
              <w:rPr>
                <w:sz w:val="12"/>
              </w:rPr>
              <w:t>1</w:t>
            </w:r>
          </w:p>
        </w:tc>
        <w:tc>
          <w:tcPr>
            <w:tcW w:w="918" w:type="dxa"/>
          </w:tcPr>
          <w:p w14:paraId="11FEFF0C" w14:textId="77777777" w:rsidR="0032538F" w:rsidRDefault="00000000">
            <w:r>
              <w:rPr>
                <w:sz w:val="12"/>
              </w:rPr>
              <w:t>5</w:t>
            </w:r>
          </w:p>
        </w:tc>
        <w:tc>
          <w:tcPr>
            <w:tcW w:w="918" w:type="dxa"/>
          </w:tcPr>
          <w:p w14:paraId="7E8B31D1" w14:textId="77777777" w:rsidR="0032538F" w:rsidRDefault="00000000">
            <w:r>
              <w:rPr>
                <w:sz w:val="12"/>
              </w:rPr>
              <w:t>5</w:t>
            </w:r>
          </w:p>
        </w:tc>
        <w:tc>
          <w:tcPr>
            <w:tcW w:w="918" w:type="dxa"/>
          </w:tcPr>
          <w:p w14:paraId="3D03238D" w14:textId="77777777" w:rsidR="0032538F" w:rsidRDefault="00000000">
            <w:r>
              <w:rPr>
                <w:sz w:val="12"/>
              </w:rPr>
              <w:t>Medium</w:t>
            </w:r>
          </w:p>
        </w:tc>
        <w:tc>
          <w:tcPr>
            <w:tcW w:w="918" w:type="dxa"/>
          </w:tcPr>
          <w:p w14:paraId="3C779F2E" w14:textId="77777777" w:rsidR="0032538F" w:rsidRDefault="00000000">
            <w:r>
              <w:rPr>
                <w:sz w:val="12"/>
              </w:rPr>
              <w:t>Crane Operator / Lifting Supervisor</w:t>
            </w:r>
          </w:p>
        </w:tc>
      </w:tr>
      <w:tr w:rsidR="0032538F" w14:paraId="6D2BBF13" w14:textId="77777777">
        <w:trPr>
          <w:jc w:val="center"/>
        </w:trPr>
        <w:tc>
          <w:tcPr>
            <w:tcW w:w="918" w:type="dxa"/>
          </w:tcPr>
          <w:p w14:paraId="4AE4EEFD" w14:textId="77777777" w:rsidR="0032538F" w:rsidRDefault="00000000">
            <w:r>
              <w:rPr>
                <w:sz w:val="12"/>
              </w:rPr>
              <w:t>5</w:t>
            </w:r>
          </w:p>
        </w:tc>
        <w:tc>
          <w:tcPr>
            <w:tcW w:w="918" w:type="dxa"/>
          </w:tcPr>
          <w:p w14:paraId="4BB142D1" w14:textId="77777777" w:rsidR="0032538F" w:rsidRDefault="00000000">
            <w:r>
              <w:rPr>
                <w:sz w:val="12"/>
              </w:rPr>
              <w:t>Poor ground conditions</w:t>
            </w:r>
          </w:p>
        </w:tc>
        <w:tc>
          <w:tcPr>
            <w:tcW w:w="918" w:type="dxa"/>
          </w:tcPr>
          <w:p w14:paraId="6A5D1CC5" w14:textId="77777777" w:rsidR="0032538F" w:rsidRDefault="00000000">
            <w:r>
              <w:rPr>
                <w:sz w:val="12"/>
              </w:rPr>
              <w:t>Insufficient bearing capacity or unstable setup area</w:t>
            </w:r>
          </w:p>
        </w:tc>
        <w:tc>
          <w:tcPr>
            <w:tcW w:w="918" w:type="dxa"/>
          </w:tcPr>
          <w:p w14:paraId="1125B166" w14:textId="77777777" w:rsidR="0032538F" w:rsidRDefault="00000000">
            <w:r>
              <w:rPr>
                <w:sz w:val="12"/>
              </w:rPr>
              <w:t>Crane operator, workers</w:t>
            </w:r>
          </w:p>
        </w:tc>
        <w:tc>
          <w:tcPr>
            <w:tcW w:w="918" w:type="dxa"/>
          </w:tcPr>
          <w:p w14:paraId="6E1344E2" w14:textId="77777777" w:rsidR="0032538F" w:rsidRDefault="00000000">
            <w:r>
              <w:rPr>
                <w:sz w:val="12"/>
              </w:rPr>
              <w:t>Crane settlement, overturning, load drop</w:t>
            </w:r>
          </w:p>
        </w:tc>
        <w:tc>
          <w:tcPr>
            <w:tcW w:w="918" w:type="dxa"/>
          </w:tcPr>
          <w:p w14:paraId="74468018" w14:textId="77777777" w:rsidR="0032538F" w:rsidRDefault="00000000">
            <w:r>
              <w:rPr>
                <w:sz w:val="12"/>
              </w:rPr>
              <w:t>Ground visually checked.</w:t>
            </w:r>
          </w:p>
        </w:tc>
        <w:tc>
          <w:tcPr>
            <w:tcW w:w="918" w:type="dxa"/>
          </w:tcPr>
          <w:p w14:paraId="4FAD0B6F" w14:textId="77777777" w:rsidR="0032538F" w:rsidRDefault="00000000">
            <w:r>
              <w:rPr>
                <w:sz w:val="12"/>
              </w:rPr>
              <w:t>4</w:t>
            </w:r>
          </w:p>
        </w:tc>
        <w:tc>
          <w:tcPr>
            <w:tcW w:w="918" w:type="dxa"/>
          </w:tcPr>
          <w:p w14:paraId="3C9C7EC3" w14:textId="77777777" w:rsidR="0032538F" w:rsidRDefault="00000000">
            <w:r>
              <w:rPr>
                <w:sz w:val="12"/>
              </w:rPr>
              <w:t>5</w:t>
            </w:r>
          </w:p>
        </w:tc>
        <w:tc>
          <w:tcPr>
            <w:tcW w:w="918" w:type="dxa"/>
          </w:tcPr>
          <w:p w14:paraId="5AB7C5B9" w14:textId="77777777" w:rsidR="0032538F" w:rsidRDefault="00000000">
            <w:r>
              <w:rPr>
                <w:sz w:val="12"/>
              </w:rPr>
              <w:t>20</w:t>
            </w:r>
          </w:p>
        </w:tc>
        <w:tc>
          <w:tcPr>
            <w:tcW w:w="918" w:type="dxa"/>
          </w:tcPr>
          <w:p w14:paraId="57291D9A" w14:textId="77777777" w:rsidR="0032538F" w:rsidRDefault="00000000">
            <w:r>
              <w:rPr>
                <w:sz w:val="12"/>
              </w:rPr>
              <w:t>Very High</w:t>
            </w:r>
          </w:p>
        </w:tc>
        <w:tc>
          <w:tcPr>
            <w:tcW w:w="918" w:type="dxa"/>
          </w:tcPr>
          <w:p w14:paraId="5F617D27" w14:textId="77777777" w:rsidR="0032538F" w:rsidRDefault="00000000">
            <w:r>
              <w:rPr>
                <w:sz w:val="12"/>
              </w:rPr>
              <w:t>Competent ground assessment; verify bearing capacity; use suitable mats/cribbing; maintain level setup and monitor settlement.</w:t>
            </w:r>
          </w:p>
        </w:tc>
        <w:tc>
          <w:tcPr>
            <w:tcW w:w="918" w:type="dxa"/>
          </w:tcPr>
          <w:p w14:paraId="3A0B23B3" w14:textId="77777777" w:rsidR="0032538F" w:rsidRDefault="00000000">
            <w:r>
              <w:rPr>
                <w:sz w:val="12"/>
              </w:rPr>
              <w:t>1</w:t>
            </w:r>
          </w:p>
        </w:tc>
        <w:tc>
          <w:tcPr>
            <w:tcW w:w="918" w:type="dxa"/>
          </w:tcPr>
          <w:p w14:paraId="58655E65" w14:textId="77777777" w:rsidR="0032538F" w:rsidRDefault="00000000">
            <w:r>
              <w:rPr>
                <w:sz w:val="12"/>
              </w:rPr>
              <w:t>5</w:t>
            </w:r>
          </w:p>
        </w:tc>
        <w:tc>
          <w:tcPr>
            <w:tcW w:w="918" w:type="dxa"/>
          </w:tcPr>
          <w:p w14:paraId="43E336C3" w14:textId="77777777" w:rsidR="0032538F" w:rsidRDefault="00000000">
            <w:r>
              <w:rPr>
                <w:sz w:val="12"/>
              </w:rPr>
              <w:t>5</w:t>
            </w:r>
          </w:p>
        </w:tc>
        <w:tc>
          <w:tcPr>
            <w:tcW w:w="918" w:type="dxa"/>
          </w:tcPr>
          <w:p w14:paraId="7EB8AA28" w14:textId="77777777" w:rsidR="0032538F" w:rsidRDefault="00000000">
            <w:r>
              <w:rPr>
                <w:sz w:val="12"/>
              </w:rPr>
              <w:t>Medium</w:t>
            </w:r>
          </w:p>
        </w:tc>
        <w:tc>
          <w:tcPr>
            <w:tcW w:w="918" w:type="dxa"/>
          </w:tcPr>
          <w:p w14:paraId="0D64C023" w14:textId="77777777" w:rsidR="0032538F" w:rsidRDefault="00000000">
            <w:r>
              <w:rPr>
                <w:sz w:val="12"/>
              </w:rPr>
              <w:t>Lift Planner / Engineer</w:t>
            </w:r>
          </w:p>
        </w:tc>
      </w:tr>
      <w:tr w:rsidR="0032538F" w14:paraId="25919ED9" w14:textId="77777777">
        <w:trPr>
          <w:jc w:val="center"/>
        </w:trPr>
        <w:tc>
          <w:tcPr>
            <w:tcW w:w="918" w:type="dxa"/>
          </w:tcPr>
          <w:p w14:paraId="424E3D3B" w14:textId="77777777" w:rsidR="0032538F" w:rsidRDefault="00000000">
            <w:r>
              <w:rPr>
                <w:sz w:val="12"/>
              </w:rPr>
              <w:t>6</w:t>
            </w:r>
          </w:p>
        </w:tc>
        <w:tc>
          <w:tcPr>
            <w:tcW w:w="918" w:type="dxa"/>
          </w:tcPr>
          <w:p w14:paraId="4E8FC7B1" w14:textId="77777777" w:rsidR="0032538F" w:rsidRDefault="00000000">
            <w:r>
              <w:rPr>
                <w:sz w:val="12"/>
              </w:rPr>
              <w:t>Outrigger failure / setup</w:t>
            </w:r>
          </w:p>
        </w:tc>
        <w:tc>
          <w:tcPr>
            <w:tcW w:w="918" w:type="dxa"/>
          </w:tcPr>
          <w:p w14:paraId="7CECA12C" w14:textId="77777777" w:rsidR="0032538F" w:rsidRDefault="00000000">
            <w:r>
              <w:rPr>
                <w:sz w:val="12"/>
              </w:rPr>
              <w:t>Outriggers not fully deployed, supported or level</w:t>
            </w:r>
          </w:p>
        </w:tc>
        <w:tc>
          <w:tcPr>
            <w:tcW w:w="918" w:type="dxa"/>
          </w:tcPr>
          <w:p w14:paraId="1CF006F4" w14:textId="77777777" w:rsidR="0032538F" w:rsidRDefault="00000000">
            <w:r>
              <w:rPr>
                <w:sz w:val="12"/>
              </w:rPr>
              <w:t>Operator, workers</w:t>
            </w:r>
          </w:p>
        </w:tc>
        <w:tc>
          <w:tcPr>
            <w:tcW w:w="918" w:type="dxa"/>
          </w:tcPr>
          <w:p w14:paraId="3F477CC2" w14:textId="77777777" w:rsidR="0032538F" w:rsidRDefault="00000000">
            <w:r>
              <w:rPr>
                <w:sz w:val="12"/>
              </w:rPr>
              <w:t>Crane overturning, fatality</w:t>
            </w:r>
          </w:p>
        </w:tc>
        <w:tc>
          <w:tcPr>
            <w:tcW w:w="918" w:type="dxa"/>
          </w:tcPr>
          <w:p w14:paraId="3489E835" w14:textId="77777777" w:rsidR="0032538F" w:rsidRDefault="00000000">
            <w:r>
              <w:rPr>
                <w:sz w:val="12"/>
              </w:rPr>
              <w:t>Outriggers used as required.</w:t>
            </w:r>
          </w:p>
        </w:tc>
        <w:tc>
          <w:tcPr>
            <w:tcW w:w="918" w:type="dxa"/>
          </w:tcPr>
          <w:p w14:paraId="299E08E8" w14:textId="77777777" w:rsidR="0032538F" w:rsidRDefault="00000000">
            <w:r>
              <w:rPr>
                <w:sz w:val="12"/>
              </w:rPr>
              <w:t>4</w:t>
            </w:r>
          </w:p>
        </w:tc>
        <w:tc>
          <w:tcPr>
            <w:tcW w:w="918" w:type="dxa"/>
          </w:tcPr>
          <w:p w14:paraId="2EC862FB" w14:textId="77777777" w:rsidR="0032538F" w:rsidRDefault="00000000">
            <w:r>
              <w:rPr>
                <w:sz w:val="12"/>
              </w:rPr>
              <w:t>5</w:t>
            </w:r>
          </w:p>
        </w:tc>
        <w:tc>
          <w:tcPr>
            <w:tcW w:w="918" w:type="dxa"/>
          </w:tcPr>
          <w:p w14:paraId="588A0196" w14:textId="77777777" w:rsidR="0032538F" w:rsidRDefault="00000000">
            <w:r>
              <w:rPr>
                <w:sz w:val="12"/>
              </w:rPr>
              <w:t>20</w:t>
            </w:r>
          </w:p>
        </w:tc>
        <w:tc>
          <w:tcPr>
            <w:tcW w:w="918" w:type="dxa"/>
          </w:tcPr>
          <w:p w14:paraId="416BBF7E" w14:textId="77777777" w:rsidR="0032538F" w:rsidRDefault="00000000">
            <w:r>
              <w:rPr>
                <w:sz w:val="12"/>
              </w:rPr>
              <w:t>Very High</w:t>
            </w:r>
          </w:p>
        </w:tc>
        <w:tc>
          <w:tcPr>
            <w:tcW w:w="918" w:type="dxa"/>
          </w:tcPr>
          <w:p w14:paraId="5D9E231B" w14:textId="77777777" w:rsidR="0032538F" w:rsidRDefault="00000000">
            <w:r>
              <w:rPr>
                <w:sz w:val="12"/>
              </w:rPr>
              <w:t>Deploy per manufacturer/lift plan; use rated mats; verify level and full support; establish exclusion around outriggers.</w:t>
            </w:r>
          </w:p>
        </w:tc>
        <w:tc>
          <w:tcPr>
            <w:tcW w:w="918" w:type="dxa"/>
          </w:tcPr>
          <w:p w14:paraId="16B5B6F3" w14:textId="77777777" w:rsidR="0032538F" w:rsidRDefault="00000000">
            <w:r>
              <w:rPr>
                <w:sz w:val="12"/>
              </w:rPr>
              <w:t>1</w:t>
            </w:r>
          </w:p>
        </w:tc>
        <w:tc>
          <w:tcPr>
            <w:tcW w:w="918" w:type="dxa"/>
          </w:tcPr>
          <w:p w14:paraId="54385095" w14:textId="77777777" w:rsidR="0032538F" w:rsidRDefault="00000000">
            <w:r>
              <w:rPr>
                <w:sz w:val="12"/>
              </w:rPr>
              <w:t>5</w:t>
            </w:r>
          </w:p>
        </w:tc>
        <w:tc>
          <w:tcPr>
            <w:tcW w:w="918" w:type="dxa"/>
          </w:tcPr>
          <w:p w14:paraId="0F7848D6" w14:textId="77777777" w:rsidR="0032538F" w:rsidRDefault="00000000">
            <w:r>
              <w:rPr>
                <w:sz w:val="12"/>
              </w:rPr>
              <w:t>5</w:t>
            </w:r>
          </w:p>
        </w:tc>
        <w:tc>
          <w:tcPr>
            <w:tcW w:w="918" w:type="dxa"/>
          </w:tcPr>
          <w:p w14:paraId="148EF204" w14:textId="77777777" w:rsidR="0032538F" w:rsidRDefault="00000000">
            <w:r>
              <w:rPr>
                <w:sz w:val="12"/>
              </w:rPr>
              <w:t>Medium</w:t>
            </w:r>
          </w:p>
        </w:tc>
        <w:tc>
          <w:tcPr>
            <w:tcW w:w="918" w:type="dxa"/>
          </w:tcPr>
          <w:p w14:paraId="4AE746BD" w14:textId="77777777" w:rsidR="0032538F" w:rsidRDefault="00000000">
            <w:r>
              <w:rPr>
                <w:sz w:val="12"/>
              </w:rPr>
              <w:t>Crane Supervisor</w:t>
            </w:r>
          </w:p>
        </w:tc>
      </w:tr>
      <w:tr w:rsidR="0032538F" w14:paraId="4B587F00" w14:textId="77777777">
        <w:trPr>
          <w:jc w:val="center"/>
        </w:trPr>
        <w:tc>
          <w:tcPr>
            <w:tcW w:w="918" w:type="dxa"/>
          </w:tcPr>
          <w:p w14:paraId="5E87AAAB" w14:textId="77777777" w:rsidR="0032538F" w:rsidRDefault="00000000">
            <w:r>
              <w:rPr>
                <w:sz w:val="12"/>
              </w:rPr>
              <w:t>7</w:t>
            </w:r>
          </w:p>
        </w:tc>
        <w:tc>
          <w:tcPr>
            <w:tcW w:w="918" w:type="dxa"/>
          </w:tcPr>
          <w:p w14:paraId="15AB5909" w14:textId="77777777" w:rsidR="0032538F" w:rsidRDefault="00000000">
            <w:r>
              <w:rPr>
                <w:sz w:val="12"/>
              </w:rPr>
              <w:t>Defective lifting accessories</w:t>
            </w:r>
          </w:p>
        </w:tc>
        <w:tc>
          <w:tcPr>
            <w:tcW w:w="918" w:type="dxa"/>
          </w:tcPr>
          <w:p w14:paraId="69836BDC" w14:textId="77777777" w:rsidR="0032538F" w:rsidRDefault="00000000">
            <w:r>
              <w:rPr>
                <w:sz w:val="12"/>
              </w:rPr>
              <w:t>Slings, shackles, hooks or chains damaged/expired</w:t>
            </w:r>
          </w:p>
        </w:tc>
        <w:tc>
          <w:tcPr>
            <w:tcW w:w="918" w:type="dxa"/>
          </w:tcPr>
          <w:p w14:paraId="71CDBC99" w14:textId="77777777" w:rsidR="0032538F" w:rsidRDefault="00000000">
            <w:r>
              <w:rPr>
                <w:sz w:val="12"/>
              </w:rPr>
              <w:t>Riggers, workers</w:t>
            </w:r>
          </w:p>
        </w:tc>
        <w:tc>
          <w:tcPr>
            <w:tcW w:w="918" w:type="dxa"/>
          </w:tcPr>
          <w:p w14:paraId="7CC92613" w14:textId="77777777" w:rsidR="0032538F" w:rsidRDefault="00000000">
            <w:r>
              <w:rPr>
                <w:sz w:val="12"/>
              </w:rPr>
              <w:t>Accessory failure and dropped load</w:t>
            </w:r>
          </w:p>
        </w:tc>
        <w:tc>
          <w:tcPr>
            <w:tcW w:w="918" w:type="dxa"/>
          </w:tcPr>
          <w:p w14:paraId="4BC6A7B4" w14:textId="77777777" w:rsidR="0032538F" w:rsidRDefault="00000000">
            <w:r>
              <w:rPr>
                <w:sz w:val="12"/>
              </w:rPr>
              <w:t>Pre-use visual checks.</w:t>
            </w:r>
          </w:p>
        </w:tc>
        <w:tc>
          <w:tcPr>
            <w:tcW w:w="918" w:type="dxa"/>
          </w:tcPr>
          <w:p w14:paraId="1F1C8786" w14:textId="77777777" w:rsidR="0032538F" w:rsidRDefault="00000000">
            <w:r>
              <w:rPr>
                <w:sz w:val="12"/>
              </w:rPr>
              <w:t>4</w:t>
            </w:r>
          </w:p>
        </w:tc>
        <w:tc>
          <w:tcPr>
            <w:tcW w:w="918" w:type="dxa"/>
          </w:tcPr>
          <w:p w14:paraId="2487DF12" w14:textId="77777777" w:rsidR="0032538F" w:rsidRDefault="00000000">
            <w:r>
              <w:rPr>
                <w:sz w:val="12"/>
              </w:rPr>
              <w:t>5</w:t>
            </w:r>
          </w:p>
        </w:tc>
        <w:tc>
          <w:tcPr>
            <w:tcW w:w="918" w:type="dxa"/>
          </w:tcPr>
          <w:p w14:paraId="0B8582A5" w14:textId="77777777" w:rsidR="0032538F" w:rsidRDefault="00000000">
            <w:r>
              <w:rPr>
                <w:sz w:val="12"/>
              </w:rPr>
              <w:t>20</w:t>
            </w:r>
          </w:p>
        </w:tc>
        <w:tc>
          <w:tcPr>
            <w:tcW w:w="918" w:type="dxa"/>
          </w:tcPr>
          <w:p w14:paraId="1BF1A3E6" w14:textId="77777777" w:rsidR="0032538F" w:rsidRDefault="00000000">
            <w:r>
              <w:rPr>
                <w:sz w:val="12"/>
              </w:rPr>
              <w:t>Very High</w:t>
            </w:r>
          </w:p>
        </w:tc>
        <w:tc>
          <w:tcPr>
            <w:tcW w:w="918" w:type="dxa"/>
          </w:tcPr>
          <w:p w14:paraId="20296BA0" w14:textId="77777777" w:rsidR="0032538F" w:rsidRDefault="00000000">
            <w:r>
              <w:rPr>
                <w:sz w:val="12"/>
              </w:rPr>
              <w:t>Inspect before use; verify certification/traceability where required; remove damaged accessories from service; use correct WLL and configuration.</w:t>
            </w:r>
          </w:p>
        </w:tc>
        <w:tc>
          <w:tcPr>
            <w:tcW w:w="918" w:type="dxa"/>
          </w:tcPr>
          <w:p w14:paraId="70128E06" w14:textId="77777777" w:rsidR="0032538F" w:rsidRDefault="00000000">
            <w:r>
              <w:rPr>
                <w:sz w:val="12"/>
              </w:rPr>
              <w:t>1</w:t>
            </w:r>
          </w:p>
        </w:tc>
        <w:tc>
          <w:tcPr>
            <w:tcW w:w="918" w:type="dxa"/>
          </w:tcPr>
          <w:p w14:paraId="12DF5F2A" w14:textId="77777777" w:rsidR="0032538F" w:rsidRDefault="00000000">
            <w:r>
              <w:rPr>
                <w:sz w:val="12"/>
              </w:rPr>
              <w:t>5</w:t>
            </w:r>
          </w:p>
        </w:tc>
        <w:tc>
          <w:tcPr>
            <w:tcW w:w="918" w:type="dxa"/>
          </w:tcPr>
          <w:p w14:paraId="1E527FCA" w14:textId="77777777" w:rsidR="0032538F" w:rsidRDefault="00000000">
            <w:r>
              <w:rPr>
                <w:sz w:val="12"/>
              </w:rPr>
              <w:t>5</w:t>
            </w:r>
          </w:p>
        </w:tc>
        <w:tc>
          <w:tcPr>
            <w:tcW w:w="918" w:type="dxa"/>
          </w:tcPr>
          <w:p w14:paraId="5DFD1E54" w14:textId="77777777" w:rsidR="0032538F" w:rsidRDefault="00000000">
            <w:r>
              <w:rPr>
                <w:sz w:val="12"/>
              </w:rPr>
              <w:t>Medium</w:t>
            </w:r>
          </w:p>
        </w:tc>
        <w:tc>
          <w:tcPr>
            <w:tcW w:w="918" w:type="dxa"/>
          </w:tcPr>
          <w:p w14:paraId="52817453" w14:textId="77777777" w:rsidR="0032538F" w:rsidRDefault="00000000">
            <w:r>
              <w:rPr>
                <w:sz w:val="12"/>
              </w:rPr>
              <w:t>Lifting Supervisor / Rigger</w:t>
            </w:r>
          </w:p>
        </w:tc>
      </w:tr>
      <w:tr w:rsidR="0032538F" w14:paraId="6904AE34" w14:textId="77777777">
        <w:trPr>
          <w:jc w:val="center"/>
        </w:trPr>
        <w:tc>
          <w:tcPr>
            <w:tcW w:w="918" w:type="dxa"/>
          </w:tcPr>
          <w:p w14:paraId="1D0CFD97" w14:textId="77777777" w:rsidR="0032538F" w:rsidRDefault="00000000">
            <w:r>
              <w:rPr>
                <w:sz w:val="12"/>
              </w:rPr>
              <w:t>8</w:t>
            </w:r>
          </w:p>
        </w:tc>
        <w:tc>
          <w:tcPr>
            <w:tcW w:w="918" w:type="dxa"/>
          </w:tcPr>
          <w:p w14:paraId="1669547D" w14:textId="77777777" w:rsidR="0032538F" w:rsidRDefault="00000000">
            <w:r>
              <w:rPr>
                <w:sz w:val="12"/>
              </w:rPr>
              <w:t>Incorrect sling configuration</w:t>
            </w:r>
          </w:p>
        </w:tc>
        <w:tc>
          <w:tcPr>
            <w:tcW w:w="918" w:type="dxa"/>
          </w:tcPr>
          <w:p w14:paraId="61DAEF96" w14:textId="77777777" w:rsidR="0032538F" w:rsidRDefault="00000000">
            <w:r>
              <w:rPr>
                <w:sz w:val="12"/>
              </w:rPr>
              <w:t>Sling angle or hitch reduces capacity or damages sling</w:t>
            </w:r>
          </w:p>
        </w:tc>
        <w:tc>
          <w:tcPr>
            <w:tcW w:w="918" w:type="dxa"/>
          </w:tcPr>
          <w:p w14:paraId="272645D4" w14:textId="77777777" w:rsidR="0032538F" w:rsidRDefault="00000000">
            <w:r>
              <w:rPr>
                <w:sz w:val="12"/>
              </w:rPr>
              <w:t>Riggers, workers</w:t>
            </w:r>
          </w:p>
        </w:tc>
        <w:tc>
          <w:tcPr>
            <w:tcW w:w="918" w:type="dxa"/>
          </w:tcPr>
          <w:p w14:paraId="0251A4EB" w14:textId="77777777" w:rsidR="0032538F" w:rsidRDefault="00000000">
            <w:r>
              <w:rPr>
                <w:sz w:val="12"/>
              </w:rPr>
              <w:t>Sling failure, dropped load</w:t>
            </w:r>
          </w:p>
        </w:tc>
        <w:tc>
          <w:tcPr>
            <w:tcW w:w="918" w:type="dxa"/>
          </w:tcPr>
          <w:p w14:paraId="1130891D" w14:textId="77777777" w:rsidR="0032538F" w:rsidRDefault="00000000">
            <w:r>
              <w:rPr>
                <w:sz w:val="12"/>
              </w:rPr>
              <w:t>Basic rigging practice.</w:t>
            </w:r>
          </w:p>
        </w:tc>
        <w:tc>
          <w:tcPr>
            <w:tcW w:w="918" w:type="dxa"/>
          </w:tcPr>
          <w:p w14:paraId="0E08EACB" w14:textId="77777777" w:rsidR="0032538F" w:rsidRDefault="00000000">
            <w:r>
              <w:rPr>
                <w:sz w:val="12"/>
              </w:rPr>
              <w:t>4</w:t>
            </w:r>
          </w:p>
        </w:tc>
        <w:tc>
          <w:tcPr>
            <w:tcW w:w="918" w:type="dxa"/>
          </w:tcPr>
          <w:p w14:paraId="07241C48" w14:textId="77777777" w:rsidR="0032538F" w:rsidRDefault="00000000">
            <w:r>
              <w:rPr>
                <w:sz w:val="12"/>
              </w:rPr>
              <w:t>5</w:t>
            </w:r>
          </w:p>
        </w:tc>
        <w:tc>
          <w:tcPr>
            <w:tcW w:w="918" w:type="dxa"/>
          </w:tcPr>
          <w:p w14:paraId="0F5DA1EB" w14:textId="77777777" w:rsidR="0032538F" w:rsidRDefault="00000000">
            <w:r>
              <w:rPr>
                <w:sz w:val="12"/>
              </w:rPr>
              <w:t>20</w:t>
            </w:r>
          </w:p>
        </w:tc>
        <w:tc>
          <w:tcPr>
            <w:tcW w:w="918" w:type="dxa"/>
          </w:tcPr>
          <w:p w14:paraId="16196AD9" w14:textId="77777777" w:rsidR="0032538F" w:rsidRDefault="00000000">
            <w:r>
              <w:rPr>
                <w:sz w:val="12"/>
              </w:rPr>
              <w:t>Very High</w:t>
            </w:r>
          </w:p>
        </w:tc>
        <w:tc>
          <w:tcPr>
            <w:tcW w:w="918" w:type="dxa"/>
          </w:tcPr>
          <w:p w14:paraId="6824BC54" w14:textId="77777777" w:rsidR="0032538F" w:rsidRDefault="00000000">
            <w:r>
              <w:rPr>
                <w:sz w:val="12"/>
              </w:rPr>
              <w:t>Select correct hitch and WLL; account for sling angle; protect from sharp edges; use compatible shackles and lifting points.</w:t>
            </w:r>
          </w:p>
        </w:tc>
        <w:tc>
          <w:tcPr>
            <w:tcW w:w="918" w:type="dxa"/>
          </w:tcPr>
          <w:p w14:paraId="6459D6E1" w14:textId="77777777" w:rsidR="0032538F" w:rsidRDefault="00000000">
            <w:r>
              <w:rPr>
                <w:sz w:val="12"/>
              </w:rPr>
              <w:t>1</w:t>
            </w:r>
          </w:p>
        </w:tc>
        <w:tc>
          <w:tcPr>
            <w:tcW w:w="918" w:type="dxa"/>
          </w:tcPr>
          <w:p w14:paraId="659552F2" w14:textId="77777777" w:rsidR="0032538F" w:rsidRDefault="00000000">
            <w:r>
              <w:rPr>
                <w:sz w:val="12"/>
              </w:rPr>
              <w:t>5</w:t>
            </w:r>
          </w:p>
        </w:tc>
        <w:tc>
          <w:tcPr>
            <w:tcW w:w="918" w:type="dxa"/>
          </w:tcPr>
          <w:p w14:paraId="2C9C0C9F" w14:textId="77777777" w:rsidR="0032538F" w:rsidRDefault="00000000">
            <w:r>
              <w:rPr>
                <w:sz w:val="12"/>
              </w:rPr>
              <w:t>5</w:t>
            </w:r>
          </w:p>
        </w:tc>
        <w:tc>
          <w:tcPr>
            <w:tcW w:w="918" w:type="dxa"/>
          </w:tcPr>
          <w:p w14:paraId="799CE927" w14:textId="77777777" w:rsidR="0032538F" w:rsidRDefault="00000000">
            <w:r>
              <w:rPr>
                <w:sz w:val="12"/>
              </w:rPr>
              <w:t>Medium</w:t>
            </w:r>
          </w:p>
        </w:tc>
        <w:tc>
          <w:tcPr>
            <w:tcW w:w="918" w:type="dxa"/>
          </w:tcPr>
          <w:p w14:paraId="13A9829E" w14:textId="77777777" w:rsidR="0032538F" w:rsidRDefault="00000000">
            <w:r>
              <w:rPr>
                <w:sz w:val="12"/>
              </w:rPr>
              <w:t>Competent Rigger</w:t>
            </w:r>
          </w:p>
        </w:tc>
      </w:tr>
      <w:tr w:rsidR="0032538F" w14:paraId="62DF6038" w14:textId="77777777">
        <w:trPr>
          <w:jc w:val="center"/>
        </w:trPr>
        <w:tc>
          <w:tcPr>
            <w:tcW w:w="918" w:type="dxa"/>
          </w:tcPr>
          <w:p w14:paraId="739BF3AE" w14:textId="77777777" w:rsidR="0032538F" w:rsidRDefault="00000000">
            <w:r>
              <w:rPr>
                <w:sz w:val="12"/>
              </w:rPr>
              <w:t>9</w:t>
            </w:r>
          </w:p>
        </w:tc>
        <w:tc>
          <w:tcPr>
            <w:tcW w:w="918" w:type="dxa"/>
          </w:tcPr>
          <w:p w14:paraId="40E03E8A" w14:textId="77777777" w:rsidR="0032538F" w:rsidRDefault="00000000">
            <w:r>
              <w:rPr>
                <w:sz w:val="12"/>
              </w:rPr>
              <w:t>Hook / latch issue</w:t>
            </w:r>
          </w:p>
        </w:tc>
        <w:tc>
          <w:tcPr>
            <w:tcW w:w="918" w:type="dxa"/>
          </w:tcPr>
          <w:p w14:paraId="75CC165C" w14:textId="77777777" w:rsidR="0032538F" w:rsidRDefault="00000000">
            <w:r>
              <w:rPr>
                <w:sz w:val="12"/>
              </w:rPr>
              <w:t>Hook damaged, unlatched or side-loaded</w:t>
            </w:r>
          </w:p>
        </w:tc>
        <w:tc>
          <w:tcPr>
            <w:tcW w:w="918" w:type="dxa"/>
          </w:tcPr>
          <w:p w14:paraId="3182CCA5" w14:textId="77777777" w:rsidR="0032538F" w:rsidRDefault="00000000">
            <w:r>
              <w:rPr>
                <w:sz w:val="12"/>
              </w:rPr>
              <w:t>Riggers, workers</w:t>
            </w:r>
          </w:p>
        </w:tc>
        <w:tc>
          <w:tcPr>
            <w:tcW w:w="918" w:type="dxa"/>
          </w:tcPr>
          <w:p w14:paraId="01F1AE49" w14:textId="77777777" w:rsidR="0032538F" w:rsidRDefault="00000000">
            <w:r>
              <w:rPr>
                <w:sz w:val="12"/>
              </w:rPr>
              <w:t>Load disengagement</w:t>
            </w:r>
          </w:p>
        </w:tc>
        <w:tc>
          <w:tcPr>
            <w:tcW w:w="918" w:type="dxa"/>
          </w:tcPr>
          <w:p w14:paraId="2FB7DFEA" w14:textId="77777777" w:rsidR="0032538F" w:rsidRDefault="00000000">
            <w:r>
              <w:rPr>
                <w:sz w:val="12"/>
              </w:rPr>
              <w:t>Hook and latch checked.</w:t>
            </w:r>
          </w:p>
        </w:tc>
        <w:tc>
          <w:tcPr>
            <w:tcW w:w="918" w:type="dxa"/>
          </w:tcPr>
          <w:p w14:paraId="3C15F318" w14:textId="77777777" w:rsidR="0032538F" w:rsidRDefault="00000000">
            <w:r>
              <w:rPr>
                <w:sz w:val="12"/>
              </w:rPr>
              <w:t>3</w:t>
            </w:r>
          </w:p>
        </w:tc>
        <w:tc>
          <w:tcPr>
            <w:tcW w:w="918" w:type="dxa"/>
          </w:tcPr>
          <w:p w14:paraId="311BBD75" w14:textId="77777777" w:rsidR="0032538F" w:rsidRDefault="00000000">
            <w:r>
              <w:rPr>
                <w:sz w:val="12"/>
              </w:rPr>
              <w:t>5</w:t>
            </w:r>
          </w:p>
        </w:tc>
        <w:tc>
          <w:tcPr>
            <w:tcW w:w="918" w:type="dxa"/>
          </w:tcPr>
          <w:p w14:paraId="103FEDE6" w14:textId="77777777" w:rsidR="0032538F" w:rsidRDefault="00000000">
            <w:r>
              <w:rPr>
                <w:sz w:val="12"/>
              </w:rPr>
              <w:t>15</w:t>
            </w:r>
          </w:p>
        </w:tc>
        <w:tc>
          <w:tcPr>
            <w:tcW w:w="918" w:type="dxa"/>
          </w:tcPr>
          <w:p w14:paraId="7F965376" w14:textId="77777777" w:rsidR="0032538F" w:rsidRDefault="00000000">
            <w:r>
              <w:rPr>
                <w:sz w:val="12"/>
              </w:rPr>
              <w:t>High</w:t>
            </w:r>
          </w:p>
        </w:tc>
        <w:tc>
          <w:tcPr>
            <w:tcW w:w="918" w:type="dxa"/>
          </w:tcPr>
          <w:p w14:paraId="450CDDF0" w14:textId="77777777" w:rsidR="0032538F" w:rsidRDefault="00000000">
            <w:r>
              <w:rPr>
                <w:sz w:val="12"/>
              </w:rPr>
              <w:t xml:space="preserve">Inspect hook and latch; ensure correct seating; prohibit side </w:t>
            </w:r>
            <w:r>
              <w:rPr>
                <w:sz w:val="12"/>
              </w:rPr>
              <w:lastRenderedPageBreak/>
              <w:t>loading; use appropriate hook configuration.</w:t>
            </w:r>
          </w:p>
        </w:tc>
        <w:tc>
          <w:tcPr>
            <w:tcW w:w="918" w:type="dxa"/>
          </w:tcPr>
          <w:p w14:paraId="19AB14A2" w14:textId="77777777" w:rsidR="0032538F" w:rsidRDefault="00000000">
            <w:r>
              <w:rPr>
                <w:sz w:val="12"/>
              </w:rPr>
              <w:lastRenderedPageBreak/>
              <w:t>1</w:t>
            </w:r>
          </w:p>
        </w:tc>
        <w:tc>
          <w:tcPr>
            <w:tcW w:w="918" w:type="dxa"/>
          </w:tcPr>
          <w:p w14:paraId="53435987" w14:textId="77777777" w:rsidR="0032538F" w:rsidRDefault="00000000">
            <w:r>
              <w:rPr>
                <w:sz w:val="12"/>
              </w:rPr>
              <w:t>5</w:t>
            </w:r>
          </w:p>
        </w:tc>
        <w:tc>
          <w:tcPr>
            <w:tcW w:w="918" w:type="dxa"/>
          </w:tcPr>
          <w:p w14:paraId="59CE5F3E" w14:textId="77777777" w:rsidR="0032538F" w:rsidRDefault="00000000">
            <w:r>
              <w:rPr>
                <w:sz w:val="12"/>
              </w:rPr>
              <w:t>5</w:t>
            </w:r>
          </w:p>
        </w:tc>
        <w:tc>
          <w:tcPr>
            <w:tcW w:w="918" w:type="dxa"/>
          </w:tcPr>
          <w:p w14:paraId="5D28A723" w14:textId="77777777" w:rsidR="0032538F" w:rsidRDefault="00000000">
            <w:r>
              <w:rPr>
                <w:sz w:val="12"/>
              </w:rPr>
              <w:t>Medium</w:t>
            </w:r>
          </w:p>
        </w:tc>
        <w:tc>
          <w:tcPr>
            <w:tcW w:w="918" w:type="dxa"/>
          </w:tcPr>
          <w:p w14:paraId="7BA0CCD7" w14:textId="77777777" w:rsidR="0032538F" w:rsidRDefault="00000000">
            <w:r>
              <w:rPr>
                <w:sz w:val="12"/>
              </w:rPr>
              <w:t>Rigger</w:t>
            </w:r>
          </w:p>
        </w:tc>
      </w:tr>
      <w:tr w:rsidR="0032538F" w14:paraId="6C5675B7" w14:textId="77777777">
        <w:trPr>
          <w:jc w:val="center"/>
        </w:trPr>
        <w:tc>
          <w:tcPr>
            <w:tcW w:w="918" w:type="dxa"/>
          </w:tcPr>
          <w:p w14:paraId="2E7B37F6" w14:textId="77777777" w:rsidR="0032538F" w:rsidRDefault="00000000">
            <w:r>
              <w:rPr>
                <w:sz w:val="12"/>
              </w:rPr>
              <w:t>10</w:t>
            </w:r>
          </w:p>
        </w:tc>
        <w:tc>
          <w:tcPr>
            <w:tcW w:w="918" w:type="dxa"/>
          </w:tcPr>
          <w:p w14:paraId="481E9642" w14:textId="77777777" w:rsidR="0032538F" w:rsidRDefault="00000000">
            <w:r>
              <w:rPr>
                <w:sz w:val="12"/>
              </w:rPr>
              <w:t>Suspended load over people</w:t>
            </w:r>
          </w:p>
        </w:tc>
        <w:tc>
          <w:tcPr>
            <w:tcW w:w="918" w:type="dxa"/>
          </w:tcPr>
          <w:p w14:paraId="58773D2A" w14:textId="77777777" w:rsidR="0032538F" w:rsidRDefault="00000000">
            <w:r>
              <w:rPr>
                <w:sz w:val="12"/>
              </w:rPr>
              <w:t>Personnel enter area beneath suspended load</w:t>
            </w:r>
          </w:p>
        </w:tc>
        <w:tc>
          <w:tcPr>
            <w:tcW w:w="918" w:type="dxa"/>
          </w:tcPr>
          <w:p w14:paraId="71725044" w14:textId="77777777" w:rsidR="0032538F" w:rsidRDefault="00000000">
            <w:r>
              <w:rPr>
                <w:sz w:val="12"/>
              </w:rPr>
              <w:t>Workers, visitors</w:t>
            </w:r>
          </w:p>
        </w:tc>
        <w:tc>
          <w:tcPr>
            <w:tcW w:w="918" w:type="dxa"/>
          </w:tcPr>
          <w:p w14:paraId="497E4301" w14:textId="77777777" w:rsidR="0032538F" w:rsidRDefault="00000000">
            <w:r>
              <w:rPr>
                <w:sz w:val="12"/>
              </w:rPr>
              <w:t>Crushing or fatality</w:t>
            </w:r>
          </w:p>
        </w:tc>
        <w:tc>
          <w:tcPr>
            <w:tcW w:w="918" w:type="dxa"/>
          </w:tcPr>
          <w:p w14:paraId="0BDD5269" w14:textId="77777777" w:rsidR="0032538F" w:rsidRDefault="00000000">
            <w:r>
              <w:rPr>
                <w:sz w:val="12"/>
              </w:rPr>
              <w:t>General warning and supervision.</w:t>
            </w:r>
          </w:p>
        </w:tc>
        <w:tc>
          <w:tcPr>
            <w:tcW w:w="918" w:type="dxa"/>
          </w:tcPr>
          <w:p w14:paraId="44AF3FD7" w14:textId="77777777" w:rsidR="0032538F" w:rsidRDefault="00000000">
            <w:r>
              <w:rPr>
                <w:sz w:val="12"/>
              </w:rPr>
              <w:t>4</w:t>
            </w:r>
          </w:p>
        </w:tc>
        <w:tc>
          <w:tcPr>
            <w:tcW w:w="918" w:type="dxa"/>
          </w:tcPr>
          <w:p w14:paraId="1230EFB4" w14:textId="77777777" w:rsidR="0032538F" w:rsidRDefault="00000000">
            <w:r>
              <w:rPr>
                <w:sz w:val="12"/>
              </w:rPr>
              <w:t>5</w:t>
            </w:r>
          </w:p>
        </w:tc>
        <w:tc>
          <w:tcPr>
            <w:tcW w:w="918" w:type="dxa"/>
          </w:tcPr>
          <w:p w14:paraId="7A6882A3" w14:textId="77777777" w:rsidR="0032538F" w:rsidRDefault="00000000">
            <w:r>
              <w:rPr>
                <w:sz w:val="12"/>
              </w:rPr>
              <w:t>20</w:t>
            </w:r>
          </w:p>
        </w:tc>
        <w:tc>
          <w:tcPr>
            <w:tcW w:w="918" w:type="dxa"/>
          </w:tcPr>
          <w:p w14:paraId="1668948A" w14:textId="77777777" w:rsidR="0032538F" w:rsidRDefault="00000000">
            <w:r>
              <w:rPr>
                <w:sz w:val="12"/>
              </w:rPr>
              <w:t>Very High</w:t>
            </w:r>
          </w:p>
        </w:tc>
        <w:tc>
          <w:tcPr>
            <w:tcW w:w="918" w:type="dxa"/>
          </w:tcPr>
          <w:p w14:paraId="45172635" w14:textId="77777777" w:rsidR="0032538F" w:rsidRDefault="00000000">
            <w:r>
              <w:rPr>
                <w:sz w:val="12"/>
              </w:rPr>
              <w:t>Establish physical exclusion zone; prohibit access beneath loads; use barriers, signage and dedicated spotters.</w:t>
            </w:r>
          </w:p>
        </w:tc>
        <w:tc>
          <w:tcPr>
            <w:tcW w:w="918" w:type="dxa"/>
          </w:tcPr>
          <w:p w14:paraId="2421A250" w14:textId="77777777" w:rsidR="0032538F" w:rsidRDefault="00000000">
            <w:r>
              <w:rPr>
                <w:sz w:val="12"/>
              </w:rPr>
              <w:t>1</w:t>
            </w:r>
          </w:p>
        </w:tc>
        <w:tc>
          <w:tcPr>
            <w:tcW w:w="918" w:type="dxa"/>
          </w:tcPr>
          <w:p w14:paraId="395C8F7C" w14:textId="77777777" w:rsidR="0032538F" w:rsidRDefault="00000000">
            <w:r>
              <w:rPr>
                <w:sz w:val="12"/>
              </w:rPr>
              <w:t>5</w:t>
            </w:r>
          </w:p>
        </w:tc>
        <w:tc>
          <w:tcPr>
            <w:tcW w:w="918" w:type="dxa"/>
          </w:tcPr>
          <w:p w14:paraId="2EF95945" w14:textId="77777777" w:rsidR="0032538F" w:rsidRDefault="00000000">
            <w:r>
              <w:rPr>
                <w:sz w:val="12"/>
              </w:rPr>
              <w:t>5</w:t>
            </w:r>
          </w:p>
        </w:tc>
        <w:tc>
          <w:tcPr>
            <w:tcW w:w="918" w:type="dxa"/>
          </w:tcPr>
          <w:p w14:paraId="2EE28203" w14:textId="77777777" w:rsidR="0032538F" w:rsidRDefault="00000000">
            <w:r>
              <w:rPr>
                <w:sz w:val="12"/>
              </w:rPr>
              <w:t>Medium</w:t>
            </w:r>
          </w:p>
        </w:tc>
        <w:tc>
          <w:tcPr>
            <w:tcW w:w="918" w:type="dxa"/>
          </w:tcPr>
          <w:p w14:paraId="42A26DAE" w14:textId="77777777" w:rsidR="0032538F" w:rsidRDefault="00000000">
            <w:r>
              <w:rPr>
                <w:sz w:val="12"/>
              </w:rPr>
              <w:t>Lifting Supervisor</w:t>
            </w:r>
          </w:p>
        </w:tc>
      </w:tr>
      <w:tr w:rsidR="0032538F" w14:paraId="59C904E2" w14:textId="77777777">
        <w:trPr>
          <w:jc w:val="center"/>
        </w:trPr>
        <w:tc>
          <w:tcPr>
            <w:tcW w:w="918" w:type="dxa"/>
          </w:tcPr>
          <w:p w14:paraId="4BEECE96" w14:textId="77777777" w:rsidR="0032538F" w:rsidRDefault="00000000">
            <w:r>
              <w:rPr>
                <w:sz w:val="12"/>
              </w:rPr>
              <w:t>11</w:t>
            </w:r>
          </w:p>
        </w:tc>
        <w:tc>
          <w:tcPr>
            <w:tcW w:w="918" w:type="dxa"/>
          </w:tcPr>
          <w:p w14:paraId="237839EB" w14:textId="77777777" w:rsidR="0032538F" w:rsidRDefault="00000000">
            <w:r>
              <w:rPr>
                <w:sz w:val="12"/>
              </w:rPr>
              <w:t>Swinging / uncontrolled load</w:t>
            </w:r>
          </w:p>
        </w:tc>
        <w:tc>
          <w:tcPr>
            <w:tcW w:w="918" w:type="dxa"/>
          </w:tcPr>
          <w:p w14:paraId="5652B5A6" w14:textId="77777777" w:rsidR="0032538F" w:rsidRDefault="00000000">
            <w:r>
              <w:rPr>
                <w:sz w:val="12"/>
              </w:rPr>
              <w:t>Wind, rotation or poor control causes load to swing</w:t>
            </w:r>
          </w:p>
        </w:tc>
        <w:tc>
          <w:tcPr>
            <w:tcW w:w="918" w:type="dxa"/>
          </w:tcPr>
          <w:p w14:paraId="3E0F93DF" w14:textId="77777777" w:rsidR="0032538F" w:rsidRDefault="00000000">
            <w:r>
              <w:rPr>
                <w:sz w:val="12"/>
              </w:rPr>
              <w:t>Workers, structures, plant</w:t>
            </w:r>
          </w:p>
        </w:tc>
        <w:tc>
          <w:tcPr>
            <w:tcW w:w="918" w:type="dxa"/>
          </w:tcPr>
          <w:p w14:paraId="76A8A16F" w14:textId="77777777" w:rsidR="0032538F" w:rsidRDefault="00000000">
            <w:r>
              <w:rPr>
                <w:sz w:val="12"/>
              </w:rPr>
              <w:t>Struck-by injury or collision</w:t>
            </w:r>
          </w:p>
        </w:tc>
        <w:tc>
          <w:tcPr>
            <w:tcW w:w="918" w:type="dxa"/>
          </w:tcPr>
          <w:p w14:paraId="3E460DD8" w14:textId="77777777" w:rsidR="0032538F" w:rsidRDefault="00000000">
            <w:r>
              <w:rPr>
                <w:sz w:val="12"/>
              </w:rPr>
              <w:t>Tag lines where used.</w:t>
            </w:r>
          </w:p>
        </w:tc>
        <w:tc>
          <w:tcPr>
            <w:tcW w:w="918" w:type="dxa"/>
          </w:tcPr>
          <w:p w14:paraId="208DEE50" w14:textId="77777777" w:rsidR="0032538F" w:rsidRDefault="00000000">
            <w:r>
              <w:rPr>
                <w:sz w:val="12"/>
              </w:rPr>
              <w:t>4</w:t>
            </w:r>
          </w:p>
        </w:tc>
        <w:tc>
          <w:tcPr>
            <w:tcW w:w="918" w:type="dxa"/>
          </w:tcPr>
          <w:p w14:paraId="7FFC3A8A" w14:textId="77777777" w:rsidR="0032538F" w:rsidRDefault="00000000">
            <w:r>
              <w:rPr>
                <w:sz w:val="12"/>
              </w:rPr>
              <w:t>4</w:t>
            </w:r>
          </w:p>
        </w:tc>
        <w:tc>
          <w:tcPr>
            <w:tcW w:w="918" w:type="dxa"/>
          </w:tcPr>
          <w:p w14:paraId="0A5ECB47" w14:textId="77777777" w:rsidR="0032538F" w:rsidRDefault="00000000">
            <w:r>
              <w:rPr>
                <w:sz w:val="12"/>
              </w:rPr>
              <w:t>16</w:t>
            </w:r>
          </w:p>
        </w:tc>
        <w:tc>
          <w:tcPr>
            <w:tcW w:w="918" w:type="dxa"/>
          </w:tcPr>
          <w:p w14:paraId="71A9221B" w14:textId="77777777" w:rsidR="0032538F" w:rsidRDefault="00000000">
            <w:r>
              <w:rPr>
                <w:sz w:val="12"/>
              </w:rPr>
              <w:t>High</w:t>
            </w:r>
          </w:p>
        </w:tc>
        <w:tc>
          <w:tcPr>
            <w:tcW w:w="918" w:type="dxa"/>
          </w:tcPr>
          <w:p w14:paraId="008E524F" w14:textId="77777777" w:rsidR="0032538F" w:rsidRDefault="00000000">
            <w:r>
              <w:rPr>
                <w:sz w:val="12"/>
              </w:rPr>
              <w:t>Use suitable tag lines where safe; control speed; maintain clear route; account for wind and load shape; keep personnel clear.</w:t>
            </w:r>
          </w:p>
        </w:tc>
        <w:tc>
          <w:tcPr>
            <w:tcW w:w="918" w:type="dxa"/>
          </w:tcPr>
          <w:p w14:paraId="6EF854C6" w14:textId="77777777" w:rsidR="0032538F" w:rsidRDefault="00000000">
            <w:r>
              <w:rPr>
                <w:sz w:val="12"/>
              </w:rPr>
              <w:t>1</w:t>
            </w:r>
          </w:p>
        </w:tc>
        <w:tc>
          <w:tcPr>
            <w:tcW w:w="918" w:type="dxa"/>
          </w:tcPr>
          <w:p w14:paraId="47D912FC" w14:textId="77777777" w:rsidR="0032538F" w:rsidRDefault="00000000">
            <w:r>
              <w:rPr>
                <w:sz w:val="12"/>
              </w:rPr>
              <w:t>4</w:t>
            </w:r>
          </w:p>
        </w:tc>
        <w:tc>
          <w:tcPr>
            <w:tcW w:w="918" w:type="dxa"/>
          </w:tcPr>
          <w:p w14:paraId="6DBA37DE" w14:textId="77777777" w:rsidR="0032538F" w:rsidRDefault="00000000">
            <w:r>
              <w:rPr>
                <w:sz w:val="12"/>
              </w:rPr>
              <w:t>4</w:t>
            </w:r>
          </w:p>
        </w:tc>
        <w:tc>
          <w:tcPr>
            <w:tcW w:w="918" w:type="dxa"/>
          </w:tcPr>
          <w:p w14:paraId="1BFE3630" w14:textId="77777777" w:rsidR="0032538F" w:rsidRDefault="00000000">
            <w:r>
              <w:rPr>
                <w:sz w:val="12"/>
              </w:rPr>
              <w:t>Low</w:t>
            </w:r>
          </w:p>
        </w:tc>
        <w:tc>
          <w:tcPr>
            <w:tcW w:w="918" w:type="dxa"/>
          </w:tcPr>
          <w:p w14:paraId="027190B4" w14:textId="77777777" w:rsidR="0032538F" w:rsidRDefault="00000000">
            <w:r>
              <w:rPr>
                <w:sz w:val="12"/>
              </w:rPr>
              <w:t>Lifting Team</w:t>
            </w:r>
          </w:p>
        </w:tc>
      </w:tr>
      <w:tr w:rsidR="0032538F" w14:paraId="19E274D7" w14:textId="77777777">
        <w:trPr>
          <w:jc w:val="center"/>
        </w:trPr>
        <w:tc>
          <w:tcPr>
            <w:tcW w:w="918" w:type="dxa"/>
          </w:tcPr>
          <w:p w14:paraId="0FCD347D" w14:textId="77777777" w:rsidR="0032538F" w:rsidRDefault="00000000">
            <w:r>
              <w:rPr>
                <w:sz w:val="12"/>
              </w:rPr>
              <w:t>12</w:t>
            </w:r>
          </w:p>
        </w:tc>
        <w:tc>
          <w:tcPr>
            <w:tcW w:w="918" w:type="dxa"/>
          </w:tcPr>
          <w:p w14:paraId="4E63567B" w14:textId="77777777" w:rsidR="0032538F" w:rsidRDefault="00000000">
            <w:r>
              <w:rPr>
                <w:sz w:val="12"/>
              </w:rPr>
              <w:t>Blind lift</w:t>
            </w:r>
          </w:p>
        </w:tc>
        <w:tc>
          <w:tcPr>
            <w:tcW w:w="918" w:type="dxa"/>
          </w:tcPr>
          <w:p w14:paraId="53F999EE" w14:textId="77777777" w:rsidR="0032538F" w:rsidRDefault="00000000">
            <w:r>
              <w:rPr>
                <w:sz w:val="12"/>
              </w:rPr>
              <w:t>Operator cannot directly see load or landing area</w:t>
            </w:r>
          </w:p>
        </w:tc>
        <w:tc>
          <w:tcPr>
            <w:tcW w:w="918" w:type="dxa"/>
          </w:tcPr>
          <w:p w14:paraId="299312DC" w14:textId="77777777" w:rsidR="0032538F" w:rsidRDefault="00000000">
            <w:r>
              <w:rPr>
                <w:sz w:val="12"/>
              </w:rPr>
              <w:t>Operator, riggers, workers</w:t>
            </w:r>
          </w:p>
        </w:tc>
        <w:tc>
          <w:tcPr>
            <w:tcW w:w="918" w:type="dxa"/>
          </w:tcPr>
          <w:p w14:paraId="0A473BC5" w14:textId="77777777" w:rsidR="0032538F" w:rsidRDefault="00000000">
            <w:r>
              <w:rPr>
                <w:sz w:val="12"/>
              </w:rPr>
              <w:t>Collision, dropped load, trapping</w:t>
            </w:r>
          </w:p>
        </w:tc>
        <w:tc>
          <w:tcPr>
            <w:tcW w:w="918" w:type="dxa"/>
          </w:tcPr>
          <w:p w14:paraId="69CCB0BB" w14:textId="77777777" w:rsidR="0032538F" w:rsidRDefault="00000000">
            <w:r>
              <w:rPr>
                <w:sz w:val="12"/>
              </w:rPr>
              <w:t>Radio communication where available.</w:t>
            </w:r>
          </w:p>
        </w:tc>
        <w:tc>
          <w:tcPr>
            <w:tcW w:w="918" w:type="dxa"/>
          </w:tcPr>
          <w:p w14:paraId="6CA4F0AA" w14:textId="77777777" w:rsidR="0032538F" w:rsidRDefault="00000000">
            <w:r>
              <w:rPr>
                <w:sz w:val="12"/>
              </w:rPr>
              <w:t>4</w:t>
            </w:r>
          </w:p>
        </w:tc>
        <w:tc>
          <w:tcPr>
            <w:tcW w:w="918" w:type="dxa"/>
          </w:tcPr>
          <w:p w14:paraId="0EB197D5" w14:textId="77777777" w:rsidR="0032538F" w:rsidRDefault="00000000">
            <w:r>
              <w:rPr>
                <w:sz w:val="12"/>
              </w:rPr>
              <w:t>5</w:t>
            </w:r>
          </w:p>
        </w:tc>
        <w:tc>
          <w:tcPr>
            <w:tcW w:w="918" w:type="dxa"/>
          </w:tcPr>
          <w:p w14:paraId="4E1A7369" w14:textId="77777777" w:rsidR="0032538F" w:rsidRDefault="00000000">
            <w:r>
              <w:rPr>
                <w:sz w:val="12"/>
              </w:rPr>
              <w:t>20</w:t>
            </w:r>
          </w:p>
        </w:tc>
        <w:tc>
          <w:tcPr>
            <w:tcW w:w="918" w:type="dxa"/>
          </w:tcPr>
          <w:p w14:paraId="67CA635A" w14:textId="77777777" w:rsidR="0032538F" w:rsidRDefault="00000000">
            <w:r>
              <w:rPr>
                <w:sz w:val="12"/>
              </w:rPr>
              <w:t>Very High</w:t>
            </w:r>
          </w:p>
        </w:tc>
        <w:tc>
          <w:tcPr>
            <w:tcW w:w="918" w:type="dxa"/>
          </w:tcPr>
          <w:p w14:paraId="5A52563A" w14:textId="77777777" w:rsidR="0032538F" w:rsidRDefault="00000000">
            <w:r>
              <w:rPr>
                <w:sz w:val="12"/>
              </w:rPr>
              <w:t>Use designated signaler(s), tested radio/hand signals and controlled movement; stop on loss of communication.</w:t>
            </w:r>
          </w:p>
        </w:tc>
        <w:tc>
          <w:tcPr>
            <w:tcW w:w="918" w:type="dxa"/>
          </w:tcPr>
          <w:p w14:paraId="23C2C371" w14:textId="77777777" w:rsidR="0032538F" w:rsidRDefault="00000000">
            <w:r>
              <w:rPr>
                <w:sz w:val="12"/>
              </w:rPr>
              <w:t>1</w:t>
            </w:r>
          </w:p>
        </w:tc>
        <w:tc>
          <w:tcPr>
            <w:tcW w:w="918" w:type="dxa"/>
          </w:tcPr>
          <w:p w14:paraId="01D08DC3" w14:textId="77777777" w:rsidR="0032538F" w:rsidRDefault="00000000">
            <w:r>
              <w:rPr>
                <w:sz w:val="12"/>
              </w:rPr>
              <w:t>5</w:t>
            </w:r>
          </w:p>
        </w:tc>
        <w:tc>
          <w:tcPr>
            <w:tcW w:w="918" w:type="dxa"/>
          </w:tcPr>
          <w:p w14:paraId="38DB1ECC" w14:textId="77777777" w:rsidR="0032538F" w:rsidRDefault="00000000">
            <w:r>
              <w:rPr>
                <w:sz w:val="12"/>
              </w:rPr>
              <w:t>5</w:t>
            </w:r>
          </w:p>
        </w:tc>
        <w:tc>
          <w:tcPr>
            <w:tcW w:w="918" w:type="dxa"/>
          </w:tcPr>
          <w:p w14:paraId="4939515A" w14:textId="77777777" w:rsidR="0032538F" w:rsidRDefault="00000000">
            <w:r>
              <w:rPr>
                <w:sz w:val="12"/>
              </w:rPr>
              <w:t>Medium</w:t>
            </w:r>
          </w:p>
        </w:tc>
        <w:tc>
          <w:tcPr>
            <w:tcW w:w="918" w:type="dxa"/>
          </w:tcPr>
          <w:p w14:paraId="36F2C0FD" w14:textId="77777777" w:rsidR="0032538F" w:rsidRDefault="00000000">
            <w:r>
              <w:rPr>
                <w:sz w:val="12"/>
              </w:rPr>
              <w:t>Lifting Supervisor</w:t>
            </w:r>
          </w:p>
        </w:tc>
      </w:tr>
      <w:tr w:rsidR="0032538F" w14:paraId="5DC2B4EC" w14:textId="77777777">
        <w:trPr>
          <w:jc w:val="center"/>
        </w:trPr>
        <w:tc>
          <w:tcPr>
            <w:tcW w:w="918" w:type="dxa"/>
          </w:tcPr>
          <w:p w14:paraId="1FA92829" w14:textId="77777777" w:rsidR="0032538F" w:rsidRDefault="00000000">
            <w:r>
              <w:rPr>
                <w:sz w:val="12"/>
              </w:rPr>
              <w:t>13</w:t>
            </w:r>
          </w:p>
        </w:tc>
        <w:tc>
          <w:tcPr>
            <w:tcW w:w="918" w:type="dxa"/>
          </w:tcPr>
          <w:p w14:paraId="37766E62" w14:textId="77777777" w:rsidR="0032538F" w:rsidRDefault="00000000">
            <w:r>
              <w:rPr>
                <w:sz w:val="12"/>
              </w:rPr>
              <w:t>Poor communication</w:t>
            </w:r>
          </w:p>
        </w:tc>
        <w:tc>
          <w:tcPr>
            <w:tcW w:w="918" w:type="dxa"/>
          </w:tcPr>
          <w:p w14:paraId="55757600" w14:textId="77777777" w:rsidR="0032538F" w:rsidRDefault="00000000">
            <w:r>
              <w:rPr>
                <w:sz w:val="12"/>
              </w:rPr>
              <w:t>Conflicting signals or radio failure</w:t>
            </w:r>
          </w:p>
        </w:tc>
        <w:tc>
          <w:tcPr>
            <w:tcW w:w="918" w:type="dxa"/>
          </w:tcPr>
          <w:p w14:paraId="163CB405" w14:textId="77777777" w:rsidR="0032538F" w:rsidRDefault="00000000">
            <w:r>
              <w:rPr>
                <w:sz w:val="12"/>
              </w:rPr>
              <w:t>Operator, riggers, workers</w:t>
            </w:r>
          </w:p>
        </w:tc>
        <w:tc>
          <w:tcPr>
            <w:tcW w:w="918" w:type="dxa"/>
          </w:tcPr>
          <w:p w14:paraId="31D2EB60" w14:textId="77777777" w:rsidR="0032538F" w:rsidRDefault="00000000">
            <w:r>
              <w:rPr>
                <w:sz w:val="12"/>
              </w:rPr>
              <w:t>Unexpected movement, collision, dropped load</w:t>
            </w:r>
          </w:p>
        </w:tc>
        <w:tc>
          <w:tcPr>
            <w:tcW w:w="918" w:type="dxa"/>
          </w:tcPr>
          <w:p w14:paraId="039C8743" w14:textId="77777777" w:rsidR="0032538F" w:rsidRDefault="00000000">
            <w:r>
              <w:rPr>
                <w:sz w:val="12"/>
              </w:rPr>
              <w:t>Standard hand signals.</w:t>
            </w:r>
          </w:p>
        </w:tc>
        <w:tc>
          <w:tcPr>
            <w:tcW w:w="918" w:type="dxa"/>
          </w:tcPr>
          <w:p w14:paraId="26FDD076" w14:textId="77777777" w:rsidR="0032538F" w:rsidRDefault="00000000">
            <w:r>
              <w:rPr>
                <w:sz w:val="12"/>
              </w:rPr>
              <w:t>4</w:t>
            </w:r>
          </w:p>
        </w:tc>
        <w:tc>
          <w:tcPr>
            <w:tcW w:w="918" w:type="dxa"/>
          </w:tcPr>
          <w:p w14:paraId="7232FE67" w14:textId="77777777" w:rsidR="0032538F" w:rsidRDefault="00000000">
            <w:r>
              <w:rPr>
                <w:sz w:val="12"/>
              </w:rPr>
              <w:t>5</w:t>
            </w:r>
          </w:p>
        </w:tc>
        <w:tc>
          <w:tcPr>
            <w:tcW w:w="918" w:type="dxa"/>
          </w:tcPr>
          <w:p w14:paraId="2956B6D2" w14:textId="77777777" w:rsidR="0032538F" w:rsidRDefault="00000000">
            <w:r>
              <w:rPr>
                <w:sz w:val="12"/>
              </w:rPr>
              <w:t>20</w:t>
            </w:r>
          </w:p>
        </w:tc>
        <w:tc>
          <w:tcPr>
            <w:tcW w:w="918" w:type="dxa"/>
          </w:tcPr>
          <w:p w14:paraId="7EB06470" w14:textId="77777777" w:rsidR="0032538F" w:rsidRDefault="00000000">
            <w:r>
              <w:rPr>
                <w:sz w:val="12"/>
              </w:rPr>
              <w:t>Very High</w:t>
            </w:r>
          </w:p>
        </w:tc>
        <w:tc>
          <w:tcPr>
            <w:tcW w:w="918" w:type="dxa"/>
          </w:tcPr>
          <w:p w14:paraId="500A07D6" w14:textId="77777777" w:rsidR="0032538F" w:rsidRDefault="00000000">
            <w:r>
              <w:rPr>
                <w:sz w:val="12"/>
              </w:rPr>
              <w:t>Designate one signaler; brief signals; test radios; stop lift if communication is lost or unclear.</w:t>
            </w:r>
          </w:p>
        </w:tc>
        <w:tc>
          <w:tcPr>
            <w:tcW w:w="918" w:type="dxa"/>
          </w:tcPr>
          <w:p w14:paraId="2BDB6CFE" w14:textId="77777777" w:rsidR="0032538F" w:rsidRDefault="00000000">
            <w:r>
              <w:rPr>
                <w:sz w:val="12"/>
              </w:rPr>
              <w:t>1</w:t>
            </w:r>
          </w:p>
        </w:tc>
        <w:tc>
          <w:tcPr>
            <w:tcW w:w="918" w:type="dxa"/>
          </w:tcPr>
          <w:p w14:paraId="1BF1145B" w14:textId="77777777" w:rsidR="0032538F" w:rsidRDefault="00000000">
            <w:r>
              <w:rPr>
                <w:sz w:val="12"/>
              </w:rPr>
              <w:t>5</w:t>
            </w:r>
          </w:p>
        </w:tc>
        <w:tc>
          <w:tcPr>
            <w:tcW w:w="918" w:type="dxa"/>
          </w:tcPr>
          <w:p w14:paraId="0AA6B6DC" w14:textId="77777777" w:rsidR="0032538F" w:rsidRDefault="00000000">
            <w:r>
              <w:rPr>
                <w:sz w:val="12"/>
              </w:rPr>
              <w:t>5</w:t>
            </w:r>
          </w:p>
        </w:tc>
        <w:tc>
          <w:tcPr>
            <w:tcW w:w="918" w:type="dxa"/>
          </w:tcPr>
          <w:p w14:paraId="38C1DA8F" w14:textId="77777777" w:rsidR="0032538F" w:rsidRDefault="00000000">
            <w:r>
              <w:rPr>
                <w:sz w:val="12"/>
              </w:rPr>
              <w:t>Medium</w:t>
            </w:r>
          </w:p>
        </w:tc>
        <w:tc>
          <w:tcPr>
            <w:tcW w:w="918" w:type="dxa"/>
          </w:tcPr>
          <w:p w14:paraId="7FEA621B" w14:textId="77777777" w:rsidR="0032538F" w:rsidRDefault="00000000">
            <w:r>
              <w:rPr>
                <w:sz w:val="12"/>
              </w:rPr>
              <w:t>Lifting Supervisor</w:t>
            </w:r>
          </w:p>
        </w:tc>
      </w:tr>
      <w:tr w:rsidR="0032538F" w14:paraId="5EE6B452" w14:textId="77777777">
        <w:trPr>
          <w:jc w:val="center"/>
        </w:trPr>
        <w:tc>
          <w:tcPr>
            <w:tcW w:w="918" w:type="dxa"/>
          </w:tcPr>
          <w:p w14:paraId="11A3992E" w14:textId="77777777" w:rsidR="0032538F" w:rsidRDefault="00000000">
            <w:r>
              <w:rPr>
                <w:sz w:val="12"/>
              </w:rPr>
              <w:t>14</w:t>
            </w:r>
          </w:p>
        </w:tc>
        <w:tc>
          <w:tcPr>
            <w:tcW w:w="918" w:type="dxa"/>
          </w:tcPr>
          <w:p w14:paraId="4C382C36" w14:textId="77777777" w:rsidR="0032538F" w:rsidRDefault="00000000">
            <w:r>
              <w:rPr>
                <w:sz w:val="12"/>
              </w:rPr>
              <w:t>Overhead power lines</w:t>
            </w:r>
          </w:p>
        </w:tc>
        <w:tc>
          <w:tcPr>
            <w:tcW w:w="918" w:type="dxa"/>
          </w:tcPr>
          <w:p w14:paraId="2204FDCB" w14:textId="77777777" w:rsidR="0032538F" w:rsidRDefault="00000000">
            <w:r>
              <w:rPr>
                <w:sz w:val="12"/>
              </w:rPr>
              <w:t>Crane/load approaches energized electrical lines</w:t>
            </w:r>
          </w:p>
        </w:tc>
        <w:tc>
          <w:tcPr>
            <w:tcW w:w="918" w:type="dxa"/>
          </w:tcPr>
          <w:p w14:paraId="348916FC" w14:textId="77777777" w:rsidR="0032538F" w:rsidRDefault="00000000">
            <w:r>
              <w:rPr>
                <w:sz w:val="12"/>
              </w:rPr>
              <w:t>Operator, riggers, workers, public</w:t>
            </w:r>
          </w:p>
        </w:tc>
        <w:tc>
          <w:tcPr>
            <w:tcW w:w="918" w:type="dxa"/>
          </w:tcPr>
          <w:p w14:paraId="0A438AE8" w14:textId="77777777" w:rsidR="0032538F" w:rsidRDefault="00000000">
            <w:r>
              <w:rPr>
                <w:sz w:val="12"/>
              </w:rPr>
              <w:t>Electrocution, fire, fatality</w:t>
            </w:r>
          </w:p>
        </w:tc>
        <w:tc>
          <w:tcPr>
            <w:tcW w:w="918" w:type="dxa"/>
          </w:tcPr>
          <w:p w14:paraId="5C349316" w14:textId="77777777" w:rsidR="0032538F" w:rsidRDefault="00000000">
            <w:r>
              <w:rPr>
                <w:sz w:val="12"/>
              </w:rPr>
              <w:t>Power line awareness.</w:t>
            </w:r>
          </w:p>
        </w:tc>
        <w:tc>
          <w:tcPr>
            <w:tcW w:w="918" w:type="dxa"/>
          </w:tcPr>
          <w:p w14:paraId="67FBA4A8" w14:textId="77777777" w:rsidR="0032538F" w:rsidRDefault="00000000">
            <w:r>
              <w:rPr>
                <w:sz w:val="12"/>
              </w:rPr>
              <w:t>4</w:t>
            </w:r>
          </w:p>
        </w:tc>
        <w:tc>
          <w:tcPr>
            <w:tcW w:w="918" w:type="dxa"/>
          </w:tcPr>
          <w:p w14:paraId="3BE8AFED" w14:textId="77777777" w:rsidR="0032538F" w:rsidRDefault="00000000">
            <w:r>
              <w:rPr>
                <w:sz w:val="12"/>
              </w:rPr>
              <w:t>5</w:t>
            </w:r>
          </w:p>
        </w:tc>
        <w:tc>
          <w:tcPr>
            <w:tcW w:w="918" w:type="dxa"/>
          </w:tcPr>
          <w:p w14:paraId="68B1EA57" w14:textId="77777777" w:rsidR="0032538F" w:rsidRDefault="00000000">
            <w:r>
              <w:rPr>
                <w:sz w:val="12"/>
              </w:rPr>
              <w:t>20</w:t>
            </w:r>
          </w:p>
        </w:tc>
        <w:tc>
          <w:tcPr>
            <w:tcW w:w="918" w:type="dxa"/>
          </w:tcPr>
          <w:p w14:paraId="0C78043E" w14:textId="77777777" w:rsidR="0032538F" w:rsidRDefault="00000000">
            <w:r>
              <w:rPr>
                <w:sz w:val="12"/>
              </w:rPr>
              <w:t>Very High</w:t>
            </w:r>
          </w:p>
        </w:tc>
        <w:tc>
          <w:tcPr>
            <w:tcW w:w="918" w:type="dxa"/>
          </w:tcPr>
          <w:p w14:paraId="734782EE" w14:textId="77777777" w:rsidR="0032538F" w:rsidRDefault="00000000">
            <w:r>
              <w:rPr>
                <w:sz w:val="12"/>
              </w:rPr>
              <w:t>Identify lines before lift; maintain required clearance; use approved isolation/de-energization where possible; establish controlled zones and dedicated observer.</w:t>
            </w:r>
          </w:p>
        </w:tc>
        <w:tc>
          <w:tcPr>
            <w:tcW w:w="918" w:type="dxa"/>
          </w:tcPr>
          <w:p w14:paraId="1976DE72" w14:textId="77777777" w:rsidR="0032538F" w:rsidRDefault="00000000">
            <w:r>
              <w:rPr>
                <w:sz w:val="12"/>
              </w:rPr>
              <w:t>1</w:t>
            </w:r>
          </w:p>
        </w:tc>
        <w:tc>
          <w:tcPr>
            <w:tcW w:w="918" w:type="dxa"/>
          </w:tcPr>
          <w:p w14:paraId="00408A2B" w14:textId="77777777" w:rsidR="0032538F" w:rsidRDefault="00000000">
            <w:r>
              <w:rPr>
                <w:sz w:val="12"/>
              </w:rPr>
              <w:t>5</w:t>
            </w:r>
          </w:p>
        </w:tc>
        <w:tc>
          <w:tcPr>
            <w:tcW w:w="918" w:type="dxa"/>
          </w:tcPr>
          <w:p w14:paraId="4701436D" w14:textId="77777777" w:rsidR="0032538F" w:rsidRDefault="00000000">
            <w:r>
              <w:rPr>
                <w:sz w:val="12"/>
              </w:rPr>
              <w:t>5</w:t>
            </w:r>
          </w:p>
        </w:tc>
        <w:tc>
          <w:tcPr>
            <w:tcW w:w="918" w:type="dxa"/>
          </w:tcPr>
          <w:p w14:paraId="16848218" w14:textId="77777777" w:rsidR="0032538F" w:rsidRDefault="00000000">
            <w:r>
              <w:rPr>
                <w:sz w:val="12"/>
              </w:rPr>
              <w:t>Medium</w:t>
            </w:r>
          </w:p>
        </w:tc>
        <w:tc>
          <w:tcPr>
            <w:tcW w:w="918" w:type="dxa"/>
          </w:tcPr>
          <w:p w14:paraId="747F9E3E" w14:textId="77777777" w:rsidR="0032538F" w:rsidRDefault="00000000">
            <w:r>
              <w:rPr>
                <w:sz w:val="12"/>
              </w:rPr>
              <w:t>Site Manager / HSE</w:t>
            </w:r>
          </w:p>
        </w:tc>
      </w:tr>
      <w:tr w:rsidR="0032538F" w14:paraId="6B177AAA" w14:textId="77777777">
        <w:trPr>
          <w:jc w:val="center"/>
        </w:trPr>
        <w:tc>
          <w:tcPr>
            <w:tcW w:w="918" w:type="dxa"/>
          </w:tcPr>
          <w:p w14:paraId="53A09B1C" w14:textId="77777777" w:rsidR="0032538F" w:rsidRDefault="00000000">
            <w:r>
              <w:rPr>
                <w:sz w:val="12"/>
              </w:rPr>
              <w:t>15</w:t>
            </w:r>
          </w:p>
        </w:tc>
        <w:tc>
          <w:tcPr>
            <w:tcW w:w="918" w:type="dxa"/>
          </w:tcPr>
          <w:p w14:paraId="536B5B89" w14:textId="77777777" w:rsidR="0032538F" w:rsidRDefault="00000000">
            <w:r>
              <w:rPr>
                <w:sz w:val="12"/>
              </w:rPr>
              <w:t>Obstructions / structures</w:t>
            </w:r>
          </w:p>
        </w:tc>
        <w:tc>
          <w:tcPr>
            <w:tcW w:w="918" w:type="dxa"/>
          </w:tcPr>
          <w:p w14:paraId="58A372DB" w14:textId="77777777" w:rsidR="0032538F" w:rsidRDefault="00000000">
            <w:r>
              <w:rPr>
                <w:sz w:val="12"/>
              </w:rPr>
              <w:t>Load or boom contacts buildings, scaffolds or structures</w:t>
            </w:r>
          </w:p>
        </w:tc>
        <w:tc>
          <w:tcPr>
            <w:tcW w:w="918" w:type="dxa"/>
          </w:tcPr>
          <w:p w14:paraId="117A1E78" w14:textId="77777777" w:rsidR="0032538F" w:rsidRDefault="00000000">
            <w:r>
              <w:rPr>
                <w:sz w:val="12"/>
              </w:rPr>
              <w:t>Workers, public, property</w:t>
            </w:r>
          </w:p>
        </w:tc>
        <w:tc>
          <w:tcPr>
            <w:tcW w:w="918" w:type="dxa"/>
          </w:tcPr>
          <w:p w14:paraId="14EF8C15" w14:textId="77777777" w:rsidR="0032538F" w:rsidRDefault="00000000">
            <w:r>
              <w:rPr>
                <w:sz w:val="12"/>
              </w:rPr>
              <w:t>Collision, falling materials, structural damage</w:t>
            </w:r>
          </w:p>
        </w:tc>
        <w:tc>
          <w:tcPr>
            <w:tcW w:w="918" w:type="dxa"/>
          </w:tcPr>
          <w:p w14:paraId="44DDB4BB" w14:textId="77777777" w:rsidR="0032538F" w:rsidRDefault="00000000">
            <w:r>
              <w:rPr>
                <w:sz w:val="12"/>
              </w:rPr>
              <w:t>Route checked before lifting.</w:t>
            </w:r>
          </w:p>
        </w:tc>
        <w:tc>
          <w:tcPr>
            <w:tcW w:w="918" w:type="dxa"/>
          </w:tcPr>
          <w:p w14:paraId="086B3F21" w14:textId="77777777" w:rsidR="0032538F" w:rsidRDefault="00000000">
            <w:r>
              <w:rPr>
                <w:sz w:val="12"/>
              </w:rPr>
              <w:t>3</w:t>
            </w:r>
          </w:p>
        </w:tc>
        <w:tc>
          <w:tcPr>
            <w:tcW w:w="918" w:type="dxa"/>
          </w:tcPr>
          <w:p w14:paraId="15619C9F" w14:textId="77777777" w:rsidR="0032538F" w:rsidRDefault="00000000">
            <w:r>
              <w:rPr>
                <w:sz w:val="12"/>
              </w:rPr>
              <w:t>5</w:t>
            </w:r>
          </w:p>
        </w:tc>
        <w:tc>
          <w:tcPr>
            <w:tcW w:w="918" w:type="dxa"/>
          </w:tcPr>
          <w:p w14:paraId="5CC24C1D" w14:textId="77777777" w:rsidR="0032538F" w:rsidRDefault="00000000">
            <w:r>
              <w:rPr>
                <w:sz w:val="12"/>
              </w:rPr>
              <w:t>15</w:t>
            </w:r>
          </w:p>
        </w:tc>
        <w:tc>
          <w:tcPr>
            <w:tcW w:w="918" w:type="dxa"/>
          </w:tcPr>
          <w:p w14:paraId="24EED1E6" w14:textId="77777777" w:rsidR="0032538F" w:rsidRDefault="00000000">
            <w:r>
              <w:rPr>
                <w:sz w:val="12"/>
              </w:rPr>
              <w:t>High</w:t>
            </w:r>
          </w:p>
        </w:tc>
        <w:tc>
          <w:tcPr>
            <w:tcW w:w="918" w:type="dxa"/>
          </w:tcPr>
          <w:p w14:paraId="78F72477" w14:textId="77777777" w:rsidR="0032538F" w:rsidRDefault="00000000">
            <w:r>
              <w:rPr>
                <w:sz w:val="12"/>
              </w:rPr>
              <w:t>Plan travel/slew path; remove obstructions where possible; use spotters; maintain clearance and controlled movement.</w:t>
            </w:r>
          </w:p>
        </w:tc>
        <w:tc>
          <w:tcPr>
            <w:tcW w:w="918" w:type="dxa"/>
          </w:tcPr>
          <w:p w14:paraId="3C3EE71C" w14:textId="77777777" w:rsidR="0032538F" w:rsidRDefault="00000000">
            <w:r>
              <w:rPr>
                <w:sz w:val="12"/>
              </w:rPr>
              <w:t>1</w:t>
            </w:r>
          </w:p>
        </w:tc>
        <w:tc>
          <w:tcPr>
            <w:tcW w:w="918" w:type="dxa"/>
          </w:tcPr>
          <w:p w14:paraId="5434FD01" w14:textId="77777777" w:rsidR="0032538F" w:rsidRDefault="00000000">
            <w:r>
              <w:rPr>
                <w:sz w:val="12"/>
              </w:rPr>
              <w:t>5</w:t>
            </w:r>
          </w:p>
        </w:tc>
        <w:tc>
          <w:tcPr>
            <w:tcW w:w="918" w:type="dxa"/>
          </w:tcPr>
          <w:p w14:paraId="0FDAF56B" w14:textId="77777777" w:rsidR="0032538F" w:rsidRDefault="00000000">
            <w:r>
              <w:rPr>
                <w:sz w:val="12"/>
              </w:rPr>
              <w:t>5</w:t>
            </w:r>
          </w:p>
        </w:tc>
        <w:tc>
          <w:tcPr>
            <w:tcW w:w="918" w:type="dxa"/>
          </w:tcPr>
          <w:p w14:paraId="5E05CC7B" w14:textId="77777777" w:rsidR="0032538F" w:rsidRDefault="00000000">
            <w:r>
              <w:rPr>
                <w:sz w:val="12"/>
              </w:rPr>
              <w:t>Medium</w:t>
            </w:r>
          </w:p>
        </w:tc>
        <w:tc>
          <w:tcPr>
            <w:tcW w:w="918" w:type="dxa"/>
          </w:tcPr>
          <w:p w14:paraId="1F8276E2" w14:textId="77777777" w:rsidR="0032538F" w:rsidRDefault="00000000">
            <w:r>
              <w:rPr>
                <w:sz w:val="12"/>
              </w:rPr>
              <w:t>Lifting Supervisor</w:t>
            </w:r>
          </w:p>
        </w:tc>
      </w:tr>
      <w:tr w:rsidR="0032538F" w14:paraId="65E841C8" w14:textId="77777777">
        <w:trPr>
          <w:jc w:val="center"/>
        </w:trPr>
        <w:tc>
          <w:tcPr>
            <w:tcW w:w="918" w:type="dxa"/>
          </w:tcPr>
          <w:p w14:paraId="7EC9BF4B" w14:textId="77777777" w:rsidR="0032538F" w:rsidRDefault="00000000">
            <w:r>
              <w:rPr>
                <w:sz w:val="12"/>
              </w:rPr>
              <w:t>16</w:t>
            </w:r>
          </w:p>
        </w:tc>
        <w:tc>
          <w:tcPr>
            <w:tcW w:w="918" w:type="dxa"/>
          </w:tcPr>
          <w:p w14:paraId="1CBCA40C" w14:textId="77777777" w:rsidR="0032538F" w:rsidRDefault="00000000">
            <w:r>
              <w:rPr>
                <w:sz w:val="12"/>
              </w:rPr>
              <w:t>Weather / high wind</w:t>
            </w:r>
          </w:p>
        </w:tc>
        <w:tc>
          <w:tcPr>
            <w:tcW w:w="918" w:type="dxa"/>
          </w:tcPr>
          <w:p w14:paraId="0BEE2752" w14:textId="77777777" w:rsidR="0032538F" w:rsidRDefault="00000000">
            <w:r>
              <w:rPr>
                <w:sz w:val="12"/>
              </w:rPr>
              <w:t>Wind affects crane stability or load control</w:t>
            </w:r>
          </w:p>
        </w:tc>
        <w:tc>
          <w:tcPr>
            <w:tcW w:w="918" w:type="dxa"/>
          </w:tcPr>
          <w:p w14:paraId="4A6728CA" w14:textId="77777777" w:rsidR="0032538F" w:rsidRDefault="00000000">
            <w:r>
              <w:rPr>
                <w:sz w:val="12"/>
              </w:rPr>
              <w:t>Operator, lifting team</w:t>
            </w:r>
          </w:p>
        </w:tc>
        <w:tc>
          <w:tcPr>
            <w:tcW w:w="918" w:type="dxa"/>
          </w:tcPr>
          <w:p w14:paraId="7294A978" w14:textId="77777777" w:rsidR="0032538F" w:rsidRDefault="00000000">
            <w:r>
              <w:rPr>
                <w:sz w:val="12"/>
              </w:rPr>
              <w:t>Load swing, overturning, dropped load</w:t>
            </w:r>
          </w:p>
        </w:tc>
        <w:tc>
          <w:tcPr>
            <w:tcW w:w="918" w:type="dxa"/>
          </w:tcPr>
          <w:p w14:paraId="4C364380" w14:textId="77777777" w:rsidR="0032538F" w:rsidRDefault="00000000">
            <w:r>
              <w:rPr>
                <w:sz w:val="12"/>
              </w:rPr>
              <w:t>Weather monitored.</w:t>
            </w:r>
          </w:p>
        </w:tc>
        <w:tc>
          <w:tcPr>
            <w:tcW w:w="918" w:type="dxa"/>
          </w:tcPr>
          <w:p w14:paraId="58C85659" w14:textId="77777777" w:rsidR="0032538F" w:rsidRDefault="00000000">
            <w:r>
              <w:rPr>
                <w:sz w:val="12"/>
              </w:rPr>
              <w:t>4</w:t>
            </w:r>
          </w:p>
        </w:tc>
        <w:tc>
          <w:tcPr>
            <w:tcW w:w="918" w:type="dxa"/>
          </w:tcPr>
          <w:p w14:paraId="18A56DCD" w14:textId="77777777" w:rsidR="0032538F" w:rsidRDefault="00000000">
            <w:r>
              <w:rPr>
                <w:sz w:val="12"/>
              </w:rPr>
              <w:t>5</w:t>
            </w:r>
          </w:p>
        </w:tc>
        <w:tc>
          <w:tcPr>
            <w:tcW w:w="918" w:type="dxa"/>
          </w:tcPr>
          <w:p w14:paraId="1D72004E" w14:textId="77777777" w:rsidR="0032538F" w:rsidRDefault="00000000">
            <w:r>
              <w:rPr>
                <w:sz w:val="12"/>
              </w:rPr>
              <w:t>20</w:t>
            </w:r>
          </w:p>
        </w:tc>
        <w:tc>
          <w:tcPr>
            <w:tcW w:w="918" w:type="dxa"/>
          </w:tcPr>
          <w:p w14:paraId="398277F8" w14:textId="77777777" w:rsidR="0032538F" w:rsidRDefault="00000000">
            <w:r>
              <w:rPr>
                <w:sz w:val="12"/>
              </w:rPr>
              <w:t>Very High</w:t>
            </w:r>
          </w:p>
        </w:tc>
        <w:tc>
          <w:tcPr>
            <w:tcW w:w="918" w:type="dxa"/>
          </w:tcPr>
          <w:p w14:paraId="5D413172" w14:textId="77777777" w:rsidR="0032538F" w:rsidRDefault="00000000">
            <w:r>
              <w:rPr>
                <w:sz w:val="12"/>
              </w:rPr>
              <w:t>Follow manufacturer wind limits and lift plan; monitor gusts; suspend lift when limits/visibility are exceeded; secure load during stoppage.</w:t>
            </w:r>
          </w:p>
        </w:tc>
        <w:tc>
          <w:tcPr>
            <w:tcW w:w="918" w:type="dxa"/>
          </w:tcPr>
          <w:p w14:paraId="2912BFC7" w14:textId="77777777" w:rsidR="0032538F" w:rsidRDefault="00000000">
            <w:r>
              <w:rPr>
                <w:sz w:val="12"/>
              </w:rPr>
              <w:t>1</w:t>
            </w:r>
          </w:p>
        </w:tc>
        <w:tc>
          <w:tcPr>
            <w:tcW w:w="918" w:type="dxa"/>
          </w:tcPr>
          <w:p w14:paraId="4F53F535" w14:textId="77777777" w:rsidR="0032538F" w:rsidRDefault="00000000">
            <w:r>
              <w:rPr>
                <w:sz w:val="12"/>
              </w:rPr>
              <w:t>5</w:t>
            </w:r>
          </w:p>
        </w:tc>
        <w:tc>
          <w:tcPr>
            <w:tcW w:w="918" w:type="dxa"/>
          </w:tcPr>
          <w:p w14:paraId="62F2C9C5" w14:textId="77777777" w:rsidR="0032538F" w:rsidRDefault="00000000">
            <w:r>
              <w:rPr>
                <w:sz w:val="12"/>
              </w:rPr>
              <w:t>5</w:t>
            </w:r>
          </w:p>
        </w:tc>
        <w:tc>
          <w:tcPr>
            <w:tcW w:w="918" w:type="dxa"/>
          </w:tcPr>
          <w:p w14:paraId="17336A67" w14:textId="77777777" w:rsidR="0032538F" w:rsidRDefault="00000000">
            <w:r>
              <w:rPr>
                <w:sz w:val="12"/>
              </w:rPr>
              <w:t>Medium</w:t>
            </w:r>
          </w:p>
        </w:tc>
        <w:tc>
          <w:tcPr>
            <w:tcW w:w="918" w:type="dxa"/>
          </w:tcPr>
          <w:p w14:paraId="2A85B11C" w14:textId="77777777" w:rsidR="0032538F" w:rsidRDefault="00000000">
            <w:r>
              <w:rPr>
                <w:sz w:val="12"/>
              </w:rPr>
              <w:t>Lifting Supervisor</w:t>
            </w:r>
          </w:p>
        </w:tc>
      </w:tr>
      <w:tr w:rsidR="0032538F" w14:paraId="0CF2D87B" w14:textId="77777777">
        <w:trPr>
          <w:jc w:val="center"/>
        </w:trPr>
        <w:tc>
          <w:tcPr>
            <w:tcW w:w="918" w:type="dxa"/>
          </w:tcPr>
          <w:p w14:paraId="1A3081DB" w14:textId="77777777" w:rsidR="0032538F" w:rsidRDefault="00000000">
            <w:r>
              <w:rPr>
                <w:sz w:val="12"/>
              </w:rPr>
              <w:t>17</w:t>
            </w:r>
          </w:p>
        </w:tc>
        <w:tc>
          <w:tcPr>
            <w:tcW w:w="918" w:type="dxa"/>
          </w:tcPr>
          <w:p w14:paraId="51F26D1F" w14:textId="77777777" w:rsidR="0032538F" w:rsidRDefault="00000000">
            <w:r>
              <w:rPr>
                <w:sz w:val="12"/>
              </w:rPr>
              <w:t>Night lifting / poor visibility</w:t>
            </w:r>
          </w:p>
        </w:tc>
        <w:tc>
          <w:tcPr>
            <w:tcW w:w="918" w:type="dxa"/>
          </w:tcPr>
          <w:p w14:paraId="5C5131CD" w14:textId="77777777" w:rsidR="0032538F" w:rsidRDefault="00000000">
            <w:r>
              <w:rPr>
                <w:sz w:val="12"/>
              </w:rPr>
              <w:t>Insufficient lighting or visibility</w:t>
            </w:r>
          </w:p>
        </w:tc>
        <w:tc>
          <w:tcPr>
            <w:tcW w:w="918" w:type="dxa"/>
          </w:tcPr>
          <w:p w14:paraId="31F062C2" w14:textId="77777777" w:rsidR="0032538F" w:rsidRDefault="00000000">
            <w:r>
              <w:rPr>
                <w:sz w:val="12"/>
              </w:rPr>
              <w:t>Operator, riggers, workers</w:t>
            </w:r>
          </w:p>
        </w:tc>
        <w:tc>
          <w:tcPr>
            <w:tcW w:w="918" w:type="dxa"/>
          </w:tcPr>
          <w:p w14:paraId="6E098BC8" w14:textId="77777777" w:rsidR="0032538F" w:rsidRDefault="00000000">
            <w:r>
              <w:rPr>
                <w:sz w:val="12"/>
              </w:rPr>
              <w:t>Collision, wrong landing, dropped load</w:t>
            </w:r>
          </w:p>
        </w:tc>
        <w:tc>
          <w:tcPr>
            <w:tcW w:w="918" w:type="dxa"/>
          </w:tcPr>
          <w:p w14:paraId="7F4479A7" w14:textId="77777777" w:rsidR="0032538F" w:rsidRDefault="00000000">
            <w:r>
              <w:rPr>
                <w:sz w:val="12"/>
              </w:rPr>
              <w:t>Temporary lighting available.</w:t>
            </w:r>
          </w:p>
        </w:tc>
        <w:tc>
          <w:tcPr>
            <w:tcW w:w="918" w:type="dxa"/>
          </w:tcPr>
          <w:p w14:paraId="00FC0192" w14:textId="77777777" w:rsidR="0032538F" w:rsidRDefault="00000000">
            <w:r>
              <w:rPr>
                <w:sz w:val="12"/>
              </w:rPr>
              <w:t>3</w:t>
            </w:r>
          </w:p>
        </w:tc>
        <w:tc>
          <w:tcPr>
            <w:tcW w:w="918" w:type="dxa"/>
          </w:tcPr>
          <w:p w14:paraId="5ED4E1EE" w14:textId="77777777" w:rsidR="0032538F" w:rsidRDefault="00000000">
            <w:r>
              <w:rPr>
                <w:sz w:val="12"/>
              </w:rPr>
              <w:t>4</w:t>
            </w:r>
          </w:p>
        </w:tc>
        <w:tc>
          <w:tcPr>
            <w:tcW w:w="918" w:type="dxa"/>
          </w:tcPr>
          <w:p w14:paraId="27EC4187" w14:textId="77777777" w:rsidR="0032538F" w:rsidRDefault="00000000">
            <w:r>
              <w:rPr>
                <w:sz w:val="12"/>
              </w:rPr>
              <w:t>12</w:t>
            </w:r>
          </w:p>
        </w:tc>
        <w:tc>
          <w:tcPr>
            <w:tcW w:w="918" w:type="dxa"/>
          </w:tcPr>
          <w:p w14:paraId="2D9AA3B9" w14:textId="77777777" w:rsidR="0032538F" w:rsidRDefault="00000000">
            <w:r>
              <w:rPr>
                <w:sz w:val="12"/>
              </w:rPr>
              <w:t>High</w:t>
            </w:r>
          </w:p>
        </w:tc>
        <w:tc>
          <w:tcPr>
            <w:tcW w:w="918" w:type="dxa"/>
          </w:tcPr>
          <w:p w14:paraId="2087B538" w14:textId="77777777" w:rsidR="0032538F" w:rsidRDefault="00000000">
            <w:r>
              <w:rPr>
                <w:sz w:val="12"/>
              </w:rPr>
              <w:t>Provide adequate task and route lighting; illuminate signals and landing area; stop if visibility becomes inadequate.</w:t>
            </w:r>
          </w:p>
        </w:tc>
        <w:tc>
          <w:tcPr>
            <w:tcW w:w="918" w:type="dxa"/>
          </w:tcPr>
          <w:p w14:paraId="113FE3FD" w14:textId="77777777" w:rsidR="0032538F" w:rsidRDefault="00000000">
            <w:r>
              <w:rPr>
                <w:sz w:val="12"/>
              </w:rPr>
              <w:t>1</w:t>
            </w:r>
          </w:p>
        </w:tc>
        <w:tc>
          <w:tcPr>
            <w:tcW w:w="918" w:type="dxa"/>
          </w:tcPr>
          <w:p w14:paraId="5B1A0EB1" w14:textId="77777777" w:rsidR="0032538F" w:rsidRDefault="00000000">
            <w:r>
              <w:rPr>
                <w:sz w:val="12"/>
              </w:rPr>
              <w:t>4</w:t>
            </w:r>
          </w:p>
        </w:tc>
        <w:tc>
          <w:tcPr>
            <w:tcW w:w="918" w:type="dxa"/>
          </w:tcPr>
          <w:p w14:paraId="11B27578" w14:textId="77777777" w:rsidR="0032538F" w:rsidRDefault="00000000">
            <w:r>
              <w:rPr>
                <w:sz w:val="12"/>
              </w:rPr>
              <w:t>4</w:t>
            </w:r>
          </w:p>
        </w:tc>
        <w:tc>
          <w:tcPr>
            <w:tcW w:w="918" w:type="dxa"/>
          </w:tcPr>
          <w:p w14:paraId="065135EB" w14:textId="77777777" w:rsidR="0032538F" w:rsidRDefault="00000000">
            <w:r>
              <w:rPr>
                <w:sz w:val="12"/>
              </w:rPr>
              <w:t>Low</w:t>
            </w:r>
          </w:p>
        </w:tc>
        <w:tc>
          <w:tcPr>
            <w:tcW w:w="918" w:type="dxa"/>
          </w:tcPr>
          <w:p w14:paraId="748E2A1F" w14:textId="77777777" w:rsidR="0032538F" w:rsidRDefault="00000000">
            <w:r>
              <w:rPr>
                <w:sz w:val="12"/>
              </w:rPr>
              <w:t>Site Supervisor</w:t>
            </w:r>
          </w:p>
        </w:tc>
      </w:tr>
      <w:tr w:rsidR="0032538F" w14:paraId="3848316A" w14:textId="77777777">
        <w:trPr>
          <w:jc w:val="center"/>
        </w:trPr>
        <w:tc>
          <w:tcPr>
            <w:tcW w:w="918" w:type="dxa"/>
          </w:tcPr>
          <w:p w14:paraId="5B67ABD7" w14:textId="77777777" w:rsidR="0032538F" w:rsidRDefault="00000000">
            <w:r>
              <w:rPr>
                <w:sz w:val="12"/>
              </w:rPr>
              <w:t>18</w:t>
            </w:r>
          </w:p>
        </w:tc>
        <w:tc>
          <w:tcPr>
            <w:tcW w:w="918" w:type="dxa"/>
          </w:tcPr>
          <w:p w14:paraId="33384A0C" w14:textId="77777777" w:rsidR="0032538F" w:rsidRDefault="00000000">
            <w:r>
              <w:rPr>
                <w:sz w:val="12"/>
              </w:rPr>
              <w:t>Tandem / multiple crane lift</w:t>
            </w:r>
          </w:p>
        </w:tc>
        <w:tc>
          <w:tcPr>
            <w:tcW w:w="918" w:type="dxa"/>
          </w:tcPr>
          <w:p w14:paraId="117D7A44" w14:textId="77777777" w:rsidR="0032538F" w:rsidRDefault="00000000">
            <w:r>
              <w:rPr>
                <w:sz w:val="12"/>
              </w:rPr>
              <w:t>Uneven load sharing or synchronized movement failure</w:t>
            </w:r>
          </w:p>
        </w:tc>
        <w:tc>
          <w:tcPr>
            <w:tcW w:w="918" w:type="dxa"/>
          </w:tcPr>
          <w:p w14:paraId="15C83642" w14:textId="77777777" w:rsidR="0032538F" w:rsidRDefault="00000000">
            <w:r>
              <w:rPr>
                <w:sz w:val="12"/>
              </w:rPr>
              <w:t>Operators, riggers, workers</w:t>
            </w:r>
          </w:p>
        </w:tc>
        <w:tc>
          <w:tcPr>
            <w:tcW w:w="918" w:type="dxa"/>
          </w:tcPr>
          <w:p w14:paraId="3CD63441" w14:textId="77777777" w:rsidR="0032538F" w:rsidRDefault="00000000">
            <w:r>
              <w:rPr>
                <w:sz w:val="12"/>
              </w:rPr>
              <w:t>Overload, load drop, crane instability</w:t>
            </w:r>
          </w:p>
        </w:tc>
        <w:tc>
          <w:tcPr>
            <w:tcW w:w="918" w:type="dxa"/>
          </w:tcPr>
          <w:p w14:paraId="009F76E3" w14:textId="77777777" w:rsidR="0032538F" w:rsidRDefault="00000000">
            <w:r>
              <w:rPr>
                <w:sz w:val="12"/>
              </w:rPr>
              <w:t>Specialist supervision where used.</w:t>
            </w:r>
          </w:p>
        </w:tc>
        <w:tc>
          <w:tcPr>
            <w:tcW w:w="918" w:type="dxa"/>
          </w:tcPr>
          <w:p w14:paraId="00A08AB5" w14:textId="77777777" w:rsidR="0032538F" w:rsidRDefault="00000000">
            <w:r>
              <w:rPr>
                <w:sz w:val="12"/>
              </w:rPr>
              <w:t>4</w:t>
            </w:r>
          </w:p>
        </w:tc>
        <w:tc>
          <w:tcPr>
            <w:tcW w:w="918" w:type="dxa"/>
          </w:tcPr>
          <w:p w14:paraId="29F5E3A0" w14:textId="77777777" w:rsidR="0032538F" w:rsidRDefault="00000000">
            <w:r>
              <w:rPr>
                <w:sz w:val="12"/>
              </w:rPr>
              <w:t>5</w:t>
            </w:r>
          </w:p>
        </w:tc>
        <w:tc>
          <w:tcPr>
            <w:tcW w:w="918" w:type="dxa"/>
          </w:tcPr>
          <w:p w14:paraId="592A33FF" w14:textId="77777777" w:rsidR="0032538F" w:rsidRDefault="00000000">
            <w:r>
              <w:rPr>
                <w:sz w:val="12"/>
              </w:rPr>
              <w:t>20</w:t>
            </w:r>
          </w:p>
        </w:tc>
        <w:tc>
          <w:tcPr>
            <w:tcW w:w="918" w:type="dxa"/>
          </w:tcPr>
          <w:p w14:paraId="4319980A" w14:textId="77777777" w:rsidR="0032538F" w:rsidRDefault="00000000">
            <w:r>
              <w:rPr>
                <w:sz w:val="12"/>
              </w:rPr>
              <w:t>Very High</w:t>
            </w:r>
          </w:p>
        </w:tc>
        <w:tc>
          <w:tcPr>
            <w:tcW w:w="918" w:type="dxa"/>
          </w:tcPr>
          <w:p w14:paraId="47EA840F" w14:textId="77777777" w:rsidR="0032538F" w:rsidRDefault="00000000">
            <w:r>
              <w:rPr>
                <w:sz w:val="12"/>
              </w:rPr>
              <w:t xml:space="preserve">Use engineered lift plan with load-share calculations; appoint competent lift director; synchronized </w:t>
            </w:r>
            <w:r>
              <w:rPr>
                <w:sz w:val="12"/>
              </w:rPr>
              <w:lastRenderedPageBreak/>
              <w:t>communication and controlled movement.</w:t>
            </w:r>
          </w:p>
        </w:tc>
        <w:tc>
          <w:tcPr>
            <w:tcW w:w="918" w:type="dxa"/>
          </w:tcPr>
          <w:p w14:paraId="0AD917C8" w14:textId="77777777" w:rsidR="0032538F" w:rsidRDefault="00000000">
            <w:r>
              <w:rPr>
                <w:sz w:val="12"/>
              </w:rPr>
              <w:lastRenderedPageBreak/>
              <w:t>1</w:t>
            </w:r>
          </w:p>
        </w:tc>
        <w:tc>
          <w:tcPr>
            <w:tcW w:w="918" w:type="dxa"/>
          </w:tcPr>
          <w:p w14:paraId="45720F73" w14:textId="77777777" w:rsidR="0032538F" w:rsidRDefault="00000000">
            <w:r>
              <w:rPr>
                <w:sz w:val="12"/>
              </w:rPr>
              <w:t>5</w:t>
            </w:r>
          </w:p>
        </w:tc>
        <w:tc>
          <w:tcPr>
            <w:tcW w:w="918" w:type="dxa"/>
          </w:tcPr>
          <w:p w14:paraId="43C786AB" w14:textId="77777777" w:rsidR="0032538F" w:rsidRDefault="00000000">
            <w:r>
              <w:rPr>
                <w:sz w:val="12"/>
              </w:rPr>
              <w:t>5</w:t>
            </w:r>
          </w:p>
        </w:tc>
        <w:tc>
          <w:tcPr>
            <w:tcW w:w="918" w:type="dxa"/>
          </w:tcPr>
          <w:p w14:paraId="58862A6E" w14:textId="77777777" w:rsidR="0032538F" w:rsidRDefault="00000000">
            <w:r>
              <w:rPr>
                <w:sz w:val="12"/>
              </w:rPr>
              <w:t>Medium</w:t>
            </w:r>
          </w:p>
        </w:tc>
        <w:tc>
          <w:tcPr>
            <w:tcW w:w="918" w:type="dxa"/>
          </w:tcPr>
          <w:p w14:paraId="2E16B5C6" w14:textId="77777777" w:rsidR="0032538F" w:rsidRDefault="00000000">
            <w:r>
              <w:rPr>
                <w:sz w:val="12"/>
              </w:rPr>
              <w:t>Lift Director / Engineer</w:t>
            </w:r>
          </w:p>
        </w:tc>
      </w:tr>
      <w:tr w:rsidR="0032538F" w14:paraId="7AC96080" w14:textId="77777777">
        <w:trPr>
          <w:jc w:val="center"/>
        </w:trPr>
        <w:tc>
          <w:tcPr>
            <w:tcW w:w="918" w:type="dxa"/>
          </w:tcPr>
          <w:p w14:paraId="449C8A19" w14:textId="77777777" w:rsidR="0032538F" w:rsidRDefault="00000000">
            <w:r>
              <w:rPr>
                <w:sz w:val="12"/>
              </w:rPr>
              <w:t>19</w:t>
            </w:r>
          </w:p>
        </w:tc>
        <w:tc>
          <w:tcPr>
            <w:tcW w:w="918" w:type="dxa"/>
          </w:tcPr>
          <w:p w14:paraId="446AABB6" w14:textId="77777777" w:rsidR="0032538F" w:rsidRDefault="00000000">
            <w:r>
              <w:rPr>
                <w:sz w:val="12"/>
              </w:rPr>
              <w:t>Lifting personnel</w:t>
            </w:r>
          </w:p>
        </w:tc>
        <w:tc>
          <w:tcPr>
            <w:tcW w:w="918" w:type="dxa"/>
          </w:tcPr>
          <w:p w14:paraId="4B4A3BA9" w14:textId="77777777" w:rsidR="0032538F" w:rsidRDefault="00000000">
            <w:r>
              <w:rPr>
                <w:sz w:val="12"/>
              </w:rPr>
              <w:t>Personnel lifted without suitable approved system</w:t>
            </w:r>
          </w:p>
        </w:tc>
        <w:tc>
          <w:tcPr>
            <w:tcW w:w="918" w:type="dxa"/>
          </w:tcPr>
          <w:p w14:paraId="79DF945D" w14:textId="77777777" w:rsidR="0032538F" w:rsidRDefault="00000000">
            <w:r>
              <w:rPr>
                <w:sz w:val="12"/>
              </w:rPr>
              <w:t>Workers, operators</w:t>
            </w:r>
          </w:p>
        </w:tc>
        <w:tc>
          <w:tcPr>
            <w:tcW w:w="918" w:type="dxa"/>
          </w:tcPr>
          <w:p w14:paraId="114BA90D" w14:textId="77777777" w:rsidR="0032538F" w:rsidRDefault="00000000">
            <w:r>
              <w:rPr>
                <w:sz w:val="12"/>
              </w:rPr>
              <w:t>Fall, crushing, fatality</w:t>
            </w:r>
          </w:p>
        </w:tc>
        <w:tc>
          <w:tcPr>
            <w:tcW w:w="918" w:type="dxa"/>
          </w:tcPr>
          <w:p w14:paraId="1EA1158A" w14:textId="77777777" w:rsidR="0032538F" w:rsidRDefault="00000000">
            <w:r>
              <w:rPr>
                <w:sz w:val="12"/>
              </w:rPr>
              <w:t>General lifting equipment available.</w:t>
            </w:r>
          </w:p>
        </w:tc>
        <w:tc>
          <w:tcPr>
            <w:tcW w:w="918" w:type="dxa"/>
          </w:tcPr>
          <w:p w14:paraId="24C4235B" w14:textId="77777777" w:rsidR="0032538F" w:rsidRDefault="00000000">
            <w:r>
              <w:rPr>
                <w:sz w:val="12"/>
              </w:rPr>
              <w:t>3</w:t>
            </w:r>
          </w:p>
        </w:tc>
        <w:tc>
          <w:tcPr>
            <w:tcW w:w="918" w:type="dxa"/>
          </w:tcPr>
          <w:p w14:paraId="138D13D5" w14:textId="77777777" w:rsidR="0032538F" w:rsidRDefault="00000000">
            <w:r>
              <w:rPr>
                <w:sz w:val="12"/>
              </w:rPr>
              <w:t>5</w:t>
            </w:r>
          </w:p>
        </w:tc>
        <w:tc>
          <w:tcPr>
            <w:tcW w:w="918" w:type="dxa"/>
          </w:tcPr>
          <w:p w14:paraId="263E8794" w14:textId="77777777" w:rsidR="0032538F" w:rsidRDefault="00000000">
            <w:r>
              <w:rPr>
                <w:sz w:val="12"/>
              </w:rPr>
              <w:t>15</w:t>
            </w:r>
          </w:p>
        </w:tc>
        <w:tc>
          <w:tcPr>
            <w:tcW w:w="918" w:type="dxa"/>
          </w:tcPr>
          <w:p w14:paraId="47E41141" w14:textId="77777777" w:rsidR="0032538F" w:rsidRDefault="00000000">
            <w:r>
              <w:rPr>
                <w:sz w:val="12"/>
              </w:rPr>
              <w:t>High</w:t>
            </w:r>
          </w:p>
        </w:tc>
        <w:tc>
          <w:tcPr>
            <w:tcW w:w="918" w:type="dxa"/>
          </w:tcPr>
          <w:p w14:paraId="1376D850" w14:textId="77777777" w:rsidR="0032538F" w:rsidRDefault="00000000">
            <w:r>
              <w:rPr>
                <w:sz w:val="12"/>
              </w:rPr>
              <w:t>Prohibit personnel lifting unless specifically permitted and using an approved personnel-lifting system with dedicated assessment and controls.</w:t>
            </w:r>
          </w:p>
        </w:tc>
        <w:tc>
          <w:tcPr>
            <w:tcW w:w="918" w:type="dxa"/>
          </w:tcPr>
          <w:p w14:paraId="5155258A" w14:textId="77777777" w:rsidR="0032538F" w:rsidRDefault="00000000">
            <w:r>
              <w:rPr>
                <w:sz w:val="12"/>
              </w:rPr>
              <w:t>1</w:t>
            </w:r>
          </w:p>
        </w:tc>
        <w:tc>
          <w:tcPr>
            <w:tcW w:w="918" w:type="dxa"/>
          </w:tcPr>
          <w:p w14:paraId="4A8E0CFA" w14:textId="77777777" w:rsidR="0032538F" w:rsidRDefault="00000000">
            <w:r>
              <w:rPr>
                <w:sz w:val="12"/>
              </w:rPr>
              <w:t>5</w:t>
            </w:r>
          </w:p>
        </w:tc>
        <w:tc>
          <w:tcPr>
            <w:tcW w:w="918" w:type="dxa"/>
          </w:tcPr>
          <w:p w14:paraId="4694B799" w14:textId="77777777" w:rsidR="0032538F" w:rsidRDefault="00000000">
            <w:r>
              <w:rPr>
                <w:sz w:val="12"/>
              </w:rPr>
              <w:t>5</w:t>
            </w:r>
          </w:p>
        </w:tc>
        <w:tc>
          <w:tcPr>
            <w:tcW w:w="918" w:type="dxa"/>
          </w:tcPr>
          <w:p w14:paraId="52544E2F" w14:textId="77777777" w:rsidR="0032538F" w:rsidRDefault="00000000">
            <w:r>
              <w:rPr>
                <w:sz w:val="12"/>
              </w:rPr>
              <w:t>Medium</w:t>
            </w:r>
          </w:p>
        </w:tc>
        <w:tc>
          <w:tcPr>
            <w:tcW w:w="918" w:type="dxa"/>
          </w:tcPr>
          <w:p w14:paraId="0748469B" w14:textId="77777777" w:rsidR="0032538F" w:rsidRDefault="00000000">
            <w:r>
              <w:rPr>
                <w:sz w:val="12"/>
              </w:rPr>
              <w:t>Construction Manager</w:t>
            </w:r>
          </w:p>
        </w:tc>
      </w:tr>
      <w:tr w:rsidR="0032538F" w14:paraId="025B7FD9" w14:textId="77777777">
        <w:trPr>
          <w:jc w:val="center"/>
        </w:trPr>
        <w:tc>
          <w:tcPr>
            <w:tcW w:w="918" w:type="dxa"/>
          </w:tcPr>
          <w:p w14:paraId="1A88178C" w14:textId="77777777" w:rsidR="0032538F" w:rsidRDefault="00000000">
            <w:r>
              <w:rPr>
                <w:sz w:val="12"/>
              </w:rPr>
              <w:t>20</w:t>
            </w:r>
          </w:p>
        </w:tc>
        <w:tc>
          <w:tcPr>
            <w:tcW w:w="918" w:type="dxa"/>
          </w:tcPr>
          <w:p w14:paraId="71FC11E0" w14:textId="77777777" w:rsidR="0032538F" w:rsidRDefault="00000000">
            <w:r>
              <w:rPr>
                <w:sz w:val="12"/>
              </w:rPr>
              <w:t>Pinch / crush points</w:t>
            </w:r>
          </w:p>
        </w:tc>
        <w:tc>
          <w:tcPr>
            <w:tcW w:w="918" w:type="dxa"/>
          </w:tcPr>
          <w:p w14:paraId="6E46AB2B" w14:textId="77777777" w:rsidR="0032538F" w:rsidRDefault="00000000">
            <w:r>
              <w:rPr>
                <w:sz w:val="12"/>
              </w:rPr>
              <w:t>Hands/body caught between load and landing area</w:t>
            </w:r>
          </w:p>
        </w:tc>
        <w:tc>
          <w:tcPr>
            <w:tcW w:w="918" w:type="dxa"/>
          </w:tcPr>
          <w:p w14:paraId="282186EF" w14:textId="77777777" w:rsidR="0032538F" w:rsidRDefault="00000000">
            <w:r>
              <w:rPr>
                <w:sz w:val="12"/>
              </w:rPr>
              <w:t>Riggers, workers</w:t>
            </w:r>
          </w:p>
        </w:tc>
        <w:tc>
          <w:tcPr>
            <w:tcW w:w="918" w:type="dxa"/>
          </w:tcPr>
          <w:p w14:paraId="29425179" w14:textId="77777777" w:rsidR="0032538F" w:rsidRDefault="00000000">
            <w:r>
              <w:rPr>
                <w:sz w:val="12"/>
              </w:rPr>
              <w:t>Crush injury, amputation</w:t>
            </w:r>
          </w:p>
        </w:tc>
        <w:tc>
          <w:tcPr>
            <w:tcW w:w="918" w:type="dxa"/>
          </w:tcPr>
          <w:p w14:paraId="703C4FD8" w14:textId="77777777" w:rsidR="0032538F" w:rsidRDefault="00000000">
            <w:r>
              <w:rPr>
                <w:sz w:val="12"/>
              </w:rPr>
              <w:t>Gloves and supervision.</w:t>
            </w:r>
          </w:p>
        </w:tc>
        <w:tc>
          <w:tcPr>
            <w:tcW w:w="918" w:type="dxa"/>
          </w:tcPr>
          <w:p w14:paraId="54CFF6D9" w14:textId="77777777" w:rsidR="0032538F" w:rsidRDefault="00000000">
            <w:r>
              <w:rPr>
                <w:sz w:val="12"/>
              </w:rPr>
              <w:t>4</w:t>
            </w:r>
          </w:p>
        </w:tc>
        <w:tc>
          <w:tcPr>
            <w:tcW w:w="918" w:type="dxa"/>
          </w:tcPr>
          <w:p w14:paraId="493DB388" w14:textId="77777777" w:rsidR="0032538F" w:rsidRDefault="00000000">
            <w:r>
              <w:rPr>
                <w:sz w:val="12"/>
              </w:rPr>
              <w:t>4</w:t>
            </w:r>
          </w:p>
        </w:tc>
        <w:tc>
          <w:tcPr>
            <w:tcW w:w="918" w:type="dxa"/>
          </w:tcPr>
          <w:p w14:paraId="5F1D33EF" w14:textId="77777777" w:rsidR="0032538F" w:rsidRDefault="00000000">
            <w:r>
              <w:rPr>
                <w:sz w:val="12"/>
              </w:rPr>
              <w:t>16</w:t>
            </w:r>
          </w:p>
        </w:tc>
        <w:tc>
          <w:tcPr>
            <w:tcW w:w="918" w:type="dxa"/>
          </w:tcPr>
          <w:p w14:paraId="7E5E3542" w14:textId="77777777" w:rsidR="0032538F" w:rsidRDefault="00000000">
            <w:r>
              <w:rPr>
                <w:sz w:val="12"/>
              </w:rPr>
              <w:t>High</w:t>
            </w:r>
          </w:p>
        </w:tc>
        <w:tc>
          <w:tcPr>
            <w:tcW w:w="918" w:type="dxa"/>
          </w:tcPr>
          <w:p w14:paraId="7F2E1238" w14:textId="77777777" w:rsidR="0032538F" w:rsidRDefault="00000000">
            <w:r>
              <w:rPr>
                <w:sz w:val="12"/>
              </w:rPr>
              <w:t>Use tag lines/handling aids; keep hands out of pinch points; establish landing zone and controlled positioning method.</w:t>
            </w:r>
          </w:p>
        </w:tc>
        <w:tc>
          <w:tcPr>
            <w:tcW w:w="918" w:type="dxa"/>
          </w:tcPr>
          <w:p w14:paraId="257DE841" w14:textId="77777777" w:rsidR="0032538F" w:rsidRDefault="00000000">
            <w:r>
              <w:rPr>
                <w:sz w:val="12"/>
              </w:rPr>
              <w:t>1</w:t>
            </w:r>
          </w:p>
        </w:tc>
        <w:tc>
          <w:tcPr>
            <w:tcW w:w="918" w:type="dxa"/>
          </w:tcPr>
          <w:p w14:paraId="6A43CD78" w14:textId="77777777" w:rsidR="0032538F" w:rsidRDefault="00000000">
            <w:r>
              <w:rPr>
                <w:sz w:val="12"/>
              </w:rPr>
              <w:t>4</w:t>
            </w:r>
          </w:p>
        </w:tc>
        <w:tc>
          <w:tcPr>
            <w:tcW w:w="918" w:type="dxa"/>
          </w:tcPr>
          <w:p w14:paraId="462E55DA" w14:textId="77777777" w:rsidR="0032538F" w:rsidRDefault="00000000">
            <w:r>
              <w:rPr>
                <w:sz w:val="12"/>
              </w:rPr>
              <w:t>4</w:t>
            </w:r>
          </w:p>
        </w:tc>
        <w:tc>
          <w:tcPr>
            <w:tcW w:w="918" w:type="dxa"/>
          </w:tcPr>
          <w:p w14:paraId="7AA05D31" w14:textId="77777777" w:rsidR="0032538F" w:rsidRDefault="00000000">
            <w:r>
              <w:rPr>
                <w:sz w:val="12"/>
              </w:rPr>
              <w:t>Low</w:t>
            </w:r>
          </w:p>
        </w:tc>
        <w:tc>
          <w:tcPr>
            <w:tcW w:w="918" w:type="dxa"/>
          </w:tcPr>
          <w:p w14:paraId="75240833" w14:textId="77777777" w:rsidR="0032538F" w:rsidRDefault="00000000">
            <w:r>
              <w:rPr>
                <w:sz w:val="12"/>
              </w:rPr>
              <w:t>Rigger / Supervisor</w:t>
            </w:r>
          </w:p>
        </w:tc>
      </w:tr>
      <w:tr w:rsidR="0032538F" w14:paraId="183AD8E0" w14:textId="77777777">
        <w:trPr>
          <w:jc w:val="center"/>
        </w:trPr>
        <w:tc>
          <w:tcPr>
            <w:tcW w:w="918" w:type="dxa"/>
          </w:tcPr>
          <w:p w14:paraId="0B4449EE" w14:textId="77777777" w:rsidR="0032538F" w:rsidRDefault="00000000">
            <w:r>
              <w:rPr>
                <w:sz w:val="12"/>
              </w:rPr>
              <w:t>21</w:t>
            </w:r>
          </w:p>
        </w:tc>
        <w:tc>
          <w:tcPr>
            <w:tcW w:w="918" w:type="dxa"/>
          </w:tcPr>
          <w:p w14:paraId="55D4D560" w14:textId="77777777" w:rsidR="0032538F" w:rsidRDefault="00000000">
            <w:r>
              <w:rPr>
                <w:sz w:val="12"/>
              </w:rPr>
              <w:t>Load not secured</w:t>
            </w:r>
          </w:p>
        </w:tc>
        <w:tc>
          <w:tcPr>
            <w:tcW w:w="918" w:type="dxa"/>
          </w:tcPr>
          <w:p w14:paraId="610AB142" w14:textId="77777777" w:rsidR="0032538F" w:rsidRDefault="00000000">
            <w:r>
              <w:rPr>
                <w:sz w:val="12"/>
              </w:rPr>
              <w:t>Loose components or materials fall from lifted load</w:t>
            </w:r>
          </w:p>
        </w:tc>
        <w:tc>
          <w:tcPr>
            <w:tcW w:w="918" w:type="dxa"/>
          </w:tcPr>
          <w:p w14:paraId="723F2962" w14:textId="77777777" w:rsidR="0032538F" w:rsidRDefault="00000000">
            <w:r>
              <w:rPr>
                <w:sz w:val="12"/>
              </w:rPr>
              <w:t>Workers below</w:t>
            </w:r>
          </w:p>
        </w:tc>
        <w:tc>
          <w:tcPr>
            <w:tcW w:w="918" w:type="dxa"/>
          </w:tcPr>
          <w:p w14:paraId="7C2390D4" w14:textId="77777777" w:rsidR="0032538F" w:rsidRDefault="00000000">
            <w:r>
              <w:rPr>
                <w:sz w:val="12"/>
              </w:rPr>
              <w:t>Struck-by injury or fatality</w:t>
            </w:r>
          </w:p>
        </w:tc>
        <w:tc>
          <w:tcPr>
            <w:tcW w:w="918" w:type="dxa"/>
          </w:tcPr>
          <w:p w14:paraId="7B781B82" w14:textId="77777777" w:rsidR="0032538F" w:rsidRDefault="00000000">
            <w:r>
              <w:rPr>
                <w:sz w:val="12"/>
              </w:rPr>
              <w:t>General securing practices.</w:t>
            </w:r>
          </w:p>
        </w:tc>
        <w:tc>
          <w:tcPr>
            <w:tcW w:w="918" w:type="dxa"/>
          </w:tcPr>
          <w:p w14:paraId="49C44C3A" w14:textId="77777777" w:rsidR="0032538F" w:rsidRDefault="00000000">
            <w:r>
              <w:rPr>
                <w:sz w:val="12"/>
              </w:rPr>
              <w:t>4</w:t>
            </w:r>
          </w:p>
        </w:tc>
        <w:tc>
          <w:tcPr>
            <w:tcW w:w="918" w:type="dxa"/>
          </w:tcPr>
          <w:p w14:paraId="0AAD2C9C" w14:textId="77777777" w:rsidR="0032538F" w:rsidRDefault="00000000">
            <w:r>
              <w:rPr>
                <w:sz w:val="12"/>
              </w:rPr>
              <w:t>5</w:t>
            </w:r>
          </w:p>
        </w:tc>
        <w:tc>
          <w:tcPr>
            <w:tcW w:w="918" w:type="dxa"/>
          </w:tcPr>
          <w:p w14:paraId="3095007D" w14:textId="77777777" w:rsidR="0032538F" w:rsidRDefault="00000000">
            <w:r>
              <w:rPr>
                <w:sz w:val="12"/>
              </w:rPr>
              <w:t>20</w:t>
            </w:r>
          </w:p>
        </w:tc>
        <w:tc>
          <w:tcPr>
            <w:tcW w:w="918" w:type="dxa"/>
          </w:tcPr>
          <w:p w14:paraId="5F408E81" w14:textId="77777777" w:rsidR="0032538F" w:rsidRDefault="00000000">
            <w:r>
              <w:rPr>
                <w:sz w:val="12"/>
              </w:rPr>
              <w:t>Very High</w:t>
            </w:r>
          </w:p>
        </w:tc>
        <w:tc>
          <w:tcPr>
            <w:tcW w:w="918" w:type="dxa"/>
          </w:tcPr>
          <w:p w14:paraId="4AA7D590" w14:textId="77777777" w:rsidR="0032538F" w:rsidRDefault="00000000">
            <w:r>
              <w:rPr>
                <w:sz w:val="12"/>
              </w:rPr>
              <w:t>Secure all loose items; use suitable containers/baskets; verify load stability before lift; establish exclusion zone.</w:t>
            </w:r>
          </w:p>
        </w:tc>
        <w:tc>
          <w:tcPr>
            <w:tcW w:w="918" w:type="dxa"/>
          </w:tcPr>
          <w:p w14:paraId="23B8C1F7" w14:textId="77777777" w:rsidR="0032538F" w:rsidRDefault="00000000">
            <w:r>
              <w:rPr>
                <w:sz w:val="12"/>
              </w:rPr>
              <w:t>1</w:t>
            </w:r>
          </w:p>
        </w:tc>
        <w:tc>
          <w:tcPr>
            <w:tcW w:w="918" w:type="dxa"/>
          </w:tcPr>
          <w:p w14:paraId="01F5F39B" w14:textId="77777777" w:rsidR="0032538F" w:rsidRDefault="00000000">
            <w:r>
              <w:rPr>
                <w:sz w:val="12"/>
              </w:rPr>
              <w:t>5</w:t>
            </w:r>
          </w:p>
        </w:tc>
        <w:tc>
          <w:tcPr>
            <w:tcW w:w="918" w:type="dxa"/>
          </w:tcPr>
          <w:p w14:paraId="538F30BD" w14:textId="77777777" w:rsidR="0032538F" w:rsidRDefault="00000000">
            <w:r>
              <w:rPr>
                <w:sz w:val="12"/>
              </w:rPr>
              <w:t>5</w:t>
            </w:r>
          </w:p>
        </w:tc>
        <w:tc>
          <w:tcPr>
            <w:tcW w:w="918" w:type="dxa"/>
          </w:tcPr>
          <w:p w14:paraId="374D9BAE" w14:textId="77777777" w:rsidR="0032538F" w:rsidRDefault="00000000">
            <w:r>
              <w:rPr>
                <w:sz w:val="12"/>
              </w:rPr>
              <w:t>Medium</w:t>
            </w:r>
          </w:p>
        </w:tc>
        <w:tc>
          <w:tcPr>
            <w:tcW w:w="918" w:type="dxa"/>
          </w:tcPr>
          <w:p w14:paraId="375A2499" w14:textId="77777777" w:rsidR="0032538F" w:rsidRDefault="00000000">
            <w:r>
              <w:rPr>
                <w:sz w:val="12"/>
              </w:rPr>
              <w:t>Rigger</w:t>
            </w:r>
          </w:p>
        </w:tc>
      </w:tr>
      <w:tr w:rsidR="0032538F" w14:paraId="37E31369" w14:textId="77777777">
        <w:trPr>
          <w:jc w:val="center"/>
        </w:trPr>
        <w:tc>
          <w:tcPr>
            <w:tcW w:w="918" w:type="dxa"/>
          </w:tcPr>
          <w:p w14:paraId="249ED44E" w14:textId="77777777" w:rsidR="0032538F" w:rsidRDefault="00000000">
            <w:r>
              <w:rPr>
                <w:sz w:val="12"/>
              </w:rPr>
              <w:t>22</w:t>
            </w:r>
          </w:p>
        </w:tc>
        <w:tc>
          <w:tcPr>
            <w:tcW w:w="918" w:type="dxa"/>
          </w:tcPr>
          <w:p w14:paraId="7C438063" w14:textId="77777777" w:rsidR="0032538F" w:rsidRDefault="00000000">
            <w:r>
              <w:rPr>
                <w:sz w:val="12"/>
              </w:rPr>
              <w:t>Crane collision / interface</w:t>
            </w:r>
          </w:p>
        </w:tc>
        <w:tc>
          <w:tcPr>
            <w:tcW w:w="918" w:type="dxa"/>
          </w:tcPr>
          <w:p w14:paraId="44A13DD1" w14:textId="77777777" w:rsidR="0032538F" w:rsidRDefault="00000000">
            <w:r>
              <w:rPr>
                <w:sz w:val="12"/>
              </w:rPr>
              <w:t>Two cranes or mobile plant operate in overlapping zones</w:t>
            </w:r>
          </w:p>
        </w:tc>
        <w:tc>
          <w:tcPr>
            <w:tcW w:w="918" w:type="dxa"/>
          </w:tcPr>
          <w:p w14:paraId="78CD4B78" w14:textId="77777777" w:rsidR="0032538F" w:rsidRDefault="00000000">
            <w:r>
              <w:rPr>
                <w:sz w:val="12"/>
              </w:rPr>
              <w:t>Operators, workers</w:t>
            </w:r>
          </w:p>
        </w:tc>
        <w:tc>
          <w:tcPr>
            <w:tcW w:w="918" w:type="dxa"/>
          </w:tcPr>
          <w:p w14:paraId="76D544E9" w14:textId="77777777" w:rsidR="0032538F" w:rsidRDefault="00000000">
            <w:r>
              <w:rPr>
                <w:sz w:val="12"/>
              </w:rPr>
              <w:t>Collision, dropped load, fatality</w:t>
            </w:r>
          </w:p>
        </w:tc>
        <w:tc>
          <w:tcPr>
            <w:tcW w:w="918" w:type="dxa"/>
          </w:tcPr>
          <w:p w14:paraId="6EC18478" w14:textId="77777777" w:rsidR="0032538F" w:rsidRDefault="00000000">
            <w:r>
              <w:rPr>
                <w:sz w:val="12"/>
              </w:rPr>
              <w:t>Site coordination.</w:t>
            </w:r>
          </w:p>
        </w:tc>
        <w:tc>
          <w:tcPr>
            <w:tcW w:w="918" w:type="dxa"/>
          </w:tcPr>
          <w:p w14:paraId="1103EA1B" w14:textId="77777777" w:rsidR="0032538F" w:rsidRDefault="00000000">
            <w:r>
              <w:rPr>
                <w:sz w:val="12"/>
              </w:rPr>
              <w:t>3</w:t>
            </w:r>
          </w:p>
        </w:tc>
        <w:tc>
          <w:tcPr>
            <w:tcW w:w="918" w:type="dxa"/>
          </w:tcPr>
          <w:p w14:paraId="5E38C0AF" w14:textId="77777777" w:rsidR="0032538F" w:rsidRDefault="00000000">
            <w:r>
              <w:rPr>
                <w:sz w:val="12"/>
              </w:rPr>
              <w:t>5</w:t>
            </w:r>
          </w:p>
        </w:tc>
        <w:tc>
          <w:tcPr>
            <w:tcW w:w="918" w:type="dxa"/>
          </w:tcPr>
          <w:p w14:paraId="4244E03A" w14:textId="77777777" w:rsidR="0032538F" w:rsidRDefault="00000000">
            <w:r>
              <w:rPr>
                <w:sz w:val="12"/>
              </w:rPr>
              <w:t>15</w:t>
            </w:r>
          </w:p>
        </w:tc>
        <w:tc>
          <w:tcPr>
            <w:tcW w:w="918" w:type="dxa"/>
          </w:tcPr>
          <w:p w14:paraId="675AE510" w14:textId="77777777" w:rsidR="0032538F" w:rsidRDefault="00000000">
            <w:r>
              <w:rPr>
                <w:sz w:val="12"/>
              </w:rPr>
              <w:t>High</w:t>
            </w:r>
          </w:p>
        </w:tc>
        <w:tc>
          <w:tcPr>
            <w:tcW w:w="918" w:type="dxa"/>
          </w:tcPr>
          <w:p w14:paraId="25128868" w14:textId="77777777" w:rsidR="0032538F" w:rsidRDefault="00000000">
            <w:r>
              <w:rPr>
                <w:sz w:val="12"/>
              </w:rPr>
              <w:t>Coordinate lift schedules and zones; use anti-collision controls where applicable; dedicated communication and exclusion areas.</w:t>
            </w:r>
          </w:p>
        </w:tc>
        <w:tc>
          <w:tcPr>
            <w:tcW w:w="918" w:type="dxa"/>
          </w:tcPr>
          <w:p w14:paraId="5307BF58" w14:textId="77777777" w:rsidR="0032538F" w:rsidRDefault="00000000">
            <w:r>
              <w:rPr>
                <w:sz w:val="12"/>
              </w:rPr>
              <w:t>1</w:t>
            </w:r>
          </w:p>
        </w:tc>
        <w:tc>
          <w:tcPr>
            <w:tcW w:w="918" w:type="dxa"/>
          </w:tcPr>
          <w:p w14:paraId="6B446A55" w14:textId="77777777" w:rsidR="0032538F" w:rsidRDefault="00000000">
            <w:r>
              <w:rPr>
                <w:sz w:val="12"/>
              </w:rPr>
              <w:t>5</w:t>
            </w:r>
          </w:p>
        </w:tc>
        <w:tc>
          <w:tcPr>
            <w:tcW w:w="918" w:type="dxa"/>
          </w:tcPr>
          <w:p w14:paraId="3AB03724" w14:textId="77777777" w:rsidR="0032538F" w:rsidRDefault="00000000">
            <w:r>
              <w:rPr>
                <w:sz w:val="12"/>
              </w:rPr>
              <w:t>5</w:t>
            </w:r>
          </w:p>
        </w:tc>
        <w:tc>
          <w:tcPr>
            <w:tcW w:w="918" w:type="dxa"/>
          </w:tcPr>
          <w:p w14:paraId="15402816" w14:textId="77777777" w:rsidR="0032538F" w:rsidRDefault="00000000">
            <w:r>
              <w:rPr>
                <w:sz w:val="12"/>
              </w:rPr>
              <w:t>Medium</w:t>
            </w:r>
          </w:p>
        </w:tc>
        <w:tc>
          <w:tcPr>
            <w:tcW w:w="918" w:type="dxa"/>
          </w:tcPr>
          <w:p w14:paraId="594E9CD2" w14:textId="77777777" w:rsidR="0032538F" w:rsidRDefault="00000000">
            <w:r>
              <w:rPr>
                <w:sz w:val="12"/>
              </w:rPr>
              <w:t>Lifting Manager</w:t>
            </w:r>
          </w:p>
        </w:tc>
      </w:tr>
      <w:tr w:rsidR="0032538F" w14:paraId="708C7716" w14:textId="77777777">
        <w:trPr>
          <w:jc w:val="center"/>
        </w:trPr>
        <w:tc>
          <w:tcPr>
            <w:tcW w:w="918" w:type="dxa"/>
          </w:tcPr>
          <w:p w14:paraId="1D6C64EF" w14:textId="77777777" w:rsidR="0032538F" w:rsidRDefault="00000000">
            <w:r>
              <w:rPr>
                <w:sz w:val="12"/>
              </w:rPr>
              <w:t>23</w:t>
            </w:r>
          </w:p>
        </w:tc>
        <w:tc>
          <w:tcPr>
            <w:tcW w:w="918" w:type="dxa"/>
          </w:tcPr>
          <w:p w14:paraId="6268EABB" w14:textId="77777777" w:rsidR="0032538F" w:rsidRDefault="00000000">
            <w:r>
              <w:rPr>
                <w:sz w:val="12"/>
              </w:rPr>
              <w:t>Transport / delivery interface</w:t>
            </w:r>
          </w:p>
        </w:tc>
        <w:tc>
          <w:tcPr>
            <w:tcW w:w="918" w:type="dxa"/>
          </w:tcPr>
          <w:p w14:paraId="6E01F3D4" w14:textId="77777777" w:rsidR="0032538F" w:rsidRDefault="00000000">
            <w:r>
              <w:rPr>
                <w:sz w:val="12"/>
              </w:rPr>
              <w:t>Vehicles enter lifting zone during operation</w:t>
            </w:r>
          </w:p>
        </w:tc>
        <w:tc>
          <w:tcPr>
            <w:tcW w:w="918" w:type="dxa"/>
          </w:tcPr>
          <w:p w14:paraId="5BF3FB6F" w14:textId="77777777" w:rsidR="0032538F" w:rsidRDefault="00000000">
            <w:r>
              <w:rPr>
                <w:sz w:val="12"/>
              </w:rPr>
              <w:t>Drivers, lifting team</w:t>
            </w:r>
          </w:p>
        </w:tc>
        <w:tc>
          <w:tcPr>
            <w:tcW w:w="918" w:type="dxa"/>
          </w:tcPr>
          <w:p w14:paraId="3A01AF0F" w14:textId="77777777" w:rsidR="0032538F" w:rsidRDefault="00000000">
            <w:r>
              <w:rPr>
                <w:sz w:val="12"/>
              </w:rPr>
              <w:t>Collision or struck-by incident</w:t>
            </w:r>
          </w:p>
        </w:tc>
        <w:tc>
          <w:tcPr>
            <w:tcW w:w="918" w:type="dxa"/>
          </w:tcPr>
          <w:p w14:paraId="6DA5B534" w14:textId="77777777" w:rsidR="0032538F" w:rsidRDefault="00000000">
            <w:r>
              <w:rPr>
                <w:sz w:val="12"/>
              </w:rPr>
              <w:t>Traffic management controls.</w:t>
            </w:r>
          </w:p>
        </w:tc>
        <w:tc>
          <w:tcPr>
            <w:tcW w:w="918" w:type="dxa"/>
          </w:tcPr>
          <w:p w14:paraId="0925752B" w14:textId="77777777" w:rsidR="0032538F" w:rsidRDefault="00000000">
            <w:r>
              <w:rPr>
                <w:sz w:val="12"/>
              </w:rPr>
              <w:t>4</w:t>
            </w:r>
          </w:p>
        </w:tc>
        <w:tc>
          <w:tcPr>
            <w:tcW w:w="918" w:type="dxa"/>
          </w:tcPr>
          <w:p w14:paraId="7D0CAE09" w14:textId="77777777" w:rsidR="0032538F" w:rsidRDefault="00000000">
            <w:r>
              <w:rPr>
                <w:sz w:val="12"/>
              </w:rPr>
              <w:t>4</w:t>
            </w:r>
          </w:p>
        </w:tc>
        <w:tc>
          <w:tcPr>
            <w:tcW w:w="918" w:type="dxa"/>
          </w:tcPr>
          <w:p w14:paraId="6A7D910B" w14:textId="77777777" w:rsidR="0032538F" w:rsidRDefault="00000000">
            <w:r>
              <w:rPr>
                <w:sz w:val="12"/>
              </w:rPr>
              <w:t>16</w:t>
            </w:r>
          </w:p>
        </w:tc>
        <w:tc>
          <w:tcPr>
            <w:tcW w:w="918" w:type="dxa"/>
          </w:tcPr>
          <w:p w14:paraId="6E3243E9" w14:textId="77777777" w:rsidR="0032538F" w:rsidRDefault="00000000">
            <w:r>
              <w:rPr>
                <w:sz w:val="12"/>
              </w:rPr>
              <w:t>High</w:t>
            </w:r>
          </w:p>
        </w:tc>
        <w:tc>
          <w:tcPr>
            <w:tcW w:w="918" w:type="dxa"/>
          </w:tcPr>
          <w:p w14:paraId="19643796" w14:textId="77777777" w:rsidR="0032538F" w:rsidRDefault="00000000">
            <w:r>
              <w:rPr>
                <w:sz w:val="12"/>
              </w:rPr>
              <w:t>Segregate traffic; close access during critical lift; use banksman and barriers; coordinate delivery timing.</w:t>
            </w:r>
          </w:p>
        </w:tc>
        <w:tc>
          <w:tcPr>
            <w:tcW w:w="918" w:type="dxa"/>
          </w:tcPr>
          <w:p w14:paraId="34B5255F" w14:textId="77777777" w:rsidR="0032538F" w:rsidRDefault="00000000">
            <w:r>
              <w:rPr>
                <w:sz w:val="12"/>
              </w:rPr>
              <w:t>1</w:t>
            </w:r>
          </w:p>
        </w:tc>
        <w:tc>
          <w:tcPr>
            <w:tcW w:w="918" w:type="dxa"/>
          </w:tcPr>
          <w:p w14:paraId="246789FA" w14:textId="77777777" w:rsidR="0032538F" w:rsidRDefault="00000000">
            <w:r>
              <w:rPr>
                <w:sz w:val="12"/>
              </w:rPr>
              <w:t>4</w:t>
            </w:r>
          </w:p>
        </w:tc>
        <w:tc>
          <w:tcPr>
            <w:tcW w:w="918" w:type="dxa"/>
          </w:tcPr>
          <w:p w14:paraId="3324F4D8" w14:textId="77777777" w:rsidR="0032538F" w:rsidRDefault="00000000">
            <w:r>
              <w:rPr>
                <w:sz w:val="12"/>
              </w:rPr>
              <w:t>4</w:t>
            </w:r>
          </w:p>
        </w:tc>
        <w:tc>
          <w:tcPr>
            <w:tcW w:w="918" w:type="dxa"/>
          </w:tcPr>
          <w:p w14:paraId="2BD1BEB6" w14:textId="77777777" w:rsidR="0032538F" w:rsidRDefault="00000000">
            <w:r>
              <w:rPr>
                <w:sz w:val="12"/>
              </w:rPr>
              <w:t>Low</w:t>
            </w:r>
          </w:p>
        </w:tc>
        <w:tc>
          <w:tcPr>
            <w:tcW w:w="918" w:type="dxa"/>
          </w:tcPr>
          <w:p w14:paraId="288E2775" w14:textId="77777777" w:rsidR="0032538F" w:rsidRDefault="00000000">
            <w:r>
              <w:rPr>
                <w:sz w:val="12"/>
              </w:rPr>
              <w:t>Logistics Supervisor</w:t>
            </w:r>
          </w:p>
        </w:tc>
      </w:tr>
      <w:tr w:rsidR="0032538F" w14:paraId="1C51884F" w14:textId="77777777">
        <w:trPr>
          <w:jc w:val="center"/>
        </w:trPr>
        <w:tc>
          <w:tcPr>
            <w:tcW w:w="918" w:type="dxa"/>
          </w:tcPr>
          <w:p w14:paraId="57C1810D" w14:textId="77777777" w:rsidR="0032538F" w:rsidRDefault="00000000">
            <w:r>
              <w:rPr>
                <w:sz w:val="12"/>
              </w:rPr>
              <w:t>24</w:t>
            </w:r>
          </w:p>
        </w:tc>
        <w:tc>
          <w:tcPr>
            <w:tcW w:w="918" w:type="dxa"/>
          </w:tcPr>
          <w:p w14:paraId="3580A584" w14:textId="77777777" w:rsidR="0032538F" w:rsidRDefault="00000000">
            <w:r>
              <w:rPr>
                <w:sz w:val="12"/>
              </w:rPr>
              <w:t>Stored / landed load instability</w:t>
            </w:r>
          </w:p>
        </w:tc>
        <w:tc>
          <w:tcPr>
            <w:tcW w:w="918" w:type="dxa"/>
          </w:tcPr>
          <w:p w14:paraId="235A91F8" w14:textId="77777777" w:rsidR="0032538F" w:rsidRDefault="00000000">
            <w:r>
              <w:rPr>
                <w:sz w:val="12"/>
              </w:rPr>
              <w:t>Load becomes unstable after placement</w:t>
            </w:r>
          </w:p>
        </w:tc>
        <w:tc>
          <w:tcPr>
            <w:tcW w:w="918" w:type="dxa"/>
          </w:tcPr>
          <w:p w14:paraId="649EA8D7" w14:textId="77777777" w:rsidR="0032538F" w:rsidRDefault="00000000">
            <w:r>
              <w:rPr>
                <w:sz w:val="12"/>
              </w:rPr>
              <w:t>Workers, riggers</w:t>
            </w:r>
          </w:p>
        </w:tc>
        <w:tc>
          <w:tcPr>
            <w:tcW w:w="918" w:type="dxa"/>
          </w:tcPr>
          <w:p w14:paraId="35C02077" w14:textId="77777777" w:rsidR="0032538F" w:rsidRDefault="00000000">
            <w:r>
              <w:rPr>
                <w:sz w:val="12"/>
              </w:rPr>
              <w:t>Load collapse, crush injury</w:t>
            </w:r>
          </w:p>
        </w:tc>
        <w:tc>
          <w:tcPr>
            <w:tcW w:w="918" w:type="dxa"/>
          </w:tcPr>
          <w:p w14:paraId="26AA3F56" w14:textId="77777777" w:rsidR="0032538F" w:rsidRDefault="00000000">
            <w:r>
              <w:rPr>
                <w:sz w:val="12"/>
              </w:rPr>
              <w:t>Landing area checked.</w:t>
            </w:r>
          </w:p>
        </w:tc>
        <w:tc>
          <w:tcPr>
            <w:tcW w:w="918" w:type="dxa"/>
          </w:tcPr>
          <w:p w14:paraId="6C4C925E" w14:textId="77777777" w:rsidR="0032538F" w:rsidRDefault="00000000">
            <w:r>
              <w:rPr>
                <w:sz w:val="12"/>
              </w:rPr>
              <w:t>3</w:t>
            </w:r>
          </w:p>
        </w:tc>
        <w:tc>
          <w:tcPr>
            <w:tcW w:w="918" w:type="dxa"/>
          </w:tcPr>
          <w:p w14:paraId="50980EF7" w14:textId="77777777" w:rsidR="0032538F" w:rsidRDefault="00000000">
            <w:r>
              <w:rPr>
                <w:sz w:val="12"/>
              </w:rPr>
              <w:t>5</w:t>
            </w:r>
          </w:p>
        </w:tc>
        <w:tc>
          <w:tcPr>
            <w:tcW w:w="918" w:type="dxa"/>
          </w:tcPr>
          <w:p w14:paraId="74830C71" w14:textId="77777777" w:rsidR="0032538F" w:rsidRDefault="00000000">
            <w:r>
              <w:rPr>
                <w:sz w:val="12"/>
              </w:rPr>
              <w:t>15</w:t>
            </w:r>
          </w:p>
        </w:tc>
        <w:tc>
          <w:tcPr>
            <w:tcW w:w="918" w:type="dxa"/>
          </w:tcPr>
          <w:p w14:paraId="62814EC6" w14:textId="77777777" w:rsidR="0032538F" w:rsidRDefault="00000000">
            <w:r>
              <w:rPr>
                <w:sz w:val="12"/>
              </w:rPr>
              <w:t>High</w:t>
            </w:r>
          </w:p>
        </w:tc>
        <w:tc>
          <w:tcPr>
            <w:tcW w:w="918" w:type="dxa"/>
          </w:tcPr>
          <w:p w14:paraId="15B7E85C" w14:textId="77777777" w:rsidR="0032538F" w:rsidRDefault="00000000">
            <w:r>
              <w:rPr>
                <w:sz w:val="12"/>
              </w:rPr>
              <w:t>Verify stable foundation/support; use dunnage/chocks as required; release rigging only after load is stable.</w:t>
            </w:r>
          </w:p>
        </w:tc>
        <w:tc>
          <w:tcPr>
            <w:tcW w:w="918" w:type="dxa"/>
          </w:tcPr>
          <w:p w14:paraId="4B59D083" w14:textId="77777777" w:rsidR="0032538F" w:rsidRDefault="00000000">
            <w:r>
              <w:rPr>
                <w:sz w:val="12"/>
              </w:rPr>
              <w:t>1</w:t>
            </w:r>
          </w:p>
        </w:tc>
        <w:tc>
          <w:tcPr>
            <w:tcW w:w="918" w:type="dxa"/>
          </w:tcPr>
          <w:p w14:paraId="4FA1092E" w14:textId="77777777" w:rsidR="0032538F" w:rsidRDefault="00000000">
            <w:r>
              <w:rPr>
                <w:sz w:val="12"/>
              </w:rPr>
              <w:t>5</w:t>
            </w:r>
          </w:p>
        </w:tc>
        <w:tc>
          <w:tcPr>
            <w:tcW w:w="918" w:type="dxa"/>
          </w:tcPr>
          <w:p w14:paraId="6FEA1083" w14:textId="77777777" w:rsidR="0032538F" w:rsidRDefault="00000000">
            <w:r>
              <w:rPr>
                <w:sz w:val="12"/>
              </w:rPr>
              <w:t>5</w:t>
            </w:r>
          </w:p>
        </w:tc>
        <w:tc>
          <w:tcPr>
            <w:tcW w:w="918" w:type="dxa"/>
          </w:tcPr>
          <w:p w14:paraId="01885386" w14:textId="77777777" w:rsidR="0032538F" w:rsidRDefault="00000000">
            <w:r>
              <w:rPr>
                <w:sz w:val="12"/>
              </w:rPr>
              <w:t>Medium</w:t>
            </w:r>
          </w:p>
        </w:tc>
        <w:tc>
          <w:tcPr>
            <w:tcW w:w="918" w:type="dxa"/>
          </w:tcPr>
          <w:p w14:paraId="65F8FEBD" w14:textId="77777777" w:rsidR="0032538F" w:rsidRDefault="00000000">
            <w:r>
              <w:rPr>
                <w:sz w:val="12"/>
              </w:rPr>
              <w:t>Lifting Supervisor</w:t>
            </w:r>
          </w:p>
        </w:tc>
      </w:tr>
      <w:tr w:rsidR="0032538F" w14:paraId="3D97D20E" w14:textId="77777777">
        <w:trPr>
          <w:jc w:val="center"/>
        </w:trPr>
        <w:tc>
          <w:tcPr>
            <w:tcW w:w="918" w:type="dxa"/>
          </w:tcPr>
          <w:p w14:paraId="7EE6F000" w14:textId="77777777" w:rsidR="0032538F" w:rsidRDefault="00000000">
            <w:r>
              <w:rPr>
                <w:sz w:val="12"/>
              </w:rPr>
              <w:t>25</w:t>
            </w:r>
          </w:p>
        </w:tc>
        <w:tc>
          <w:tcPr>
            <w:tcW w:w="918" w:type="dxa"/>
          </w:tcPr>
          <w:p w14:paraId="7C921DC4" w14:textId="77777777" w:rsidR="0032538F" w:rsidRDefault="00000000">
            <w:r>
              <w:rPr>
                <w:sz w:val="12"/>
              </w:rPr>
              <w:t>Emergency / equipment failure</w:t>
            </w:r>
          </w:p>
        </w:tc>
        <w:tc>
          <w:tcPr>
            <w:tcW w:w="918" w:type="dxa"/>
          </w:tcPr>
          <w:p w14:paraId="0C8CEC74" w14:textId="77777777" w:rsidR="0032538F" w:rsidRDefault="00000000">
            <w:r>
              <w:rPr>
                <w:sz w:val="12"/>
              </w:rPr>
              <w:t>Crane or lifting accessory fails during operation</w:t>
            </w:r>
          </w:p>
        </w:tc>
        <w:tc>
          <w:tcPr>
            <w:tcW w:w="918" w:type="dxa"/>
          </w:tcPr>
          <w:p w14:paraId="1557E88C" w14:textId="77777777" w:rsidR="0032538F" w:rsidRDefault="00000000">
            <w:r>
              <w:rPr>
                <w:sz w:val="12"/>
              </w:rPr>
              <w:t>Operator, workers, public</w:t>
            </w:r>
          </w:p>
        </w:tc>
        <w:tc>
          <w:tcPr>
            <w:tcW w:w="918" w:type="dxa"/>
          </w:tcPr>
          <w:p w14:paraId="6881047F" w14:textId="77777777" w:rsidR="0032538F" w:rsidRDefault="00000000">
            <w:r>
              <w:rPr>
                <w:sz w:val="12"/>
              </w:rPr>
              <w:t>Dropped load, entrapment, fatality</w:t>
            </w:r>
          </w:p>
        </w:tc>
        <w:tc>
          <w:tcPr>
            <w:tcW w:w="918" w:type="dxa"/>
          </w:tcPr>
          <w:p w14:paraId="38965A79" w14:textId="77777777" w:rsidR="0032538F" w:rsidRDefault="00000000">
            <w:r>
              <w:rPr>
                <w:sz w:val="12"/>
              </w:rPr>
              <w:t>Emergency stop and site response arrangements.</w:t>
            </w:r>
          </w:p>
        </w:tc>
        <w:tc>
          <w:tcPr>
            <w:tcW w:w="918" w:type="dxa"/>
          </w:tcPr>
          <w:p w14:paraId="7B19A1BB" w14:textId="77777777" w:rsidR="0032538F" w:rsidRDefault="00000000">
            <w:r>
              <w:rPr>
                <w:sz w:val="12"/>
              </w:rPr>
              <w:t>4</w:t>
            </w:r>
          </w:p>
        </w:tc>
        <w:tc>
          <w:tcPr>
            <w:tcW w:w="918" w:type="dxa"/>
          </w:tcPr>
          <w:p w14:paraId="215E719B" w14:textId="77777777" w:rsidR="0032538F" w:rsidRDefault="00000000">
            <w:r>
              <w:rPr>
                <w:sz w:val="12"/>
              </w:rPr>
              <w:t>5</w:t>
            </w:r>
          </w:p>
        </w:tc>
        <w:tc>
          <w:tcPr>
            <w:tcW w:w="918" w:type="dxa"/>
          </w:tcPr>
          <w:p w14:paraId="3F3905B9" w14:textId="77777777" w:rsidR="0032538F" w:rsidRDefault="00000000">
            <w:r>
              <w:rPr>
                <w:sz w:val="12"/>
              </w:rPr>
              <w:t>20</w:t>
            </w:r>
          </w:p>
        </w:tc>
        <w:tc>
          <w:tcPr>
            <w:tcW w:w="918" w:type="dxa"/>
          </w:tcPr>
          <w:p w14:paraId="099D6FD0" w14:textId="77777777" w:rsidR="0032538F" w:rsidRDefault="00000000">
            <w:r>
              <w:rPr>
                <w:sz w:val="12"/>
              </w:rPr>
              <w:t>Very High</w:t>
            </w:r>
          </w:p>
        </w:tc>
        <w:tc>
          <w:tcPr>
            <w:tcW w:w="918" w:type="dxa"/>
          </w:tcPr>
          <w:p w14:paraId="77D73DB9" w14:textId="77777777" w:rsidR="0032538F" w:rsidRDefault="00000000">
            <w:r>
              <w:rPr>
                <w:sz w:val="12"/>
              </w:rPr>
              <w:t>Establish emergency response and exclusion arrangements; stop movement; isolate area; use competent recovery plan; never improvise under suspended loads.</w:t>
            </w:r>
          </w:p>
        </w:tc>
        <w:tc>
          <w:tcPr>
            <w:tcW w:w="918" w:type="dxa"/>
          </w:tcPr>
          <w:p w14:paraId="1767E722" w14:textId="77777777" w:rsidR="0032538F" w:rsidRDefault="00000000">
            <w:r>
              <w:rPr>
                <w:sz w:val="12"/>
              </w:rPr>
              <w:t>1</w:t>
            </w:r>
          </w:p>
        </w:tc>
        <w:tc>
          <w:tcPr>
            <w:tcW w:w="918" w:type="dxa"/>
          </w:tcPr>
          <w:p w14:paraId="081ABFD3" w14:textId="77777777" w:rsidR="0032538F" w:rsidRDefault="00000000">
            <w:r>
              <w:rPr>
                <w:sz w:val="12"/>
              </w:rPr>
              <w:t>5</w:t>
            </w:r>
          </w:p>
        </w:tc>
        <w:tc>
          <w:tcPr>
            <w:tcW w:w="918" w:type="dxa"/>
          </w:tcPr>
          <w:p w14:paraId="053DA52C" w14:textId="77777777" w:rsidR="0032538F" w:rsidRDefault="00000000">
            <w:r>
              <w:rPr>
                <w:sz w:val="12"/>
              </w:rPr>
              <w:t>5</w:t>
            </w:r>
          </w:p>
        </w:tc>
        <w:tc>
          <w:tcPr>
            <w:tcW w:w="918" w:type="dxa"/>
          </w:tcPr>
          <w:p w14:paraId="28F64035" w14:textId="77777777" w:rsidR="0032538F" w:rsidRDefault="00000000">
            <w:r>
              <w:rPr>
                <w:sz w:val="12"/>
              </w:rPr>
              <w:t>Medium</w:t>
            </w:r>
          </w:p>
        </w:tc>
        <w:tc>
          <w:tcPr>
            <w:tcW w:w="918" w:type="dxa"/>
          </w:tcPr>
          <w:p w14:paraId="0A0A0614" w14:textId="77777777" w:rsidR="0032538F" w:rsidRDefault="00000000">
            <w:r>
              <w:rPr>
                <w:sz w:val="12"/>
              </w:rPr>
              <w:t>Site Manager / Lifting Supervisor</w:t>
            </w:r>
          </w:p>
        </w:tc>
      </w:tr>
    </w:tbl>
    <w:p w14:paraId="0462440C" w14:textId="77777777" w:rsidR="0032538F" w:rsidRDefault="00000000">
      <w:r>
        <w:t>Risk scores are calculated as Likelihood × Severity. Residual ratings assume the listed additional controls are implemented and verified.</w:t>
      </w:r>
    </w:p>
    <w:p w14:paraId="48D9357C" w14:textId="77777777" w:rsidR="0032538F" w:rsidRDefault="0032538F">
      <w:pPr>
        <w:sectPr w:rsidR="0032538F">
          <w:pgSz w:w="15840" w:h="12240" w:orient="landscape"/>
          <w:pgMar w:top="648" w:right="576" w:bottom="648" w:left="576" w:header="720" w:footer="720" w:gutter="0"/>
          <w:cols w:space="720"/>
          <w:docGrid w:linePitch="360"/>
        </w:sectPr>
      </w:pPr>
    </w:p>
    <w:p w14:paraId="4FE5A791" w14:textId="77777777" w:rsidR="0032538F" w:rsidRDefault="00000000">
      <w:pPr>
        <w:pStyle w:val="Heading1"/>
      </w:pPr>
      <w:r>
        <w:lastRenderedPageBreak/>
        <w:t>12. Key Lifting Safety Requirements</w:t>
      </w:r>
    </w:p>
    <w:tbl>
      <w:tblPr>
        <w:tblStyle w:val="TableGrid"/>
        <w:tblW w:w="0" w:type="auto"/>
        <w:jc w:val="center"/>
        <w:tblLook w:val="04A0" w:firstRow="1" w:lastRow="0" w:firstColumn="1" w:lastColumn="0" w:noHBand="0" w:noVBand="1"/>
      </w:tblPr>
      <w:tblGrid>
        <w:gridCol w:w="3408"/>
        <w:gridCol w:w="3408"/>
        <w:gridCol w:w="3408"/>
      </w:tblGrid>
      <w:tr w:rsidR="0032538F" w14:paraId="1ABFDA24" w14:textId="77777777">
        <w:trPr>
          <w:tblHeader/>
          <w:jc w:val="center"/>
        </w:trPr>
        <w:tc>
          <w:tcPr>
            <w:tcW w:w="3408" w:type="dxa"/>
            <w:shd w:val="clear" w:color="auto" w:fill="0F3D5E"/>
          </w:tcPr>
          <w:p w14:paraId="385A577E" w14:textId="77777777" w:rsidR="0032538F" w:rsidRDefault="00000000">
            <w:r>
              <w:rPr>
                <w:b/>
                <w:color w:val="FFFFFF"/>
              </w:rPr>
              <w:t>No.</w:t>
            </w:r>
          </w:p>
        </w:tc>
        <w:tc>
          <w:tcPr>
            <w:tcW w:w="3408" w:type="dxa"/>
            <w:shd w:val="clear" w:color="auto" w:fill="0F3D5E"/>
          </w:tcPr>
          <w:p w14:paraId="7CDB533D" w14:textId="77777777" w:rsidR="0032538F" w:rsidRDefault="00000000">
            <w:r>
              <w:rPr>
                <w:b/>
                <w:color w:val="FFFFFF"/>
              </w:rPr>
              <w:t>Requirement</w:t>
            </w:r>
          </w:p>
        </w:tc>
        <w:tc>
          <w:tcPr>
            <w:tcW w:w="3408" w:type="dxa"/>
            <w:shd w:val="clear" w:color="auto" w:fill="0F3D5E"/>
          </w:tcPr>
          <w:p w14:paraId="05153C88" w14:textId="77777777" w:rsidR="0032538F" w:rsidRDefault="00000000">
            <w:r>
              <w:rPr>
                <w:b/>
                <w:color w:val="FFFFFF"/>
              </w:rPr>
              <w:t>Expected Practice</w:t>
            </w:r>
          </w:p>
        </w:tc>
      </w:tr>
      <w:tr w:rsidR="0032538F" w14:paraId="132A1E26" w14:textId="77777777">
        <w:trPr>
          <w:jc w:val="center"/>
        </w:trPr>
        <w:tc>
          <w:tcPr>
            <w:tcW w:w="3408" w:type="dxa"/>
          </w:tcPr>
          <w:p w14:paraId="4D205B6A" w14:textId="77777777" w:rsidR="0032538F" w:rsidRDefault="00000000">
            <w:r>
              <w:rPr>
                <w:sz w:val="16"/>
              </w:rPr>
              <w:t>1</w:t>
            </w:r>
          </w:p>
        </w:tc>
        <w:tc>
          <w:tcPr>
            <w:tcW w:w="3408" w:type="dxa"/>
          </w:tcPr>
          <w:p w14:paraId="6D5FBE28" w14:textId="77777777" w:rsidR="0032538F" w:rsidRDefault="00000000">
            <w:r>
              <w:rPr>
                <w:sz w:val="16"/>
              </w:rPr>
              <w:t>Lift Planning</w:t>
            </w:r>
          </w:p>
        </w:tc>
        <w:tc>
          <w:tcPr>
            <w:tcW w:w="3408" w:type="dxa"/>
          </w:tcPr>
          <w:p w14:paraId="0D0EFDC5" w14:textId="77777777" w:rsidR="0032538F" w:rsidRDefault="00000000">
            <w:r>
              <w:rPr>
                <w:sz w:val="16"/>
              </w:rPr>
              <w:t>Prepare an appropriate lift plan and confirm load, equipment, route, ground and environmental conditions.</w:t>
            </w:r>
          </w:p>
        </w:tc>
      </w:tr>
      <w:tr w:rsidR="0032538F" w14:paraId="2FA0C77E" w14:textId="77777777">
        <w:trPr>
          <w:jc w:val="center"/>
        </w:trPr>
        <w:tc>
          <w:tcPr>
            <w:tcW w:w="3408" w:type="dxa"/>
          </w:tcPr>
          <w:p w14:paraId="51D35864" w14:textId="77777777" w:rsidR="0032538F" w:rsidRDefault="00000000">
            <w:r>
              <w:rPr>
                <w:sz w:val="16"/>
              </w:rPr>
              <w:t>2</w:t>
            </w:r>
          </w:p>
        </w:tc>
        <w:tc>
          <w:tcPr>
            <w:tcW w:w="3408" w:type="dxa"/>
          </w:tcPr>
          <w:p w14:paraId="33F2E432" w14:textId="77777777" w:rsidR="0032538F" w:rsidRDefault="00000000">
            <w:r>
              <w:rPr>
                <w:sz w:val="16"/>
              </w:rPr>
              <w:t>Competency</w:t>
            </w:r>
          </w:p>
        </w:tc>
        <w:tc>
          <w:tcPr>
            <w:tcW w:w="3408" w:type="dxa"/>
          </w:tcPr>
          <w:p w14:paraId="08293346" w14:textId="77777777" w:rsidR="0032538F" w:rsidRDefault="00000000">
            <w:r>
              <w:rPr>
                <w:sz w:val="16"/>
              </w:rPr>
              <w:t>Use competent lifting supervisors, operators, riggers and signalers.</w:t>
            </w:r>
          </w:p>
        </w:tc>
      </w:tr>
      <w:tr w:rsidR="0032538F" w14:paraId="4037C7DB" w14:textId="77777777">
        <w:trPr>
          <w:jc w:val="center"/>
        </w:trPr>
        <w:tc>
          <w:tcPr>
            <w:tcW w:w="3408" w:type="dxa"/>
          </w:tcPr>
          <w:p w14:paraId="4611F60E" w14:textId="77777777" w:rsidR="0032538F" w:rsidRDefault="00000000">
            <w:r>
              <w:rPr>
                <w:sz w:val="16"/>
              </w:rPr>
              <w:t>3</w:t>
            </w:r>
          </w:p>
        </w:tc>
        <w:tc>
          <w:tcPr>
            <w:tcW w:w="3408" w:type="dxa"/>
          </w:tcPr>
          <w:p w14:paraId="3A19434A" w14:textId="77777777" w:rsidR="0032538F" w:rsidRDefault="00000000">
            <w:r>
              <w:rPr>
                <w:sz w:val="16"/>
              </w:rPr>
              <w:t>Equipment Capacity</w:t>
            </w:r>
          </w:p>
        </w:tc>
        <w:tc>
          <w:tcPr>
            <w:tcW w:w="3408" w:type="dxa"/>
          </w:tcPr>
          <w:p w14:paraId="76373D4E" w14:textId="77777777" w:rsidR="0032538F" w:rsidRDefault="00000000">
            <w:r>
              <w:rPr>
                <w:sz w:val="16"/>
              </w:rPr>
              <w:t>Verify rated capacity for the actual configuration, radius and conditions.</w:t>
            </w:r>
          </w:p>
        </w:tc>
      </w:tr>
      <w:tr w:rsidR="0032538F" w14:paraId="53B9337B" w14:textId="77777777">
        <w:trPr>
          <w:jc w:val="center"/>
        </w:trPr>
        <w:tc>
          <w:tcPr>
            <w:tcW w:w="3408" w:type="dxa"/>
          </w:tcPr>
          <w:p w14:paraId="36FAF367" w14:textId="77777777" w:rsidR="0032538F" w:rsidRDefault="00000000">
            <w:r>
              <w:rPr>
                <w:sz w:val="16"/>
              </w:rPr>
              <w:t>4</w:t>
            </w:r>
          </w:p>
        </w:tc>
        <w:tc>
          <w:tcPr>
            <w:tcW w:w="3408" w:type="dxa"/>
          </w:tcPr>
          <w:p w14:paraId="54587DE6" w14:textId="77777777" w:rsidR="0032538F" w:rsidRDefault="00000000">
            <w:r>
              <w:rPr>
                <w:sz w:val="16"/>
              </w:rPr>
              <w:t>Load Information</w:t>
            </w:r>
          </w:p>
        </w:tc>
        <w:tc>
          <w:tcPr>
            <w:tcW w:w="3408" w:type="dxa"/>
          </w:tcPr>
          <w:p w14:paraId="61E2C555" w14:textId="77777777" w:rsidR="0032538F" w:rsidRDefault="00000000">
            <w:r>
              <w:rPr>
                <w:sz w:val="16"/>
              </w:rPr>
              <w:t>Confirm weight, dimensions, center of gravity and lifting points.</w:t>
            </w:r>
          </w:p>
        </w:tc>
      </w:tr>
      <w:tr w:rsidR="0032538F" w14:paraId="1D1CEFDB" w14:textId="77777777">
        <w:trPr>
          <w:jc w:val="center"/>
        </w:trPr>
        <w:tc>
          <w:tcPr>
            <w:tcW w:w="3408" w:type="dxa"/>
          </w:tcPr>
          <w:p w14:paraId="02F8DB37" w14:textId="77777777" w:rsidR="0032538F" w:rsidRDefault="00000000">
            <w:r>
              <w:rPr>
                <w:sz w:val="16"/>
              </w:rPr>
              <w:t>5</w:t>
            </w:r>
          </w:p>
        </w:tc>
        <w:tc>
          <w:tcPr>
            <w:tcW w:w="3408" w:type="dxa"/>
          </w:tcPr>
          <w:p w14:paraId="1FFE852E" w14:textId="77777777" w:rsidR="0032538F" w:rsidRDefault="00000000">
            <w:r>
              <w:rPr>
                <w:sz w:val="16"/>
              </w:rPr>
              <w:t>Accessories</w:t>
            </w:r>
          </w:p>
        </w:tc>
        <w:tc>
          <w:tcPr>
            <w:tcW w:w="3408" w:type="dxa"/>
          </w:tcPr>
          <w:p w14:paraId="0247F209" w14:textId="77777777" w:rsidR="0032538F" w:rsidRDefault="00000000">
            <w:r>
              <w:rPr>
                <w:sz w:val="16"/>
              </w:rPr>
              <w:t>Use suitable, compatible, inspected and correctly rated lifting accessories.</w:t>
            </w:r>
          </w:p>
        </w:tc>
      </w:tr>
      <w:tr w:rsidR="0032538F" w14:paraId="0844301F" w14:textId="77777777">
        <w:trPr>
          <w:jc w:val="center"/>
        </w:trPr>
        <w:tc>
          <w:tcPr>
            <w:tcW w:w="3408" w:type="dxa"/>
          </w:tcPr>
          <w:p w14:paraId="7A2A5AF5" w14:textId="77777777" w:rsidR="0032538F" w:rsidRDefault="00000000">
            <w:r>
              <w:rPr>
                <w:sz w:val="16"/>
              </w:rPr>
              <w:t>6</w:t>
            </w:r>
          </w:p>
        </w:tc>
        <w:tc>
          <w:tcPr>
            <w:tcW w:w="3408" w:type="dxa"/>
          </w:tcPr>
          <w:p w14:paraId="45F054E7" w14:textId="77777777" w:rsidR="0032538F" w:rsidRDefault="00000000">
            <w:r>
              <w:rPr>
                <w:sz w:val="16"/>
              </w:rPr>
              <w:t>Ground Conditions</w:t>
            </w:r>
          </w:p>
        </w:tc>
        <w:tc>
          <w:tcPr>
            <w:tcW w:w="3408" w:type="dxa"/>
          </w:tcPr>
          <w:p w14:paraId="2FF5EAF9" w14:textId="77777777" w:rsidR="0032538F" w:rsidRDefault="00000000">
            <w:r>
              <w:rPr>
                <w:sz w:val="16"/>
              </w:rPr>
              <w:t>Verify crane setup area and use mats/cribbing as required.</w:t>
            </w:r>
          </w:p>
        </w:tc>
      </w:tr>
      <w:tr w:rsidR="0032538F" w14:paraId="6F59F490" w14:textId="77777777">
        <w:trPr>
          <w:jc w:val="center"/>
        </w:trPr>
        <w:tc>
          <w:tcPr>
            <w:tcW w:w="3408" w:type="dxa"/>
          </w:tcPr>
          <w:p w14:paraId="3AF6CAB0" w14:textId="77777777" w:rsidR="0032538F" w:rsidRDefault="00000000">
            <w:r>
              <w:rPr>
                <w:sz w:val="16"/>
              </w:rPr>
              <w:t>7</w:t>
            </w:r>
          </w:p>
        </w:tc>
        <w:tc>
          <w:tcPr>
            <w:tcW w:w="3408" w:type="dxa"/>
          </w:tcPr>
          <w:p w14:paraId="28CA88F9" w14:textId="77777777" w:rsidR="0032538F" w:rsidRDefault="00000000">
            <w:r>
              <w:rPr>
                <w:sz w:val="16"/>
              </w:rPr>
              <w:t>Communication</w:t>
            </w:r>
          </w:p>
        </w:tc>
        <w:tc>
          <w:tcPr>
            <w:tcW w:w="3408" w:type="dxa"/>
          </w:tcPr>
          <w:p w14:paraId="7CF5736C" w14:textId="77777777" w:rsidR="0032538F" w:rsidRDefault="00000000">
            <w:r>
              <w:rPr>
                <w:sz w:val="16"/>
              </w:rPr>
              <w:t>Use one designated signaler and agreed communication method.</w:t>
            </w:r>
          </w:p>
        </w:tc>
      </w:tr>
      <w:tr w:rsidR="0032538F" w14:paraId="1017925C" w14:textId="77777777">
        <w:trPr>
          <w:jc w:val="center"/>
        </w:trPr>
        <w:tc>
          <w:tcPr>
            <w:tcW w:w="3408" w:type="dxa"/>
          </w:tcPr>
          <w:p w14:paraId="69081BBD" w14:textId="77777777" w:rsidR="0032538F" w:rsidRDefault="00000000">
            <w:r>
              <w:rPr>
                <w:sz w:val="16"/>
              </w:rPr>
              <w:t>8</w:t>
            </w:r>
          </w:p>
        </w:tc>
        <w:tc>
          <w:tcPr>
            <w:tcW w:w="3408" w:type="dxa"/>
          </w:tcPr>
          <w:p w14:paraId="771D235C" w14:textId="77777777" w:rsidR="0032538F" w:rsidRDefault="00000000">
            <w:r>
              <w:rPr>
                <w:sz w:val="16"/>
              </w:rPr>
              <w:t>Exclusion Zone</w:t>
            </w:r>
          </w:p>
        </w:tc>
        <w:tc>
          <w:tcPr>
            <w:tcW w:w="3408" w:type="dxa"/>
          </w:tcPr>
          <w:p w14:paraId="33E26A5F" w14:textId="77777777" w:rsidR="0032538F" w:rsidRDefault="00000000">
            <w:r>
              <w:rPr>
                <w:sz w:val="16"/>
              </w:rPr>
              <w:t>Prevent unauthorized entry and keep people away from suspended loads.</w:t>
            </w:r>
          </w:p>
        </w:tc>
      </w:tr>
      <w:tr w:rsidR="0032538F" w14:paraId="57E37886" w14:textId="77777777">
        <w:trPr>
          <w:jc w:val="center"/>
        </w:trPr>
        <w:tc>
          <w:tcPr>
            <w:tcW w:w="3408" w:type="dxa"/>
          </w:tcPr>
          <w:p w14:paraId="735690B6" w14:textId="77777777" w:rsidR="0032538F" w:rsidRDefault="00000000">
            <w:r>
              <w:rPr>
                <w:sz w:val="16"/>
              </w:rPr>
              <w:t>9</w:t>
            </w:r>
          </w:p>
        </w:tc>
        <w:tc>
          <w:tcPr>
            <w:tcW w:w="3408" w:type="dxa"/>
          </w:tcPr>
          <w:p w14:paraId="5AFA8649" w14:textId="77777777" w:rsidR="0032538F" w:rsidRDefault="00000000">
            <w:r>
              <w:rPr>
                <w:sz w:val="16"/>
              </w:rPr>
              <w:t>Overhead Hazards</w:t>
            </w:r>
          </w:p>
        </w:tc>
        <w:tc>
          <w:tcPr>
            <w:tcW w:w="3408" w:type="dxa"/>
          </w:tcPr>
          <w:p w14:paraId="57FE7536" w14:textId="77777777" w:rsidR="0032538F" w:rsidRDefault="00000000">
            <w:r>
              <w:rPr>
                <w:sz w:val="16"/>
              </w:rPr>
              <w:t>Identify power lines, structures and other obstructions before lifting.</w:t>
            </w:r>
          </w:p>
        </w:tc>
      </w:tr>
      <w:tr w:rsidR="0032538F" w14:paraId="7E15F81A" w14:textId="77777777">
        <w:trPr>
          <w:jc w:val="center"/>
        </w:trPr>
        <w:tc>
          <w:tcPr>
            <w:tcW w:w="3408" w:type="dxa"/>
          </w:tcPr>
          <w:p w14:paraId="4C9399B3" w14:textId="77777777" w:rsidR="0032538F" w:rsidRDefault="00000000">
            <w:r>
              <w:rPr>
                <w:sz w:val="16"/>
              </w:rPr>
              <w:t>10</w:t>
            </w:r>
          </w:p>
        </w:tc>
        <w:tc>
          <w:tcPr>
            <w:tcW w:w="3408" w:type="dxa"/>
          </w:tcPr>
          <w:p w14:paraId="557C4CE1" w14:textId="77777777" w:rsidR="0032538F" w:rsidRDefault="00000000">
            <w:r>
              <w:rPr>
                <w:sz w:val="16"/>
              </w:rPr>
              <w:t>Weather</w:t>
            </w:r>
          </w:p>
        </w:tc>
        <w:tc>
          <w:tcPr>
            <w:tcW w:w="3408" w:type="dxa"/>
          </w:tcPr>
          <w:p w14:paraId="1C9E4050" w14:textId="77777777" w:rsidR="0032538F" w:rsidRDefault="00000000">
            <w:r>
              <w:rPr>
                <w:sz w:val="16"/>
              </w:rPr>
              <w:t>Monitor wind, visibility and manufacturer limits.</w:t>
            </w:r>
          </w:p>
        </w:tc>
      </w:tr>
      <w:tr w:rsidR="0032538F" w14:paraId="36009786" w14:textId="77777777">
        <w:trPr>
          <w:jc w:val="center"/>
        </w:trPr>
        <w:tc>
          <w:tcPr>
            <w:tcW w:w="3408" w:type="dxa"/>
          </w:tcPr>
          <w:p w14:paraId="2BDC02BF" w14:textId="77777777" w:rsidR="0032538F" w:rsidRDefault="00000000">
            <w:r>
              <w:rPr>
                <w:sz w:val="16"/>
              </w:rPr>
              <w:t>11</w:t>
            </w:r>
          </w:p>
        </w:tc>
        <w:tc>
          <w:tcPr>
            <w:tcW w:w="3408" w:type="dxa"/>
          </w:tcPr>
          <w:p w14:paraId="32621242" w14:textId="77777777" w:rsidR="0032538F" w:rsidRDefault="00000000">
            <w:r>
              <w:rPr>
                <w:sz w:val="16"/>
              </w:rPr>
              <w:t>Load Control</w:t>
            </w:r>
          </w:p>
        </w:tc>
        <w:tc>
          <w:tcPr>
            <w:tcW w:w="3408" w:type="dxa"/>
          </w:tcPr>
          <w:p w14:paraId="776342A4" w14:textId="77777777" w:rsidR="0032538F" w:rsidRDefault="00000000">
            <w:r>
              <w:rPr>
                <w:sz w:val="16"/>
              </w:rPr>
              <w:t>Use suitable tag lines and controlled movement where appropriate.</w:t>
            </w:r>
          </w:p>
        </w:tc>
      </w:tr>
      <w:tr w:rsidR="0032538F" w14:paraId="2DCD3527" w14:textId="77777777">
        <w:trPr>
          <w:jc w:val="center"/>
        </w:trPr>
        <w:tc>
          <w:tcPr>
            <w:tcW w:w="3408" w:type="dxa"/>
          </w:tcPr>
          <w:p w14:paraId="4FC1B297" w14:textId="77777777" w:rsidR="0032538F" w:rsidRDefault="00000000">
            <w:r>
              <w:rPr>
                <w:sz w:val="16"/>
              </w:rPr>
              <w:t>12</w:t>
            </w:r>
          </w:p>
        </w:tc>
        <w:tc>
          <w:tcPr>
            <w:tcW w:w="3408" w:type="dxa"/>
          </w:tcPr>
          <w:p w14:paraId="54ED2C90" w14:textId="77777777" w:rsidR="0032538F" w:rsidRDefault="00000000">
            <w:r>
              <w:rPr>
                <w:sz w:val="16"/>
              </w:rPr>
              <w:t>Landing</w:t>
            </w:r>
          </w:p>
        </w:tc>
        <w:tc>
          <w:tcPr>
            <w:tcW w:w="3408" w:type="dxa"/>
          </w:tcPr>
          <w:p w14:paraId="29D364C2" w14:textId="77777777" w:rsidR="0032538F" w:rsidRDefault="00000000">
            <w:r>
              <w:rPr>
                <w:sz w:val="16"/>
              </w:rPr>
              <w:t>Ensure landing area is stable and personnel use safe positioning methods.</w:t>
            </w:r>
          </w:p>
        </w:tc>
      </w:tr>
      <w:tr w:rsidR="0032538F" w14:paraId="08C90DDA" w14:textId="77777777">
        <w:trPr>
          <w:jc w:val="center"/>
        </w:trPr>
        <w:tc>
          <w:tcPr>
            <w:tcW w:w="3408" w:type="dxa"/>
          </w:tcPr>
          <w:p w14:paraId="347CE85E" w14:textId="77777777" w:rsidR="0032538F" w:rsidRDefault="00000000">
            <w:r>
              <w:rPr>
                <w:sz w:val="16"/>
              </w:rPr>
              <w:t>13</w:t>
            </w:r>
          </w:p>
        </w:tc>
        <w:tc>
          <w:tcPr>
            <w:tcW w:w="3408" w:type="dxa"/>
          </w:tcPr>
          <w:p w14:paraId="36EB37C3" w14:textId="77777777" w:rsidR="0032538F" w:rsidRDefault="00000000">
            <w:r>
              <w:rPr>
                <w:sz w:val="16"/>
              </w:rPr>
              <w:t>Inspection</w:t>
            </w:r>
          </w:p>
        </w:tc>
        <w:tc>
          <w:tcPr>
            <w:tcW w:w="3408" w:type="dxa"/>
          </w:tcPr>
          <w:p w14:paraId="78C716F8" w14:textId="77777777" w:rsidR="0032538F" w:rsidRDefault="00000000">
            <w:r>
              <w:rPr>
                <w:sz w:val="16"/>
              </w:rPr>
              <w:t>Inspect cranes and accessories before use and at required intervals.</w:t>
            </w:r>
          </w:p>
        </w:tc>
      </w:tr>
      <w:tr w:rsidR="0032538F" w14:paraId="6E146FE4" w14:textId="77777777">
        <w:trPr>
          <w:jc w:val="center"/>
        </w:trPr>
        <w:tc>
          <w:tcPr>
            <w:tcW w:w="3408" w:type="dxa"/>
          </w:tcPr>
          <w:p w14:paraId="24250B16" w14:textId="77777777" w:rsidR="0032538F" w:rsidRDefault="00000000">
            <w:r>
              <w:rPr>
                <w:sz w:val="16"/>
              </w:rPr>
              <w:t>14</w:t>
            </w:r>
          </w:p>
        </w:tc>
        <w:tc>
          <w:tcPr>
            <w:tcW w:w="3408" w:type="dxa"/>
          </w:tcPr>
          <w:p w14:paraId="3C2708E2" w14:textId="77777777" w:rsidR="0032538F" w:rsidRDefault="00000000">
            <w:r>
              <w:rPr>
                <w:sz w:val="16"/>
              </w:rPr>
              <w:t>Emergency</w:t>
            </w:r>
          </w:p>
        </w:tc>
        <w:tc>
          <w:tcPr>
            <w:tcW w:w="3408" w:type="dxa"/>
          </w:tcPr>
          <w:p w14:paraId="408CA14A" w14:textId="77777777" w:rsidR="0032538F" w:rsidRDefault="00000000">
            <w:r>
              <w:rPr>
                <w:sz w:val="16"/>
              </w:rPr>
              <w:t>Maintain stop-work and recovery arrangements for abnormal situations.</w:t>
            </w:r>
          </w:p>
        </w:tc>
      </w:tr>
      <w:tr w:rsidR="0032538F" w14:paraId="51462153" w14:textId="77777777">
        <w:trPr>
          <w:jc w:val="center"/>
        </w:trPr>
        <w:tc>
          <w:tcPr>
            <w:tcW w:w="3408" w:type="dxa"/>
          </w:tcPr>
          <w:p w14:paraId="21158021" w14:textId="77777777" w:rsidR="0032538F" w:rsidRDefault="00000000">
            <w:r>
              <w:rPr>
                <w:sz w:val="16"/>
              </w:rPr>
              <w:t>15</w:t>
            </w:r>
          </w:p>
        </w:tc>
        <w:tc>
          <w:tcPr>
            <w:tcW w:w="3408" w:type="dxa"/>
          </w:tcPr>
          <w:p w14:paraId="50E14708" w14:textId="77777777" w:rsidR="0032538F" w:rsidRDefault="00000000">
            <w:r>
              <w:rPr>
                <w:sz w:val="16"/>
              </w:rPr>
              <w:t>No People Under Loads</w:t>
            </w:r>
          </w:p>
        </w:tc>
        <w:tc>
          <w:tcPr>
            <w:tcW w:w="3408" w:type="dxa"/>
          </w:tcPr>
          <w:p w14:paraId="6D6EDDF6" w14:textId="77777777" w:rsidR="0032538F" w:rsidRDefault="00000000">
            <w:r>
              <w:rPr>
                <w:sz w:val="16"/>
              </w:rPr>
              <w:t>Never permit personnel under suspended loads.</w:t>
            </w:r>
          </w:p>
        </w:tc>
      </w:tr>
      <w:tr w:rsidR="0032538F" w14:paraId="32AFF644" w14:textId="77777777">
        <w:trPr>
          <w:jc w:val="center"/>
        </w:trPr>
        <w:tc>
          <w:tcPr>
            <w:tcW w:w="3408" w:type="dxa"/>
          </w:tcPr>
          <w:p w14:paraId="0A7949D8" w14:textId="77777777" w:rsidR="0032538F" w:rsidRDefault="00000000">
            <w:r>
              <w:rPr>
                <w:sz w:val="16"/>
              </w:rPr>
              <w:t>16</w:t>
            </w:r>
          </w:p>
        </w:tc>
        <w:tc>
          <w:tcPr>
            <w:tcW w:w="3408" w:type="dxa"/>
          </w:tcPr>
          <w:p w14:paraId="6A128B07" w14:textId="77777777" w:rsidR="0032538F" w:rsidRDefault="00000000">
            <w:r>
              <w:rPr>
                <w:sz w:val="16"/>
              </w:rPr>
              <w:t>Coordination</w:t>
            </w:r>
          </w:p>
        </w:tc>
        <w:tc>
          <w:tcPr>
            <w:tcW w:w="3408" w:type="dxa"/>
          </w:tcPr>
          <w:p w14:paraId="646C8826" w14:textId="77777777" w:rsidR="0032538F" w:rsidRDefault="00000000">
            <w:r>
              <w:rPr>
                <w:sz w:val="16"/>
              </w:rPr>
              <w:t>Coordinate simultaneous lifting, traffic and nearby activities.</w:t>
            </w:r>
          </w:p>
        </w:tc>
      </w:tr>
    </w:tbl>
    <w:p w14:paraId="23876E17" w14:textId="77777777" w:rsidR="0032538F" w:rsidRDefault="0032538F"/>
    <w:p w14:paraId="1D97249A" w14:textId="77777777" w:rsidR="0032538F" w:rsidRDefault="00000000">
      <w:pPr>
        <w:pStyle w:val="Heading1"/>
      </w:pPr>
      <w:r>
        <w:t>13. Inspection and Monitoring</w:t>
      </w:r>
    </w:p>
    <w:p w14:paraId="4A63DCEB" w14:textId="77777777" w:rsidR="0032538F" w:rsidRDefault="00000000">
      <w:r>
        <w:t>Lifting equipment and accessories should be inspected before use and at the frequency required by applicable requirements, manufacturer instructions and site procedures. Defective equipment must be immediately removed from service, identified and controlled. The lifting supervisor should continuously monitor the lift for changing conditions, communication, exclusion zones, load stability and equipment behavior.</w:t>
      </w:r>
    </w:p>
    <w:tbl>
      <w:tblPr>
        <w:tblStyle w:val="TableGrid"/>
        <w:tblW w:w="0" w:type="auto"/>
        <w:jc w:val="center"/>
        <w:tblLook w:val="04A0" w:firstRow="1" w:lastRow="0" w:firstColumn="1" w:lastColumn="0" w:noHBand="0" w:noVBand="1"/>
      </w:tblPr>
      <w:tblGrid>
        <w:gridCol w:w="5112"/>
        <w:gridCol w:w="5112"/>
      </w:tblGrid>
      <w:tr w:rsidR="0032538F" w14:paraId="798728D6" w14:textId="77777777">
        <w:trPr>
          <w:tblHeader/>
          <w:jc w:val="center"/>
        </w:trPr>
        <w:tc>
          <w:tcPr>
            <w:tcW w:w="5112" w:type="dxa"/>
            <w:shd w:val="clear" w:color="auto" w:fill="0F3D5E"/>
          </w:tcPr>
          <w:p w14:paraId="741F0D51" w14:textId="77777777" w:rsidR="0032538F" w:rsidRDefault="00000000">
            <w:r>
              <w:rPr>
                <w:b/>
                <w:color w:val="FFFFFF"/>
              </w:rPr>
              <w:t>Inspection / Monitoring Activity</w:t>
            </w:r>
          </w:p>
        </w:tc>
        <w:tc>
          <w:tcPr>
            <w:tcW w:w="5112" w:type="dxa"/>
            <w:shd w:val="clear" w:color="auto" w:fill="0F3D5E"/>
          </w:tcPr>
          <w:p w14:paraId="664ED67B" w14:textId="77777777" w:rsidR="0032538F" w:rsidRDefault="00000000">
            <w:r>
              <w:rPr>
                <w:b/>
                <w:color w:val="FFFFFF"/>
              </w:rPr>
              <w:t>Minimum Focus</w:t>
            </w:r>
          </w:p>
        </w:tc>
      </w:tr>
      <w:tr w:rsidR="0032538F" w14:paraId="41E28916" w14:textId="77777777">
        <w:trPr>
          <w:jc w:val="center"/>
        </w:trPr>
        <w:tc>
          <w:tcPr>
            <w:tcW w:w="5112" w:type="dxa"/>
          </w:tcPr>
          <w:p w14:paraId="5136991F" w14:textId="77777777" w:rsidR="0032538F" w:rsidRDefault="00000000">
            <w:r>
              <w:rPr>
                <w:sz w:val="16"/>
              </w:rPr>
              <w:t>Crane pre-use inspection</w:t>
            </w:r>
          </w:p>
        </w:tc>
        <w:tc>
          <w:tcPr>
            <w:tcW w:w="5112" w:type="dxa"/>
          </w:tcPr>
          <w:p w14:paraId="369D0C02" w14:textId="77777777" w:rsidR="0032538F" w:rsidRDefault="00000000">
            <w:r>
              <w:rPr>
                <w:sz w:val="16"/>
              </w:rPr>
              <w:t>Structural condition, controls, alarms, hooks, wire ropes, brakes, outriggers and safety devices.</w:t>
            </w:r>
          </w:p>
        </w:tc>
      </w:tr>
      <w:tr w:rsidR="0032538F" w14:paraId="1E0D5213" w14:textId="77777777">
        <w:trPr>
          <w:jc w:val="center"/>
        </w:trPr>
        <w:tc>
          <w:tcPr>
            <w:tcW w:w="5112" w:type="dxa"/>
          </w:tcPr>
          <w:p w14:paraId="2AB1DB19" w14:textId="77777777" w:rsidR="0032538F" w:rsidRDefault="00000000">
            <w:r>
              <w:rPr>
                <w:sz w:val="16"/>
              </w:rPr>
              <w:t>Lifting accessory inspection</w:t>
            </w:r>
          </w:p>
        </w:tc>
        <w:tc>
          <w:tcPr>
            <w:tcW w:w="5112" w:type="dxa"/>
          </w:tcPr>
          <w:p w14:paraId="042F1A37" w14:textId="77777777" w:rsidR="0032538F" w:rsidRDefault="00000000">
            <w:r>
              <w:rPr>
                <w:sz w:val="16"/>
              </w:rPr>
              <w:t>Slings, shackles, hooks, chains, lifting beams, tags/identification and visible damage.</w:t>
            </w:r>
          </w:p>
        </w:tc>
      </w:tr>
      <w:tr w:rsidR="0032538F" w14:paraId="5A69E5D8" w14:textId="77777777">
        <w:trPr>
          <w:jc w:val="center"/>
        </w:trPr>
        <w:tc>
          <w:tcPr>
            <w:tcW w:w="5112" w:type="dxa"/>
          </w:tcPr>
          <w:p w14:paraId="00126F2F" w14:textId="77777777" w:rsidR="0032538F" w:rsidRDefault="00000000">
            <w:r>
              <w:rPr>
                <w:sz w:val="16"/>
              </w:rPr>
              <w:t>Ground / setup inspection</w:t>
            </w:r>
          </w:p>
        </w:tc>
        <w:tc>
          <w:tcPr>
            <w:tcW w:w="5112" w:type="dxa"/>
          </w:tcPr>
          <w:p w14:paraId="5E400E1A" w14:textId="77777777" w:rsidR="0032538F" w:rsidRDefault="00000000">
            <w:r>
              <w:rPr>
                <w:sz w:val="16"/>
              </w:rPr>
              <w:t>Level, bearing capacity, mats, outriggers, clearances and stability.</w:t>
            </w:r>
          </w:p>
        </w:tc>
      </w:tr>
      <w:tr w:rsidR="0032538F" w14:paraId="3EFAF2F0" w14:textId="77777777">
        <w:trPr>
          <w:jc w:val="center"/>
        </w:trPr>
        <w:tc>
          <w:tcPr>
            <w:tcW w:w="5112" w:type="dxa"/>
          </w:tcPr>
          <w:p w14:paraId="2BA37440" w14:textId="77777777" w:rsidR="0032538F" w:rsidRDefault="00000000">
            <w:r>
              <w:rPr>
                <w:sz w:val="16"/>
              </w:rPr>
              <w:t>Lift area inspection</w:t>
            </w:r>
          </w:p>
        </w:tc>
        <w:tc>
          <w:tcPr>
            <w:tcW w:w="5112" w:type="dxa"/>
          </w:tcPr>
          <w:p w14:paraId="38AF7A7E" w14:textId="77777777" w:rsidR="0032538F" w:rsidRDefault="00000000">
            <w:r>
              <w:rPr>
                <w:sz w:val="16"/>
              </w:rPr>
              <w:t>Exclusion zone, route, landing area, overhead hazards and traffic interfaces.</w:t>
            </w:r>
          </w:p>
        </w:tc>
      </w:tr>
      <w:tr w:rsidR="0032538F" w14:paraId="31FE9F7C" w14:textId="77777777">
        <w:trPr>
          <w:jc w:val="center"/>
        </w:trPr>
        <w:tc>
          <w:tcPr>
            <w:tcW w:w="5112" w:type="dxa"/>
          </w:tcPr>
          <w:p w14:paraId="3C46BFBF" w14:textId="77777777" w:rsidR="0032538F" w:rsidRDefault="00000000">
            <w:r>
              <w:rPr>
                <w:sz w:val="16"/>
              </w:rPr>
              <w:t>Communication check</w:t>
            </w:r>
          </w:p>
        </w:tc>
        <w:tc>
          <w:tcPr>
            <w:tcW w:w="5112" w:type="dxa"/>
          </w:tcPr>
          <w:p w14:paraId="0136E512" w14:textId="77777777" w:rsidR="0032538F" w:rsidRDefault="00000000">
            <w:r>
              <w:rPr>
                <w:sz w:val="16"/>
              </w:rPr>
              <w:t>Radio function, agreed signals and designated signaler.</w:t>
            </w:r>
          </w:p>
        </w:tc>
      </w:tr>
      <w:tr w:rsidR="0032538F" w14:paraId="54D5F1BD" w14:textId="77777777">
        <w:trPr>
          <w:jc w:val="center"/>
        </w:trPr>
        <w:tc>
          <w:tcPr>
            <w:tcW w:w="5112" w:type="dxa"/>
          </w:tcPr>
          <w:p w14:paraId="10391784" w14:textId="77777777" w:rsidR="0032538F" w:rsidRDefault="00000000">
            <w:r>
              <w:rPr>
                <w:sz w:val="16"/>
              </w:rPr>
              <w:t>Weather monitoring</w:t>
            </w:r>
          </w:p>
        </w:tc>
        <w:tc>
          <w:tcPr>
            <w:tcW w:w="5112" w:type="dxa"/>
          </w:tcPr>
          <w:p w14:paraId="7947DC28" w14:textId="77777777" w:rsidR="0032538F" w:rsidRDefault="00000000">
            <w:r>
              <w:rPr>
                <w:sz w:val="16"/>
              </w:rPr>
              <w:t>Wind, visibility, rain and manufacturer/site limits.</w:t>
            </w:r>
          </w:p>
        </w:tc>
      </w:tr>
      <w:tr w:rsidR="0032538F" w14:paraId="007A9B12" w14:textId="77777777">
        <w:trPr>
          <w:jc w:val="center"/>
        </w:trPr>
        <w:tc>
          <w:tcPr>
            <w:tcW w:w="5112" w:type="dxa"/>
          </w:tcPr>
          <w:p w14:paraId="2EA7C3FE" w14:textId="77777777" w:rsidR="0032538F" w:rsidRDefault="00000000">
            <w:r>
              <w:rPr>
                <w:sz w:val="16"/>
              </w:rPr>
              <w:t>Post-change verification</w:t>
            </w:r>
          </w:p>
        </w:tc>
        <w:tc>
          <w:tcPr>
            <w:tcW w:w="5112" w:type="dxa"/>
          </w:tcPr>
          <w:p w14:paraId="7516A310" w14:textId="77777777" w:rsidR="0032538F" w:rsidRDefault="00000000">
            <w:r>
              <w:rPr>
                <w:sz w:val="16"/>
              </w:rPr>
              <w:t>Reassess after relocation, equipment change, weather change or abnormal event.</w:t>
            </w:r>
          </w:p>
        </w:tc>
      </w:tr>
    </w:tbl>
    <w:p w14:paraId="7A9BB78F" w14:textId="77777777" w:rsidR="0032538F" w:rsidRDefault="0032538F"/>
    <w:p w14:paraId="42DDE7BB" w14:textId="77777777" w:rsidR="0032538F" w:rsidRDefault="00000000">
      <w:pPr>
        <w:pStyle w:val="Heading1"/>
      </w:pPr>
      <w:r>
        <w:lastRenderedPageBreak/>
        <w:t>14. Monitoring and Review of the Risk Assessment</w:t>
      </w:r>
    </w:p>
    <w:tbl>
      <w:tblPr>
        <w:tblStyle w:val="TableGrid"/>
        <w:tblW w:w="0" w:type="auto"/>
        <w:jc w:val="center"/>
        <w:tblLook w:val="04A0" w:firstRow="1" w:lastRow="0" w:firstColumn="1" w:lastColumn="0" w:noHBand="0" w:noVBand="1"/>
      </w:tblPr>
      <w:tblGrid>
        <w:gridCol w:w="5112"/>
        <w:gridCol w:w="5112"/>
      </w:tblGrid>
      <w:tr w:rsidR="0032538F" w14:paraId="198000AD" w14:textId="77777777">
        <w:trPr>
          <w:tblHeader/>
          <w:jc w:val="center"/>
        </w:trPr>
        <w:tc>
          <w:tcPr>
            <w:tcW w:w="5112" w:type="dxa"/>
            <w:shd w:val="clear" w:color="auto" w:fill="0F3D5E"/>
          </w:tcPr>
          <w:p w14:paraId="560FBCD6" w14:textId="77777777" w:rsidR="0032538F" w:rsidRDefault="00000000">
            <w:r>
              <w:rPr>
                <w:b/>
                <w:color w:val="FFFFFF"/>
              </w:rPr>
              <w:t>Review Trigger</w:t>
            </w:r>
          </w:p>
        </w:tc>
        <w:tc>
          <w:tcPr>
            <w:tcW w:w="5112" w:type="dxa"/>
            <w:shd w:val="clear" w:color="auto" w:fill="0F3D5E"/>
          </w:tcPr>
          <w:p w14:paraId="34CC37A8" w14:textId="77777777" w:rsidR="0032538F" w:rsidRDefault="00000000">
            <w:r>
              <w:rPr>
                <w:b/>
                <w:color w:val="FFFFFF"/>
              </w:rPr>
              <w:t>Required Action</w:t>
            </w:r>
          </w:p>
        </w:tc>
      </w:tr>
      <w:tr w:rsidR="0032538F" w14:paraId="212B79B7" w14:textId="77777777">
        <w:trPr>
          <w:jc w:val="center"/>
        </w:trPr>
        <w:tc>
          <w:tcPr>
            <w:tcW w:w="5112" w:type="dxa"/>
          </w:tcPr>
          <w:p w14:paraId="5EA69BC0" w14:textId="77777777" w:rsidR="0032538F" w:rsidRDefault="00000000">
            <w:r>
              <w:rPr>
                <w:sz w:val="16"/>
              </w:rPr>
              <w:t>Before each lifting operation</w:t>
            </w:r>
          </w:p>
        </w:tc>
        <w:tc>
          <w:tcPr>
            <w:tcW w:w="5112" w:type="dxa"/>
          </w:tcPr>
          <w:p w14:paraId="38B209B7" w14:textId="77777777" w:rsidR="0032538F" w:rsidRDefault="00000000">
            <w:r>
              <w:rPr>
                <w:sz w:val="16"/>
              </w:rPr>
              <w:t>Confirm lift plan, equipment, load, route, ground and personnel.</w:t>
            </w:r>
          </w:p>
        </w:tc>
      </w:tr>
      <w:tr w:rsidR="0032538F" w14:paraId="2667648E" w14:textId="77777777">
        <w:trPr>
          <w:jc w:val="center"/>
        </w:trPr>
        <w:tc>
          <w:tcPr>
            <w:tcW w:w="5112" w:type="dxa"/>
          </w:tcPr>
          <w:p w14:paraId="1BE918DB" w14:textId="77777777" w:rsidR="0032538F" w:rsidRDefault="00000000">
            <w:r>
              <w:rPr>
                <w:sz w:val="16"/>
              </w:rPr>
              <w:t>Change in load</w:t>
            </w:r>
          </w:p>
        </w:tc>
        <w:tc>
          <w:tcPr>
            <w:tcW w:w="5112" w:type="dxa"/>
          </w:tcPr>
          <w:p w14:paraId="586B45F3" w14:textId="77777777" w:rsidR="0032538F" w:rsidRDefault="00000000">
            <w:r>
              <w:rPr>
                <w:sz w:val="16"/>
              </w:rPr>
              <w:t>Recalculate capacity and revise rigging/lift plan where necessary.</w:t>
            </w:r>
          </w:p>
        </w:tc>
      </w:tr>
      <w:tr w:rsidR="0032538F" w14:paraId="07D3DEF6" w14:textId="77777777">
        <w:trPr>
          <w:jc w:val="center"/>
        </w:trPr>
        <w:tc>
          <w:tcPr>
            <w:tcW w:w="5112" w:type="dxa"/>
          </w:tcPr>
          <w:p w14:paraId="678956ED" w14:textId="77777777" w:rsidR="0032538F" w:rsidRDefault="00000000">
            <w:r>
              <w:rPr>
                <w:sz w:val="16"/>
              </w:rPr>
              <w:t>Change in crane configuration/radius</w:t>
            </w:r>
          </w:p>
        </w:tc>
        <w:tc>
          <w:tcPr>
            <w:tcW w:w="5112" w:type="dxa"/>
          </w:tcPr>
          <w:p w14:paraId="1AD8BCE8" w14:textId="77777777" w:rsidR="0032538F" w:rsidRDefault="00000000">
            <w:r>
              <w:rPr>
                <w:sz w:val="16"/>
              </w:rPr>
              <w:t>Reconfirm load chart and lifting capacity.</w:t>
            </w:r>
          </w:p>
        </w:tc>
      </w:tr>
      <w:tr w:rsidR="0032538F" w14:paraId="0C5B57FF" w14:textId="77777777">
        <w:trPr>
          <w:jc w:val="center"/>
        </w:trPr>
        <w:tc>
          <w:tcPr>
            <w:tcW w:w="5112" w:type="dxa"/>
          </w:tcPr>
          <w:p w14:paraId="661D2C33" w14:textId="77777777" w:rsidR="0032538F" w:rsidRDefault="00000000">
            <w:r>
              <w:rPr>
                <w:sz w:val="16"/>
              </w:rPr>
              <w:t>Change in lifting area</w:t>
            </w:r>
          </w:p>
        </w:tc>
        <w:tc>
          <w:tcPr>
            <w:tcW w:w="5112" w:type="dxa"/>
          </w:tcPr>
          <w:p w14:paraId="0835A082" w14:textId="77777777" w:rsidR="0032538F" w:rsidRDefault="00000000">
            <w:r>
              <w:rPr>
                <w:sz w:val="16"/>
              </w:rPr>
              <w:t>Reassess ground, obstructions, services and exclusion zones.</w:t>
            </w:r>
          </w:p>
        </w:tc>
      </w:tr>
      <w:tr w:rsidR="0032538F" w14:paraId="50C53E42" w14:textId="77777777">
        <w:trPr>
          <w:jc w:val="center"/>
        </w:trPr>
        <w:tc>
          <w:tcPr>
            <w:tcW w:w="5112" w:type="dxa"/>
          </w:tcPr>
          <w:p w14:paraId="274B9107" w14:textId="77777777" w:rsidR="0032538F" w:rsidRDefault="00000000">
            <w:r>
              <w:rPr>
                <w:sz w:val="16"/>
              </w:rPr>
              <w:t>Weather deterioration</w:t>
            </w:r>
          </w:p>
        </w:tc>
        <w:tc>
          <w:tcPr>
            <w:tcW w:w="5112" w:type="dxa"/>
          </w:tcPr>
          <w:p w14:paraId="190786A6" w14:textId="77777777" w:rsidR="0032538F" w:rsidRDefault="00000000">
            <w:r>
              <w:rPr>
                <w:sz w:val="16"/>
              </w:rPr>
              <w:t>Stop or reassess lift against operating limits.</w:t>
            </w:r>
          </w:p>
        </w:tc>
      </w:tr>
      <w:tr w:rsidR="0032538F" w14:paraId="02410AFB" w14:textId="77777777">
        <w:trPr>
          <w:jc w:val="center"/>
        </w:trPr>
        <w:tc>
          <w:tcPr>
            <w:tcW w:w="5112" w:type="dxa"/>
          </w:tcPr>
          <w:p w14:paraId="39F24D68" w14:textId="77777777" w:rsidR="0032538F" w:rsidRDefault="00000000">
            <w:r>
              <w:rPr>
                <w:sz w:val="16"/>
              </w:rPr>
              <w:t>New obstruction / interface</w:t>
            </w:r>
          </w:p>
        </w:tc>
        <w:tc>
          <w:tcPr>
            <w:tcW w:w="5112" w:type="dxa"/>
          </w:tcPr>
          <w:p w14:paraId="1F906A0C" w14:textId="77777777" w:rsidR="0032538F" w:rsidRDefault="00000000">
            <w:r>
              <w:rPr>
                <w:sz w:val="16"/>
              </w:rPr>
              <w:t>Stop affected movement and revise route/controls.</w:t>
            </w:r>
          </w:p>
        </w:tc>
      </w:tr>
      <w:tr w:rsidR="0032538F" w14:paraId="48A1C485" w14:textId="77777777">
        <w:trPr>
          <w:jc w:val="center"/>
        </w:trPr>
        <w:tc>
          <w:tcPr>
            <w:tcW w:w="5112" w:type="dxa"/>
          </w:tcPr>
          <w:p w14:paraId="144EF0A4" w14:textId="77777777" w:rsidR="0032538F" w:rsidRDefault="00000000">
            <w:r>
              <w:rPr>
                <w:sz w:val="16"/>
              </w:rPr>
              <w:t>Equipment defect</w:t>
            </w:r>
          </w:p>
        </w:tc>
        <w:tc>
          <w:tcPr>
            <w:tcW w:w="5112" w:type="dxa"/>
          </w:tcPr>
          <w:p w14:paraId="33727290" w14:textId="77777777" w:rsidR="0032538F" w:rsidRDefault="00000000">
            <w:r>
              <w:rPr>
                <w:sz w:val="16"/>
              </w:rPr>
              <w:t>Stop lift, isolate equipment and replace/repair before use.</w:t>
            </w:r>
          </w:p>
        </w:tc>
      </w:tr>
      <w:tr w:rsidR="0032538F" w14:paraId="4E3FD73D" w14:textId="77777777">
        <w:trPr>
          <w:jc w:val="center"/>
        </w:trPr>
        <w:tc>
          <w:tcPr>
            <w:tcW w:w="5112" w:type="dxa"/>
          </w:tcPr>
          <w:p w14:paraId="00FD03BA" w14:textId="77777777" w:rsidR="0032538F" w:rsidRDefault="00000000">
            <w:r>
              <w:rPr>
                <w:sz w:val="16"/>
              </w:rPr>
              <w:t>Incident / near miss</w:t>
            </w:r>
          </w:p>
        </w:tc>
        <w:tc>
          <w:tcPr>
            <w:tcW w:w="5112" w:type="dxa"/>
          </w:tcPr>
          <w:p w14:paraId="0584AF25" w14:textId="77777777" w:rsidR="0032538F" w:rsidRDefault="00000000">
            <w:r>
              <w:rPr>
                <w:sz w:val="16"/>
              </w:rPr>
              <w:t>Investigate and reassess relevant hazards and controls.</w:t>
            </w:r>
          </w:p>
        </w:tc>
      </w:tr>
      <w:tr w:rsidR="0032538F" w14:paraId="449C2926" w14:textId="77777777">
        <w:trPr>
          <w:jc w:val="center"/>
        </w:trPr>
        <w:tc>
          <w:tcPr>
            <w:tcW w:w="5112" w:type="dxa"/>
          </w:tcPr>
          <w:p w14:paraId="0231185D" w14:textId="77777777" w:rsidR="0032538F" w:rsidRDefault="00000000">
            <w:r>
              <w:rPr>
                <w:sz w:val="16"/>
              </w:rPr>
              <w:t>Periodic review</w:t>
            </w:r>
          </w:p>
        </w:tc>
        <w:tc>
          <w:tcPr>
            <w:tcW w:w="5112" w:type="dxa"/>
          </w:tcPr>
          <w:p w14:paraId="308049CE" w14:textId="77777777" w:rsidR="0032538F" w:rsidRDefault="00000000">
            <w:r>
              <w:rPr>
                <w:sz w:val="16"/>
              </w:rPr>
              <w:t>Confirm assessment remains suitable for the current lifting phase.</w:t>
            </w:r>
          </w:p>
        </w:tc>
      </w:tr>
    </w:tbl>
    <w:p w14:paraId="35E361F5" w14:textId="77777777" w:rsidR="0032538F" w:rsidRDefault="0032538F"/>
    <w:p w14:paraId="6F31D4F5" w14:textId="77777777" w:rsidR="0032538F" w:rsidRDefault="00000000">
      <w:pPr>
        <w:pStyle w:val="Heading1"/>
      </w:pPr>
      <w:r>
        <w:t>15. Emergency and Recovery</w:t>
      </w:r>
    </w:p>
    <w:p w14:paraId="65C3BCDA" w14:textId="77777777" w:rsidR="0032538F" w:rsidRDefault="00000000">
      <w:r>
        <w:t>A lifting emergency may involve dropped loads, crane instability, equipment failure, contact with utilities, collision or trapped personnel. The lifting team must have a clear stop-work and emergency response process. Personnel must not enter an unsafe suspended-load or crane-failure zone until the area has been made safe by competent personnel.</w:t>
      </w:r>
    </w:p>
    <w:tbl>
      <w:tblPr>
        <w:tblStyle w:val="TableGrid"/>
        <w:tblW w:w="0" w:type="auto"/>
        <w:jc w:val="center"/>
        <w:tblLook w:val="04A0" w:firstRow="1" w:lastRow="0" w:firstColumn="1" w:lastColumn="0" w:noHBand="0" w:noVBand="1"/>
      </w:tblPr>
      <w:tblGrid>
        <w:gridCol w:w="5112"/>
        <w:gridCol w:w="5112"/>
      </w:tblGrid>
      <w:tr w:rsidR="0032538F" w14:paraId="3CC599FD" w14:textId="77777777">
        <w:trPr>
          <w:tblHeader/>
          <w:jc w:val="center"/>
        </w:trPr>
        <w:tc>
          <w:tcPr>
            <w:tcW w:w="5112" w:type="dxa"/>
            <w:shd w:val="clear" w:color="auto" w:fill="0F3D5E"/>
          </w:tcPr>
          <w:p w14:paraId="2130EF28" w14:textId="77777777" w:rsidR="0032538F" w:rsidRDefault="00000000">
            <w:r>
              <w:rPr>
                <w:b/>
                <w:color w:val="FFFFFF"/>
              </w:rPr>
              <w:t>Emergency Element</w:t>
            </w:r>
          </w:p>
        </w:tc>
        <w:tc>
          <w:tcPr>
            <w:tcW w:w="5112" w:type="dxa"/>
            <w:shd w:val="clear" w:color="auto" w:fill="0F3D5E"/>
          </w:tcPr>
          <w:p w14:paraId="6D53A3F3" w14:textId="77777777" w:rsidR="0032538F" w:rsidRDefault="00000000">
            <w:r>
              <w:rPr>
                <w:b/>
                <w:color w:val="FFFFFF"/>
              </w:rPr>
              <w:t>Requirement</w:t>
            </w:r>
          </w:p>
        </w:tc>
      </w:tr>
      <w:tr w:rsidR="0032538F" w14:paraId="6D09909D" w14:textId="77777777">
        <w:trPr>
          <w:jc w:val="center"/>
        </w:trPr>
        <w:tc>
          <w:tcPr>
            <w:tcW w:w="5112" w:type="dxa"/>
          </w:tcPr>
          <w:p w14:paraId="03B14A5E" w14:textId="77777777" w:rsidR="0032538F" w:rsidRDefault="00000000">
            <w:r>
              <w:rPr>
                <w:sz w:val="16"/>
              </w:rPr>
              <w:t>Emergency stop</w:t>
            </w:r>
          </w:p>
        </w:tc>
        <w:tc>
          <w:tcPr>
            <w:tcW w:w="5112" w:type="dxa"/>
          </w:tcPr>
          <w:p w14:paraId="437EA841" w14:textId="77777777" w:rsidR="0032538F" w:rsidRDefault="00000000">
            <w:r>
              <w:rPr>
                <w:sz w:val="16"/>
              </w:rPr>
              <w:t>Stop lifting movement when unsafe conditions or loss of communication occurs.</w:t>
            </w:r>
          </w:p>
        </w:tc>
      </w:tr>
      <w:tr w:rsidR="0032538F" w14:paraId="4B85F0B8" w14:textId="77777777">
        <w:trPr>
          <w:jc w:val="center"/>
        </w:trPr>
        <w:tc>
          <w:tcPr>
            <w:tcW w:w="5112" w:type="dxa"/>
          </w:tcPr>
          <w:p w14:paraId="22FDD06C" w14:textId="77777777" w:rsidR="0032538F" w:rsidRDefault="00000000">
            <w:r>
              <w:rPr>
                <w:sz w:val="16"/>
              </w:rPr>
              <w:t>Dropped load</w:t>
            </w:r>
          </w:p>
        </w:tc>
        <w:tc>
          <w:tcPr>
            <w:tcW w:w="5112" w:type="dxa"/>
          </w:tcPr>
          <w:p w14:paraId="7E317C99" w14:textId="77777777" w:rsidR="0032538F" w:rsidRDefault="00000000">
            <w:r>
              <w:rPr>
                <w:sz w:val="16"/>
              </w:rPr>
              <w:t>Keep personnel clear, isolate the area and establish a competent recovery plan.</w:t>
            </w:r>
          </w:p>
        </w:tc>
      </w:tr>
      <w:tr w:rsidR="0032538F" w14:paraId="15160FED" w14:textId="77777777">
        <w:trPr>
          <w:jc w:val="center"/>
        </w:trPr>
        <w:tc>
          <w:tcPr>
            <w:tcW w:w="5112" w:type="dxa"/>
          </w:tcPr>
          <w:p w14:paraId="6C70957D" w14:textId="77777777" w:rsidR="0032538F" w:rsidRDefault="00000000">
            <w:r>
              <w:rPr>
                <w:sz w:val="16"/>
              </w:rPr>
              <w:t>Crane instability</w:t>
            </w:r>
          </w:p>
        </w:tc>
        <w:tc>
          <w:tcPr>
            <w:tcW w:w="5112" w:type="dxa"/>
          </w:tcPr>
          <w:p w14:paraId="3623C3AA" w14:textId="77777777" w:rsidR="0032538F" w:rsidRDefault="00000000">
            <w:r>
              <w:rPr>
                <w:sz w:val="16"/>
              </w:rPr>
              <w:t>Stop operations, maintain exclusion and follow the approved emergency/recovery procedure.</w:t>
            </w:r>
          </w:p>
        </w:tc>
      </w:tr>
      <w:tr w:rsidR="0032538F" w14:paraId="42DF1067" w14:textId="77777777">
        <w:trPr>
          <w:jc w:val="center"/>
        </w:trPr>
        <w:tc>
          <w:tcPr>
            <w:tcW w:w="5112" w:type="dxa"/>
          </w:tcPr>
          <w:p w14:paraId="0A6DAF4C" w14:textId="77777777" w:rsidR="0032538F" w:rsidRDefault="00000000">
            <w:r>
              <w:rPr>
                <w:sz w:val="16"/>
              </w:rPr>
              <w:t>Electrical contact</w:t>
            </w:r>
          </w:p>
        </w:tc>
        <w:tc>
          <w:tcPr>
            <w:tcW w:w="5112" w:type="dxa"/>
          </w:tcPr>
          <w:p w14:paraId="2CEAB2EE" w14:textId="77777777" w:rsidR="0032538F" w:rsidRDefault="00000000">
            <w:r>
              <w:rPr>
                <w:sz w:val="16"/>
              </w:rPr>
              <w:t>Keep personnel away, do not touch equipment unless isolation is confirmed, and activate emergency response.</w:t>
            </w:r>
          </w:p>
        </w:tc>
      </w:tr>
      <w:tr w:rsidR="0032538F" w14:paraId="223B4A34" w14:textId="77777777">
        <w:trPr>
          <w:jc w:val="center"/>
        </w:trPr>
        <w:tc>
          <w:tcPr>
            <w:tcW w:w="5112" w:type="dxa"/>
          </w:tcPr>
          <w:p w14:paraId="02852540" w14:textId="77777777" w:rsidR="0032538F" w:rsidRDefault="00000000">
            <w:r>
              <w:rPr>
                <w:sz w:val="16"/>
              </w:rPr>
              <w:t>Communication</w:t>
            </w:r>
          </w:p>
        </w:tc>
        <w:tc>
          <w:tcPr>
            <w:tcW w:w="5112" w:type="dxa"/>
          </w:tcPr>
          <w:p w14:paraId="48F2B5F5" w14:textId="77777777" w:rsidR="0032538F" w:rsidRDefault="00000000">
            <w:r>
              <w:rPr>
                <w:sz w:val="16"/>
              </w:rPr>
              <w:t>Maintain reliable emergency communication and access for responders.</w:t>
            </w:r>
          </w:p>
        </w:tc>
      </w:tr>
      <w:tr w:rsidR="0032538F" w14:paraId="5C579C92" w14:textId="77777777">
        <w:trPr>
          <w:jc w:val="center"/>
        </w:trPr>
        <w:tc>
          <w:tcPr>
            <w:tcW w:w="5112" w:type="dxa"/>
          </w:tcPr>
          <w:p w14:paraId="579A8155" w14:textId="77777777" w:rsidR="0032538F" w:rsidRDefault="00000000">
            <w:r>
              <w:rPr>
                <w:sz w:val="16"/>
              </w:rPr>
              <w:t>Post-incident</w:t>
            </w:r>
          </w:p>
        </w:tc>
        <w:tc>
          <w:tcPr>
            <w:tcW w:w="5112" w:type="dxa"/>
          </w:tcPr>
          <w:p w14:paraId="5D608EEA" w14:textId="77777777" w:rsidR="0032538F" w:rsidRDefault="00000000">
            <w:r>
              <w:rPr>
                <w:sz w:val="16"/>
              </w:rPr>
              <w:t>Provide first aid, report the incident, preserve evidence where appropriate and review controls.</w:t>
            </w:r>
          </w:p>
        </w:tc>
      </w:tr>
    </w:tbl>
    <w:p w14:paraId="281E66A8" w14:textId="77777777" w:rsidR="0032538F" w:rsidRDefault="0032538F"/>
    <w:p w14:paraId="3154F7CD" w14:textId="77777777" w:rsidR="0032538F" w:rsidRDefault="00000000">
      <w:pPr>
        <w:pStyle w:val="Heading1"/>
      </w:pPr>
      <w:r>
        <w:t>16. Roles and Responsibilities</w:t>
      </w:r>
    </w:p>
    <w:tbl>
      <w:tblPr>
        <w:tblStyle w:val="TableGrid"/>
        <w:tblW w:w="0" w:type="auto"/>
        <w:jc w:val="center"/>
        <w:tblLook w:val="04A0" w:firstRow="1" w:lastRow="0" w:firstColumn="1" w:lastColumn="0" w:noHBand="0" w:noVBand="1"/>
      </w:tblPr>
      <w:tblGrid>
        <w:gridCol w:w="5112"/>
        <w:gridCol w:w="5112"/>
      </w:tblGrid>
      <w:tr w:rsidR="0032538F" w14:paraId="6D484D48" w14:textId="77777777">
        <w:trPr>
          <w:tblHeader/>
          <w:jc w:val="center"/>
        </w:trPr>
        <w:tc>
          <w:tcPr>
            <w:tcW w:w="5112" w:type="dxa"/>
            <w:shd w:val="clear" w:color="auto" w:fill="0F3D5E"/>
          </w:tcPr>
          <w:p w14:paraId="23B332DD" w14:textId="77777777" w:rsidR="0032538F" w:rsidRDefault="00000000">
            <w:r>
              <w:rPr>
                <w:b/>
                <w:color w:val="FFFFFF"/>
              </w:rPr>
              <w:t>Role</w:t>
            </w:r>
          </w:p>
        </w:tc>
        <w:tc>
          <w:tcPr>
            <w:tcW w:w="5112" w:type="dxa"/>
            <w:shd w:val="clear" w:color="auto" w:fill="0F3D5E"/>
          </w:tcPr>
          <w:p w14:paraId="2CB31563" w14:textId="77777777" w:rsidR="0032538F" w:rsidRDefault="00000000">
            <w:r>
              <w:rPr>
                <w:b/>
                <w:color w:val="FFFFFF"/>
              </w:rPr>
              <w:t>Responsibility</w:t>
            </w:r>
          </w:p>
        </w:tc>
      </w:tr>
      <w:tr w:rsidR="0032538F" w14:paraId="1E81E5F7" w14:textId="77777777">
        <w:trPr>
          <w:jc w:val="center"/>
        </w:trPr>
        <w:tc>
          <w:tcPr>
            <w:tcW w:w="5112" w:type="dxa"/>
          </w:tcPr>
          <w:p w14:paraId="09C9A697" w14:textId="77777777" w:rsidR="0032538F" w:rsidRDefault="00000000">
            <w:r>
              <w:rPr>
                <w:sz w:val="16"/>
              </w:rPr>
              <w:t>Project / Construction Manager</w:t>
            </w:r>
          </w:p>
        </w:tc>
        <w:tc>
          <w:tcPr>
            <w:tcW w:w="5112" w:type="dxa"/>
          </w:tcPr>
          <w:p w14:paraId="1808A3D5" w14:textId="77777777" w:rsidR="0032538F" w:rsidRDefault="00000000">
            <w:r>
              <w:rPr>
                <w:sz w:val="16"/>
              </w:rPr>
              <w:t>Provide resources and ensure lifting controls are implemented.</w:t>
            </w:r>
          </w:p>
        </w:tc>
      </w:tr>
      <w:tr w:rsidR="0032538F" w14:paraId="2A61DC79" w14:textId="77777777">
        <w:trPr>
          <w:jc w:val="center"/>
        </w:trPr>
        <w:tc>
          <w:tcPr>
            <w:tcW w:w="5112" w:type="dxa"/>
          </w:tcPr>
          <w:p w14:paraId="7860086C" w14:textId="77777777" w:rsidR="0032538F" w:rsidRDefault="00000000">
            <w:r>
              <w:rPr>
                <w:sz w:val="16"/>
              </w:rPr>
              <w:t>Lifting Manager / Supervisor</w:t>
            </w:r>
          </w:p>
        </w:tc>
        <w:tc>
          <w:tcPr>
            <w:tcW w:w="5112" w:type="dxa"/>
          </w:tcPr>
          <w:p w14:paraId="17301352" w14:textId="77777777" w:rsidR="0032538F" w:rsidRDefault="00000000">
            <w:r>
              <w:rPr>
                <w:sz w:val="16"/>
              </w:rPr>
              <w:t>Plan, coordinate and supervise lifting operations and verify controls.</w:t>
            </w:r>
          </w:p>
        </w:tc>
      </w:tr>
      <w:tr w:rsidR="0032538F" w14:paraId="21773BD8" w14:textId="77777777">
        <w:trPr>
          <w:jc w:val="center"/>
        </w:trPr>
        <w:tc>
          <w:tcPr>
            <w:tcW w:w="5112" w:type="dxa"/>
          </w:tcPr>
          <w:p w14:paraId="0753E3D4" w14:textId="77777777" w:rsidR="0032538F" w:rsidRDefault="00000000">
            <w:r>
              <w:rPr>
                <w:sz w:val="16"/>
              </w:rPr>
              <w:t>Lift Planner / Engineer</w:t>
            </w:r>
          </w:p>
        </w:tc>
        <w:tc>
          <w:tcPr>
            <w:tcW w:w="5112" w:type="dxa"/>
          </w:tcPr>
          <w:p w14:paraId="3857F5A3" w14:textId="77777777" w:rsidR="0032538F" w:rsidRDefault="00000000">
            <w:r>
              <w:rPr>
                <w:sz w:val="16"/>
              </w:rPr>
              <w:t>Prepare suitable lifting studies/plans and verify technical requirements where required.</w:t>
            </w:r>
          </w:p>
        </w:tc>
      </w:tr>
      <w:tr w:rsidR="0032538F" w14:paraId="1FBF82FA" w14:textId="77777777">
        <w:trPr>
          <w:jc w:val="center"/>
        </w:trPr>
        <w:tc>
          <w:tcPr>
            <w:tcW w:w="5112" w:type="dxa"/>
          </w:tcPr>
          <w:p w14:paraId="763F87D6" w14:textId="77777777" w:rsidR="0032538F" w:rsidRDefault="00000000">
            <w:r>
              <w:rPr>
                <w:sz w:val="16"/>
              </w:rPr>
              <w:t>Crane Operator</w:t>
            </w:r>
          </w:p>
        </w:tc>
        <w:tc>
          <w:tcPr>
            <w:tcW w:w="5112" w:type="dxa"/>
          </w:tcPr>
          <w:p w14:paraId="7E4B09AF" w14:textId="77777777" w:rsidR="0032538F" w:rsidRDefault="00000000">
            <w:r>
              <w:rPr>
                <w:sz w:val="16"/>
              </w:rPr>
              <w:t>Operate equipment safely within approved capacity and manufacturer requirements.</w:t>
            </w:r>
          </w:p>
        </w:tc>
      </w:tr>
      <w:tr w:rsidR="0032538F" w14:paraId="08F322BC" w14:textId="77777777">
        <w:trPr>
          <w:jc w:val="center"/>
        </w:trPr>
        <w:tc>
          <w:tcPr>
            <w:tcW w:w="5112" w:type="dxa"/>
          </w:tcPr>
          <w:p w14:paraId="111062CD" w14:textId="77777777" w:rsidR="0032538F" w:rsidRDefault="00000000">
            <w:r>
              <w:rPr>
                <w:sz w:val="16"/>
              </w:rPr>
              <w:t>Rigger / Slinger</w:t>
            </w:r>
          </w:p>
        </w:tc>
        <w:tc>
          <w:tcPr>
            <w:tcW w:w="5112" w:type="dxa"/>
          </w:tcPr>
          <w:p w14:paraId="3CAB0BDE" w14:textId="77777777" w:rsidR="0032538F" w:rsidRDefault="00000000">
            <w:r>
              <w:rPr>
                <w:sz w:val="16"/>
              </w:rPr>
              <w:t>Inspect and connect loads using correct rigging methods.</w:t>
            </w:r>
          </w:p>
        </w:tc>
      </w:tr>
      <w:tr w:rsidR="0032538F" w14:paraId="02DB6550" w14:textId="77777777">
        <w:trPr>
          <w:jc w:val="center"/>
        </w:trPr>
        <w:tc>
          <w:tcPr>
            <w:tcW w:w="5112" w:type="dxa"/>
          </w:tcPr>
          <w:p w14:paraId="72884D07" w14:textId="77777777" w:rsidR="0032538F" w:rsidRDefault="00000000">
            <w:r>
              <w:rPr>
                <w:sz w:val="16"/>
              </w:rPr>
              <w:t>Signalman / Banksman</w:t>
            </w:r>
          </w:p>
        </w:tc>
        <w:tc>
          <w:tcPr>
            <w:tcW w:w="5112" w:type="dxa"/>
          </w:tcPr>
          <w:p w14:paraId="71FFF15D" w14:textId="77777777" w:rsidR="0032538F" w:rsidRDefault="00000000">
            <w:r>
              <w:rPr>
                <w:sz w:val="16"/>
              </w:rPr>
              <w:t>Provide clear signals and control the lifting interface.</w:t>
            </w:r>
          </w:p>
        </w:tc>
      </w:tr>
      <w:tr w:rsidR="0032538F" w14:paraId="1AB6D55D" w14:textId="77777777">
        <w:trPr>
          <w:jc w:val="center"/>
        </w:trPr>
        <w:tc>
          <w:tcPr>
            <w:tcW w:w="5112" w:type="dxa"/>
          </w:tcPr>
          <w:p w14:paraId="35CA7086" w14:textId="77777777" w:rsidR="0032538F" w:rsidRDefault="00000000">
            <w:r>
              <w:rPr>
                <w:sz w:val="16"/>
              </w:rPr>
              <w:t>HSE Team</w:t>
            </w:r>
          </w:p>
        </w:tc>
        <w:tc>
          <w:tcPr>
            <w:tcW w:w="5112" w:type="dxa"/>
          </w:tcPr>
          <w:p w14:paraId="324BA2F1" w14:textId="77777777" w:rsidR="0032538F" w:rsidRDefault="00000000">
            <w:r>
              <w:rPr>
                <w:sz w:val="16"/>
              </w:rPr>
              <w:t>Monitor compliance, advise on controls and verify site arrangements.</w:t>
            </w:r>
          </w:p>
        </w:tc>
      </w:tr>
      <w:tr w:rsidR="0032538F" w14:paraId="238E0D74" w14:textId="77777777">
        <w:trPr>
          <w:jc w:val="center"/>
        </w:trPr>
        <w:tc>
          <w:tcPr>
            <w:tcW w:w="5112" w:type="dxa"/>
          </w:tcPr>
          <w:p w14:paraId="73241425" w14:textId="77777777" w:rsidR="0032538F" w:rsidRDefault="00000000">
            <w:r>
              <w:rPr>
                <w:sz w:val="16"/>
              </w:rPr>
              <w:t>Workers / Other Personnel</w:t>
            </w:r>
          </w:p>
        </w:tc>
        <w:tc>
          <w:tcPr>
            <w:tcW w:w="5112" w:type="dxa"/>
          </w:tcPr>
          <w:p w14:paraId="4A25B498" w14:textId="77777777" w:rsidR="0032538F" w:rsidRDefault="00000000">
            <w:r>
              <w:rPr>
                <w:sz w:val="16"/>
              </w:rPr>
              <w:t>Stay outside exclusion zones and follow lifting instructions.</w:t>
            </w:r>
          </w:p>
        </w:tc>
      </w:tr>
      <w:tr w:rsidR="0032538F" w14:paraId="4CA7239A" w14:textId="77777777">
        <w:trPr>
          <w:jc w:val="center"/>
        </w:trPr>
        <w:tc>
          <w:tcPr>
            <w:tcW w:w="5112" w:type="dxa"/>
          </w:tcPr>
          <w:p w14:paraId="1BA6D3A4" w14:textId="77777777" w:rsidR="0032538F" w:rsidRDefault="00000000">
            <w:r>
              <w:rPr>
                <w:sz w:val="16"/>
              </w:rPr>
              <w:t>Contractors / Subcontractors</w:t>
            </w:r>
          </w:p>
        </w:tc>
        <w:tc>
          <w:tcPr>
            <w:tcW w:w="5112" w:type="dxa"/>
          </w:tcPr>
          <w:p w14:paraId="6A11EC67" w14:textId="77777777" w:rsidR="0032538F" w:rsidRDefault="00000000">
            <w:r>
              <w:rPr>
                <w:sz w:val="16"/>
              </w:rPr>
              <w:t>Comply with lifting requirements and provide task-specific assessments where required.</w:t>
            </w:r>
          </w:p>
        </w:tc>
      </w:tr>
    </w:tbl>
    <w:p w14:paraId="430DB246" w14:textId="77777777" w:rsidR="0032538F" w:rsidRDefault="0032538F"/>
    <w:p w14:paraId="7F7CED69" w14:textId="77777777" w:rsidR="0032538F" w:rsidRDefault="00000000">
      <w:pPr>
        <w:pStyle w:val="Heading1"/>
      </w:pPr>
      <w:r>
        <w:t>17. Worker Briefing / Acknowledgement</w:t>
      </w:r>
    </w:p>
    <w:p w14:paraId="76ACC802" w14:textId="77777777" w:rsidR="0032538F" w:rsidRDefault="00000000">
      <w:r>
        <w:t>Personnel involved in or affected by lifting operations should be briefed on the lift plan, roles, communication method, exclusion zone, load path, landing area, overhead hazards, emergency arrangements and stop-work requirements before the lift.</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32538F" w14:paraId="6C08EB87" w14:textId="77777777">
        <w:trPr>
          <w:tblHeader/>
          <w:jc w:val="center"/>
        </w:trPr>
        <w:tc>
          <w:tcPr>
            <w:tcW w:w="1704" w:type="dxa"/>
            <w:shd w:val="clear" w:color="auto" w:fill="0F3D5E"/>
          </w:tcPr>
          <w:p w14:paraId="5D81E019" w14:textId="77777777" w:rsidR="0032538F" w:rsidRDefault="00000000">
            <w:r>
              <w:rPr>
                <w:b/>
                <w:color w:val="FFFFFF"/>
              </w:rPr>
              <w:lastRenderedPageBreak/>
              <w:t>No.</w:t>
            </w:r>
          </w:p>
        </w:tc>
        <w:tc>
          <w:tcPr>
            <w:tcW w:w="1704" w:type="dxa"/>
            <w:shd w:val="clear" w:color="auto" w:fill="0F3D5E"/>
          </w:tcPr>
          <w:p w14:paraId="5A7F0429" w14:textId="77777777" w:rsidR="0032538F" w:rsidRDefault="00000000">
            <w:r>
              <w:rPr>
                <w:b/>
                <w:color w:val="FFFFFF"/>
              </w:rPr>
              <w:t>Name</w:t>
            </w:r>
          </w:p>
        </w:tc>
        <w:tc>
          <w:tcPr>
            <w:tcW w:w="1704" w:type="dxa"/>
            <w:shd w:val="clear" w:color="auto" w:fill="0F3D5E"/>
          </w:tcPr>
          <w:p w14:paraId="55CF7402" w14:textId="77777777" w:rsidR="0032538F" w:rsidRDefault="00000000">
            <w:r>
              <w:rPr>
                <w:b/>
                <w:color w:val="FFFFFF"/>
              </w:rPr>
              <w:t>Position</w:t>
            </w:r>
          </w:p>
        </w:tc>
        <w:tc>
          <w:tcPr>
            <w:tcW w:w="1704" w:type="dxa"/>
            <w:shd w:val="clear" w:color="auto" w:fill="0F3D5E"/>
          </w:tcPr>
          <w:p w14:paraId="12A245C6" w14:textId="77777777" w:rsidR="0032538F" w:rsidRDefault="00000000">
            <w:r>
              <w:rPr>
                <w:b/>
                <w:color w:val="FFFFFF"/>
              </w:rPr>
              <w:t>Company</w:t>
            </w:r>
          </w:p>
        </w:tc>
        <w:tc>
          <w:tcPr>
            <w:tcW w:w="1704" w:type="dxa"/>
            <w:shd w:val="clear" w:color="auto" w:fill="0F3D5E"/>
          </w:tcPr>
          <w:p w14:paraId="765B769F" w14:textId="77777777" w:rsidR="0032538F" w:rsidRDefault="00000000">
            <w:r>
              <w:rPr>
                <w:b/>
                <w:color w:val="FFFFFF"/>
              </w:rPr>
              <w:t>Signature</w:t>
            </w:r>
          </w:p>
        </w:tc>
        <w:tc>
          <w:tcPr>
            <w:tcW w:w="1704" w:type="dxa"/>
            <w:shd w:val="clear" w:color="auto" w:fill="0F3D5E"/>
          </w:tcPr>
          <w:p w14:paraId="2DE2ACB8" w14:textId="77777777" w:rsidR="0032538F" w:rsidRDefault="00000000">
            <w:r>
              <w:rPr>
                <w:b/>
                <w:color w:val="FFFFFF"/>
              </w:rPr>
              <w:t>Date</w:t>
            </w:r>
          </w:p>
        </w:tc>
      </w:tr>
      <w:tr w:rsidR="0032538F" w14:paraId="794CEFD6" w14:textId="77777777">
        <w:trPr>
          <w:jc w:val="center"/>
        </w:trPr>
        <w:tc>
          <w:tcPr>
            <w:tcW w:w="1704" w:type="dxa"/>
          </w:tcPr>
          <w:p w14:paraId="2D408E55" w14:textId="77777777" w:rsidR="0032538F" w:rsidRDefault="00000000">
            <w:r>
              <w:rPr>
                <w:sz w:val="17"/>
              </w:rPr>
              <w:t>1</w:t>
            </w:r>
          </w:p>
        </w:tc>
        <w:tc>
          <w:tcPr>
            <w:tcW w:w="1704" w:type="dxa"/>
          </w:tcPr>
          <w:p w14:paraId="20A12920" w14:textId="77777777" w:rsidR="0032538F" w:rsidRDefault="0032538F"/>
        </w:tc>
        <w:tc>
          <w:tcPr>
            <w:tcW w:w="1704" w:type="dxa"/>
          </w:tcPr>
          <w:p w14:paraId="61B366B9" w14:textId="77777777" w:rsidR="0032538F" w:rsidRDefault="0032538F"/>
        </w:tc>
        <w:tc>
          <w:tcPr>
            <w:tcW w:w="1704" w:type="dxa"/>
          </w:tcPr>
          <w:p w14:paraId="3A78A697" w14:textId="77777777" w:rsidR="0032538F" w:rsidRDefault="0032538F"/>
        </w:tc>
        <w:tc>
          <w:tcPr>
            <w:tcW w:w="1704" w:type="dxa"/>
          </w:tcPr>
          <w:p w14:paraId="419BD176" w14:textId="77777777" w:rsidR="0032538F" w:rsidRDefault="0032538F"/>
        </w:tc>
        <w:tc>
          <w:tcPr>
            <w:tcW w:w="1704" w:type="dxa"/>
          </w:tcPr>
          <w:p w14:paraId="11BF7735" w14:textId="77777777" w:rsidR="0032538F" w:rsidRDefault="0032538F"/>
        </w:tc>
      </w:tr>
      <w:tr w:rsidR="0032538F" w14:paraId="295F79F0" w14:textId="77777777">
        <w:trPr>
          <w:jc w:val="center"/>
        </w:trPr>
        <w:tc>
          <w:tcPr>
            <w:tcW w:w="1704" w:type="dxa"/>
          </w:tcPr>
          <w:p w14:paraId="1799DECE" w14:textId="77777777" w:rsidR="0032538F" w:rsidRDefault="00000000">
            <w:r>
              <w:rPr>
                <w:sz w:val="17"/>
              </w:rPr>
              <w:t>2</w:t>
            </w:r>
          </w:p>
        </w:tc>
        <w:tc>
          <w:tcPr>
            <w:tcW w:w="1704" w:type="dxa"/>
          </w:tcPr>
          <w:p w14:paraId="05053445" w14:textId="77777777" w:rsidR="0032538F" w:rsidRDefault="0032538F"/>
        </w:tc>
        <w:tc>
          <w:tcPr>
            <w:tcW w:w="1704" w:type="dxa"/>
          </w:tcPr>
          <w:p w14:paraId="33B2EDB8" w14:textId="77777777" w:rsidR="0032538F" w:rsidRDefault="0032538F"/>
        </w:tc>
        <w:tc>
          <w:tcPr>
            <w:tcW w:w="1704" w:type="dxa"/>
          </w:tcPr>
          <w:p w14:paraId="72567D96" w14:textId="77777777" w:rsidR="0032538F" w:rsidRDefault="0032538F"/>
        </w:tc>
        <w:tc>
          <w:tcPr>
            <w:tcW w:w="1704" w:type="dxa"/>
          </w:tcPr>
          <w:p w14:paraId="7B1CEA36" w14:textId="77777777" w:rsidR="0032538F" w:rsidRDefault="0032538F"/>
        </w:tc>
        <w:tc>
          <w:tcPr>
            <w:tcW w:w="1704" w:type="dxa"/>
          </w:tcPr>
          <w:p w14:paraId="1F520A3D" w14:textId="77777777" w:rsidR="0032538F" w:rsidRDefault="0032538F"/>
        </w:tc>
      </w:tr>
      <w:tr w:rsidR="0032538F" w14:paraId="4E0D288B" w14:textId="77777777">
        <w:trPr>
          <w:jc w:val="center"/>
        </w:trPr>
        <w:tc>
          <w:tcPr>
            <w:tcW w:w="1704" w:type="dxa"/>
          </w:tcPr>
          <w:p w14:paraId="4ED5B35E" w14:textId="77777777" w:rsidR="0032538F" w:rsidRDefault="00000000">
            <w:r>
              <w:rPr>
                <w:sz w:val="17"/>
              </w:rPr>
              <w:t>3</w:t>
            </w:r>
          </w:p>
        </w:tc>
        <w:tc>
          <w:tcPr>
            <w:tcW w:w="1704" w:type="dxa"/>
          </w:tcPr>
          <w:p w14:paraId="774F0C6A" w14:textId="77777777" w:rsidR="0032538F" w:rsidRDefault="0032538F"/>
        </w:tc>
        <w:tc>
          <w:tcPr>
            <w:tcW w:w="1704" w:type="dxa"/>
          </w:tcPr>
          <w:p w14:paraId="2E9C3499" w14:textId="77777777" w:rsidR="0032538F" w:rsidRDefault="0032538F"/>
        </w:tc>
        <w:tc>
          <w:tcPr>
            <w:tcW w:w="1704" w:type="dxa"/>
          </w:tcPr>
          <w:p w14:paraId="399A8F40" w14:textId="77777777" w:rsidR="0032538F" w:rsidRDefault="0032538F"/>
        </w:tc>
        <w:tc>
          <w:tcPr>
            <w:tcW w:w="1704" w:type="dxa"/>
          </w:tcPr>
          <w:p w14:paraId="79765088" w14:textId="77777777" w:rsidR="0032538F" w:rsidRDefault="0032538F"/>
        </w:tc>
        <w:tc>
          <w:tcPr>
            <w:tcW w:w="1704" w:type="dxa"/>
          </w:tcPr>
          <w:p w14:paraId="4AFC59C8" w14:textId="77777777" w:rsidR="0032538F" w:rsidRDefault="0032538F"/>
        </w:tc>
      </w:tr>
      <w:tr w:rsidR="0032538F" w14:paraId="019010C0" w14:textId="77777777">
        <w:trPr>
          <w:jc w:val="center"/>
        </w:trPr>
        <w:tc>
          <w:tcPr>
            <w:tcW w:w="1704" w:type="dxa"/>
          </w:tcPr>
          <w:p w14:paraId="69D942FF" w14:textId="77777777" w:rsidR="0032538F" w:rsidRDefault="00000000">
            <w:r>
              <w:rPr>
                <w:sz w:val="17"/>
              </w:rPr>
              <w:t>4</w:t>
            </w:r>
          </w:p>
        </w:tc>
        <w:tc>
          <w:tcPr>
            <w:tcW w:w="1704" w:type="dxa"/>
          </w:tcPr>
          <w:p w14:paraId="4EEC1D0F" w14:textId="77777777" w:rsidR="0032538F" w:rsidRDefault="0032538F"/>
        </w:tc>
        <w:tc>
          <w:tcPr>
            <w:tcW w:w="1704" w:type="dxa"/>
          </w:tcPr>
          <w:p w14:paraId="53239BEB" w14:textId="77777777" w:rsidR="0032538F" w:rsidRDefault="0032538F"/>
        </w:tc>
        <w:tc>
          <w:tcPr>
            <w:tcW w:w="1704" w:type="dxa"/>
          </w:tcPr>
          <w:p w14:paraId="18216D8D" w14:textId="77777777" w:rsidR="0032538F" w:rsidRDefault="0032538F"/>
        </w:tc>
        <w:tc>
          <w:tcPr>
            <w:tcW w:w="1704" w:type="dxa"/>
          </w:tcPr>
          <w:p w14:paraId="55747245" w14:textId="77777777" w:rsidR="0032538F" w:rsidRDefault="0032538F"/>
        </w:tc>
        <w:tc>
          <w:tcPr>
            <w:tcW w:w="1704" w:type="dxa"/>
          </w:tcPr>
          <w:p w14:paraId="6F5095CF" w14:textId="77777777" w:rsidR="0032538F" w:rsidRDefault="0032538F"/>
        </w:tc>
      </w:tr>
      <w:tr w:rsidR="0032538F" w14:paraId="5C05897D" w14:textId="77777777">
        <w:trPr>
          <w:jc w:val="center"/>
        </w:trPr>
        <w:tc>
          <w:tcPr>
            <w:tcW w:w="1704" w:type="dxa"/>
          </w:tcPr>
          <w:p w14:paraId="0EDF549E" w14:textId="77777777" w:rsidR="0032538F" w:rsidRDefault="00000000">
            <w:r>
              <w:rPr>
                <w:sz w:val="17"/>
              </w:rPr>
              <w:t>5</w:t>
            </w:r>
          </w:p>
        </w:tc>
        <w:tc>
          <w:tcPr>
            <w:tcW w:w="1704" w:type="dxa"/>
          </w:tcPr>
          <w:p w14:paraId="28BDF416" w14:textId="77777777" w:rsidR="0032538F" w:rsidRDefault="0032538F"/>
        </w:tc>
        <w:tc>
          <w:tcPr>
            <w:tcW w:w="1704" w:type="dxa"/>
          </w:tcPr>
          <w:p w14:paraId="1A49C84C" w14:textId="77777777" w:rsidR="0032538F" w:rsidRDefault="0032538F"/>
        </w:tc>
        <w:tc>
          <w:tcPr>
            <w:tcW w:w="1704" w:type="dxa"/>
          </w:tcPr>
          <w:p w14:paraId="1B95D4B4" w14:textId="77777777" w:rsidR="0032538F" w:rsidRDefault="0032538F"/>
        </w:tc>
        <w:tc>
          <w:tcPr>
            <w:tcW w:w="1704" w:type="dxa"/>
          </w:tcPr>
          <w:p w14:paraId="5E0DCB5A" w14:textId="77777777" w:rsidR="0032538F" w:rsidRDefault="0032538F"/>
        </w:tc>
        <w:tc>
          <w:tcPr>
            <w:tcW w:w="1704" w:type="dxa"/>
          </w:tcPr>
          <w:p w14:paraId="523F289A" w14:textId="77777777" w:rsidR="0032538F" w:rsidRDefault="0032538F"/>
        </w:tc>
      </w:tr>
      <w:tr w:rsidR="0032538F" w14:paraId="485684AC" w14:textId="77777777">
        <w:trPr>
          <w:jc w:val="center"/>
        </w:trPr>
        <w:tc>
          <w:tcPr>
            <w:tcW w:w="1704" w:type="dxa"/>
          </w:tcPr>
          <w:p w14:paraId="5B786FAD" w14:textId="77777777" w:rsidR="0032538F" w:rsidRDefault="00000000">
            <w:r>
              <w:rPr>
                <w:sz w:val="17"/>
              </w:rPr>
              <w:t>6</w:t>
            </w:r>
          </w:p>
        </w:tc>
        <w:tc>
          <w:tcPr>
            <w:tcW w:w="1704" w:type="dxa"/>
          </w:tcPr>
          <w:p w14:paraId="366135F0" w14:textId="77777777" w:rsidR="0032538F" w:rsidRDefault="0032538F"/>
        </w:tc>
        <w:tc>
          <w:tcPr>
            <w:tcW w:w="1704" w:type="dxa"/>
          </w:tcPr>
          <w:p w14:paraId="4A5EF5DA" w14:textId="77777777" w:rsidR="0032538F" w:rsidRDefault="0032538F"/>
        </w:tc>
        <w:tc>
          <w:tcPr>
            <w:tcW w:w="1704" w:type="dxa"/>
          </w:tcPr>
          <w:p w14:paraId="380A98D8" w14:textId="77777777" w:rsidR="0032538F" w:rsidRDefault="0032538F"/>
        </w:tc>
        <w:tc>
          <w:tcPr>
            <w:tcW w:w="1704" w:type="dxa"/>
          </w:tcPr>
          <w:p w14:paraId="0996587C" w14:textId="77777777" w:rsidR="0032538F" w:rsidRDefault="0032538F"/>
        </w:tc>
        <w:tc>
          <w:tcPr>
            <w:tcW w:w="1704" w:type="dxa"/>
          </w:tcPr>
          <w:p w14:paraId="67CD417F" w14:textId="77777777" w:rsidR="0032538F" w:rsidRDefault="0032538F"/>
        </w:tc>
      </w:tr>
      <w:tr w:rsidR="0032538F" w14:paraId="49DF1412" w14:textId="77777777">
        <w:trPr>
          <w:jc w:val="center"/>
        </w:trPr>
        <w:tc>
          <w:tcPr>
            <w:tcW w:w="1704" w:type="dxa"/>
          </w:tcPr>
          <w:p w14:paraId="3A2C84AA" w14:textId="77777777" w:rsidR="0032538F" w:rsidRDefault="00000000">
            <w:r>
              <w:rPr>
                <w:sz w:val="17"/>
              </w:rPr>
              <w:t>7</w:t>
            </w:r>
          </w:p>
        </w:tc>
        <w:tc>
          <w:tcPr>
            <w:tcW w:w="1704" w:type="dxa"/>
          </w:tcPr>
          <w:p w14:paraId="58EA40DA" w14:textId="77777777" w:rsidR="0032538F" w:rsidRDefault="0032538F"/>
        </w:tc>
        <w:tc>
          <w:tcPr>
            <w:tcW w:w="1704" w:type="dxa"/>
          </w:tcPr>
          <w:p w14:paraId="2DC6D5E5" w14:textId="77777777" w:rsidR="0032538F" w:rsidRDefault="0032538F"/>
        </w:tc>
        <w:tc>
          <w:tcPr>
            <w:tcW w:w="1704" w:type="dxa"/>
          </w:tcPr>
          <w:p w14:paraId="40087ED8" w14:textId="77777777" w:rsidR="0032538F" w:rsidRDefault="0032538F"/>
        </w:tc>
        <w:tc>
          <w:tcPr>
            <w:tcW w:w="1704" w:type="dxa"/>
          </w:tcPr>
          <w:p w14:paraId="20F6F757" w14:textId="77777777" w:rsidR="0032538F" w:rsidRDefault="0032538F"/>
        </w:tc>
        <w:tc>
          <w:tcPr>
            <w:tcW w:w="1704" w:type="dxa"/>
          </w:tcPr>
          <w:p w14:paraId="3D7B9A66" w14:textId="77777777" w:rsidR="0032538F" w:rsidRDefault="0032538F"/>
        </w:tc>
      </w:tr>
      <w:tr w:rsidR="0032538F" w14:paraId="268600E9" w14:textId="77777777">
        <w:trPr>
          <w:jc w:val="center"/>
        </w:trPr>
        <w:tc>
          <w:tcPr>
            <w:tcW w:w="1704" w:type="dxa"/>
          </w:tcPr>
          <w:p w14:paraId="0E11C84A" w14:textId="77777777" w:rsidR="0032538F" w:rsidRDefault="00000000">
            <w:r>
              <w:rPr>
                <w:sz w:val="17"/>
              </w:rPr>
              <w:t>8</w:t>
            </w:r>
          </w:p>
        </w:tc>
        <w:tc>
          <w:tcPr>
            <w:tcW w:w="1704" w:type="dxa"/>
          </w:tcPr>
          <w:p w14:paraId="5B3D78E0" w14:textId="77777777" w:rsidR="0032538F" w:rsidRDefault="0032538F"/>
        </w:tc>
        <w:tc>
          <w:tcPr>
            <w:tcW w:w="1704" w:type="dxa"/>
          </w:tcPr>
          <w:p w14:paraId="605319D7" w14:textId="77777777" w:rsidR="0032538F" w:rsidRDefault="0032538F"/>
        </w:tc>
        <w:tc>
          <w:tcPr>
            <w:tcW w:w="1704" w:type="dxa"/>
          </w:tcPr>
          <w:p w14:paraId="6F133F98" w14:textId="77777777" w:rsidR="0032538F" w:rsidRDefault="0032538F"/>
        </w:tc>
        <w:tc>
          <w:tcPr>
            <w:tcW w:w="1704" w:type="dxa"/>
          </w:tcPr>
          <w:p w14:paraId="507B9909" w14:textId="77777777" w:rsidR="0032538F" w:rsidRDefault="0032538F"/>
        </w:tc>
        <w:tc>
          <w:tcPr>
            <w:tcW w:w="1704" w:type="dxa"/>
          </w:tcPr>
          <w:p w14:paraId="30AAE0FC" w14:textId="77777777" w:rsidR="0032538F" w:rsidRDefault="0032538F"/>
        </w:tc>
      </w:tr>
      <w:tr w:rsidR="0032538F" w14:paraId="308042EA" w14:textId="77777777">
        <w:trPr>
          <w:jc w:val="center"/>
        </w:trPr>
        <w:tc>
          <w:tcPr>
            <w:tcW w:w="1704" w:type="dxa"/>
          </w:tcPr>
          <w:p w14:paraId="7DDDAA8E" w14:textId="77777777" w:rsidR="0032538F" w:rsidRDefault="00000000">
            <w:r>
              <w:rPr>
                <w:sz w:val="17"/>
              </w:rPr>
              <w:t>9</w:t>
            </w:r>
          </w:p>
        </w:tc>
        <w:tc>
          <w:tcPr>
            <w:tcW w:w="1704" w:type="dxa"/>
          </w:tcPr>
          <w:p w14:paraId="3BE50777" w14:textId="77777777" w:rsidR="0032538F" w:rsidRDefault="0032538F"/>
        </w:tc>
        <w:tc>
          <w:tcPr>
            <w:tcW w:w="1704" w:type="dxa"/>
          </w:tcPr>
          <w:p w14:paraId="5C5C4010" w14:textId="77777777" w:rsidR="0032538F" w:rsidRDefault="0032538F"/>
        </w:tc>
        <w:tc>
          <w:tcPr>
            <w:tcW w:w="1704" w:type="dxa"/>
          </w:tcPr>
          <w:p w14:paraId="5A128BDD" w14:textId="77777777" w:rsidR="0032538F" w:rsidRDefault="0032538F"/>
        </w:tc>
        <w:tc>
          <w:tcPr>
            <w:tcW w:w="1704" w:type="dxa"/>
          </w:tcPr>
          <w:p w14:paraId="148C8643" w14:textId="77777777" w:rsidR="0032538F" w:rsidRDefault="0032538F"/>
        </w:tc>
        <w:tc>
          <w:tcPr>
            <w:tcW w:w="1704" w:type="dxa"/>
          </w:tcPr>
          <w:p w14:paraId="6E077E2C" w14:textId="77777777" w:rsidR="0032538F" w:rsidRDefault="0032538F"/>
        </w:tc>
      </w:tr>
      <w:tr w:rsidR="0032538F" w14:paraId="7A53977C" w14:textId="77777777">
        <w:trPr>
          <w:jc w:val="center"/>
        </w:trPr>
        <w:tc>
          <w:tcPr>
            <w:tcW w:w="1704" w:type="dxa"/>
          </w:tcPr>
          <w:p w14:paraId="4393D842" w14:textId="77777777" w:rsidR="0032538F" w:rsidRDefault="00000000">
            <w:r>
              <w:rPr>
                <w:sz w:val="17"/>
              </w:rPr>
              <w:t>10</w:t>
            </w:r>
          </w:p>
        </w:tc>
        <w:tc>
          <w:tcPr>
            <w:tcW w:w="1704" w:type="dxa"/>
          </w:tcPr>
          <w:p w14:paraId="19DC403C" w14:textId="77777777" w:rsidR="0032538F" w:rsidRDefault="0032538F"/>
        </w:tc>
        <w:tc>
          <w:tcPr>
            <w:tcW w:w="1704" w:type="dxa"/>
          </w:tcPr>
          <w:p w14:paraId="3198F29F" w14:textId="77777777" w:rsidR="0032538F" w:rsidRDefault="0032538F"/>
        </w:tc>
        <w:tc>
          <w:tcPr>
            <w:tcW w:w="1704" w:type="dxa"/>
          </w:tcPr>
          <w:p w14:paraId="53A099C6" w14:textId="77777777" w:rsidR="0032538F" w:rsidRDefault="0032538F"/>
        </w:tc>
        <w:tc>
          <w:tcPr>
            <w:tcW w:w="1704" w:type="dxa"/>
          </w:tcPr>
          <w:p w14:paraId="53381CDE" w14:textId="77777777" w:rsidR="0032538F" w:rsidRDefault="0032538F"/>
        </w:tc>
        <w:tc>
          <w:tcPr>
            <w:tcW w:w="1704" w:type="dxa"/>
          </w:tcPr>
          <w:p w14:paraId="2AB8459E" w14:textId="77777777" w:rsidR="0032538F" w:rsidRDefault="0032538F"/>
        </w:tc>
      </w:tr>
    </w:tbl>
    <w:p w14:paraId="73E76F1F" w14:textId="77777777" w:rsidR="0032538F" w:rsidRDefault="0032538F"/>
    <w:p w14:paraId="109EFADD" w14:textId="77777777" w:rsidR="0032538F" w:rsidRDefault="00000000">
      <w:pPr>
        <w:pStyle w:val="Heading1"/>
      </w:pPr>
      <w:r>
        <w:t>18. Review and Approval</w:t>
      </w:r>
    </w:p>
    <w:tbl>
      <w:tblPr>
        <w:tblStyle w:val="TableGrid"/>
        <w:tblW w:w="0" w:type="auto"/>
        <w:jc w:val="center"/>
        <w:tblLook w:val="04A0" w:firstRow="1" w:lastRow="0" w:firstColumn="1" w:lastColumn="0" w:noHBand="0" w:noVBand="1"/>
      </w:tblPr>
      <w:tblGrid>
        <w:gridCol w:w="2556"/>
        <w:gridCol w:w="2556"/>
        <w:gridCol w:w="2556"/>
        <w:gridCol w:w="2556"/>
      </w:tblGrid>
      <w:tr w:rsidR="0032538F" w14:paraId="2A4A938D" w14:textId="77777777">
        <w:trPr>
          <w:tblHeader/>
          <w:jc w:val="center"/>
        </w:trPr>
        <w:tc>
          <w:tcPr>
            <w:tcW w:w="2556" w:type="dxa"/>
            <w:shd w:val="clear" w:color="auto" w:fill="0F3D5E"/>
          </w:tcPr>
          <w:p w14:paraId="3E0ABAD7" w14:textId="77777777" w:rsidR="0032538F" w:rsidRDefault="00000000">
            <w:r>
              <w:rPr>
                <w:b/>
                <w:color w:val="FFFFFF"/>
              </w:rPr>
              <w:t>Role</w:t>
            </w:r>
          </w:p>
        </w:tc>
        <w:tc>
          <w:tcPr>
            <w:tcW w:w="2556" w:type="dxa"/>
            <w:shd w:val="clear" w:color="auto" w:fill="0F3D5E"/>
          </w:tcPr>
          <w:p w14:paraId="3CAE99AE" w14:textId="77777777" w:rsidR="0032538F" w:rsidRDefault="00000000">
            <w:r>
              <w:rPr>
                <w:b/>
                <w:color w:val="FFFFFF"/>
              </w:rPr>
              <w:t>Name</w:t>
            </w:r>
          </w:p>
        </w:tc>
        <w:tc>
          <w:tcPr>
            <w:tcW w:w="2556" w:type="dxa"/>
            <w:shd w:val="clear" w:color="auto" w:fill="0F3D5E"/>
          </w:tcPr>
          <w:p w14:paraId="114A7E4F" w14:textId="77777777" w:rsidR="0032538F" w:rsidRDefault="00000000">
            <w:r>
              <w:rPr>
                <w:b/>
                <w:color w:val="FFFFFF"/>
              </w:rPr>
              <w:t>Signature</w:t>
            </w:r>
          </w:p>
        </w:tc>
        <w:tc>
          <w:tcPr>
            <w:tcW w:w="2556" w:type="dxa"/>
            <w:shd w:val="clear" w:color="auto" w:fill="0F3D5E"/>
          </w:tcPr>
          <w:p w14:paraId="71DC44DC" w14:textId="77777777" w:rsidR="0032538F" w:rsidRDefault="00000000">
            <w:r>
              <w:rPr>
                <w:b/>
                <w:color w:val="FFFFFF"/>
              </w:rPr>
              <w:t>Date</w:t>
            </w:r>
          </w:p>
        </w:tc>
      </w:tr>
      <w:tr w:rsidR="0032538F" w14:paraId="3C42CC8F" w14:textId="77777777">
        <w:trPr>
          <w:jc w:val="center"/>
        </w:trPr>
        <w:tc>
          <w:tcPr>
            <w:tcW w:w="2556" w:type="dxa"/>
          </w:tcPr>
          <w:p w14:paraId="0A0B43CB" w14:textId="77777777" w:rsidR="0032538F" w:rsidRDefault="00000000">
            <w:r>
              <w:rPr>
                <w:sz w:val="18"/>
              </w:rPr>
              <w:t>Prepared By</w:t>
            </w:r>
          </w:p>
        </w:tc>
        <w:tc>
          <w:tcPr>
            <w:tcW w:w="2556" w:type="dxa"/>
          </w:tcPr>
          <w:p w14:paraId="6D3485BB" w14:textId="77777777" w:rsidR="0032538F" w:rsidRDefault="0032538F"/>
        </w:tc>
        <w:tc>
          <w:tcPr>
            <w:tcW w:w="2556" w:type="dxa"/>
          </w:tcPr>
          <w:p w14:paraId="12FB3F9D" w14:textId="77777777" w:rsidR="0032538F" w:rsidRDefault="0032538F"/>
        </w:tc>
        <w:tc>
          <w:tcPr>
            <w:tcW w:w="2556" w:type="dxa"/>
          </w:tcPr>
          <w:p w14:paraId="4BC41412" w14:textId="77777777" w:rsidR="0032538F" w:rsidRDefault="0032538F"/>
        </w:tc>
      </w:tr>
      <w:tr w:rsidR="0032538F" w14:paraId="0ECCC695" w14:textId="77777777">
        <w:trPr>
          <w:jc w:val="center"/>
        </w:trPr>
        <w:tc>
          <w:tcPr>
            <w:tcW w:w="2556" w:type="dxa"/>
          </w:tcPr>
          <w:p w14:paraId="69AE5181" w14:textId="77777777" w:rsidR="0032538F" w:rsidRDefault="00000000">
            <w:r>
              <w:rPr>
                <w:sz w:val="18"/>
              </w:rPr>
              <w:t>Reviewed By</w:t>
            </w:r>
          </w:p>
        </w:tc>
        <w:tc>
          <w:tcPr>
            <w:tcW w:w="2556" w:type="dxa"/>
          </w:tcPr>
          <w:p w14:paraId="5F79AD9C" w14:textId="77777777" w:rsidR="0032538F" w:rsidRDefault="0032538F"/>
        </w:tc>
        <w:tc>
          <w:tcPr>
            <w:tcW w:w="2556" w:type="dxa"/>
          </w:tcPr>
          <w:p w14:paraId="5A061B27" w14:textId="77777777" w:rsidR="0032538F" w:rsidRDefault="0032538F"/>
        </w:tc>
        <w:tc>
          <w:tcPr>
            <w:tcW w:w="2556" w:type="dxa"/>
          </w:tcPr>
          <w:p w14:paraId="374C8D12" w14:textId="77777777" w:rsidR="0032538F" w:rsidRDefault="0032538F"/>
        </w:tc>
      </w:tr>
      <w:tr w:rsidR="0032538F" w14:paraId="41341A4F" w14:textId="77777777">
        <w:trPr>
          <w:jc w:val="center"/>
        </w:trPr>
        <w:tc>
          <w:tcPr>
            <w:tcW w:w="2556" w:type="dxa"/>
          </w:tcPr>
          <w:p w14:paraId="60EAE9D7" w14:textId="77777777" w:rsidR="0032538F" w:rsidRDefault="00000000">
            <w:r>
              <w:rPr>
                <w:sz w:val="18"/>
              </w:rPr>
              <w:t>Approved By</w:t>
            </w:r>
          </w:p>
        </w:tc>
        <w:tc>
          <w:tcPr>
            <w:tcW w:w="2556" w:type="dxa"/>
          </w:tcPr>
          <w:p w14:paraId="2F19C149" w14:textId="77777777" w:rsidR="0032538F" w:rsidRDefault="0032538F"/>
        </w:tc>
        <w:tc>
          <w:tcPr>
            <w:tcW w:w="2556" w:type="dxa"/>
          </w:tcPr>
          <w:p w14:paraId="0A18E1BE" w14:textId="77777777" w:rsidR="0032538F" w:rsidRDefault="0032538F"/>
        </w:tc>
        <w:tc>
          <w:tcPr>
            <w:tcW w:w="2556" w:type="dxa"/>
          </w:tcPr>
          <w:p w14:paraId="7798EFCA" w14:textId="77777777" w:rsidR="0032538F" w:rsidRDefault="0032538F"/>
        </w:tc>
      </w:tr>
    </w:tbl>
    <w:p w14:paraId="06E22158" w14:textId="77777777" w:rsidR="0032538F" w:rsidRDefault="0032538F"/>
    <w:p w14:paraId="2C25DBE0" w14:textId="77777777" w:rsidR="0032538F" w:rsidRDefault="00000000">
      <w:pPr>
        <w:pStyle w:val="Heading1"/>
      </w:pPr>
      <w:r>
        <w:t>19. Disclaimer</w:t>
      </w:r>
    </w:p>
    <w:p w14:paraId="4370EEFA" w14:textId="77777777" w:rsidR="0032538F" w:rsidRDefault="00000000">
      <w:r>
        <w:t>This document is a general completed reference risk assessment for lifting operations. It is not a substitute for a project-specific lift plan, lifting study, engineered lifting assessment, equipment certification, manufacturer instructions or task-specific risk assessment. A competent person must review and adapt the assessment to actual load characteristics, crane configuration, lifting accessories, ground conditions, environmental conditions, workforce competency, client requirements and applicable requirements. Complex or critical lifts may require specialist engineering and additional controls. Risk ratings must be verified against actual conditions and controls must be monitored throughout the operation.</w:t>
      </w:r>
    </w:p>
    <w:sectPr w:rsidR="0032538F"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3D1D" w14:textId="77777777" w:rsidR="007D21FE" w:rsidRDefault="007D21FE">
      <w:pPr>
        <w:spacing w:after="0" w:line="240" w:lineRule="auto"/>
      </w:pPr>
      <w:r>
        <w:separator/>
      </w:r>
    </w:p>
  </w:endnote>
  <w:endnote w:type="continuationSeparator" w:id="0">
    <w:p w14:paraId="5FAB8B0C" w14:textId="77777777" w:rsidR="007D21FE" w:rsidRDefault="007D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054C" w14:textId="77777777" w:rsidR="009C5996" w:rsidRDefault="009C5996" w:rsidP="009C5996">
    <w:pPr>
      <w:pStyle w:val="Footer"/>
    </w:pPr>
    <w:r>
      <w:t>The HSEVerse</w:t>
    </w:r>
    <w:r w:rsidRPr="00DE1A36">
      <w:t xml:space="preserve"> | www.</w:t>
    </w:r>
    <w:r>
      <w:t>thehseverse</w:t>
    </w:r>
    <w:r w:rsidRPr="00DE1A36">
      <w:t>.com</w:t>
    </w:r>
  </w:p>
  <w:p w14:paraId="2D0DF97A" w14:textId="32A36635" w:rsidR="0032538F" w:rsidRPr="009C5996" w:rsidRDefault="009C5996" w:rsidP="009C5996">
    <w:pPr>
      <w:pStyle w:val="Footer"/>
      <w:jc w:val="right"/>
    </w:pPr>
    <w:r>
      <w:rPr>
        <w:color w:val="7F7F7F"/>
        <w:sz w:val="17"/>
      </w:rPr>
      <w:t xml:space="preserve">THV-HSE-RA-004 | Rev: 00 | Page </w:t>
    </w:r>
    <w:r>
      <w:fldChar w:fldCharType="begin"/>
    </w:r>
    <w:r>
      <w:instrText>PAGE</w:instrText>
    </w:r>
    <w:r>
      <w:fldChar w:fldCharType="separate"/>
    </w:r>
    <w:r>
      <w:t>1</w:t>
    </w:r>
    <w:r>
      <w:fldChar w:fldCharType="end"/>
    </w:r>
    <w:r>
      <w:rPr>
        <w:color w:val="7F7F7F"/>
        <w:sz w:val="17"/>
      </w:rPr>
      <w:t xml:space="preserve"> of </w:t>
    </w:r>
    <w:r>
      <w:fldChar w:fldCharType="begin"/>
    </w:r>
    <w:r>
      <w:instrText>NUMPAGES</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17EEE" w14:textId="77777777" w:rsidR="007D21FE" w:rsidRDefault="007D21FE">
      <w:pPr>
        <w:spacing w:after="0" w:line="240" w:lineRule="auto"/>
      </w:pPr>
      <w:r>
        <w:separator/>
      </w:r>
    </w:p>
  </w:footnote>
  <w:footnote w:type="continuationSeparator" w:id="0">
    <w:p w14:paraId="28EC22A2" w14:textId="77777777" w:rsidR="007D21FE" w:rsidRDefault="007D2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3235" w14:textId="72ADE257" w:rsidR="009C5996" w:rsidRDefault="009C5996">
    <w:pPr>
      <w:pStyle w:val="Header"/>
    </w:pPr>
    <w:r>
      <w:rPr>
        <w:noProof/>
      </w:rPr>
      <w:drawing>
        <wp:anchor distT="0" distB="0" distL="114300" distR="114300" simplePos="0" relativeHeight="251659264" behindDoc="1" locked="0" layoutInCell="1" allowOverlap="1" wp14:anchorId="13D1143A" wp14:editId="46905AD8">
          <wp:simplePos x="0" y="0"/>
          <wp:positionH relativeFrom="column">
            <wp:posOffset>0</wp:posOffset>
          </wp:positionH>
          <wp:positionV relativeFrom="paragraph">
            <wp:posOffset>-419100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5196823">
    <w:abstractNumId w:val="8"/>
  </w:num>
  <w:num w:numId="2" w16cid:durableId="573322547">
    <w:abstractNumId w:val="6"/>
  </w:num>
  <w:num w:numId="3" w16cid:durableId="704646922">
    <w:abstractNumId w:val="5"/>
  </w:num>
  <w:num w:numId="4" w16cid:durableId="988365104">
    <w:abstractNumId w:val="4"/>
  </w:num>
  <w:num w:numId="5" w16cid:durableId="69232895">
    <w:abstractNumId w:val="7"/>
  </w:num>
  <w:num w:numId="6" w16cid:durableId="994335947">
    <w:abstractNumId w:val="3"/>
  </w:num>
  <w:num w:numId="7" w16cid:durableId="1653018762">
    <w:abstractNumId w:val="2"/>
  </w:num>
  <w:num w:numId="8" w16cid:durableId="81069062">
    <w:abstractNumId w:val="1"/>
  </w:num>
  <w:num w:numId="9" w16cid:durableId="61197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393C"/>
    <w:rsid w:val="0015074B"/>
    <w:rsid w:val="0029639D"/>
    <w:rsid w:val="0032538F"/>
    <w:rsid w:val="00326F90"/>
    <w:rsid w:val="00332DDE"/>
    <w:rsid w:val="007D21FE"/>
    <w:rsid w:val="009C5996"/>
    <w:rsid w:val="00AA1D8D"/>
    <w:rsid w:val="00B47730"/>
    <w:rsid w:val="00CB0664"/>
    <w:rsid w:val="00E20F99"/>
    <w:rsid w:val="00EC3C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A09FD3"/>
  <w14:defaultImageDpi w14:val="300"/>
  <w15:docId w15:val="{39F8F039-14F1-466C-9FF8-D12A17D7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3</cp:revision>
  <dcterms:created xsi:type="dcterms:W3CDTF">2013-12-23T23:15:00Z</dcterms:created>
  <dcterms:modified xsi:type="dcterms:W3CDTF">2026-08-16T06:53:00Z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ac69c8d8-cfcf-49f9-a61b-514c53a5f772</vt:lpwstr>
  </property>
</Properties>
</file>