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30DE" w14:textId="1C89C0A8" w:rsidR="0043721F" w:rsidRDefault="00000000">
      <w:pPr>
        <w:spacing w:after="40"/>
        <w:jc w:val="center"/>
      </w:pPr>
      <w:r>
        <w:rPr>
          <w:rFonts w:ascii="Arial" w:hAnsi="Arial"/>
          <w:b/>
          <w:color w:val="1B365D"/>
          <w:sz w:val="32"/>
        </w:rPr>
        <w:t>LIFTING OPERATIONS SAFETY CHECKLIST</w:t>
      </w:r>
      <w:r w:rsidR="0009210B">
        <w:rPr>
          <w:rFonts w:ascii="Arial" w:hAnsi="Arial"/>
          <w:b/>
          <w:color w:val="1B365D"/>
          <w:sz w:val="32"/>
        </w:rPr>
        <w:t xml:space="preserve"> </w:t>
      </w:r>
    </w:p>
    <w:p w14:paraId="42D7886B" w14:textId="77777777" w:rsidR="0043721F" w:rsidRDefault="00000000">
      <w:pPr>
        <w:jc w:val="center"/>
      </w:pPr>
      <w:r>
        <w:rPr>
          <w:rFonts w:ascii="Arial" w:hAnsi="Arial"/>
          <w:b/>
          <w:color w:val="333333"/>
          <w:sz w:val="20"/>
        </w:rPr>
        <w:t>HEALTH, SAFETY &amp; ENVIRONMENT MANAGEMENT SYSTEM</w:t>
      </w:r>
    </w:p>
    <w:p w14:paraId="61994D8E" w14:textId="77777777" w:rsidR="0043721F" w:rsidRDefault="00000000">
      <w:pPr>
        <w:spacing w:before="120" w:after="80"/>
      </w:pPr>
      <w:r>
        <w:rPr>
          <w:rFonts w:ascii="Arial" w:hAnsi="Arial"/>
          <w:b/>
          <w:color w:val="1B365D"/>
        </w:rPr>
        <w:t>1. INSPECTION INFORMATION</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2592"/>
        <w:gridCol w:w="2880"/>
        <w:gridCol w:w="2592"/>
        <w:gridCol w:w="2405"/>
      </w:tblGrid>
      <w:tr w:rsidR="0043721F" w14:paraId="0805B5F2" w14:textId="77777777">
        <w:trPr>
          <w:jc w:val="center"/>
        </w:trPr>
        <w:tc>
          <w:tcPr>
            <w:tcW w:w="2592" w:type="dxa"/>
            <w:shd w:val="clear" w:color="auto" w:fill="F0F4F8"/>
            <w:tcMar>
              <w:top w:w="80" w:type="dxa"/>
              <w:left w:w="100" w:type="dxa"/>
              <w:bottom w:w="80" w:type="dxa"/>
              <w:right w:w="100" w:type="dxa"/>
            </w:tcMar>
            <w:vAlign w:val="center"/>
          </w:tcPr>
          <w:p w14:paraId="514134E0" w14:textId="77777777" w:rsidR="0043721F" w:rsidRDefault="00000000">
            <w:pPr>
              <w:spacing w:after="0"/>
            </w:pPr>
            <w:r>
              <w:rPr>
                <w:rFonts w:ascii="Calibri" w:hAnsi="Calibri"/>
                <w:b/>
                <w:sz w:val="19"/>
              </w:rPr>
              <w:t>Project / Site:</w:t>
            </w:r>
          </w:p>
        </w:tc>
        <w:tc>
          <w:tcPr>
            <w:tcW w:w="2880" w:type="dxa"/>
            <w:tcMar>
              <w:top w:w="80" w:type="dxa"/>
              <w:left w:w="100" w:type="dxa"/>
              <w:bottom w:w="80" w:type="dxa"/>
              <w:right w:w="100" w:type="dxa"/>
            </w:tcMar>
            <w:vAlign w:val="center"/>
          </w:tcPr>
          <w:p w14:paraId="4D964B9E" w14:textId="77777777" w:rsidR="0043721F" w:rsidRDefault="0043721F">
            <w:pPr>
              <w:spacing w:after="0"/>
            </w:pPr>
          </w:p>
        </w:tc>
        <w:tc>
          <w:tcPr>
            <w:tcW w:w="2592" w:type="dxa"/>
            <w:shd w:val="clear" w:color="auto" w:fill="F0F4F8"/>
            <w:tcMar>
              <w:top w:w="80" w:type="dxa"/>
              <w:left w:w="100" w:type="dxa"/>
              <w:bottom w:w="80" w:type="dxa"/>
              <w:right w:w="100" w:type="dxa"/>
            </w:tcMar>
            <w:vAlign w:val="center"/>
          </w:tcPr>
          <w:p w14:paraId="19DFC8DD" w14:textId="77777777" w:rsidR="0043721F" w:rsidRDefault="00000000">
            <w:pPr>
              <w:spacing w:after="0"/>
            </w:pPr>
            <w:r>
              <w:rPr>
                <w:rFonts w:ascii="Calibri" w:hAnsi="Calibri"/>
                <w:b/>
                <w:sz w:val="19"/>
              </w:rPr>
              <w:t>Location / Area:</w:t>
            </w:r>
          </w:p>
        </w:tc>
        <w:tc>
          <w:tcPr>
            <w:tcW w:w="2405" w:type="dxa"/>
            <w:tcMar>
              <w:top w:w="80" w:type="dxa"/>
              <w:left w:w="100" w:type="dxa"/>
              <w:bottom w:w="80" w:type="dxa"/>
              <w:right w:w="100" w:type="dxa"/>
            </w:tcMar>
            <w:vAlign w:val="center"/>
          </w:tcPr>
          <w:p w14:paraId="39297F4E" w14:textId="77777777" w:rsidR="0043721F" w:rsidRDefault="0043721F">
            <w:pPr>
              <w:spacing w:after="0"/>
            </w:pPr>
          </w:p>
        </w:tc>
      </w:tr>
      <w:tr w:rsidR="0043721F" w14:paraId="2E1CE7B8" w14:textId="77777777">
        <w:trPr>
          <w:jc w:val="center"/>
        </w:trPr>
        <w:tc>
          <w:tcPr>
            <w:tcW w:w="2592" w:type="dxa"/>
            <w:shd w:val="clear" w:color="auto" w:fill="F0F4F8"/>
            <w:tcMar>
              <w:top w:w="80" w:type="dxa"/>
              <w:left w:w="100" w:type="dxa"/>
              <w:bottom w:w="80" w:type="dxa"/>
              <w:right w:w="100" w:type="dxa"/>
            </w:tcMar>
            <w:vAlign w:val="center"/>
          </w:tcPr>
          <w:p w14:paraId="5E21B9E3" w14:textId="77777777" w:rsidR="0043721F" w:rsidRDefault="00000000">
            <w:pPr>
              <w:spacing w:after="0"/>
            </w:pPr>
            <w:r>
              <w:rPr>
                <w:rFonts w:ascii="Calibri" w:hAnsi="Calibri"/>
                <w:b/>
                <w:sz w:val="19"/>
              </w:rPr>
              <w:t>Inspection Date:</w:t>
            </w:r>
          </w:p>
        </w:tc>
        <w:tc>
          <w:tcPr>
            <w:tcW w:w="2880" w:type="dxa"/>
            <w:tcMar>
              <w:top w:w="80" w:type="dxa"/>
              <w:left w:w="100" w:type="dxa"/>
              <w:bottom w:w="80" w:type="dxa"/>
              <w:right w:w="100" w:type="dxa"/>
            </w:tcMar>
            <w:vAlign w:val="center"/>
          </w:tcPr>
          <w:p w14:paraId="4EE5236A" w14:textId="77777777" w:rsidR="0043721F" w:rsidRDefault="0043721F">
            <w:pPr>
              <w:spacing w:after="0"/>
            </w:pPr>
          </w:p>
        </w:tc>
        <w:tc>
          <w:tcPr>
            <w:tcW w:w="2592" w:type="dxa"/>
            <w:shd w:val="clear" w:color="auto" w:fill="F0F4F8"/>
            <w:tcMar>
              <w:top w:w="80" w:type="dxa"/>
              <w:left w:w="100" w:type="dxa"/>
              <w:bottom w:w="80" w:type="dxa"/>
              <w:right w:w="100" w:type="dxa"/>
            </w:tcMar>
            <w:vAlign w:val="center"/>
          </w:tcPr>
          <w:p w14:paraId="478C6D34" w14:textId="77777777" w:rsidR="0043721F" w:rsidRDefault="00000000">
            <w:pPr>
              <w:spacing w:after="0"/>
            </w:pPr>
            <w:r>
              <w:rPr>
                <w:rFonts w:ascii="Calibri" w:hAnsi="Calibri"/>
                <w:b/>
                <w:sz w:val="19"/>
              </w:rPr>
              <w:t>Inspection Time:</w:t>
            </w:r>
          </w:p>
        </w:tc>
        <w:tc>
          <w:tcPr>
            <w:tcW w:w="2405" w:type="dxa"/>
            <w:tcMar>
              <w:top w:w="80" w:type="dxa"/>
              <w:left w:w="100" w:type="dxa"/>
              <w:bottom w:w="80" w:type="dxa"/>
              <w:right w:w="100" w:type="dxa"/>
            </w:tcMar>
            <w:vAlign w:val="center"/>
          </w:tcPr>
          <w:p w14:paraId="7146399B" w14:textId="77777777" w:rsidR="0043721F" w:rsidRDefault="0043721F">
            <w:pPr>
              <w:spacing w:after="0"/>
            </w:pPr>
          </w:p>
        </w:tc>
      </w:tr>
      <w:tr w:rsidR="0043721F" w14:paraId="79298E61" w14:textId="77777777">
        <w:trPr>
          <w:jc w:val="center"/>
        </w:trPr>
        <w:tc>
          <w:tcPr>
            <w:tcW w:w="2592" w:type="dxa"/>
            <w:shd w:val="clear" w:color="auto" w:fill="F0F4F8"/>
            <w:tcMar>
              <w:top w:w="80" w:type="dxa"/>
              <w:left w:w="100" w:type="dxa"/>
              <w:bottom w:w="80" w:type="dxa"/>
              <w:right w:w="100" w:type="dxa"/>
            </w:tcMar>
            <w:vAlign w:val="center"/>
          </w:tcPr>
          <w:p w14:paraId="25F253CA" w14:textId="77777777" w:rsidR="0043721F" w:rsidRDefault="00000000">
            <w:pPr>
              <w:spacing w:after="0"/>
            </w:pPr>
            <w:r>
              <w:rPr>
                <w:rFonts w:ascii="Calibri" w:hAnsi="Calibri"/>
                <w:b/>
                <w:sz w:val="19"/>
              </w:rPr>
              <w:t>Inspector Name:</w:t>
            </w:r>
          </w:p>
        </w:tc>
        <w:tc>
          <w:tcPr>
            <w:tcW w:w="2880" w:type="dxa"/>
            <w:tcMar>
              <w:top w:w="80" w:type="dxa"/>
              <w:left w:w="100" w:type="dxa"/>
              <w:bottom w:w="80" w:type="dxa"/>
              <w:right w:w="100" w:type="dxa"/>
            </w:tcMar>
            <w:vAlign w:val="center"/>
          </w:tcPr>
          <w:p w14:paraId="5C852CF8" w14:textId="77777777" w:rsidR="0043721F" w:rsidRDefault="0043721F">
            <w:pPr>
              <w:spacing w:after="0"/>
            </w:pPr>
          </w:p>
        </w:tc>
        <w:tc>
          <w:tcPr>
            <w:tcW w:w="2592" w:type="dxa"/>
            <w:shd w:val="clear" w:color="auto" w:fill="F0F4F8"/>
            <w:tcMar>
              <w:top w:w="80" w:type="dxa"/>
              <w:left w:w="100" w:type="dxa"/>
              <w:bottom w:w="80" w:type="dxa"/>
              <w:right w:w="100" w:type="dxa"/>
            </w:tcMar>
            <w:vAlign w:val="center"/>
          </w:tcPr>
          <w:p w14:paraId="7C1B15F5" w14:textId="77777777" w:rsidR="0043721F" w:rsidRDefault="00000000">
            <w:pPr>
              <w:spacing w:after="0"/>
            </w:pPr>
            <w:r>
              <w:rPr>
                <w:rFonts w:ascii="Calibri" w:hAnsi="Calibri"/>
                <w:b/>
                <w:sz w:val="19"/>
              </w:rPr>
              <w:t>Company / Contractor:</w:t>
            </w:r>
          </w:p>
        </w:tc>
        <w:tc>
          <w:tcPr>
            <w:tcW w:w="2405" w:type="dxa"/>
            <w:tcMar>
              <w:top w:w="80" w:type="dxa"/>
              <w:left w:w="100" w:type="dxa"/>
              <w:bottom w:w="80" w:type="dxa"/>
              <w:right w:w="100" w:type="dxa"/>
            </w:tcMar>
            <w:vAlign w:val="center"/>
          </w:tcPr>
          <w:p w14:paraId="36265F7A" w14:textId="77777777" w:rsidR="0043721F" w:rsidRDefault="0043721F">
            <w:pPr>
              <w:spacing w:after="0"/>
            </w:pPr>
          </w:p>
        </w:tc>
      </w:tr>
      <w:tr w:rsidR="0043721F" w14:paraId="563B24CF" w14:textId="77777777">
        <w:trPr>
          <w:jc w:val="center"/>
        </w:trPr>
        <w:tc>
          <w:tcPr>
            <w:tcW w:w="2592" w:type="dxa"/>
            <w:shd w:val="clear" w:color="auto" w:fill="F0F4F8"/>
            <w:tcMar>
              <w:top w:w="80" w:type="dxa"/>
              <w:left w:w="100" w:type="dxa"/>
              <w:bottom w:w="80" w:type="dxa"/>
              <w:right w:w="100" w:type="dxa"/>
            </w:tcMar>
            <w:vAlign w:val="center"/>
          </w:tcPr>
          <w:p w14:paraId="4A480EE2" w14:textId="77777777" w:rsidR="0043721F" w:rsidRDefault="00000000">
            <w:pPr>
              <w:spacing w:after="0"/>
            </w:pPr>
            <w:r>
              <w:rPr>
                <w:rFonts w:ascii="Calibri" w:hAnsi="Calibri"/>
                <w:b/>
                <w:sz w:val="19"/>
              </w:rPr>
              <w:t>Lifting Activity:</w:t>
            </w:r>
          </w:p>
        </w:tc>
        <w:tc>
          <w:tcPr>
            <w:tcW w:w="2880" w:type="dxa"/>
            <w:tcMar>
              <w:top w:w="80" w:type="dxa"/>
              <w:left w:w="100" w:type="dxa"/>
              <w:bottom w:w="80" w:type="dxa"/>
              <w:right w:w="100" w:type="dxa"/>
            </w:tcMar>
            <w:vAlign w:val="center"/>
          </w:tcPr>
          <w:p w14:paraId="496FC074" w14:textId="77777777" w:rsidR="0043721F" w:rsidRDefault="0043721F">
            <w:pPr>
              <w:spacing w:after="0"/>
            </w:pPr>
          </w:p>
        </w:tc>
        <w:tc>
          <w:tcPr>
            <w:tcW w:w="2592" w:type="dxa"/>
            <w:shd w:val="clear" w:color="auto" w:fill="F0F4F8"/>
            <w:tcMar>
              <w:top w:w="80" w:type="dxa"/>
              <w:left w:w="100" w:type="dxa"/>
              <w:bottom w:w="80" w:type="dxa"/>
              <w:right w:w="100" w:type="dxa"/>
            </w:tcMar>
            <w:vAlign w:val="center"/>
          </w:tcPr>
          <w:p w14:paraId="5F36FF80" w14:textId="77777777" w:rsidR="0043721F" w:rsidRDefault="00000000">
            <w:pPr>
              <w:spacing w:after="0"/>
            </w:pPr>
            <w:r>
              <w:rPr>
                <w:rFonts w:ascii="Calibri" w:hAnsi="Calibri"/>
                <w:b/>
                <w:sz w:val="19"/>
              </w:rPr>
              <w:t>Crane / Lifting Equipment:</w:t>
            </w:r>
          </w:p>
        </w:tc>
        <w:tc>
          <w:tcPr>
            <w:tcW w:w="2405" w:type="dxa"/>
            <w:tcMar>
              <w:top w:w="80" w:type="dxa"/>
              <w:left w:w="100" w:type="dxa"/>
              <w:bottom w:w="80" w:type="dxa"/>
              <w:right w:w="100" w:type="dxa"/>
            </w:tcMar>
            <w:vAlign w:val="center"/>
          </w:tcPr>
          <w:p w14:paraId="5BF4B7C7" w14:textId="77777777" w:rsidR="0043721F" w:rsidRDefault="0043721F">
            <w:pPr>
              <w:spacing w:after="0"/>
            </w:pPr>
          </w:p>
        </w:tc>
      </w:tr>
      <w:tr w:rsidR="0043721F" w14:paraId="19960D62" w14:textId="77777777">
        <w:trPr>
          <w:jc w:val="center"/>
        </w:trPr>
        <w:tc>
          <w:tcPr>
            <w:tcW w:w="2592" w:type="dxa"/>
            <w:shd w:val="clear" w:color="auto" w:fill="F0F4F8"/>
            <w:tcMar>
              <w:top w:w="80" w:type="dxa"/>
              <w:left w:w="100" w:type="dxa"/>
              <w:bottom w:w="80" w:type="dxa"/>
              <w:right w:w="100" w:type="dxa"/>
            </w:tcMar>
            <w:vAlign w:val="center"/>
          </w:tcPr>
          <w:p w14:paraId="35FFF909" w14:textId="77777777" w:rsidR="0043721F" w:rsidRDefault="00000000">
            <w:pPr>
              <w:spacing w:after="0"/>
            </w:pPr>
            <w:r>
              <w:rPr>
                <w:rFonts w:ascii="Calibri" w:hAnsi="Calibri"/>
                <w:b/>
                <w:sz w:val="19"/>
              </w:rPr>
              <w:t>Load Description:</w:t>
            </w:r>
          </w:p>
        </w:tc>
        <w:tc>
          <w:tcPr>
            <w:tcW w:w="2880" w:type="dxa"/>
            <w:tcMar>
              <w:top w:w="80" w:type="dxa"/>
              <w:left w:w="100" w:type="dxa"/>
              <w:bottom w:w="80" w:type="dxa"/>
              <w:right w:w="100" w:type="dxa"/>
            </w:tcMar>
            <w:vAlign w:val="center"/>
          </w:tcPr>
          <w:p w14:paraId="38018DF6" w14:textId="77777777" w:rsidR="0043721F" w:rsidRDefault="0043721F">
            <w:pPr>
              <w:spacing w:after="0"/>
            </w:pPr>
          </w:p>
        </w:tc>
        <w:tc>
          <w:tcPr>
            <w:tcW w:w="2592" w:type="dxa"/>
            <w:shd w:val="clear" w:color="auto" w:fill="F0F4F8"/>
            <w:tcMar>
              <w:top w:w="80" w:type="dxa"/>
              <w:left w:w="100" w:type="dxa"/>
              <w:bottom w:w="80" w:type="dxa"/>
              <w:right w:w="100" w:type="dxa"/>
            </w:tcMar>
            <w:vAlign w:val="center"/>
          </w:tcPr>
          <w:p w14:paraId="2EAFD8FB" w14:textId="77777777" w:rsidR="0043721F" w:rsidRDefault="00000000">
            <w:pPr>
              <w:spacing w:after="0"/>
            </w:pPr>
            <w:r>
              <w:rPr>
                <w:rFonts w:ascii="Calibri" w:hAnsi="Calibri"/>
                <w:b/>
                <w:sz w:val="19"/>
              </w:rPr>
              <w:t>Approximate Load Weight:</w:t>
            </w:r>
          </w:p>
        </w:tc>
        <w:tc>
          <w:tcPr>
            <w:tcW w:w="2405" w:type="dxa"/>
            <w:tcMar>
              <w:top w:w="80" w:type="dxa"/>
              <w:left w:w="100" w:type="dxa"/>
              <w:bottom w:w="80" w:type="dxa"/>
              <w:right w:w="100" w:type="dxa"/>
            </w:tcMar>
            <w:vAlign w:val="center"/>
          </w:tcPr>
          <w:p w14:paraId="2B23DB05" w14:textId="77777777" w:rsidR="0043721F" w:rsidRDefault="0043721F">
            <w:pPr>
              <w:spacing w:after="0"/>
            </w:pPr>
          </w:p>
        </w:tc>
      </w:tr>
    </w:tbl>
    <w:p w14:paraId="2C8C35C7" w14:textId="77777777" w:rsidR="0043721F" w:rsidRDefault="00000000">
      <w:pPr>
        <w:spacing w:before="120" w:after="160"/>
      </w:pPr>
      <w:r>
        <w:rPr>
          <w:rFonts w:ascii="Calibri" w:hAnsi="Calibri"/>
          <w:i/>
          <w:color w:val="333333"/>
          <w:sz w:val="18"/>
        </w:rPr>
        <w:t>Instructions: Mark ✓ under Yes, No, or N/A for each applicable item. Record details of any non-compliance in the Remarks / Corrective Action column. Significant findings should be transferred to the Findings &amp; Corrective Actions section.</w:t>
      </w:r>
    </w:p>
    <w:p w14:paraId="19F7F095" w14:textId="77777777" w:rsidR="0043721F" w:rsidRDefault="00000000">
      <w:pPr>
        <w:spacing w:before="120" w:after="80"/>
      </w:pPr>
      <w:r>
        <w:rPr>
          <w:rFonts w:ascii="Arial" w:hAnsi="Arial"/>
          <w:b/>
          <w:color w:val="1B365D"/>
        </w:rPr>
        <w:t>2. LIFTING OPERATIONS INSPECTION CHECKLIST</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576"/>
        <w:gridCol w:w="5861"/>
        <w:gridCol w:w="648"/>
        <w:gridCol w:w="648"/>
        <w:gridCol w:w="648"/>
        <w:gridCol w:w="2088"/>
      </w:tblGrid>
      <w:tr w:rsidR="0043721F" w14:paraId="7D4531A7" w14:textId="77777777">
        <w:trPr>
          <w:tblHeader/>
          <w:jc w:val="center"/>
        </w:trPr>
        <w:tc>
          <w:tcPr>
            <w:tcW w:w="576" w:type="dxa"/>
            <w:shd w:val="clear" w:color="auto" w:fill="1B365D"/>
            <w:tcMar>
              <w:top w:w="100" w:type="dxa"/>
              <w:left w:w="60" w:type="dxa"/>
              <w:bottom w:w="100" w:type="dxa"/>
              <w:right w:w="60" w:type="dxa"/>
            </w:tcMar>
            <w:vAlign w:val="center"/>
          </w:tcPr>
          <w:p w14:paraId="57D53D13" w14:textId="77777777" w:rsidR="0043721F" w:rsidRDefault="00000000">
            <w:pPr>
              <w:spacing w:after="0"/>
              <w:jc w:val="center"/>
            </w:pPr>
            <w:r>
              <w:rPr>
                <w:rFonts w:ascii="Arial" w:hAnsi="Arial"/>
                <w:b/>
                <w:color w:val="FFFFFF"/>
                <w:sz w:val="18"/>
              </w:rPr>
              <w:t>No.</w:t>
            </w:r>
          </w:p>
        </w:tc>
        <w:tc>
          <w:tcPr>
            <w:tcW w:w="5861" w:type="dxa"/>
            <w:shd w:val="clear" w:color="auto" w:fill="1B365D"/>
            <w:tcMar>
              <w:top w:w="100" w:type="dxa"/>
              <w:left w:w="60" w:type="dxa"/>
              <w:bottom w:w="100" w:type="dxa"/>
              <w:right w:w="60" w:type="dxa"/>
            </w:tcMar>
            <w:vAlign w:val="center"/>
          </w:tcPr>
          <w:p w14:paraId="2A94DD8B" w14:textId="77777777" w:rsidR="0043721F" w:rsidRDefault="00000000">
            <w:pPr>
              <w:spacing w:after="0"/>
            </w:pPr>
            <w:r>
              <w:rPr>
                <w:rFonts w:ascii="Arial" w:hAnsi="Arial"/>
                <w:b/>
                <w:color w:val="FFFFFF"/>
                <w:sz w:val="18"/>
              </w:rPr>
              <w:t>Inspection Item</w:t>
            </w:r>
          </w:p>
        </w:tc>
        <w:tc>
          <w:tcPr>
            <w:tcW w:w="648" w:type="dxa"/>
            <w:shd w:val="clear" w:color="auto" w:fill="1B365D"/>
            <w:tcMar>
              <w:top w:w="100" w:type="dxa"/>
              <w:left w:w="60" w:type="dxa"/>
              <w:bottom w:w="100" w:type="dxa"/>
              <w:right w:w="60" w:type="dxa"/>
            </w:tcMar>
            <w:vAlign w:val="center"/>
          </w:tcPr>
          <w:p w14:paraId="2C03D698" w14:textId="77777777" w:rsidR="0043721F" w:rsidRDefault="00000000">
            <w:pPr>
              <w:spacing w:after="0"/>
              <w:jc w:val="center"/>
            </w:pPr>
            <w:r>
              <w:rPr>
                <w:rFonts w:ascii="Arial" w:hAnsi="Arial"/>
                <w:b/>
                <w:color w:val="FFFFFF"/>
                <w:sz w:val="18"/>
              </w:rPr>
              <w:t>Yes</w:t>
            </w:r>
          </w:p>
        </w:tc>
        <w:tc>
          <w:tcPr>
            <w:tcW w:w="648" w:type="dxa"/>
            <w:shd w:val="clear" w:color="auto" w:fill="1B365D"/>
            <w:tcMar>
              <w:top w:w="100" w:type="dxa"/>
              <w:left w:w="60" w:type="dxa"/>
              <w:bottom w:w="100" w:type="dxa"/>
              <w:right w:w="60" w:type="dxa"/>
            </w:tcMar>
            <w:vAlign w:val="center"/>
          </w:tcPr>
          <w:p w14:paraId="2A4C486E" w14:textId="77777777" w:rsidR="0043721F" w:rsidRDefault="00000000">
            <w:pPr>
              <w:spacing w:after="0"/>
              <w:jc w:val="center"/>
            </w:pPr>
            <w:r>
              <w:rPr>
                <w:rFonts w:ascii="Arial" w:hAnsi="Arial"/>
                <w:b/>
                <w:color w:val="FFFFFF"/>
                <w:sz w:val="18"/>
              </w:rPr>
              <w:t>No</w:t>
            </w:r>
          </w:p>
        </w:tc>
        <w:tc>
          <w:tcPr>
            <w:tcW w:w="648" w:type="dxa"/>
            <w:shd w:val="clear" w:color="auto" w:fill="1B365D"/>
            <w:tcMar>
              <w:top w:w="100" w:type="dxa"/>
              <w:left w:w="60" w:type="dxa"/>
              <w:bottom w:w="100" w:type="dxa"/>
              <w:right w:w="60" w:type="dxa"/>
            </w:tcMar>
            <w:vAlign w:val="center"/>
          </w:tcPr>
          <w:p w14:paraId="4B837B2D" w14:textId="77777777" w:rsidR="0043721F" w:rsidRDefault="00000000">
            <w:pPr>
              <w:spacing w:after="0"/>
              <w:jc w:val="center"/>
            </w:pPr>
            <w:r>
              <w:rPr>
                <w:rFonts w:ascii="Arial" w:hAnsi="Arial"/>
                <w:b/>
                <w:color w:val="FFFFFF"/>
                <w:sz w:val="18"/>
              </w:rPr>
              <w:t>N/A</w:t>
            </w:r>
          </w:p>
        </w:tc>
        <w:tc>
          <w:tcPr>
            <w:tcW w:w="2088" w:type="dxa"/>
            <w:shd w:val="clear" w:color="auto" w:fill="1B365D"/>
            <w:tcMar>
              <w:top w:w="100" w:type="dxa"/>
              <w:left w:w="60" w:type="dxa"/>
              <w:bottom w:w="100" w:type="dxa"/>
              <w:right w:w="60" w:type="dxa"/>
            </w:tcMar>
            <w:vAlign w:val="center"/>
          </w:tcPr>
          <w:p w14:paraId="0E1957AD" w14:textId="77777777" w:rsidR="0043721F" w:rsidRDefault="00000000">
            <w:pPr>
              <w:spacing w:after="0"/>
            </w:pPr>
            <w:r>
              <w:rPr>
                <w:rFonts w:ascii="Arial" w:hAnsi="Arial"/>
                <w:b/>
                <w:color w:val="FFFFFF"/>
                <w:sz w:val="18"/>
              </w:rPr>
              <w:t>Remarks / Corrective Action</w:t>
            </w:r>
          </w:p>
        </w:tc>
      </w:tr>
      <w:tr w:rsidR="0043721F" w14:paraId="563331EE" w14:textId="77777777">
        <w:trPr>
          <w:jc w:val="center"/>
        </w:trPr>
        <w:tc>
          <w:tcPr>
            <w:tcW w:w="576" w:type="dxa"/>
            <w:tcMar>
              <w:top w:w="60" w:type="dxa"/>
              <w:left w:w="60" w:type="dxa"/>
              <w:bottom w:w="60" w:type="dxa"/>
              <w:right w:w="60" w:type="dxa"/>
            </w:tcMar>
            <w:vAlign w:val="center"/>
          </w:tcPr>
          <w:p w14:paraId="628EE181" w14:textId="77777777" w:rsidR="0043721F" w:rsidRDefault="00000000">
            <w:pPr>
              <w:spacing w:after="0"/>
              <w:jc w:val="center"/>
            </w:pPr>
            <w:r>
              <w:rPr>
                <w:rFonts w:ascii="Calibri" w:hAnsi="Calibri"/>
                <w:sz w:val="18"/>
              </w:rPr>
              <w:t>1</w:t>
            </w:r>
          </w:p>
        </w:tc>
        <w:tc>
          <w:tcPr>
            <w:tcW w:w="5861" w:type="dxa"/>
            <w:tcMar>
              <w:top w:w="60" w:type="dxa"/>
              <w:left w:w="60" w:type="dxa"/>
              <w:bottom w:w="60" w:type="dxa"/>
              <w:right w:w="60" w:type="dxa"/>
            </w:tcMar>
            <w:vAlign w:val="center"/>
          </w:tcPr>
          <w:p w14:paraId="1E6E0C39" w14:textId="77777777" w:rsidR="0043721F" w:rsidRDefault="00000000">
            <w:pPr>
              <w:spacing w:after="0"/>
            </w:pPr>
            <w:r>
              <w:rPr>
                <w:rFonts w:ascii="Calibri" w:hAnsi="Calibri"/>
                <w:sz w:val="18"/>
              </w:rPr>
              <w:t>Has the lifting operation been properly planned and assessed before work starts?</w:t>
            </w:r>
          </w:p>
        </w:tc>
        <w:tc>
          <w:tcPr>
            <w:tcW w:w="648" w:type="dxa"/>
            <w:tcMar>
              <w:top w:w="60" w:type="dxa"/>
              <w:left w:w="60" w:type="dxa"/>
              <w:bottom w:w="60" w:type="dxa"/>
              <w:right w:w="60" w:type="dxa"/>
            </w:tcMar>
            <w:vAlign w:val="center"/>
          </w:tcPr>
          <w:p w14:paraId="7ED7B1EE"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3D205C0"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B336E32"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1F1726AB" w14:textId="77777777" w:rsidR="0043721F" w:rsidRDefault="0043721F">
            <w:pPr>
              <w:spacing w:after="0"/>
            </w:pPr>
          </w:p>
        </w:tc>
      </w:tr>
      <w:tr w:rsidR="0043721F" w14:paraId="6C596731" w14:textId="77777777">
        <w:trPr>
          <w:jc w:val="center"/>
        </w:trPr>
        <w:tc>
          <w:tcPr>
            <w:tcW w:w="576" w:type="dxa"/>
            <w:shd w:val="clear" w:color="auto" w:fill="FAFAFA"/>
            <w:tcMar>
              <w:top w:w="60" w:type="dxa"/>
              <w:left w:w="60" w:type="dxa"/>
              <w:bottom w:w="60" w:type="dxa"/>
              <w:right w:w="60" w:type="dxa"/>
            </w:tcMar>
            <w:vAlign w:val="center"/>
          </w:tcPr>
          <w:p w14:paraId="050F6011" w14:textId="77777777" w:rsidR="0043721F" w:rsidRDefault="00000000">
            <w:pPr>
              <w:spacing w:after="0"/>
              <w:jc w:val="center"/>
            </w:pPr>
            <w:r>
              <w:rPr>
                <w:rFonts w:ascii="Calibri" w:hAnsi="Calibri"/>
                <w:sz w:val="18"/>
              </w:rPr>
              <w:t>2</w:t>
            </w:r>
          </w:p>
        </w:tc>
        <w:tc>
          <w:tcPr>
            <w:tcW w:w="5861" w:type="dxa"/>
            <w:shd w:val="clear" w:color="auto" w:fill="FAFAFA"/>
            <w:tcMar>
              <w:top w:w="60" w:type="dxa"/>
              <w:left w:w="60" w:type="dxa"/>
              <w:bottom w:w="60" w:type="dxa"/>
              <w:right w:w="60" w:type="dxa"/>
            </w:tcMar>
            <w:vAlign w:val="center"/>
          </w:tcPr>
          <w:p w14:paraId="39E50F2B" w14:textId="77777777" w:rsidR="0043721F" w:rsidRDefault="00000000">
            <w:pPr>
              <w:spacing w:after="0"/>
            </w:pPr>
            <w:r>
              <w:rPr>
                <w:rFonts w:ascii="Calibri" w:hAnsi="Calibri"/>
                <w:sz w:val="18"/>
              </w:rPr>
              <w:t>Has a suitable lifting plan or method statement been prepared for the lifting activity?</w:t>
            </w:r>
          </w:p>
        </w:tc>
        <w:tc>
          <w:tcPr>
            <w:tcW w:w="648" w:type="dxa"/>
            <w:shd w:val="clear" w:color="auto" w:fill="FAFAFA"/>
            <w:tcMar>
              <w:top w:w="60" w:type="dxa"/>
              <w:left w:w="60" w:type="dxa"/>
              <w:bottom w:w="60" w:type="dxa"/>
              <w:right w:w="60" w:type="dxa"/>
            </w:tcMar>
            <w:vAlign w:val="center"/>
          </w:tcPr>
          <w:p w14:paraId="2383B7CB"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F2EB20D"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D716542"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524641DC" w14:textId="77777777" w:rsidR="0043721F" w:rsidRDefault="0043721F">
            <w:pPr>
              <w:spacing w:after="0"/>
            </w:pPr>
          </w:p>
        </w:tc>
      </w:tr>
      <w:tr w:rsidR="0043721F" w14:paraId="0C71E3F8" w14:textId="77777777">
        <w:trPr>
          <w:jc w:val="center"/>
        </w:trPr>
        <w:tc>
          <w:tcPr>
            <w:tcW w:w="576" w:type="dxa"/>
            <w:tcMar>
              <w:top w:w="60" w:type="dxa"/>
              <w:left w:w="60" w:type="dxa"/>
              <w:bottom w:w="60" w:type="dxa"/>
              <w:right w:w="60" w:type="dxa"/>
            </w:tcMar>
            <w:vAlign w:val="center"/>
          </w:tcPr>
          <w:p w14:paraId="3CD8AD93" w14:textId="77777777" w:rsidR="0043721F" w:rsidRDefault="00000000">
            <w:pPr>
              <w:spacing w:after="0"/>
              <w:jc w:val="center"/>
            </w:pPr>
            <w:r>
              <w:rPr>
                <w:rFonts w:ascii="Calibri" w:hAnsi="Calibri"/>
                <w:sz w:val="18"/>
              </w:rPr>
              <w:t>3</w:t>
            </w:r>
          </w:p>
        </w:tc>
        <w:tc>
          <w:tcPr>
            <w:tcW w:w="5861" w:type="dxa"/>
            <w:tcMar>
              <w:top w:w="60" w:type="dxa"/>
              <w:left w:w="60" w:type="dxa"/>
              <w:bottom w:w="60" w:type="dxa"/>
              <w:right w:w="60" w:type="dxa"/>
            </w:tcMar>
            <w:vAlign w:val="center"/>
          </w:tcPr>
          <w:p w14:paraId="5F87B418" w14:textId="77777777" w:rsidR="0043721F" w:rsidRDefault="00000000">
            <w:pPr>
              <w:spacing w:after="0"/>
            </w:pPr>
            <w:r>
              <w:rPr>
                <w:rFonts w:ascii="Calibri" w:hAnsi="Calibri"/>
                <w:sz w:val="18"/>
              </w:rPr>
              <w:t>Has the load weight, dimensions, center of gravity and lifting points been determined where required?</w:t>
            </w:r>
          </w:p>
        </w:tc>
        <w:tc>
          <w:tcPr>
            <w:tcW w:w="648" w:type="dxa"/>
            <w:tcMar>
              <w:top w:w="60" w:type="dxa"/>
              <w:left w:w="60" w:type="dxa"/>
              <w:bottom w:w="60" w:type="dxa"/>
              <w:right w:w="60" w:type="dxa"/>
            </w:tcMar>
            <w:vAlign w:val="center"/>
          </w:tcPr>
          <w:p w14:paraId="7414F8CC"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6399A284"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7FC9E43"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515030ED" w14:textId="77777777" w:rsidR="0043721F" w:rsidRDefault="0043721F">
            <w:pPr>
              <w:spacing w:after="0"/>
            </w:pPr>
          </w:p>
        </w:tc>
      </w:tr>
      <w:tr w:rsidR="0043721F" w14:paraId="19D3B97D" w14:textId="77777777">
        <w:trPr>
          <w:jc w:val="center"/>
        </w:trPr>
        <w:tc>
          <w:tcPr>
            <w:tcW w:w="576" w:type="dxa"/>
            <w:shd w:val="clear" w:color="auto" w:fill="FAFAFA"/>
            <w:tcMar>
              <w:top w:w="60" w:type="dxa"/>
              <w:left w:w="60" w:type="dxa"/>
              <w:bottom w:w="60" w:type="dxa"/>
              <w:right w:w="60" w:type="dxa"/>
            </w:tcMar>
            <w:vAlign w:val="center"/>
          </w:tcPr>
          <w:p w14:paraId="08435BD7" w14:textId="77777777" w:rsidR="0043721F" w:rsidRDefault="00000000">
            <w:pPr>
              <w:spacing w:after="0"/>
              <w:jc w:val="center"/>
            </w:pPr>
            <w:r>
              <w:rPr>
                <w:rFonts w:ascii="Calibri" w:hAnsi="Calibri"/>
                <w:sz w:val="18"/>
              </w:rPr>
              <w:t>4</w:t>
            </w:r>
          </w:p>
        </w:tc>
        <w:tc>
          <w:tcPr>
            <w:tcW w:w="5861" w:type="dxa"/>
            <w:shd w:val="clear" w:color="auto" w:fill="FAFAFA"/>
            <w:tcMar>
              <w:top w:w="60" w:type="dxa"/>
              <w:left w:w="60" w:type="dxa"/>
              <w:bottom w:w="60" w:type="dxa"/>
              <w:right w:w="60" w:type="dxa"/>
            </w:tcMar>
            <w:vAlign w:val="center"/>
          </w:tcPr>
          <w:p w14:paraId="1B270A2B" w14:textId="77777777" w:rsidR="0043721F" w:rsidRDefault="00000000">
            <w:pPr>
              <w:spacing w:after="0"/>
            </w:pPr>
            <w:r>
              <w:rPr>
                <w:rFonts w:ascii="Calibri" w:hAnsi="Calibri"/>
                <w:sz w:val="18"/>
              </w:rPr>
              <w:t>Is the crane or lifting equipment suitable for the planned load, lifting radius and operating conditions?</w:t>
            </w:r>
          </w:p>
        </w:tc>
        <w:tc>
          <w:tcPr>
            <w:tcW w:w="648" w:type="dxa"/>
            <w:shd w:val="clear" w:color="auto" w:fill="FAFAFA"/>
            <w:tcMar>
              <w:top w:w="60" w:type="dxa"/>
              <w:left w:w="60" w:type="dxa"/>
              <w:bottom w:w="60" w:type="dxa"/>
              <w:right w:w="60" w:type="dxa"/>
            </w:tcMar>
            <w:vAlign w:val="center"/>
          </w:tcPr>
          <w:p w14:paraId="43BDDCE7"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5D0561E"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484B2B1"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1C7D217" w14:textId="77777777" w:rsidR="0043721F" w:rsidRDefault="0043721F">
            <w:pPr>
              <w:spacing w:after="0"/>
            </w:pPr>
          </w:p>
        </w:tc>
      </w:tr>
      <w:tr w:rsidR="0043721F" w14:paraId="6EA59498" w14:textId="77777777">
        <w:trPr>
          <w:jc w:val="center"/>
        </w:trPr>
        <w:tc>
          <w:tcPr>
            <w:tcW w:w="576" w:type="dxa"/>
            <w:tcMar>
              <w:top w:w="60" w:type="dxa"/>
              <w:left w:w="60" w:type="dxa"/>
              <w:bottom w:w="60" w:type="dxa"/>
              <w:right w:w="60" w:type="dxa"/>
            </w:tcMar>
            <w:vAlign w:val="center"/>
          </w:tcPr>
          <w:p w14:paraId="6A7FB112" w14:textId="77777777" w:rsidR="0043721F" w:rsidRDefault="00000000">
            <w:pPr>
              <w:spacing w:after="0"/>
              <w:jc w:val="center"/>
            </w:pPr>
            <w:r>
              <w:rPr>
                <w:rFonts w:ascii="Calibri" w:hAnsi="Calibri"/>
                <w:sz w:val="18"/>
              </w:rPr>
              <w:t>5</w:t>
            </w:r>
          </w:p>
        </w:tc>
        <w:tc>
          <w:tcPr>
            <w:tcW w:w="5861" w:type="dxa"/>
            <w:tcMar>
              <w:top w:w="60" w:type="dxa"/>
              <w:left w:w="60" w:type="dxa"/>
              <w:bottom w:w="60" w:type="dxa"/>
              <w:right w:w="60" w:type="dxa"/>
            </w:tcMar>
            <w:vAlign w:val="center"/>
          </w:tcPr>
          <w:p w14:paraId="3FB8F660" w14:textId="77777777" w:rsidR="0043721F" w:rsidRDefault="00000000">
            <w:pPr>
              <w:spacing w:after="0"/>
            </w:pPr>
            <w:r>
              <w:rPr>
                <w:rFonts w:ascii="Calibri" w:hAnsi="Calibri"/>
                <w:sz w:val="18"/>
              </w:rPr>
              <w:t>Is the crane positioned on a stable and suitable surface with adequate ground bearing capacity?</w:t>
            </w:r>
          </w:p>
        </w:tc>
        <w:tc>
          <w:tcPr>
            <w:tcW w:w="648" w:type="dxa"/>
            <w:tcMar>
              <w:top w:w="60" w:type="dxa"/>
              <w:left w:w="60" w:type="dxa"/>
              <w:bottom w:w="60" w:type="dxa"/>
              <w:right w:w="60" w:type="dxa"/>
            </w:tcMar>
            <w:vAlign w:val="center"/>
          </w:tcPr>
          <w:p w14:paraId="35D09DDD"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F44EAB9"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1ED80F7"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7F7961B0" w14:textId="77777777" w:rsidR="0043721F" w:rsidRDefault="0043721F">
            <w:pPr>
              <w:spacing w:after="0"/>
            </w:pPr>
          </w:p>
        </w:tc>
      </w:tr>
      <w:tr w:rsidR="0043721F" w14:paraId="35842F30" w14:textId="77777777">
        <w:trPr>
          <w:jc w:val="center"/>
        </w:trPr>
        <w:tc>
          <w:tcPr>
            <w:tcW w:w="576" w:type="dxa"/>
            <w:shd w:val="clear" w:color="auto" w:fill="FAFAFA"/>
            <w:tcMar>
              <w:top w:w="60" w:type="dxa"/>
              <w:left w:w="60" w:type="dxa"/>
              <w:bottom w:w="60" w:type="dxa"/>
              <w:right w:w="60" w:type="dxa"/>
            </w:tcMar>
            <w:vAlign w:val="center"/>
          </w:tcPr>
          <w:p w14:paraId="61428E91" w14:textId="77777777" w:rsidR="0043721F" w:rsidRDefault="00000000">
            <w:pPr>
              <w:spacing w:after="0"/>
              <w:jc w:val="center"/>
            </w:pPr>
            <w:r>
              <w:rPr>
                <w:rFonts w:ascii="Calibri" w:hAnsi="Calibri"/>
                <w:sz w:val="18"/>
              </w:rPr>
              <w:t>6</w:t>
            </w:r>
          </w:p>
        </w:tc>
        <w:tc>
          <w:tcPr>
            <w:tcW w:w="5861" w:type="dxa"/>
            <w:shd w:val="clear" w:color="auto" w:fill="FAFAFA"/>
            <w:tcMar>
              <w:top w:w="60" w:type="dxa"/>
              <w:left w:w="60" w:type="dxa"/>
              <w:bottom w:w="60" w:type="dxa"/>
              <w:right w:w="60" w:type="dxa"/>
            </w:tcMar>
            <w:vAlign w:val="center"/>
          </w:tcPr>
          <w:p w14:paraId="51643A8C" w14:textId="77777777" w:rsidR="0043721F" w:rsidRDefault="00000000">
            <w:pPr>
              <w:spacing w:after="0"/>
            </w:pPr>
            <w:r>
              <w:rPr>
                <w:rFonts w:ascii="Calibri" w:hAnsi="Calibri"/>
                <w:sz w:val="18"/>
              </w:rPr>
              <w:t>Are outriggers, stabilizers or other supporting systems correctly deployed where required?</w:t>
            </w:r>
          </w:p>
        </w:tc>
        <w:tc>
          <w:tcPr>
            <w:tcW w:w="648" w:type="dxa"/>
            <w:shd w:val="clear" w:color="auto" w:fill="FAFAFA"/>
            <w:tcMar>
              <w:top w:w="60" w:type="dxa"/>
              <w:left w:w="60" w:type="dxa"/>
              <w:bottom w:w="60" w:type="dxa"/>
              <w:right w:w="60" w:type="dxa"/>
            </w:tcMar>
            <w:vAlign w:val="center"/>
          </w:tcPr>
          <w:p w14:paraId="0D26FFF4"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2C35E71E"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2AF03B92"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5D2A296D" w14:textId="77777777" w:rsidR="0043721F" w:rsidRDefault="0043721F">
            <w:pPr>
              <w:spacing w:after="0"/>
            </w:pPr>
          </w:p>
        </w:tc>
      </w:tr>
      <w:tr w:rsidR="0043721F" w14:paraId="54F37003" w14:textId="77777777">
        <w:trPr>
          <w:jc w:val="center"/>
        </w:trPr>
        <w:tc>
          <w:tcPr>
            <w:tcW w:w="576" w:type="dxa"/>
            <w:tcMar>
              <w:top w:w="60" w:type="dxa"/>
              <w:left w:w="60" w:type="dxa"/>
              <w:bottom w:w="60" w:type="dxa"/>
              <w:right w:w="60" w:type="dxa"/>
            </w:tcMar>
            <w:vAlign w:val="center"/>
          </w:tcPr>
          <w:p w14:paraId="2B131031" w14:textId="77777777" w:rsidR="0043721F" w:rsidRDefault="00000000">
            <w:pPr>
              <w:spacing w:after="0"/>
              <w:jc w:val="center"/>
            </w:pPr>
            <w:r>
              <w:rPr>
                <w:rFonts w:ascii="Calibri" w:hAnsi="Calibri"/>
                <w:sz w:val="18"/>
              </w:rPr>
              <w:t>7</w:t>
            </w:r>
          </w:p>
        </w:tc>
        <w:tc>
          <w:tcPr>
            <w:tcW w:w="5861" w:type="dxa"/>
            <w:tcMar>
              <w:top w:w="60" w:type="dxa"/>
              <w:left w:w="60" w:type="dxa"/>
              <w:bottom w:w="60" w:type="dxa"/>
              <w:right w:w="60" w:type="dxa"/>
            </w:tcMar>
            <w:vAlign w:val="center"/>
          </w:tcPr>
          <w:p w14:paraId="1560F3C8" w14:textId="77777777" w:rsidR="0043721F" w:rsidRDefault="00000000">
            <w:pPr>
              <w:spacing w:after="0"/>
            </w:pPr>
            <w:r>
              <w:rPr>
                <w:rFonts w:ascii="Calibri" w:hAnsi="Calibri"/>
                <w:sz w:val="18"/>
              </w:rPr>
              <w:t>Is the lifting equipment within its valid inspection, examination and certification requirements?</w:t>
            </w:r>
          </w:p>
        </w:tc>
        <w:tc>
          <w:tcPr>
            <w:tcW w:w="648" w:type="dxa"/>
            <w:tcMar>
              <w:top w:w="60" w:type="dxa"/>
              <w:left w:w="60" w:type="dxa"/>
              <w:bottom w:w="60" w:type="dxa"/>
              <w:right w:w="60" w:type="dxa"/>
            </w:tcMar>
            <w:vAlign w:val="center"/>
          </w:tcPr>
          <w:p w14:paraId="4374FA2D"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9AE64DD"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2606E4B"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3873FE66" w14:textId="77777777" w:rsidR="0043721F" w:rsidRDefault="0043721F">
            <w:pPr>
              <w:spacing w:after="0"/>
            </w:pPr>
          </w:p>
        </w:tc>
      </w:tr>
      <w:tr w:rsidR="0043721F" w14:paraId="69979EE2" w14:textId="77777777">
        <w:trPr>
          <w:jc w:val="center"/>
        </w:trPr>
        <w:tc>
          <w:tcPr>
            <w:tcW w:w="576" w:type="dxa"/>
            <w:shd w:val="clear" w:color="auto" w:fill="FAFAFA"/>
            <w:tcMar>
              <w:top w:w="60" w:type="dxa"/>
              <w:left w:w="60" w:type="dxa"/>
              <w:bottom w:w="60" w:type="dxa"/>
              <w:right w:w="60" w:type="dxa"/>
            </w:tcMar>
            <w:vAlign w:val="center"/>
          </w:tcPr>
          <w:p w14:paraId="1A1CFE94" w14:textId="77777777" w:rsidR="0043721F" w:rsidRDefault="00000000">
            <w:pPr>
              <w:spacing w:after="0"/>
              <w:jc w:val="center"/>
            </w:pPr>
            <w:r>
              <w:rPr>
                <w:rFonts w:ascii="Calibri" w:hAnsi="Calibri"/>
                <w:sz w:val="18"/>
              </w:rPr>
              <w:t>8</w:t>
            </w:r>
          </w:p>
        </w:tc>
        <w:tc>
          <w:tcPr>
            <w:tcW w:w="5861" w:type="dxa"/>
            <w:shd w:val="clear" w:color="auto" w:fill="FAFAFA"/>
            <w:tcMar>
              <w:top w:w="60" w:type="dxa"/>
              <w:left w:w="60" w:type="dxa"/>
              <w:bottom w:w="60" w:type="dxa"/>
              <w:right w:w="60" w:type="dxa"/>
            </w:tcMar>
            <w:vAlign w:val="center"/>
          </w:tcPr>
          <w:p w14:paraId="655F4549" w14:textId="77777777" w:rsidR="0043721F" w:rsidRDefault="00000000">
            <w:pPr>
              <w:spacing w:after="0"/>
            </w:pPr>
            <w:r>
              <w:rPr>
                <w:rFonts w:ascii="Calibri" w:hAnsi="Calibri"/>
                <w:sz w:val="18"/>
              </w:rPr>
              <w:t>Are operators suitably trained, competent and authorized to operate the lifting equipment?</w:t>
            </w:r>
          </w:p>
        </w:tc>
        <w:tc>
          <w:tcPr>
            <w:tcW w:w="648" w:type="dxa"/>
            <w:shd w:val="clear" w:color="auto" w:fill="FAFAFA"/>
            <w:tcMar>
              <w:top w:w="60" w:type="dxa"/>
              <w:left w:w="60" w:type="dxa"/>
              <w:bottom w:w="60" w:type="dxa"/>
              <w:right w:w="60" w:type="dxa"/>
            </w:tcMar>
            <w:vAlign w:val="center"/>
          </w:tcPr>
          <w:p w14:paraId="12F1F357"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71100B5"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12551120"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647EA548" w14:textId="77777777" w:rsidR="0043721F" w:rsidRDefault="0043721F">
            <w:pPr>
              <w:spacing w:after="0"/>
            </w:pPr>
          </w:p>
        </w:tc>
      </w:tr>
      <w:tr w:rsidR="0043721F" w14:paraId="5B90188B" w14:textId="77777777">
        <w:trPr>
          <w:jc w:val="center"/>
        </w:trPr>
        <w:tc>
          <w:tcPr>
            <w:tcW w:w="576" w:type="dxa"/>
            <w:tcMar>
              <w:top w:w="60" w:type="dxa"/>
              <w:left w:w="60" w:type="dxa"/>
              <w:bottom w:w="60" w:type="dxa"/>
              <w:right w:w="60" w:type="dxa"/>
            </w:tcMar>
            <w:vAlign w:val="center"/>
          </w:tcPr>
          <w:p w14:paraId="78B73B3C" w14:textId="77777777" w:rsidR="0043721F" w:rsidRDefault="00000000">
            <w:pPr>
              <w:spacing w:after="0"/>
              <w:jc w:val="center"/>
            </w:pPr>
            <w:r>
              <w:rPr>
                <w:rFonts w:ascii="Calibri" w:hAnsi="Calibri"/>
                <w:sz w:val="18"/>
              </w:rPr>
              <w:t>9</w:t>
            </w:r>
          </w:p>
        </w:tc>
        <w:tc>
          <w:tcPr>
            <w:tcW w:w="5861" w:type="dxa"/>
            <w:tcMar>
              <w:top w:w="60" w:type="dxa"/>
              <w:left w:w="60" w:type="dxa"/>
              <w:bottom w:w="60" w:type="dxa"/>
              <w:right w:w="60" w:type="dxa"/>
            </w:tcMar>
            <w:vAlign w:val="center"/>
          </w:tcPr>
          <w:p w14:paraId="286865A8" w14:textId="77777777" w:rsidR="0043721F" w:rsidRDefault="00000000">
            <w:pPr>
              <w:spacing w:after="0"/>
            </w:pPr>
            <w:r>
              <w:rPr>
                <w:rFonts w:ascii="Calibri" w:hAnsi="Calibri"/>
                <w:sz w:val="18"/>
              </w:rPr>
              <w:t>Are riggers and signalers/banksmen suitably trained, competent and authorized for their assigned duties?</w:t>
            </w:r>
          </w:p>
        </w:tc>
        <w:tc>
          <w:tcPr>
            <w:tcW w:w="648" w:type="dxa"/>
            <w:tcMar>
              <w:top w:w="60" w:type="dxa"/>
              <w:left w:w="60" w:type="dxa"/>
              <w:bottom w:w="60" w:type="dxa"/>
              <w:right w:w="60" w:type="dxa"/>
            </w:tcMar>
            <w:vAlign w:val="center"/>
          </w:tcPr>
          <w:p w14:paraId="4810B76C"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4597876"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76F129F"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3B2A29BD" w14:textId="77777777" w:rsidR="0043721F" w:rsidRDefault="0043721F">
            <w:pPr>
              <w:spacing w:after="0"/>
            </w:pPr>
          </w:p>
        </w:tc>
      </w:tr>
      <w:tr w:rsidR="0043721F" w14:paraId="21E99BAE" w14:textId="77777777">
        <w:trPr>
          <w:jc w:val="center"/>
        </w:trPr>
        <w:tc>
          <w:tcPr>
            <w:tcW w:w="576" w:type="dxa"/>
            <w:shd w:val="clear" w:color="auto" w:fill="FAFAFA"/>
            <w:tcMar>
              <w:top w:w="60" w:type="dxa"/>
              <w:left w:w="60" w:type="dxa"/>
              <w:bottom w:w="60" w:type="dxa"/>
              <w:right w:w="60" w:type="dxa"/>
            </w:tcMar>
            <w:vAlign w:val="center"/>
          </w:tcPr>
          <w:p w14:paraId="420A6104" w14:textId="77777777" w:rsidR="0043721F" w:rsidRDefault="00000000">
            <w:pPr>
              <w:spacing w:after="0"/>
              <w:jc w:val="center"/>
            </w:pPr>
            <w:r>
              <w:rPr>
                <w:rFonts w:ascii="Calibri" w:hAnsi="Calibri"/>
                <w:sz w:val="18"/>
              </w:rPr>
              <w:t>10</w:t>
            </w:r>
          </w:p>
        </w:tc>
        <w:tc>
          <w:tcPr>
            <w:tcW w:w="5861" w:type="dxa"/>
            <w:shd w:val="clear" w:color="auto" w:fill="FAFAFA"/>
            <w:tcMar>
              <w:top w:w="60" w:type="dxa"/>
              <w:left w:w="60" w:type="dxa"/>
              <w:bottom w:w="60" w:type="dxa"/>
              <w:right w:w="60" w:type="dxa"/>
            </w:tcMar>
            <w:vAlign w:val="center"/>
          </w:tcPr>
          <w:p w14:paraId="2338AC19" w14:textId="77777777" w:rsidR="0043721F" w:rsidRDefault="00000000">
            <w:pPr>
              <w:spacing w:after="0"/>
            </w:pPr>
            <w:r>
              <w:rPr>
                <w:rFonts w:ascii="Calibri" w:hAnsi="Calibri"/>
                <w:sz w:val="18"/>
              </w:rPr>
              <w:t>Are lifting accessories such as slings, shackles, hooks and spreader beams suitable for the intended load?</w:t>
            </w:r>
          </w:p>
        </w:tc>
        <w:tc>
          <w:tcPr>
            <w:tcW w:w="648" w:type="dxa"/>
            <w:shd w:val="clear" w:color="auto" w:fill="FAFAFA"/>
            <w:tcMar>
              <w:top w:w="60" w:type="dxa"/>
              <w:left w:w="60" w:type="dxa"/>
              <w:bottom w:w="60" w:type="dxa"/>
              <w:right w:w="60" w:type="dxa"/>
            </w:tcMar>
            <w:vAlign w:val="center"/>
          </w:tcPr>
          <w:p w14:paraId="502F0629"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370C2CE2"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922B9B5"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43B4C43" w14:textId="77777777" w:rsidR="0043721F" w:rsidRDefault="0043721F">
            <w:pPr>
              <w:spacing w:after="0"/>
            </w:pPr>
          </w:p>
        </w:tc>
      </w:tr>
      <w:tr w:rsidR="0043721F" w14:paraId="3A949A78" w14:textId="77777777">
        <w:trPr>
          <w:jc w:val="center"/>
        </w:trPr>
        <w:tc>
          <w:tcPr>
            <w:tcW w:w="576" w:type="dxa"/>
            <w:tcMar>
              <w:top w:w="60" w:type="dxa"/>
              <w:left w:w="60" w:type="dxa"/>
              <w:bottom w:w="60" w:type="dxa"/>
              <w:right w:w="60" w:type="dxa"/>
            </w:tcMar>
            <w:vAlign w:val="center"/>
          </w:tcPr>
          <w:p w14:paraId="1A062713" w14:textId="77777777" w:rsidR="0043721F" w:rsidRDefault="00000000">
            <w:pPr>
              <w:spacing w:after="0"/>
              <w:jc w:val="center"/>
            </w:pPr>
            <w:r>
              <w:rPr>
                <w:rFonts w:ascii="Calibri" w:hAnsi="Calibri"/>
                <w:sz w:val="18"/>
              </w:rPr>
              <w:t>11</w:t>
            </w:r>
          </w:p>
        </w:tc>
        <w:tc>
          <w:tcPr>
            <w:tcW w:w="5861" w:type="dxa"/>
            <w:tcMar>
              <w:top w:w="60" w:type="dxa"/>
              <w:left w:w="60" w:type="dxa"/>
              <w:bottom w:w="60" w:type="dxa"/>
              <w:right w:w="60" w:type="dxa"/>
            </w:tcMar>
            <w:vAlign w:val="center"/>
          </w:tcPr>
          <w:p w14:paraId="7915B49A" w14:textId="77777777" w:rsidR="0043721F" w:rsidRDefault="00000000">
            <w:pPr>
              <w:spacing w:after="0"/>
            </w:pPr>
            <w:r>
              <w:rPr>
                <w:rFonts w:ascii="Calibri" w:hAnsi="Calibri"/>
                <w:sz w:val="18"/>
              </w:rPr>
              <w:t>Are lifting accessories clearly identified with their safe working load or rated capacity where required?</w:t>
            </w:r>
          </w:p>
        </w:tc>
        <w:tc>
          <w:tcPr>
            <w:tcW w:w="648" w:type="dxa"/>
            <w:tcMar>
              <w:top w:w="60" w:type="dxa"/>
              <w:left w:w="60" w:type="dxa"/>
              <w:bottom w:w="60" w:type="dxa"/>
              <w:right w:w="60" w:type="dxa"/>
            </w:tcMar>
            <w:vAlign w:val="center"/>
          </w:tcPr>
          <w:p w14:paraId="50BE7AB2"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675D728"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61CBE0DC"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657E5520" w14:textId="77777777" w:rsidR="0043721F" w:rsidRDefault="0043721F">
            <w:pPr>
              <w:spacing w:after="0"/>
            </w:pPr>
          </w:p>
        </w:tc>
      </w:tr>
      <w:tr w:rsidR="0043721F" w14:paraId="117748A4" w14:textId="77777777">
        <w:trPr>
          <w:jc w:val="center"/>
        </w:trPr>
        <w:tc>
          <w:tcPr>
            <w:tcW w:w="576" w:type="dxa"/>
            <w:shd w:val="clear" w:color="auto" w:fill="FAFAFA"/>
            <w:tcMar>
              <w:top w:w="60" w:type="dxa"/>
              <w:left w:w="60" w:type="dxa"/>
              <w:bottom w:w="60" w:type="dxa"/>
              <w:right w:w="60" w:type="dxa"/>
            </w:tcMar>
            <w:vAlign w:val="center"/>
          </w:tcPr>
          <w:p w14:paraId="71F6D25F" w14:textId="77777777" w:rsidR="0043721F" w:rsidRDefault="00000000">
            <w:pPr>
              <w:spacing w:after="0"/>
              <w:jc w:val="center"/>
            </w:pPr>
            <w:r>
              <w:rPr>
                <w:rFonts w:ascii="Calibri" w:hAnsi="Calibri"/>
                <w:sz w:val="18"/>
              </w:rPr>
              <w:t>12</w:t>
            </w:r>
          </w:p>
        </w:tc>
        <w:tc>
          <w:tcPr>
            <w:tcW w:w="5861" w:type="dxa"/>
            <w:shd w:val="clear" w:color="auto" w:fill="FAFAFA"/>
            <w:tcMar>
              <w:top w:w="60" w:type="dxa"/>
              <w:left w:w="60" w:type="dxa"/>
              <w:bottom w:w="60" w:type="dxa"/>
              <w:right w:w="60" w:type="dxa"/>
            </w:tcMar>
            <w:vAlign w:val="center"/>
          </w:tcPr>
          <w:p w14:paraId="24F16C1E" w14:textId="77777777" w:rsidR="0043721F" w:rsidRDefault="00000000">
            <w:pPr>
              <w:spacing w:after="0"/>
            </w:pPr>
            <w:r>
              <w:rPr>
                <w:rFonts w:ascii="Calibri" w:hAnsi="Calibri"/>
                <w:sz w:val="18"/>
              </w:rPr>
              <w:t>Have lifting accessories been inspected before use and found free from damage, excessive wear or deformation?</w:t>
            </w:r>
          </w:p>
        </w:tc>
        <w:tc>
          <w:tcPr>
            <w:tcW w:w="648" w:type="dxa"/>
            <w:shd w:val="clear" w:color="auto" w:fill="FAFAFA"/>
            <w:tcMar>
              <w:top w:w="60" w:type="dxa"/>
              <w:left w:w="60" w:type="dxa"/>
              <w:bottom w:w="60" w:type="dxa"/>
              <w:right w:w="60" w:type="dxa"/>
            </w:tcMar>
            <w:vAlign w:val="center"/>
          </w:tcPr>
          <w:p w14:paraId="5CCD7A10"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1D0965F"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4A259D31"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200C431C" w14:textId="77777777" w:rsidR="0043721F" w:rsidRDefault="0043721F">
            <w:pPr>
              <w:spacing w:after="0"/>
            </w:pPr>
          </w:p>
        </w:tc>
      </w:tr>
      <w:tr w:rsidR="0043721F" w14:paraId="67413475" w14:textId="77777777">
        <w:trPr>
          <w:jc w:val="center"/>
        </w:trPr>
        <w:tc>
          <w:tcPr>
            <w:tcW w:w="576" w:type="dxa"/>
            <w:tcMar>
              <w:top w:w="60" w:type="dxa"/>
              <w:left w:w="60" w:type="dxa"/>
              <w:bottom w:w="60" w:type="dxa"/>
              <w:right w:w="60" w:type="dxa"/>
            </w:tcMar>
            <w:vAlign w:val="center"/>
          </w:tcPr>
          <w:p w14:paraId="282A6949" w14:textId="77777777" w:rsidR="0043721F" w:rsidRDefault="00000000">
            <w:pPr>
              <w:spacing w:after="0"/>
              <w:jc w:val="center"/>
            </w:pPr>
            <w:r>
              <w:rPr>
                <w:rFonts w:ascii="Calibri" w:hAnsi="Calibri"/>
                <w:sz w:val="18"/>
              </w:rPr>
              <w:t>13</w:t>
            </w:r>
          </w:p>
        </w:tc>
        <w:tc>
          <w:tcPr>
            <w:tcW w:w="5861" w:type="dxa"/>
            <w:tcMar>
              <w:top w:w="60" w:type="dxa"/>
              <w:left w:w="60" w:type="dxa"/>
              <w:bottom w:w="60" w:type="dxa"/>
              <w:right w:w="60" w:type="dxa"/>
            </w:tcMar>
            <w:vAlign w:val="center"/>
          </w:tcPr>
          <w:p w14:paraId="7E15E7B6" w14:textId="77777777" w:rsidR="0043721F" w:rsidRDefault="00000000">
            <w:pPr>
              <w:spacing w:after="0"/>
            </w:pPr>
            <w:r>
              <w:rPr>
                <w:rFonts w:ascii="Calibri" w:hAnsi="Calibri"/>
                <w:sz w:val="18"/>
              </w:rPr>
              <w:t>Are hooks fitted with suitable safety latches or other required retention devices?</w:t>
            </w:r>
          </w:p>
        </w:tc>
        <w:tc>
          <w:tcPr>
            <w:tcW w:w="648" w:type="dxa"/>
            <w:tcMar>
              <w:top w:w="60" w:type="dxa"/>
              <w:left w:w="60" w:type="dxa"/>
              <w:bottom w:w="60" w:type="dxa"/>
              <w:right w:w="60" w:type="dxa"/>
            </w:tcMar>
            <w:vAlign w:val="center"/>
          </w:tcPr>
          <w:p w14:paraId="29673B49"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85A3742"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806D3B7"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78F4ED51" w14:textId="77777777" w:rsidR="0043721F" w:rsidRDefault="0043721F">
            <w:pPr>
              <w:spacing w:after="0"/>
            </w:pPr>
          </w:p>
        </w:tc>
      </w:tr>
      <w:tr w:rsidR="0043721F" w14:paraId="11490582" w14:textId="77777777">
        <w:trPr>
          <w:jc w:val="center"/>
        </w:trPr>
        <w:tc>
          <w:tcPr>
            <w:tcW w:w="576" w:type="dxa"/>
            <w:shd w:val="clear" w:color="auto" w:fill="FAFAFA"/>
            <w:tcMar>
              <w:top w:w="60" w:type="dxa"/>
              <w:left w:w="60" w:type="dxa"/>
              <w:bottom w:w="60" w:type="dxa"/>
              <w:right w:w="60" w:type="dxa"/>
            </w:tcMar>
            <w:vAlign w:val="center"/>
          </w:tcPr>
          <w:p w14:paraId="4B866C68" w14:textId="77777777" w:rsidR="0043721F" w:rsidRDefault="00000000">
            <w:pPr>
              <w:spacing w:after="0"/>
              <w:jc w:val="center"/>
            </w:pPr>
            <w:r>
              <w:rPr>
                <w:rFonts w:ascii="Calibri" w:hAnsi="Calibri"/>
                <w:sz w:val="18"/>
              </w:rPr>
              <w:t>14</w:t>
            </w:r>
          </w:p>
        </w:tc>
        <w:tc>
          <w:tcPr>
            <w:tcW w:w="5861" w:type="dxa"/>
            <w:shd w:val="clear" w:color="auto" w:fill="FAFAFA"/>
            <w:tcMar>
              <w:top w:w="60" w:type="dxa"/>
              <w:left w:w="60" w:type="dxa"/>
              <w:bottom w:w="60" w:type="dxa"/>
              <w:right w:w="60" w:type="dxa"/>
            </w:tcMar>
            <w:vAlign w:val="center"/>
          </w:tcPr>
          <w:p w14:paraId="7EF9ADF1" w14:textId="77777777" w:rsidR="0043721F" w:rsidRDefault="00000000">
            <w:pPr>
              <w:spacing w:after="0"/>
            </w:pPr>
            <w:r>
              <w:rPr>
                <w:rFonts w:ascii="Calibri" w:hAnsi="Calibri"/>
                <w:sz w:val="18"/>
              </w:rPr>
              <w:t>Are slings correctly selected, configured and protected against sharp edges or damage?</w:t>
            </w:r>
          </w:p>
        </w:tc>
        <w:tc>
          <w:tcPr>
            <w:tcW w:w="648" w:type="dxa"/>
            <w:shd w:val="clear" w:color="auto" w:fill="FAFAFA"/>
            <w:tcMar>
              <w:top w:w="60" w:type="dxa"/>
              <w:left w:w="60" w:type="dxa"/>
              <w:bottom w:w="60" w:type="dxa"/>
              <w:right w:w="60" w:type="dxa"/>
            </w:tcMar>
            <w:vAlign w:val="center"/>
          </w:tcPr>
          <w:p w14:paraId="4B92E06D"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CB88266"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2D6F63DD"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2556E2D7" w14:textId="77777777" w:rsidR="0043721F" w:rsidRDefault="0043721F">
            <w:pPr>
              <w:spacing w:after="0"/>
            </w:pPr>
          </w:p>
        </w:tc>
      </w:tr>
      <w:tr w:rsidR="0043721F" w14:paraId="2D6340E9" w14:textId="77777777">
        <w:trPr>
          <w:jc w:val="center"/>
        </w:trPr>
        <w:tc>
          <w:tcPr>
            <w:tcW w:w="576" w:type="dxa"/>
            <w:tcMar>
              <w:top w:w="60" w:type="dxa"/>
              <w:left w:w="60" w:type="dxa"/>
              <w:bottom w:w="60" w:type="dxa"/>
              <w:right w:w="60" w:type="dxa"/>
            </w:tcMar>
            <w:vAlign w:val="center"/>
          </w:tcPr>
          <w:p w14:paraId="396516EE" w14:textId="77777777" w:rsidR="0043721F" w:rsidRDefault="00000000">
            <w:pPr>
              <w:spacing w:after="0"/>
              <w:jc w:val="center"/>
            </w:pPr>
            <w:r>
              <w:rPr>
                <w:rFonts w:ascii="Calibri" w:hAnsi="Calibri"/>
                <w:sz w:val="18"/>
              </w:rPr>
              <w:t>15</w:t>
            </w:r>
          </w:p>
        </w:tc>
        <w:tc>
          <w:tcPr>
            <w:tcW w:w="5861" w:type="dxa"/>
            <w:tcMar>
              <w:top w:w="60" w:type="dxa"/>
              <w:left w:w="60" w:type="dxa"/>
              <w:bottom w:w="60" w:type="dxa"/>
              <w:right w:w="60" w:type="dxa"/>
            </w:tcMar>
            <w:vAlign w:val="center"/>
          </w:tcPr>
          <w:p w14:paraId="762D85F8" w14:textId="77777777" w:rsidR="0043721F" w:rsidRDefault="00000000">
            <w:pPr>
              <w:spacing w:after="0"/>
            </w:pPr>
            <w:r>
              <w:rPr>
                <w:rFonts w:ascii="Calibri" w:hAnsi="Calibri"/>
                <w:sz w:val="18"/>
              </w:rPr>
              <w:t>Is the load securely attached and properly balanced before lifting?</w:t>
            </w:r>
          </w:p>
        </w:tc>
        <w:tc>
          <w:tcPr>
            <w:tcW w:w="648" w:type="dxa"/>
            <w:tcMar>
              <w:top w:w="60" w:type="dxa"/>
              <w:left w:w="60" w:type="dxa"/>
              <w:bottom w:w="60" w:type="dxa"/>
              <w:right w:w="60" w:type="dxa"/>
            </w:tcMar>
            <w:vAlign w:val="center"/>
          </w:tcPr>
          <w:p w14:paraId="4B796F4F"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0CAFF90D"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5F228E9"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46184D88" w14:textId="77777777" w:rsidR="0043721F" w:rsidRDefault="0043721F">
            <w:pPr>
              <w:spacing w:after="0"/>
            </w:pPr>
          </w:p>
        </w:tc>
      </w:tr>
      <w:tr w:rsidR="0043721F" w14:paraId="740C0F93" w14:textId="77777777">
        <w:trPr>
          <w:jc w:val="center"/>
        </w:trPr>
        <w:tc>
          <w:tcPr>
            <w:tcW w:w="576" w:type="dxa"/>
            <w:shd w:val="clear" w:color="auto" w:fill="FAFAFA"/>
            <w:tcMar>
              <w:top w:w="60" w:type="dxa"/>
              <w:left w:w="60" w:type="dxa"/>
              <w:bottom w:w="60" w:type="dxa"/>
              <w:right w:w="60" w:type="dxa"/>
            </w:tcMar>
            <w:vAlign w:val="center"/>
          </w:tcPr>
          <w:p w14:paraId="53BDF0B4" w14:textId="77777777" w:rsidR="0043721F" w:rsidRDefault="00000000">
            <w:pPr>
              <w:spacing w:after="0"/>
              <w:jc w:val="center"/>
            </w:pPr>
            <w:r>
              <w:rPr>
                <w:rFonts w:ascii="Calibri" w:hAnsi="Calibri"/>
                <w:sz w:val="18"/>
              </w:rPr>
              <w:lastRenderedPageBreak/>
              <w:t>16</w:t>
            </w:r>
          </w:p>
        </w:tc>
        <w:tc>
          <w:tcPr>
            <w:tcW w:w="5861" w:type="dxa"/>
            <w:shd w:val="clear" w:color="auto" w:fill="FAFAFA"/>
            <w:tcMar>
              <w:top w:w="60" w:type="dxa"/>
              <w:left w:w="60" w:type="dxa"/>
              <w:bottom w:w="60" w:type="dxa"/>
              <w:right w:w="60" w:type="dxa"/>
            </w:tcMar>
            <w:vAlign w:val="center"/>
          </w:tcPr>
          <w:p w14:paraId="38C7FCDD" w14:textId="77777777" w:rsidR="0043721F" w:rsidRDefault="00000000">
            <w:pPr>
              <w:spacing w:after="0"/>
            </w:pPr>
            <w:r>
              <w:rPr>
                <w:rFonts w:ascii="Calibri" w:hAnsi="Calibri"/>
                <w:sz w:val="18"/>
              </w:rPr>
              <w:t>Are suitable tag lines or other controls used where necessary to control load movement?</w:t>
            </w:r>
          </w:p>
        </w:tc>
        <w:tc>
          <w:tcPr>
            <w:tcW w:w="648" w:type="dxa"/>
            <w:shd w:val="clear" w:color="auto" w:fill="FAFAFA"/>
            <w:tcMar>
              <w:top w:w="60" w:type="dxa"/>
              <w:left w:w="60" w:type="dxa"/>
              <w:bottom w:w="60" w:type="dxa"/>
              <w:right w:w="60" w:type="dxa"/>
            </w:tcMar>
            <w:vAlign w:val="center"/>
          </w:tcPr>
          <w:p w14:paraId="6B3C6B19"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7E57C7F"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9E5C285"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4E642C80" w14:textId="77777777" w:rsidR="0043721F" w:rsidRDefault="0043721F">
            <w:pPr>
              <w:spacing w:after="0"/>
            </w:pPr>
          </w:p>
        </w:tc>
      </w:tr>
      <w:tr w:rsidR="0043721F" w14:paraId="29F2B402" w14:textId="77777777">
        <w:trPr>
          <w:jc w:val="center"/>
        </w:trPr>
        <w:tc>
          <w:tcPr>
            <w:tcW w:w="576" w:type="dxa"/>
            <w:tcMar>
              <w:top w:w="60" w:type="dxa"/>
              <w:left w:w="60" w:type="dxa"/>
              <w:bottom w:w="60" w:type="dxa"/>
              <w:right w:w="60" w:type="dxa"/>
            </w:tcMar>
            <w:vAlign w:val="center"/>
          </w:tcPr>
          <w:p w14:paraId="0DBE7BE2" w14:textId="77777777" w:rsidR="0043721F" w:rsidRDefault="00000000">
            <w:pPr>
              <w:spacing w:after="0"/>
              <w:jc w:val="center"/>
            </w:pPr>
            <w:r>
              <w:rPr>
                <w:rFonts w:ascii="Calibri" w:hAnsi="Calibri"/>
                <w:sz w:val="18"/>
              </w:rPr>
              <w:t>17</w:t>
            </w:r>
          </w:p>
        </w:tc>
        <w:tc>
          <w:tcPr>
            <w:tcW w:w="5861" w:type="dxa"/>
            <w:tcMar>
              <w:top w:w="60" w:type="dxa"/>
              <w:left w:w="60" w:type="dxa"/>
              <w:bottom w:w="60" w:type="dxa"/>
              <w:right w:w="60" w:type="dxa"/>
            </w:tcMar>
            <w:vAlign w:val="center"/>
          </w:tcPr>
          <w:p w14:paraId="5FA33BC8" w14:textId="77777777" w:rsidR="0043721F" w:rsidRDefault="00000000">
            <w:pPr>
              <w:spacing w:after="0"/>
            </w:pPr>
            <w:r>
              <w:rPr>
                <w:rFonts w:ascii="Calibri" w:hAnsi="Calibri"/>
                <w:sz w:val="18"/>
              </w:rPr>
              <w:t>Is a clear and effective communication system established between the operator, signaler and lifting team?</w:t>
            </w:r>
          </w:p>
        </w:tc>
        <w:tc>
          <w:tcPr>
            <w:tcW w:w="648" w:type="dxa"/>
            <w:tcMar>
              <w:top w:w="60" w:type="dxa"/>
              <w:left w:w="60" w:type="dxa"/>
              <w:bottom w:w="60" w:type="dxa"/>
              <w:right w:w="60" w:type="dxa"/>
            </w:tcMar>
            <w:vAlign w:val="center"/>
          </w:tcPr>
          <w:p w14:paraId="143947B8"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4810C12"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5B91184"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77E1BBE8" w14:textId="77777777" w:rsidR="0043721F" w:rsidRDefault="0043721F">
            <w:pPr>
              <w:spacing w:after="0"/>
            </w:pPr>
          </w:p>
        </w:tc>
      </w:tr>
      <w:tr w:rsidR="0043721F" w14:paraId="4DD3657F" w14:textId="77777777">
        <w:trPr>
          <w:jc w:val="center"/>
        </w:trPr>
        <w:tc>
          <w:tcPr>
            <w:tcW w:w="576" w:type="dxa"/>
            <w:shd w:val="clear" w:color="auto" w:fill="FAFAFA"/>
            <w:tcMar>
              <w:top w:w="60" w:type="dxa"/>
              <w:left w:w="60" w:type="dxa"/>
              <w:bottom w:w="60" w:type="dxa"/>
              <w:right w:w="60" w:type="dxa"/>
            </w:tcMar>
            <w:vAlign w:val="center"/>
          </w:tcPr>
          <w:p w14:paraId="5EF08CF6" w14:textId="77777777" w:rsidR="0043721F" w:rsidRDefault="00000000">
            <w:pPr>
              <w:spacing w:after="0"/>
              <w:jc w:val="center"/>
            </w:pPr>
            <w:r>
              <w:rPr>
                <w:rFonts w:ascii="Calibri" w:hAnsi="Calibri"/>
                <w:sz w:val="18"/>
              </w:rPr>
              <w:t>18</w:t>
            </w:r>
          </w:p>
        </w:tc>
        <w:tc>
          <w:tcPr>
            <w:tcW w:w="5861" w:type="dxa"/>
            <w:shd w:val="clear" w:color="auto" w:fill="FAFAFA"/>
            <w:tcMar>
              <w:top w:w="60" w:type="dxa"/>
              <w:left w:w="60" w:type="dxa"/>
              <w:bottom w:w="60" w:type="dxa"/>
              <w:right w:w="60" w:type="dxa"/>
            </w:tcMar>
            <w:vAlign w:val="center"/>
          </w:tcPr>
          <w:p w14:paraId="4D5CAA35" w14:textId="77777777" w:rsidR="0043721F" w:rsidRDefault="00000000">
            <w:pPr>
              <w:spacing w:after="0"/>
            </w:pPr>
            <w:r>
              <w:rPr>
                <w:rFonts w:ascii="Calibri" w:hAnsi="Calibri"/>
                <w:sz w:val="18"/>
              </w:rPr>
              <w:t>Is the lifting area adequately barricaded or controlled to prevent unauthorized personnel from entering?</w:t>
            </w:r>
          </w:p>
        </w:tc>
        <w:tc>
          <w:tcPr>
            <w:tcW w:w="648" w:type="dxa"/>
            <w:shd w:val="clear" w:color="auto" w:fill="FAFAFA"/>
            <w:tcMar>
              <w:top w:w="60" w:type="dxa"/>
              <w:left w:w="60" w:type="dxa"/>
              <w:bottom w:w="60" w:type="dxa"/>
              <w:right w:w="60" w:type="dxa"/>
            </w:tcMar>
            <w:vAlign w:val="center"/>
          </w:tcPr>
          <w:p w14:paraId="76FAA238"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82E3EED"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7130B1E2"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425163F" w14:textId="77777777" w:rsidR="0043721F" w:rsidRDefault="0043721F">
            <w:pPr>
              <w:spacing w:after="0"/>
            </w:pPr>
          </w:p>
        </w:tc>
      </w:tr>
      <w:tr w:rsidR="0043721F" w14:paraId="294EAD4B" w14:textId="77777777">
        <w:trPr>
          <w:jc w:val="center"/>
        </w:trPr>
        <w:tc>
          <w:tcPr>
            <w:tcW w:w="576" w:type="dxa"/>
            <w:tcMar>
              <w:top w:w="60" w:type="dxa"/>
              <w:left w:w="60" w:type="dxa"/>
              <w:bottom w:w="60" w:type="dxa"/>
              <w:right w:w="60" w:type="dxa"/>
            </w:tcMar>
            <w:vAlign w:val="center"/>
          </w:tcPr>
          <w:p w14:paraId="41E9A7A8" w14:textId="77777777" w:rsidR="0043721F" w:rsidRDefault="00000000">
            <w:pPr>
              <w:spacing w:after="0"/>
              <w:jc w:val="center"/>
            </w:pPr>
            <w:r>
              <w:rPr>
                <w:rFonts w:ascii="Calibri" w:hAnsi="Calibri"/>
                <w:sz w:val="18"/>
              </w:rPr>
              <w:t>19</w:t>
            </w:r>
          </w:p>
        </w:tc>
        <w:tc>
          <w:tcPr>
            <w:tcW w:w="5861" w:type="dxa"/>
            <w:tcMar>
              <w:top w:w="60" w:type="dxa"/>
              <w:left w:w="60" w:type="dxa"/>
              <w:bottom w:w="60" w:type="dxa"/>
              <w:right w:w="60" w:type="dxa"/>
            </w:tcMar>
            <w:vAlign w:val="center"/>
          </w:tcPr>
          <w:p w14:paraId="3BD1AECC" w14:textId="77777777" w:rsidR="0043721F" w:rsidRDefault="00000000">
            <w:pPr>
              <w:spacing w:after="0"/>
            </w:pPr>
            <w:r>
              <w:rPr>
                <w:rFonts w:ascii="Calibri" w:hAnsi="Calibri"/>
                <w:sz w:val="18"/>
              </w:rPr>
              <w:t>Are workers and other personnel kept clear of suspended loads and the lifting path?</w:t>
            </w:r>
          </w:p>
        </w:tc>
        <w:tc>
          <w:tcPr>
            <w:tcW w:w="648" w:type="dxa"/>
            <w:tcMar>
              <w:top w:w="60" w:type="dxa"/>
              <w:left w:w="60" w:type="dxa"/>
              <w:bottom w:w="60" w:type="dxa"/>
              <w:right w:w="60" w:type="dxa"/>
            </w:tcMar>
            <w:vAlign w:val="center"/>
          </w:tcPr>
          <w:p w14:paraId="762BAEFC"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04E4E273"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BD014A4"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58B4C0A0" w14:textId="77777777" w:rsidR="0043721F" w:rsidRDefault="0043721F">
            <w:pPr>
              <w:spacing w:after="0"/>
            </w:pPr>
          </w:p>
        </w:tc>
      </w:tr>
      <w:tr w:rsidR="0043721F" w14:paraId="10844392" w14:textId="77777777">
        <w:trPr>
          <w:jc w:val="center"/>
        </w:trPr>
        <w:tc>
          <w:tcPr>
            <w:tcW w:w="576" w:type="dxa"/>
            <w:shd w:val="clear" w:color="auto" w:fill="FAFAFA"/>
            <w:tcMar>
              <w:top w:w="60" w:type="dxa"/>
              <w:left w:w="60" w:type="dxa"/>
              <w:bottom w:w="60" w:type="dxa"/>
              <w:right w:w="60" w:type="dxa"/>
            </w:tcMar>
            <w:vAlign w:val="center"/>
          </w:tcPr>
          <w:p w14:paraId="4A5AD0B1" w14:textId="77777777" w:rsidR="0043721F" w:rsidRDefault="00000000">
            <w:pPr>
              <w:spacing w:after="0"/>
              <w:jc w:val="center"/>
            </w:pPr>
            <w:r>
              <w:rPr>
                <w:rFonts w:ascii="Calibri" w:hAnsi="Calibri"/>
                <w:sz w:val="18"/>
              </w:rPr>
              <w:t>20</w:t>
            </w:r>
          </w:p>
        </w:tc>
        <w:tc>
          <w:tcPr>
            <w:tcW w:w="5861" w:type="dxa"/>
            <w:shd w:val="clear" w:color="auto" w:fill="FAFAFA"/>
            <w:tcMar>
              <w:top w:w="60" w:type="dxa"/>
              <w:left w:w="60" w:type="dxa"/>
              <w:bottom w:w="60" w:type="dxa"/>
              <w:right w:w="60" w:type="dxa"/>
            </w:tcMar>
            <w:vAlign w:val="center"/>
          </w:tcPr>
          <w:p w14:paraId="1904E3DB" w14:textId="77777777" w:rsidR="0043721F" w:rsidRDefault="00000000">
            <w:pPr>
              <w:spacing w:after="0"/>
            </w:pPr>
            <w:r>
              <w:rPr>
                <w:rFonts w:ascii="Calibri" w:hAnsi="Calibri"/>
                <w:sz w:val="18"/>
              </w:rPr>
              <w:t>Are lifting operations controlled to prevent loads from passing over people, occupied areas or uncontrolled access routes?</w:t>
            </w:r>
          </w:p>
        </w:tc>
        <w:tc>
          <w:tcPr>
            <w:tcW w:w="648" w:type="dxa"/>
            <w:shd w:val="clear" w:color="auto" w:fill="FAFAFA"/>
            <w:tcMar>
              <w:top w:w="60" w:type="dxa"/>
              <w:left w:w="60" w:type="dxa"/>
              <w:bottom w:w="60" w:type="dxa"/>
              <w:right w:w="60" w:type="dxa"/>
            </w:tcMar>
            <w:vAlign w:val="center"/>
          </w:tcPr>
          <w:p w14:paraId="6BA5FBF5"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9BFD712"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2FAAAB20"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4173BF72" w14:textId="77777777" w:rsidR="0043721F" w:rsidRDefault="0043721F">
            <w:pPr>
              <w:spacing w:after="0"/>
            </w:pPr>
          </w:p>
        </w:tc>
      </w:tr>
      <w:tr w:rsidR="0043721F" w14:paraId="1BAC96D0" w14:textId="77777777">
        <w:trPr>
          <w:jc w:val="center"/>
        </w:trPr>
        <w:tc>
          <w:tcPr>
            <w:tcW w:w="576" w:type="dxa"/>
            <w:tcMar>
              <w:top w:w="60" w:type="dxa"/>
              <w:left w:w="60" w:type="dxa"/>
              <w:bottom w:w="60" w:type="dxa"/>
              <w:right w:w="60" w:type="dxa"/>
            </w:tcMar>
            <w:vAlign w:val="center"/>
          </w:tcPr>
          <w:p w14:paraId="3D20F2A2" w14:textId="77777777" w:rsidR="0043721F" w:rsidRDefault="00000000">
            <w:pPr>
              <w:spacing w:after="0"/>
              <w:jc w:val="center"/>
            </w:pPr>
            <w:r>
              <w:rPr>
                <w:rFonts w:ascii="Calibri" w:hAnsi="Calibri"/>
                <w:sz w:val="18"/>
              </w:rPr>
              <w:t>21</w:t>
            </w:r>
          </w:p>
        </w:tc>
        <w:tc>
          <w:tcPr>
            <w:tcW w:w="5861" w:type="dxa"/>
            <w:tcMar>
              <w:top w:w="60" w:type="dxa"/>
              <w:left w:w="60" w:type="dxa"/>
              <w:bottom w:w="60" w:type="dxa"/>
              <w:right w:w="60" w:type="dxa"/>
            </w:tcMar>
            <w:vAlign w:val="center"/>
          </w:tcPr>
          <w:p w14:paraId="34090C57" w14:textId="77777777" w:rsidR="0043721F" w:rsidRDefault="00000000">
            <w:pPr>
              <w:spacing w:after="0"/>
            </w:pPr>
            <w:r>
              <w:rPr>
                <w:rFonts w:ascii="Calibri" w:hAnsi="Calibri"/>
                <w:sz w:val="18"/>
              </w:rPr>
              <w:t>Are overhead power lines, structures, buildings and other obstructions identified and adequately controlled?</w:t>
            </w:r>
          </w:p>
        </w:tc>
        <w:tc>
          <w:tcPr>
            <w:tcW w:w="648" w:type="dxa"/>
            <w:tcMar>
              <w:top w:w="60" w:type="dxa"/>
              <w:left w:w="60" w:type="dxa"/>
              <w:bottom w:w="60" w:type="dxa"/>
              <w:right w:w="60" w:type="dxa"/>
            </w:tcMar>
            <w:vAlign w:val="center"/>
          </w:tcPr>
          <w:p w14:paraId="5A2B3720"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6EEB871"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F269D84"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1775C253" w14:textId="77777777" w:rsidR="0043721F" w:rsidRDefault="0043721F">
            <w:pPr>
              <w:spacing w:after="0"/>
            </w:pPr>
          </w:p>
        </w:tc>
      </w:tr>
      <w:tr w:rsidR="0043721F" w14:paraId="4EAE327B" w14:textId="77777777">
        <w:trPr>
          <w:jc w:val="center"/>
        </w:trPr>
        <w:tc>
          <w:tcPr>
            <w:tcW w:w="576" w:type="dxa"/>
            <w:shd w:val="clear" w:color="auto" w:fill="FAFAFA"/>
            <w:tcMar>
              <w:top w:w="60" w:type="dxa"/>
              <w:left w:w="60" w:type="dxa"/>
              <w:bottom w:w="60" w:type="dxa"/>
              <w:right w:w="60" w:type="dxa"/>
            </w:tcMar>
            <w:vAlign w:val="center"/>
          </w:tcPr>
          <w:p w14:paraId="472266EE" w14:textId="77777777" w:rsidR="0043721F" w:rsidRDefault="00000000">
            <w:pPr>
              <w:spacing w:after="0"/>
              <w:jc w:val="center"/>
            </w:pPr>
            <w:r>
              <w:rPr>
                <w:rFonts w:ascii="Calibri" w:hAnsi="Calibri"/>
                <w:sz w:val="18"/>
              </w:rPr>
              <w:t>22</w:t>
            </w:r>
          </w:p>
        </w:tc>
        <w:tc>
          <w:tcPr>
            <w:tcW w:w="5861" w:type="dxa"/>
            <w:shd w:val="clear" w:color="auto" w:fill="FAFAFA"/>
            <w:tcMar>
              <w:top w:w="60" w:type="dxa"/>
              <w:left w:w="60" w:type="dxa"/>
              <w:bottom w:w="60" w:type="dxa"/>
              <w:right w:w="60" w:type="dxa"/>
            </w:tcMar>
            <w:vAlign w:val="center"/>
          </w:tcPr>
          <w:p w14:paraId="0DD3893D" w14:textId="77777777" w:rsidR="0043721F" w:rsidRDefault="00000000">
            <w:pPr>
              <w:spacing w:after="0"/>
            </w:pPr>
            <w:r>
              <w:rPr>
                <w:rFonts w:ascii="Calibri" w:hAnsi="Calibri"/>
                <w:sz w:val="18"/>
              </w:rPr>
              <w:t>Is adequate clearance maintained from overhead electrical lines and other hazards?</w:t>
            </w:r>
          </w:p>
        </w:tc>
        <w:tc>
          <w:tcPr>
            <w:tcW w:w="648" w:type="dxa"/>
            <w:shd w:val="clear" w:color="auto" w:fill="FAFAFA"/>
            <w:tcMar>
              <w:top w:w="60" w:type="dxa"/>
              <w:left w:w="60" w:type="dxa"/>
              <w:bottom w:w="60" w:type="dxa"/>
              <w:right w:w="60" w:type="dxa"/>
            </w:tcMar>
            <w:vAlign w:val="center"/>
          </w:tcPr>
          <w:p w14:paraId="0744954C"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D20378F"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8005693"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1005EEFE" w14:textId="77777777" w:rsidR="0043721F" w:rsidRDefault="0043721F">
            <w:pPr>
              <w:spacing w:after="0"/>
            </w:pPr>
          </w:p>
        </w:tc>
      </w:tr>
      <w:tr w:rsidR="0043721F" w14:paraId="411CA49D" w14:textId="77777777">
        <w:trPr>
          <w:jc w:val="center"/>
        </w:trPr>
        <w:tc>
          <w:tcPr>
            <w:tcW w:w="576" w:type="dxa"/>
            <w:tcMar>
              <w:top w:w="60" w:type="dxa"/>
              <w:left w:w="60" w:type="dxa"/>
              <w:bottom w:w="60" w:type="dxa"/>
              <w:right w:w="60" w:type="dxa"/>
            </w:tcMar>
            <w:vAlign w:val="center"/>
          </w:tcPr>
          <w:p w14:paraId="0BD378F8" w14:textId="77777777" w:rsidR="0043721F" w:rsidRDefault="00000000">
            <w:pPr>
              <w:spacing w:after="0"/>
              <w:jc w:val="center"/>
            </w:pPr>
            <w:r>
              <w:rPr>
                <w:rFonts w:ascii="Calibri" w:hAnsi="Calibri"/>
                <w:sz w:val="18"/>
              </w:rPr>
              <w:t>23</w:t>
            </w:r>
          </w:p>
        </w:tc>
        <w:tc>
          <w:tcPr>
            <w:tcW w:w="5861" w:type="dxa"/>
            <w:tcMar>
              <w:top w:w="60" w:type="dxa"/>
              <w:left w:w="60" w:type="dxa"/>
              <w:bottom w:w="60" w:type="dxa"/>
              <w:right w:w="60" w:type="dxa"/>
            </w:tcMar>
            <w:vAlign w:val="center"/>
          </w:tcPr>
          <w:p w14:paraId="4AD4853B" w14:textId="77777777" w:rsidR="0043721F" w:rsidRDefault="00000000">
            <w:pPr>
              <w:spacing w:after="0"/>
            </w:pPr>
            <w:r>
              <w:rPr>
                <w:rFonts w:ascii="Calibri" w:hAnsi="Calibri"/>
                <w:sz w:val="18"/>
              </w:rPr>
              <w:t>Are weather conditions, including strong winds, rain, lightning or reduced visibility, suitable for the lifting operation?</w:t>
            </w:r>
          </w:p>
        </w:tc>
        <w:tc>
          <w:tcPr>
            <w:tcW w:w="648" w:type="dxa"/>
            <w:tcMar>
              <w:top w:w="60" w:type="dxa"/>
              <w:left w:w="60" w:type="dxa"/>
              <w:bottom w:w="60" w:type="dxa"/>
              <w:right w:w="60" w:type="dxa"/>
            </w:tcMar>
            <w:vAlign w:val="center"/>
          </w:tcPr>
          <w:p w14:paraId="5607F8AE"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0ADC19A9"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8D111D5"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47A5DD03" w14:textId="77777777" w:rsidR="0043721F" w:rsidRDefault="0043721F">
            <w:pPr>
              <w:spacing w:after="0"/>
            </w:pPr>
          </w:p>
        </w:tc>
      </w:tr>
      <w:tr w:rsidR="0043721F" w14:paraId="68F59816" w14:textId="77777777">
        <w:trPr>
          <w:jc w:val="center"/>
        </w:trPr>
        <w:tc>
          <w:tcPr>
            <w:tcW w:w="576" w:type="dxa"/>
            <w:shd w:val="clear" w:color="auto" w:fill="FAFAFA"/>
            <w:tcMar>
              <w:top w:w="60" w:type="dxa"/>
              <w:left w:w="60" w:type="dxa"/>
              <w:bottom w:w="60" w:type="dxa"/>
              <w:right w:w="60" w:type="dxa"/>
            </w:tcMar>
            <w:vAlign w:val="center"/>
          </w:tcPr>
          <w:p w14:paraId="02E403CA" w14:textId="77777777" w:rsidR="0043721F" w:rsidRDefault="00000000">
            <w:pPr>
              <w:spacing w:after="0"/>
              <w:jc w:val="center"/>
            </w:pPr>
            <w:r>
              <w:rPr>
                <w:rFonts w:ascii="Calibri" w:hAnsi="Calibri"/>
                <w:sz w:val="18"/>
              </w:rPr>
              <w:t>24</w:t>
            </w:r>
          </w:p>
        </w:tc>
        <w:tc>
          <w:tcPr>
            <w:tcW w:w="5861" w:type="dxa"/>
            <w:shd w:val="clear" w:color="auto" w:fill="FAFAFA"/>
            <w:tcMar>
              <w:top w:w="60" w:type="dxa"/>
              <w:left w:w="60" w:type="dxa"/>
              <w:bottom w:w="60" w:type="dxa"/>
              <w:right w:w="60" w:type="dxa"/>
            </w:tcMar>
            <w:vAlign w:val="center"/>
          </w:tcPr>
          <w:p w14:paraId="00720D51" w14:textId="77777777" w:rsidR="0043721F" w:rsidRDefault="00000000">
            <w:pPr>
              <w:spacing w:after="0"/>
            </w:pPr>
            <w:r>
              <w:rPr>
                <w:rFonts w:ascii="Calibri" w:hAnsi="Calibri"/>
                <w:sz w:val="18"/>
              </w:rPr>
              <w:t>Are the crane load chart, rated capacity indicators and required safety devices available and functioning?</w:t>
            </w:r>
          </w:p>
        </w:tc>
        <w:tc>
          <w:tcPr>
            <w:tcW w:w="648" w:type="dxa"/>
            <w:shd w:val="clear" w:color="auto" w:fill="FAFAFA"/>
            <w:tcMar>
              <w:top w:w="60" w:type="dxa"/>
              <w:left w:w="60" w:type="dxa"/>
              <w:bottom w:w="60" w:type="dxa"/>
              <w:right w:w="60" w:type="dxa"/>
            </w:tcMar>
            <w:vAlign w:val="center"/>
          </w:tcPr>
          <w:p w14:paraId="327580FF"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0E27352"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A6F02CA"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3FCAFA6A" w14:textId="77777777" w:rsidR="0043721F" w:rsidRDefault="0043721F">
            <w:pPr>
              <w:spacing w:after="0"/>
            </w:pPr>
          </w:p>
        </w:tc>
      </w:tr>
      <w:tr w:rsidR="0043721F" w14:paraId="4F10C231" w14:textId="77777777">
        <w:trPr>
          <w:jc w:val="center"/>
        </w:trPr>
        <w:tc>
          <w:tcPr>
            <w:tcW w:w="576" w:type="dxa"/>
            <w:tcMar>
              <w:top w:w="60" w:type="dxa"/>
              <w:left w:w="60" w:type="dxa"/>
              <w:bottom w:w="60" w:type="dxa"/>
              <w:right w:w="60" w:type="dxa"/>
            </w:tcMar>
            <w:vAlign w:val="center"/>
          </w:tcPr>
          <w:p w14:paraId="30D86D31" w14:textId="77777777" w:rsidR="0043721F" w:rsidRDefault="00000000">
            <w:pPr>
              <w:spacing w:after="0"/>
              <w:jc w:val="center"/>
            </w:pPr>
            <w:r>
              <w:rPr>
                <w:rFonts w:ascii="Calibri" w:hAnsi="Calibri"/>
                <w:sz w:val="18"/>
              </w:rPr>
              <w:t>25</w:t>
            </w:r>
          </w:p>
        </w:tc>
        <w:tc>
          <w:tcPr>
            <w:tcW w:w="5861" w:type="dxa"/>
            <w:tcMar>
              <w:top w:w="60" w:type="dxa"/>
              <w:left w:w="60" w:type="dxa"/>
              <w:bottom w:w="60" w:type="dxa"/>
              <w:right w:w="60" w:type="dxa"/>
            </w:tcMar>
            <w:vAlign w:val="center"/>
          </w:tcPr>
          <w:p w14:paraId="79E1CB89" w14:textId="77777777" w:rsidR="0043721F" w:rsidRDefault="00000000">
            <w:pPr>
              <w:spacing w:after="0"/>
            </w:pPr>
            <w:r>
              <w:rPr>
                <w:rFonts w:ascii="Calibri" w:hAnsi="Calibri"/>
                <w:sz w:val="18"/>
              </w:rPr>
              <w:t>Are crane controls, brakes, hooks, wire ropes, hydraulic systems and other critical components in satisfactory condition?</w:t>
            </w:r>
          </w:p>
        </w:tc>
        <w:tc>
          <w:tcPr>
            <w:tcW w:w="648" w:type="dxa"/>
            <w:tcMar>
              <w:top w:w="60" w:type="dxa"/>
              <w:left w:w="60" w:type="dxa"/>
              <w:bottom w:w="60" w:type="dxa"/>
              <w:right w:w="60" w:type="dxa"/>
            </w:tcMar>
            <w:vAlign w:val="center"/>
          </w:tcPr>
          <w:p w14:paraId="664A45B2"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A60B27A"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AABD2F9"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2CC9A6CD" w14:textId="77777777" w:rsidR="0043721F" w:rsidRDefault="0043721F">
            <w:pPr>
              <w:spacing w:after="0"/>
            </w:pPr>
          </w:p>
        </w:tc>
      </w:tr>
      <w:tr w:rsidR="0043721F" w14:paraId="24EDB8E2" w14:textId="77777777">
        <w:trPr>
          <w:jc w:val="center"/>
        </w:trPr>
        <w:tc>
          <w:tcPr>
            <w:tcW w:w="576" w:type="dxa"/>
            <w:shd w:val="clear" w:color="auto" w:fill="FAFAFA"/>
            <w:tcMar>
              <w:top w:w="60" w:type="dxa"/>
              <w:left w:w="60" w:type="dxa"/>
              <w:bottom w:w="60" w:type="dxa"/>
              <w:right w:w="60" w:type="dxa"/>
            </w:tcMar>
            <w:vAlign w:val="center"/>
          </w:tcPr>
          <w:p w14:paraId="50F6A2B9" w14:textId="77777777" w:rsidR="0043721F" w:rsidRDefault="00000000">
            <w:pPr>
              <w:spacing w:after="0"/>
              <w:jc w:val="center"/>
            </w:pPr>
            <w:r>
              <w:rPr>
                <w:rFonts w:ascii="Calibri" w:hAnsi="Calibri"/>
                <w:sz w:val="18"/>
              </w:rPr>
              <w:t>26</w:t>
            </w:r>
          </w:p>
        </w:tc>
        <w:tc>
          <w:tcPr>
            <w:tcW w:w="5861" w:type="dxa"/>
            <w:shd w:val="clear" w:color="auto" w:fill="FAFAFA"/>
            <w:tcMar>
              <w:top w:w="60" w:type="dxa"/>
              <w:left w:w="60" w:type="dxa"/>
              <w:bottom w:w="60" w:type="dxa"/>
              <w:right w:w="60" w:type="dxa"/>
            </w:tcMar>
            <w:vAlign w:val="center"/>
          </w:tcPr>
          <w:p w14:paraId="20CD73A4" w14:textId="77777777" w:rsidR="0043721F" w:rsidRDefault="00000000">
            <w:pPr>
              <w:spacing w:after="0"/>
            </w:pPr>
            <w:r>
              <w:rPr>
                <w:rFonts w:ascii="Calibri" w:hAnsi="Calibri"/>
                <w:sz w:val="18"/>
              </w:rPr>
              <w:t>Are lifting accessories stored and handled properly to prevent damage, contamination or deterioration?</w:t>
            </w:r>
          </w:p>
        </w:tc>
        <w:tc>
          <w:tcPr>
            <w:tcW w:w="648" w:type="dxa"/>
            <w:shd w:val="clear" w:color="auto" w:fill="FAFAFA"/>
            <w:tcMar>
              <w:top w:w="60" w:type="dxa"/>
              <w:left w:w="60" w:type="dxa"/>
              <w:bottom w:w="60" w:type="dxa"/>
              <w:right w:w="60" w:type="dxa"/>
            </w:tcMar>
            <w:vAlign w:val="center"/>
          </w:tcPr>
          <w:p w14:paraId="04DA2BA8"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40C96DAD"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A814EAE"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1DB431F8" w14:textId="77777777" w:rsidR="0043721F" w:rsidRDefault="0043721F">
            <w:pPr>
              <w:spacing w:after="0"/>
            </w:pPr>
          </w:p>
        </w:tc>
      </w:tr>
      <w:tr w:rsidR="0043721F" w14:paraId="64C43DB1" w14:textId="77777777">
        <w:trPr>
          <w:jc w:val="center"/>
        </w:trPr>
        <w:tc>
          <w:tcPr>
            <w:tcW w:w="576" w:type="dxa"/>
            <w:tcMar>
              <w:top w:w="60" w:type="dxa"/>
              <w:left w:w="60" w:type="dxa"/>
              <w:bottom w:w="60" w:type="dxa"/>
              <w:right w:w="60" w:type="dxa"/>
            </w:tcMar>
            <w:vAlign w:val="center"/>
          </w:tcPr>
          <w:p w14:paraId="4EDA7C02" w14:textId="77777777" w:rsidR="0043721F" w:rsidRDefault="00000000">
            <w:pPr>
              <w:spacing w:after="0"/>
              <w:jc w:val="center"/>
            </w:pPr>
            <w:r>
              <w:rPr>
                <w:rFonts w:ascii="Calibri" w:hAnsi="Calibri"/>
                <w:sz w:val="18"/>
              </w:rPr>
              <w:t>27</w:t>
            </w:r>
          </w:p>
        </w:tc>
        <w:tc>
          <w:tcPr>
            <w:tcW w:w="5861" w:type="dxa"/>
            <w:tcMar>
              <w:top w:w="60" w:type="dxa"/>
              <w:left w:w="60" w:type="dxa"/>
              <w:bottom w:w="60" w:type="dxa"/>
              <w:right w:w="60" w:type="dxa"/>
            </w:tcMar>
            <w:vAlign w:val="center"/>
          </w:tcPr>
          <w:p w14:paraId="2ED444A0" w14:textId="77777777" w:rsidR="0043721F" w:rsidRDefault="00000000">
            <w:pPr>
              <w:spacing w:after="0"/>
            </w:pPr>
            <w:r>
              <w:rPr>
                <w:rFonts w:ascii="Calibri" w:hAnsi="Calibri"/>
                <w:sz w:val="18"/>
              </w:rPr>
              <w:t>Is the lifting path clear of unnecessary materials, equipment and other obstructions?</w:t>
            </w:r>
          </w:p>
        </w:tc>
        <w:tc>
          <w:tcPr>
            <w:tcW w:w="648" w:type="dxa"/>
            <w:tcMar>
              <w:top w:w="60" w:type="dxa"/>
              <w:left w:w="60" w:type="dxa"/>
              <w:bottom w:w="60" w:type="dxa"/>
              <w:right w:w="60" w:type="dxa"/>
            </w:tcMar>
            <w:vAlign w:val="center"/>
          </w:tcPr>
          <w:p w14:paraId="2059772F"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233DFD60"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C2E014D"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2BF4AE02" w14:textId="77777777" w:rsidR="0043721F" w:rsidRDefault="0043721F">
            <w:pPr>
              <w:spacing w:after="0"/>
            </w:pPr>
          </w:p>
        </w:tc>
      </w:tr>
      <w:tr w:rsidR="0043721F" w14:paraId="5928A1DF" w14:textId="77777777">
        <w:trPr>
          <w:jc w:val="center"/>
        </w:trPr>
        <w:tc>
          <w:tcPr>
            <w:tcW w:w="576" w:type="dxa"/>
            <w:shd w:val="clear" w:color="auto" w:fill="FAFAFA"/>
            <w:tcMar>
              <w:top w:w="60" w:type="dxa"/>
              <w:left w:w="60" w:type="dxa"/>
              <w:bottom w:w="60" w:type="dxa"/>
              <w:right w:w="60" w:type="dxa"/>
            </w:tcMar>
            <w:vAlign w:val="center"/>
          </w:tcPr>
          <w:p w14:paraId="577FADA1" w14:textId="77777777" w:rsidR="0043721F" w:rsidRDefault="00000000">
            <w:pPr>
              <w:spacing w:after="0"/>
              <w:jc w:val="center"/>
            </w:pPr>
            <w:r>
              <w:rPr>
                <w:rFonts w:ascii="Calibri" w:hAnsi="Calibri"/>
                <w:sz w:val="18"/>
              </w:rPr>
              <w:t>28</w:t>
            </w:r>
          </w:p>
        </w:tc>
        <w:tc>
          <w:tcPr>
            <w:tcW w:w="5861" w:type="dxa"/>
            <w:shd w:val="clear" w:color="auto" w:fill="FAFAFA"/>
            <w:tcMar>
              <w:top w:w="60" w:type="dxa"/>
              <w:left w:w="60" w:type="dxa"/>
              <w:bottom w:w="60" w:type="dxa"/>
              <w:right w:w="60" w:type="dxa"/>
            </w:tcMar>
            <w:vAlign w:val="center"/>
          </w:tcPr>
          <w:p w14:paraId="5834DCC4" w14:textId="77777777" w:rsidR="0043721F" w:rsidRDefault="00000000">
            <w:pPr>
              <w:spacing w:after="0"/>
            </w:pPr>
            <w:r>
              <w:rPr>
                <w:rFonts w:ascii="Calibri" w:hAnsi="Calibri"/>
                <w:sz w:val="18"/>
              </w:rPr>
              <w:t>Are suitable emergency arrangements available for foreseeable lifting incidents, equipment failure or dropped loads?</w:t>
            </w:r>
          </w:p>
        </w:tc>
        <w:tc>
          <w:tcPr>
            <w:tcW w:w="648" w:type="dxa"/>
            <w:shd w:val="clear" w:color="auto" w:fill="FAFAFA"/>
            <w:tcMar>
              <w:top w:w="60" w:type="dxa"/>
              <w:left w:w="60" w:type="dxa"/>
              <w:bottom w:w="60" w:type="dxa"/>
              <w:right w:w="60" w:type="dxa"/>
            </w:tcMar>
            <w:vAlign w:val="center"/>
          </w:tcPr>
          <w:p w14:paraId="7F063EE4"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2DA79C0D"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121A75DE"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1C2882A5" w14:textId="77777777" w:rsidR="0043721F" w:rsidRDefault="0043721F">
            <w:pPr>
              <w:spacing w:after="0"/>
            </w:pPr>
          </w:p>
        </w:tc>
      </w:tr>
      <w:tr w:rsidR="0043721F" w14:paraId="62809247" w14:textId="77777777">
        <w:trPr>
          <w:jc w:val="center"/>
        </w:trPr>
        <w:tc>
          <w:tcPr>
            <w:tcW w:w="576" w:type="dxa"/>
            <w:tcMar>
              <w:top w:w="60" w:type="dxa"/>
              <w:left w:w="60" w:type="dxa"/>
              <w:bottom w:w="60" w:type="dxa"/>
              <w:right w:w="60" w:type="dxa"/>
            </w:tcMar>
            <w:vAlign w:val="center"/>
          </w:tcPr>
          <w:p w14:paraId="06D6CF1E" w14:textId="77777777" w:rsidR="0043721F" w:rsidRDefault="00000000">
            <w:pPr>
              <w:spacing w:after="0"/>
              <w:jc w:val="center"/>
            </w:pPr>
            <w:r>
              <w:rPr>
                <w:rFonts w:ascii="Calibri" w:hAnsi="Calibri"/>
                <w:sz w:val="18"/>
              </w:rPr>
              <w:t>29</w:t>
            </w:r>
          </w:p>
        </w:tc>
        <w:tc>
          <w:tcPr>
            <w:tcW w:w="5861" w:type="dxa"/>
            <w:tcMar>
              <w:top w:w="60" w:type="dxa"/>
              <w:left w:w="60" w:type="dxa"/>
              <w:bottom w:w="60" w:type="dxa"/>
              <w:right w:w="60" w:type="dxa"/>
            </w:tcMar>
            <w:vAlign w:val="center"/>
          </w:tcPr>
          <w:p w14:paraId="79D462F9" w14:textId="77777777" w:rsidR="0043721F" w:rsidRDefault="00000000">
            <w:pPr>
              <w:spacing w:after="0"/>
            </w:pPr>
            <w:r>
              <w:rPr>
                <w:rFonts w:ascii="Calibri" w:hAnsi="Calibri"/>
                <w:sz w:val="18"/>
              </w:rPr>
              <w:t>Is the lifting operation continuously monitored by competent personnel and stopped when unsafe conditions develop?</w:t>
            </w:r>
          </w:p>
        </w:tc>
        <w:tc>
          <w:tcPr>
            <w:tcW w:w="648" w:type="dxa"/>
            <w:tcMar>
              <w:top w:w="60" w:type="dxa"/>
              <w:left w:w="60" w:type="dxa"/>
              <w:bottom w:w="60" w:type="dxa"/>
              <w:right w:w="60" w:type="dxa"/>
            </w:tcMar>
            <w:vAlign w:val="center"/>
          </w:tcPr>
          <w:p w14:paraId="63E5E9AF"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0642C8E7" w14:textId="77777777" w:rsidR="0043721F"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B21EFBA" w14:textId="77777777" w:rsidR="0043721F"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6FF69A0B" w14:textId="77777777" w:rsidR="0043721F" w:rsidRDefault="0043721F">
            <w:pPr>
              <w:spacing w:after="0"/>
            </w:pPr>
          </w:p>
        </w:tc>
      </w:tr>
      <w:tr w:rsidR="0043721F" w14:paraId="455FB867" w14:textId="77777777">
        <w:trPr>
          <w:jc w:val="center"/>
        </w:trPr>
        <w:tc>
          <w:tcPr>
            <w:tcW w:w="576" w:type="dxa"/>
            <w:shd w:val="clear" w:color="auto" w:fill="FAFAFA"/>
            <w:tcMar>
              <w:top w:w="60" w:type="dxa"/>
              <w:left w:w="60" w:type="dxa"/>
              <w:bottom w:w="60" w:type="dxa"/>
              <w:right w:w="60" w:type="dxa"/>
            </w:tcMar>
            <w:vAlign w:val="center"/>
          </w:tcPr>
          <w:p w14:paraId="7978986A" w14:textId="77777777" w:rsidR="0043721F" w:rsidRDefault="00000000">
            <w:pPr>
              <w:spacing w:after="0"/>
              <w:jc w:val="center"/>
            </w:pPr>
            <w:r>
              <w:rPr>
                <w:rFonts w:ascii="Calibri" w:hAnsi="Calibri"/>
                <w:sz w:val="18"/>
              </w:rPr>
              <w:t>30</w:t>
            </w:r>
          </w:p>
        </w:tc>
        <w:tc>
          <w:tcPr>
            <w:tcW w:w="5861" w:type="dxa"/>
            <w:shd w:val="clear" w:color="auto" w:fill="FAFAFA"/>
            <w:tcMar>
              <w:top w:w="60" w:type="dxa"/>
              <w:left w:w="60" w:type="dxa"/>
              <w:bottom w:w="60" w:type="dxa"/>
              <w:right w:w="60" w:type="dxa"/>
            </w:tcMar>
            <w:vAlign w:val="center"/>
          </w:tcPr>
          <w:p w14:paraId="227C068E" w14:textId="77777777" w:rsidR="0043721F" w:rsidRDefault="00000000">
            <w:pPr>
              <w:spacing w:after="0"/>
            </w:pPr>
            <w:r>
              <w:rPr>
                <w:rFonts w:ascii="Calibri" w:hAnsi="Calibri"/>
                <w:sz w:val="18"/>
              </w:rPr>
              <w:t>Are identified lifting-operation deficiencies corrected and verified before the affected lifting activity continues?</w:t>
            </w:r>
          </w:p>
        </w:tc>
        <w:tc>
          <w:tcPr>
            <w:tcW w:w="648" w:type="dxa"/>
            <w:shd w:val="clear" w:color="auto" w:fill="FAFAFA"/>
            <w:tcMar>
              <w:top w:w="60" w:type="dxa"/>
              <w:left w:w="60" w:type="dxa"/>
              <w:bottom w:w="60" w:type="dxa"/>
              <w:right w:w="60" w:type="dxa"/>
            </w:tcMar>
            <w:vAlign w:val="center"/>
          </w:tcPr>
          <w:p w14:paraId="0B144CBB"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24D05EED" w14:textId="77777777" w:rsidR="0043721F"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8D67E64" w14:textId="77777777" w:rsidR="0043721F"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07BBA96F" w14:textId="77777777" w:rsidR="0043721F" w:rsidRDefault="0043721F">
            <w:pPr>
              <w:spacing w:after="0"/>
            </w:pPr>
          </w:p>
        </w:tc>
      </w:tr>
    </w:tbl>
    <w:p w14:paraId="04322049" w14:textId="77777777" w:rsidR="0043721F" w:rsidRDefault="00000000">
      <w:pPr>
        <w:spacing w:before="240" w:after="80"/>
      </w:pPr>
      <w:r>
        <w:rPr>
          <w:rFonts w:ascii="Arial" w:hAnsi="Arial"/>
          <w:b/>
          <w:color w:val="1B365D"/>
        </w:rPr>
        <w:t>3. FINDINGS &amp; CORRECTIVE ACTIONS</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576"/>
        <w:gridCol w:w="3413"/>
        <w:gridCol w:w="1296"/>
        <w:gridCol w:w="3024"/>
        <w:gridCol w:w="1584"/>
        <w:gridCol w:w="640"/>
      </w:tblGrid>
      <w:tr w:rsidR="0043721F" w14:paraId="6A115199" w14:textId="77777777">
        <w:trPr>
          <w:jc w:val="center"/>
        </w:trPr>
        <w:tc>
          <w:tcPr>
            <w:tcW w:w="576" w:type="dxa"/>
            <w:shd w:val="clear" w:color="auto" w:fill="1B365D"/>
            <w:tcMar>
              <w:top w:w="80" w:type="dxa"/>
              <w:left w:w="60" w:type="dxa"/>
              <w:bottom w:w="80" w:type="dxa"/>
              <w:right w:w="60" w:type="dxa"/>
            </w:tcMar>
            <w:vAlign w:val="center"/>
          </w:tcPr>
          <w:p w14:paraId="120D5455" w14:textId="77777777" w:rsidR="0043721F" w:rsidRDefault="00000000">
            <w:pPr>
              <w:spacing w:after="0"/>
              <w:jc w:val="center"/>
            </w:pPr>
            <w:r>
              <w:rPr>
                <w:rFonts w:ascii="Arial" w:hAnsi="Arial"/>
                <w:b/>
                <w:color w:val="FFFFFF"/>
                <w:sz w:val="17"/>
              </w:rPr>
              <w:t>No.</w:t>
            </w:r>
          </w:p>
        </w:tc>
        <w:tc>
          <w:tcPr>
            <w:tcW w:w="3413" w:type="dxa"/>
            <w:shd w:val="clear" w:color="auto" w:fill="1B365D"/>
            <w:tcMar>
              <w:top w:w="80" w:type="dxa"/>
              <w:left w:w="60" w:type="dxa"/>
              <w:bottom w:w="80" w:type="dxa"/>
              <w:right w:w="60" w:type="dxa"/>
            </w:tcMar>
            <w:vAlign w:val="center"/>
          </w:tcPr>
          <w:p w14:paraId="2469031E" w14:textId="77777777" w:rsidR="0043721F" w:rsidRDefault="00000000">
            <w:pPr>
              <w:spacing w:after="0"/>
            </w:pPr>
            <w:r>
              <w:rPr>
                <w:rFonts w:ascii="Arial" w:hAnsi="Arial"/>
                <w:b/>
                <w:color w:val="FFFFFF"/>
                <w:sz w:val="17"/>
              </w:rPr>
              <w:t>Finding / Observation</w:t>
            </w:r>
          </w:p>
        </w:tc>
        <w:tc>
          <w:tcPr>
            <w:tcW w:w="1296" w:type="dxa"/>
            <w:shd w:val="clear" w:color="auto" w:fill="1B365D"/>
            <w:tcMar>
              <w:top w:w="80" w:type="dxa"/>
              <w:left w:w="60" w:type="dxa"/>
              <w:bottom w:w="80" w:type="dxa"/>
              <w:right w:w="60" w:type="dxa"/>
            </w:tcMar>
            <w:vAlign w:val="center"/>
          </w:tcPr>
          <w:p w14:paraId="6BA95F40" w14:textId="77777777" w:rsidR="0043721F" w:rsidRDefault="00000000">
            <w:pPr>
              <w:spacing w:after="0"/>
            </w:pPr>
            <w:r>
              <w:rPr>
                <w:rFonts w:ascii="Arial" w:hAnsi="Arial"/>
                <w:b/>
                <w:color w:val="FFFFFF"/>
                <w:sz w:val="17"/>
              </w:rPr>
              <w:t>Risk Level</w:t>
            </w:r>
          </w:p>
        </w:tc>
        <w:tc>
          <w:tcPr>
            <w:tcW w:w="3024" w:type="dxa"/>
            <w:shd w:val="clear" w:color="auto" w:fill="1B365D"/>
            <w:tcMar>
              <w:top w:w="80" w:type="dxa"/>
              <w:left w:w="60" w:type="dxa"/>
              <w:bottom w:w="80" w:type="dxa"/>
              <w:right w:w="60" w:type="dxa"/>
            </w:tcMar>
            <w:vAlign w:val="center"/>
          </w:tcPr>
          <w:p w14:paraId="5BB813C8" w14:textId="77777777" w:rsidR="0043721F" w:rsidRDefault="00000000">
            <w:pPr>
              <w:spacing w:after="0"/>
            </w:pPr>
            <w:r>
              <w:rPr>
                <w:rFonts w:ascii="Arial" w:hAnsi="Arial"/>
                <w:b/>
                <w:color w:val="FFFFFF"/>
                <w:sz w:val="17"/>
              </w:rPr>
              <w:t>Corrective Action</w:t>
            </w:r>
          </w:p>
        </w:tc>
        <w:tc>
          <w:tcPr>
            <w:tcW w:w="1584" w:type="dxa"/>
            <w:shd w:val="clear" w:color="auto" w:fill="1B365D"/>
            <w:tcMar>
              <w:top w:w="80" w:type="dxa"/>
              <w:left w:w="60" w:type="dxa"/>
              <w:bottom w:w="80" w:type="dxa"/>
              <w:right w:w="60" w:type="dxa"/>
            </w:tcMar>
            <w:vAlign w:val="center"/>
          </w:tcPr>
          <w:p w14:paraId="3FDBD179" w14:textId="77777777" w:rsidR="0043721F" w:rsidRDefault="00000000">
            <w:pPr>
              <w:spacing w:after="0"/>
            </w:pPr>
            <w:r>
              <w:rPr>
                <w:rFonts w:ascii="Arial" w:hAnsi="Arial"/>
                <w:b/>
                <w:color w:val="FFFFFF"/>
                <w:sz w:val="17"/>
              </w:rPr>
              <w:t>Responsible Person</w:t>
            </w:r>
          </w:p>
        </w:tc>
        <w:tc>
          <w:tcPr>
            <w:tcW w:w="576" w:type="dxa"/>
            <w:shd w:val="clear" w:color="auto" w:fill="1B365D"/>
            <w:tcMar>
              <w:top w:w="80" w:type="dxa"/>
              <w:left w:w="60" w:type="dxa"/>
              <w:bottom w:w="80" w:type="dxa"/>
              <w:right w:w="60" w:type="dxa"/>
            </w:tcMar>
            <w:vAlign w:val="center"/>
          </w:tcPr>
          <w:p w14:paraId="6EFFE56C" w14:textId="77777777" w:rsidR="0043721F" w:rsidRDefault="00000000">
            <w:pPr>
              <w:spacing w:after="0"/>
            </w:pPr>
            <w:r>
              <w:rPr>
                <w:rFonts w:ascii="Arial" w:hAnsi="Arial"/>
                <w:b/>
                <w:color w:val="FFFFFF"/>
                <w:sz w:val="17"/>
              </w:rPr>
              <w:t>Due Date / Status</w:t>
            </w:r>
          </w:p>
        </w:tc>
      </w:tr>
      <w:tr w:rsidR="0043721F" w14:paraId="7F14A7F8" w14:textId="77777777">
        <w:trPr>
          <w:jc w:val="center"/>
        </w:trPr>
        <w:tc>
          <w:tcPr>
            <w:tcW w:w="576" w:type="dxa"/>
            <w:tcMar>
              <w:top w:w="100" w:type="dxa"/>
              <w:left w:w="60" w:type="dxa"/>
              <w:bottom w:w="100" w:type="dxa"/>
              <w:right w:w="60" w:type="dxa"/>
            </w:tcMar>
            <w:vAlign w:val="center"/>
          </w:tcPr>
          <w:p w14:paraId="3574540B" w14:textId="77777777" w:rsidR="0043721F" w:rsidRDefault="00000000">
            <w:pPr>
              <w:spacing w:after="0"/>
              <w:jc w:val="center"/>
            </w:pPr>
            <w:r>
              <w:rPr>
                <w:rFonts w:ascii="Calibri" w:hAnsi="Calibri"/>
                <w:sz w:val="18"/>
              </w:rPr>
              <w:t>1</w:t>
            </w:r>
          </w:p>
        </w:tc>
        <w:tc>
          <w:tcPr>
            <w:tcW w:w="3413" w:type="dxa"/>
            <w:tcMar>
              <w:top w:w="100" w:type="dxa"/>
              <w:left w:w="60" w:type="dxa"/>
              <w:bottom w:w="100" w:type="dxa"/>
              <w:right w:w="60" w:type="dxa"/>
            </w:tcMar>
            <w:vAlign w:val="center"/>
          </w:tcPr>
          <w:p w14:paraId="4AC8EE55" w14:textId="77777777" w:rsidR="0043721F" w:rsidRDefault="0043721F">
            <w:pPr>
              <w:spacing w:after="0"/>
            </w:pPr>
          </w:p>
        </w:tc>
        <w:tc>
          <w:tcPr>
            <w:tcW w:w="1296" w:type="dxa"/>
            <w:tcMar>
              <w:top w:w="100" w:type="dxa"/>
              <w:left w:w="60" w:type="dxa"/>
              <w:bottom w:w="100" w:type="dxa"/>
              <w:right w:w="60" w:type="dxa"/>
            </w:tcMar>
            <w:vAlign w:val="center"/>
          </w:tcPr>
          <w:p w14:paraId="196BFF89" w14:textId="77777777" w:rsidR="0043721F" w:rsidRDefault="0043721F">
            <w:pPr>
              <w:spacing w:after="0"/>
            </w:pPr>
          </w:p>
        </w:tc>
        <w:tc>
          <w:tcPr>
            <w:tcW w:w="3024" w:type="dxa"/>
            <w:tcMar>
              <w:top w:w="100" w:type="dxa"/>
              <w:left w:w="60" w:type="dxa"/>
              <w:bottom w:w="100" w:type="dxa"/>
              <w:right w:w="60" w:type="dxa"/>
            </w:tcMar>
            <w:vAlign w:val="center"/>
          </w:tcPr>
          <w:p w14:paraId="5F36D746" w14:textId="77777777" w:rsidR="0043721F" w:rsidRDefault="0043721F">
            <w:pPr>
              <w:spacing w:after="0"/>
            </w:pPr>
          </w:p>
        </w:tc>
        <w:tc>
          <w:tcPr>
            <w:tcW w:w="1584" w:type="dxa"/>
            <w:tcMar>
              <w:top w:w="100" w:type="dxa"/>
              <w:left w:w="60" w:type="dxa"/>
              <w:bottom w:w="100" w:type="dxa"/>
              <w:right w:w="60" w:type="dxa"/>
            </w:tcMar>
            <w:vAlign w:val="center"/>
          </w:tcPr>
          <w:p w14:paraId="55ED9496" w14:textId="77777777" w:rsidR="0043721F" w:rsidRDefault="0043721F">
            <w:pPr>
              <w:spacing w:after="0"/>
            </w:pPr>
          </w:p>
        </w:tc>
        <w:tc>
          <w:tcPr>
            <w:tcW w:w="576" w:type="dxa"/>
            <w:tcMar>
              <w:top w:w="100" w:type="dxa"/>
              <w:left w:w="60" w:type="dxa"/>
              <w:bottom w:w="100" w:type="dxa"/>
              <w:right w:w="60" w:type="dxa"/>
            </w:tcMar>
            <w:vAlign w:val="center"/>
          </w:tcPr>
          <w:p w14:paraId="166A1783" w14:textId="77777777" w:rsidR="0043721F" w:rsidRDefault="0043721F">
            <w:pPr>
              <w:spacing w:after="0"/>
            </w:pPr>
          </w:p>
        </w:tc>
      </w:tr>
      <w:tr w:rsidR="0043721F" w14:paraId="525F3C21" w14:textId="77777777">
        <w:trPr>
          <w:jc w:val="center"/>
        </w:trPr>
        <w:tc>
          <w:tcPr>
            <w:tcW w:w="576" w:type="dxa"/>
            <w:tcMar>
              <w:top w:w="100" w:type="dxa"/>
              <w:left w:w="60" w:type="dxa"/>
              <w:bottom w:w="100" w:type="dxa"/>
              <w:right w:w="60" w:type="dxa"/>
            </w:tcMar>
            <w:vAlign w:val="center"/>
          </w:tcPr>
          <w:p w14:paraId="567CDBD0" w14:textId="77777777" w:rsidR="0043721F" w:rsidRDefault="00000000">
            <w:pPr>
              <w:spacing w:after="0"/>
              <w:jc w:val="center"/>
            </w:pPr>
            <w:r>
              <w:rPr>
                <w:rFonts w:ascii="Calibri" w:hAnsi="Calibri"/>
                <w:sz w:val="18"/>
              </w:rPr>
              <w:t>2</w:t>
            </w:r>
          </w:p>
        </w:tc>
        <w:tc>
          <w:tcPr>
            <w:tcW w:w="3413" w:type="dxa"/>
            <w:tcMar>
              <w:top w:w="100" w:type="dxa"/>
              <w:left w:w="60" w:type="dxa"/>
              <w:bottom w:w="100" w:type="dxa"/>
              <w:right w:w="60" w:type="dxa"/>
            </w:tcMar>
            <w:vAlign w:val="center"/>
          </w:tcPr>
          <w:p w14:paraId="0F09AB2F" w14:textId="77777777" w:rsidR="0043721F" w:rsidRDefault="0043721F">
            <w:pPr>
              <w:spacing w:after="0"/>
            </w:pPr>
          </w:p>
        </w:tc>
        <w:tc>
          <w:tcPr>
            <w:tcW w:w="1296" w:type="dxa"/>
            <w:tcMar>
              <w:top w:w="100" w:type="dxa"/>
              <w:left w:w="60" w:type="dxa"/>
              <w:bottom w:w="100" w:type="dxa"/>
              <w:right w:w="60" w:type="dxa"/>
            </w:tcMar>
            <w:vAlign w:val="center"/>
          </w:tcPr>
          <w:p w14:paraId="00F8DDC7" w14:textId="77777777" w:rsidR="0043721F" w:rsidRDefault="0043721F">
            <w:pPr>
              <w:spacing w:after="0"/>
            </w:pPr>
          </w:p>
        </w:tc>
        <w:tc>
          <w:tcPr>
            <w:tcW w:w="3024" w:type="dxa"/>
            <w:tcMar>
              <w:top w:w="100" w:type="dxa"/>
              <w:left w:w="60" w:type="dxa"/>
              <w:bottom w:w="100" w:type="dxa"/>
              <w:right w:w="60" w:type="dxa"/>
            </w:tcMar>
            <w:vAlign w:val="center"/>
          </w:tcPr>
          <w:p w14:paraId="6660DB81" w14:textId="77777777" w:rsidR="0043721F" w:rsidRDefault="0043721F">
            <w:pPr>
              <w:spacing w:after="0"/>
            </w:pPr>
          </w:p>
        </w:tc>
        <w:tc>
          <w:tcPr>
            <w:tcW w:w="1584" w:type="dxa"/>
            <w:tcMar>
              <w:top w:w="100" w:type="dxa"/>
              <w:left w:w="60" w:type="dxa"/>
              <w:bottom w:w="100" w:type="dxa"/>
              <w:right w:w="60" w:type="dxa"/>
            </w:tcMar>
            <w:vAlign w:val="center"/>
          </w:tcPr>
          <w:p w14:paraId="2CD1D741" w14:textId="77777777" w:rsidR="0043721F" w:rsidRDefault="0043721F">
            <w:pPr>
              <w:spacing w:after="0"/>
            </w:pPr>
          </w:p>
        </w:tc>
        <w:tc>
          <w:tcPr>
            <w:tcW w:w="576" w:type="dxa"/>
            <w:tcMar>
              <w:top w:w="100" w:type="dxa"/>
              <w:left w:w="60" w:type="dxa"/>
              <w:bottom w:w="100" w:type="dxa"/>
              <w:right w:w="60" w:type="dxa"/>
            </w:tcMar>
            <w:vAlign w:val="center"/>
          </w:tcPr>
          <w:p w14:paraId="093BB36E" w14:textId="77777777" w:rsidR="0043721F" w:rsidRDefault="0043721F">
            <w:pPr>
              <w:spacing w:after="0"/>
            </w:pPr>
          </w:p>
        </w:tc>
      </w:tr>
      <w:tr w:rsidR="0043721F" w14:paraId="5C79F4CA" w14:textId="77777777">
        <w:trPr>
          <w:jc w:val="center"/>
        </w:trPr>
        <w:tc>
          <w:tcPr>
            <w:tcW w:w="576" w:type="dxa"/>
            <w:tcMar>
              <w:top w:w="100" w:type="dxa"/>
              <w:left w:w="60" w:type="dxa"/>
              <w:bottom w:w="100" w:type="dxa"/>
              <w:right w:w="60" w:type="dxa"/>
            </w:tcMar>
            <w:vAlign w:val="center"/>
          </w:tcPr>
          <w:p w14:paraId="2A92AE88" w14:textId="77777777" w:rsidR="0043721F" w:rsidRDefault="00000000">
            <w:pPr>
              <w:spacing w:after="0"/>
              <w:jc w:val="center"/>
            </w:pPr>
            <w:r>
              <w:rPr>
                <w:rFonts w:ascii="Calibri" w:hAnsi="Calibri"/>
                <w:sz w:val="18"/>
              </w:rPr>
              <w:t>3</w:t>
            </w:r>
          </w:p>
        </w:tc>
        <w:tc>
          <w:tcPr>
            <w:tcW w:w="3413" w:type="dxa"/>
            <w:tcMar>
              <w:top w:w="100" w:type="dxa"/>
              <w:left w:w="60" w:type="dxa"/>
              <w:bottom w:w="100" w:type="dxa"/>
              <w:right w:w="60" w:type="dxa"/>
            </w:tcMar>
            <w:vAlign w:val="center"/>
          </w:tcPr>
          <w:p w14:paraId="583E6A80" w14:textId="77777777" w:rsidR="0043721F" w:rsidRDefault="0043721F">
            <w:pPr>
              <w:spacing w:after="0"/>
            </w:pPr>
          </w:p>
        </w:tc>
        <w:tc>
          <w:tcPr>
            <w:tcW w:w="1296" w:type="dxa"/>
            <w:tcMar>
              <w:top w:w="100" w:type="dxa"/>
              <w:left w:w="60" w:type="dxa"/>
              <w:bottom w:w="100" w:type="dxa"/>
              <w:right w:w="60" w:type="dxa"/>
            </w:tcMar>
            <w:vAlign w:val="center"/>
          </w:tcPr>
          <w:p w14:paraId="6D889B32" w14:textId="77777777" w:rsidR="0043721F" w:rsidRDefault="0043721F">
            <w:pPr>
              <w:spacing w:after="0"/>
            </w:pPr>
          </w:p>
        </w:tc>
        <w:tc>
          <w:tcPr>
            <w:tcW w:w="3024" w:type="dxa"/>
            <w:tcMar>
              <w:top w:w="100" w:type="dxa"/>
              <w:left w:w="60" w:type="dxa"/>
              <w:bottom w:w="100" w:type="dxa"/>
              <w:right w:w="60" w:type="dxa"/>
            </w:tcMar>
            <w:vAlign w:val="center"/>
          </w:tcPr>
          <w:p w14:paraId="2CB6C02E" w14:textId="77777777" w:rsidR="0043721F" w:rsidRDefault="0043721F">
            <w:pPr>
              <w:spacing w:after="0"/>
            </w:pPr>
          </w:p>
        </w:tc>
        <w:tc>
          <w:tcPr>
            <w:tcW w:w="1584" w:type="dxa"/>
            <w:tcMar>
              <w:top w:w="100" w:type="dxa"/>
              <w:left w:w="60" w:type="dxa"/>
              <w:bottom w:w="100" w:type="dxa"/>
              <w:right w:w="60" w:type="dxa"/>
            </w:tcMar>
            <w:vAlign w:val="center"/>
          </w:tcPr>
          <w:p w14:paraId="79F777A7" w14:textId="77777777" w:rsidR="0043721F" w:rsidRDefault="0043721F">
            <w:pPr>
              <w:spacing w:after="0"/>
            </w:pPr>
          </w:p>
        </w:tc>
        <w:tc>
          <w:tcPr>
            <w:tcW w:w="576" w:type="dxa"/>
            <w:tcMar>
              <w:top w:w="100" w:type="dxa"/>
              <w:left w:w="60" w:type="dxa"/>
              <w:bottom w:w="100" w:type="dxa"/>
              <w:right w:w="60" w:type="dxa"/>
            </w:tcMar>
            <w:vAlign w:val="center"/>
          </w:tcPr>
          <w:p w14:paraId="25B644CB" w14:textId="77777777" w:rsidR="0043721F" w:rsidRDefault="0043721F">
            <w:pPr>
              <w:spacing w:after="0"/>
            </w:pPr>
          </w:p>
        </w:tc>
      </w:tr>
      <w:tr w:rsidR="0043721F" w14:paraId="210BB5A2" w14:textId="77777777">
        <w:trPr>
          <w:jc w:val="center"/>
        </w:trPr>
        <w:tc>
          <w:tcPr>
            <w:tcW w:w="576" w:type="dxa"/>
            <w:tcMar>
              <w:top w:w="100" w:type="dxa"/>
              <w:left w:w="60" w:type="dxa"/>
              <w:bottom w:w="100" w:type="dxa"/>
              <w:right w:w="60" w:type="dxa"/>
            </w:tcMar>
            <w:vAlign w:val="center"/>
          </w:tcPr>
          <w:p w14:paraId="4DB0C971" w14:textId="77777777" w:rsidR="0043721F" w:rsidRDefault="00000000">
            <w:pPr>
              <w:spacing w:after="0"/>
              <w:jc w:val="center"/>
            </w:pPr>
            <w:r>
              <w:rPr>
                <w:rFonts w:ascii="Calibri" w:hAnsi="Calibri"/>
                <w:sz w:val="18"/>
              </w:rPr>
              <w:t>4</w:t>
            </w:r>
          </w:p>
        </w:tc>
        <w:tc>
          <w:tcPr>
            <w:tcW w:w="3413" w:type="dxa"/>
            <w:tcMar>
              <w:top w:w="100" w:type="dxa"/>
              <w:left w:w="60" w:type="dxa"/>
              <w:bottom w:w="100" w:type="dxa"/>
              <w:right w:w="60" w:type="dxa"/>
            </w:tcMar>
            <w:vAlign w:val="center"/>
          </w:tcPr>
          <w:p w14:paraId="122CC8A6" w14:textId="77777777" w:rsidR="0043721F" w:rsidRDefault="0043721F">
            <w:pPr>
              <w:spacing w:after="0"/>
            </w:pPr>
          </w:p>
        </w:tc>
        <w:tc>
          <w:tcPr>
            <w:tcW w:w="1296" w:type="dxa"/>
            <w:tcMar>
              <w:top w:w="100" w:type="dxa"/>
              <w:left w:w="60" w:type="dxa"/>
              <w:bottom w:w="100" w:type="dxa"/>
              <w:right w:w="60" w:type="dxa"/>
            </w:tcMar>
            <w:vAlign w:val="center"/>
          </w:tcPr>
          <w:p w14:paraId="5B1A3E8D" w14:textId="77777777" w:rsidR="0043721F" w:rsidRDefault="0043721F">
            <w:pPr>
              <w:spacing w:after="0"/>
            </w:pPr>
          </w:p>
        </w:tc>
        <w:tc>
          <w:tcPr>
            <w:tcW w:w="3024" w:type="dxa"/>
            <w:tcMar>
              <w:top w:w="100" w:type="dxa"/>
              <w:left w:w="60" w:type="dxa"/>
              <w:bottom w:w="100" w:type="dxa"/>
              <w:right w:w="60" w:type="dxa"/>
            </w:tcMar>
            <w:vAlign w:val="center"/>
          </w:tcPr>
          <w:p w14:paraId="18DE948C" w14:textId="77777777" w:rsidR="0043721F" w:rsidRDefault="0043721F">
            <w:pPr>
              <w:spacing w:after="0"/>
            </w:pPr>
          </w:p>
        </w:tc>
        <w:tc>
          <w:tcPr>
            <w:tcW w:w="1584" w:type="dxa"/>
            <w:tcMar>
              <w:top w:w="100" w:type="dxa"/>
              <w:left w:w="60" w:type="dxa"/>
              <w:bottom w:w="100" w:type="dxa"/>
              <w:right w:w="60" w:type="dxa"/>
            </w:tcMar>
            <w:vAlign w:val="center"/>
          </w:tcPr>
          <w:p w14:paraId="2DF572DC" w14:textId="77777777" w:rsidR="0043721F" w:rsidRDefault="0043721F">
            <w:pPr>
              <w:spacing w:after="0"/>
            </w:pPr>
          </w:p>
        </w:tc>
        <w:tc>
          <w:tcPr>
            <w:tcW w:w="576" w:type="dxa"/>
            <w:tcMar>
              <w:top w:w="100" w:type="dxa"/>
              <w:left w:w="60" w:type="dxa"/>
              <w:bottom w:w="100" w:type="dxa"/>
              <w:right w:w="60" w:type="dxa"/>
            </w:tcMar>
            <w:vAlign w:val="center"/>
          </w:tcPr>
          <w:p w14:paraId="3C443E02" w14:textId="77777777" w:rsidR="0043721F" w:rsidRDefault="0043721F">
            <w:pPr>
              <w:spacing w:after="0"/>
            </w:pPr>
          </w:p>
        </w:tc>
      </w:tr>
      <w:tr w:rsidR="0043721F" w14:paraId="260ECFFF" w14:textId="77777777">
        <w:trPr>
          <w:jc w:val="center"/>
        </w:trPr>
        <w:tc>
          <w:tcPr>
            <w:tcW w:w="576" w:type="dxa"/>
            <w:tcMar>
              <w:top w:w="100" w:type="dxa"/>
              <w:left w:w="60" w:type="dxa"/>
              <w:bottom w:w="100" w:type="dxa"/>
              <w:right w:w="60" w:type="dxa"/>
            </w:tcMar>
            <w:vAlign w:val="center"/>
          </w:tcPr>
          <w:p w14:paraId="5943D8B3" w14:textId="77777777" w:rsidR="0043721F" w:rsidRDefault="00000000">
            <w:pPr>
              <w:spacing w:after="0"/>
              <w:jc w:val="center"/>
            </w:pPr>
            <w:r>
              <w:rPr>
                <w:rFonts w:ascii="Calibri" w:hAnsi="Calibri"/>
                <w:sz w:val="18"/>
              </w:rPr>
              <w:t>5</w:t>
            </w:r>
          </w:p>
        </w:tc>
        <w:tc>
          <w:tcPr>
            <w:tcW w:w="3413" w:type="dxa"/>
            <w:tcMar>
              <w:top w:w="100" w:type="dxa"/>
              <w:left w:w="60" w:type="dxa"/>
              <w:bottom w:w="100" w:type="dxa"/>
              <w:right w:w="60" w:type="dxa"/>
            </w:tcMar>
            <w:vAlign w:val="center"/>
          </w:tcPr>
          <w:p w14:paraId="1ADD247F" w14:textId="77777777" w:rsidR="0043721F" w:rsidRDefault="0043721F">
            <w:pPr>
              <w:spacing w:after="0"/>
            </w:pPr>
          </w:p>
        </w:tc>
        <w:tc>
          <w:tcPr>
            <w:tcW w:w="1296" w:type="dxa"/>
            <w:tcMar>
              <w:top w:w="100" w:type="dxa"/>
              <w:left w:w="60" w:type="dxa"/>
              <w:bottom w:w="100" w:type="dxa"/>
              <w:right w:w="60" w:type="dxa"/>
            </w:tcMar>
            <w:vAlign w:val="center"/>
          </w:tcPr>
          <w:p w14:paraId="30CDCAF8" w14:textId="77777777" w:rsidR="0043721F" w:rsidRDefault="0043721F">
            <w:pPr>
              <w:spacing w:after="0"/>
            </w:pPr>
          </w:p>
        </w:tc>
        <w:tc>
          <w:tcPr>
            <w:tcW w:w="3024" w:type="dxa"/>
            <w:tcMar>
              <w:top w:w="100" w:type="dxa"/>
              <w:left w:w="60" w:type="dxa"/>
              <w:bottom w:w="100" w:type="dxa"/>
              <w:right w:w="60" w:type="dxa"/>
            </w:tcMar>
            <w:vAlign w:val="center"/>
          </w:tcPr>
          <w:p w14:paraId="61F053B9" w14:textId="77777777" w:rsidR="0043721F" w:rsidRDefault="0043721F">
            <w:pPr>
              <w:spacing w:after="0"/>
            </w:pPr>
          </w:p>
        </w:tc>
        <w:tc>
          <w:tcPr>
            <w:tcW w:w="1584" w:type="dxa"/>
            <w:tcMar>
              <w:top w:w="100" w:type="dxa"/>
              <w:left w:w="60" w:type="dxa"/>
              <w:bottom w:w="100" w:type="dxa"/>
              <w:right w:w="60" w:type="dxa"/>
            </w:tcMar>
            <w:vAlign w:val="center"/>
          </w:tcPr>
          <w:p w14:paraId="5BC8D2EC" w14:textId="77777777" w:rsidR="0043721F" w:rsidRDefault="0043721F">
            <w:pPr>
              <w:spacing w:after="0"/>
            </w:pPr>
          </w:p>
        </w:tc>
        <w:tc>
          <w:tcPr>
            <w:tcW w:w="576" w:type="dxa"/>
            <w:tcMar>
              <w:top w:w="100" w:type="dxa"/>
              <w:left w:w="60" w:type="dxa"/>
              <w:bottom w:w="100" w:type="dxa"/>
              <w:right w:w="60" w:type="dxa"/>
            </w:tcMar>
            <w:vAlign w:val="center"/>
          </w:tcPr>
          <w:p w14:paraId="42508518" w14:textId="77777777" w:rsidR="0043721F" w:rsidRDefault="0043721F">
            <w:pPr>
              <w:spacing w:after="0"/>
            </w:pPr>
          </w:p>
        </w:tc>
      </w:tr>
      <w:tr w:rsidR="0043721F" w14:paraId="62297A5F" w14:textId="77777777">
        <w:trPr>
          <w:jc w:val="center"/>
        </w:trPr>
        <w:tc>
          <w:tcPr>
            <w:tcW w:w="576" w:type="dxa"/>
            <w:tcMar>
              <w:top w:w="100" w:type="dxa"/>
              <w:left w:w="60" w:type="dxa"/>
              <w:bottom w:w="100" w:type="dxa"/>
              <w:right w:w="60" w:type="dxa"/>
            </w:tcMar>
            <w:vAlign w:val="center"/>
          </w:tcPr>
          <w:p w14:paraId="214E4128" w14:textId="77777777" w:rsidR="0043721F" w:rsidRDefault="00000000">
            <w:pPr>
              <w:spacing w:after="0"/>
              <w:jc w:val="center"/>
            </w:pPr>
            <w:r>
              <w:rPr>
                <w:rFonts w:ascii="Calibri" w:hAnsi="Calibri"/>
                <w:sz w:val="18"/>
              </w:rPr>
              <w:t>6</w:t>
            </w:r>
          </w:p>
        </w:tc>
        <w:tc>
          <w:tcPr>
            <w:tcW w:w="3413" w:type="dxa"/>
            <w:tcMar>
              <w:top w:w="100" w:type="dxa"/>
              <w:left w:w="60" w:type="dxa"/>
              <w:bottom w:w="100" w:type="dxa"/>
              <w:right w:w="60" w:type="dxa"/>
            </w:tcMar>
            <w:vAlign w:val="center"/>
          </w:tcPr>
          <w:p w14:paraId="52265500" w14:textId="77777777" w:rsidR="0043721F" w:rsidRDefault="0043721F">
            <w:pPr>
              <w:spacing w:after="0"/>
            </w:pPr>
          </w:p>
        </w:tc>
        <w:tc>
          <w:tcPr>
            <w:tcW w:w="1296" w:type="dxa"/>
            <w:tcMar>
              <w:top w:w="100" w:type="dxa"/>
              <w:left w:w="60" w:type="dxa"/>
              <w:bottom w:w="100" w:type="dxa"/>
              <w:right w:w="60" w:type="dxa"/>
            </w:tcMar>
            <w:vAlign w:val="center"/>
          </w:tcPr>
          <w:p w14:paraId="2397C70E" w14:textId="77777777" w:rsidR="0043721F" w:rsidRDefault="0043721F">
            <w:pPr>
              <w:spacing w:after="0"/>
            </w:pPr>
          </w:p>
        </w:tc>
        <w:tc>
          <w:tcPr>
            <w:tcW w:w="3024" w:type="dxa"/>
            <w:tcMar>
              <w:top w:w="100" w:type="dxa"/>
              <w:left w:w="60" w:type="dxa"/>
              <w:bottom w:w="100" w:type="dxa"/>
              <w:right w:w="60" w:type="dxa"/>
            </w:tcMar>
            <w:vAlign w:val="center"/>
          </w:tcPr>
          <w:p w14:paraId="10BC26B3" w14:textId="77777777" w:rsidR="0043721F" w:rsidRDefault="0043721F">
            <w:pPr>
              <w:spacing w:after="0"/>
            </w:pPr>
          </w:p>
        </w:tc>
        <w:tc>
          <w:tcPr>
            <w:tcW w:w="1584" w:type="dxa"/>
            <w:tcMar>
              <w:top w:w="100" w:type="dxa"/>
              <w:left w:w="60" w:type="dxa"/>
              <w:bottom w:w="100" w:type="dxa"/>
              <w:right w:w="60" w:type="dxa"/>
            </w:tcMar>
            <w:vAlign w:val="center"/>
          </w:tcPr>
          <w:p w14:paraId="1D2566DD" w14:textId="77777777" w:rsidR="0043721F" w:rsidRDefault="0043721F">
            <w:pPr>
              <w:spacing w:after="0"/>
            </w:pPr>
          </w:p>
        </w:tc>
        <w:tc>
          <w:tcPr>
            <w:tcW w:w="576" w:type="dxa"/>
            <w:tcMar>
              <w:top w:w="100" w:type="dxa"/>
              <w:left w:w="60" w:type="dxa"/>
              <w:bottom w:w="100" w:type="dxa"/>
              <w:right w:w="60" w:type="dxa"/>
            </w:tcMar>
            <w:vAlign w:val="center"/>
          </w:tcPr>
          <w:p w14:paraId="3EE7EADA" w14:textId="77777777" w:rsidR="0043721F" w:rsidRDefault="0043721F">
            <w:pPr>
              <w:spacing w:after="0"/>
            </w:pPr>
          </w:p>
        </w:tc>
      </w:tr>
    </w:tbl>
    <w:p w14:paraId="6C486BCC" w14:textId="77777777" w:rsidR="0043721F" w:rsidRDefault="00000000">
      <w:pPr>
        <w:spacing w:before="80"/>
      </w:pPr>
      <w:r>
        <w:rPr>
          <w:rFonts w:ascii="Calibri" w:hAnsi="Calibri"/>
          <w:i/>
          <w:color w:val="333333"/>
          <w:sz w:val="17"/>
        </w:rPr>
        <w:lastRenderedPageBreak/>
        <w:t>Risk Level: Low / Medium / High / Critical    |    Status: Open / In Progress / Closed / Verification Required</w:t>
      </w:r>
    </w:p>
    <w:p w14:paraId="315C506B" w14:textId="77777777" w:rsidR="0043721F" w:rsidRDefault="00000000">
      <w:pPr>
        <w:spacing w:before="120" w:after="80"/>
      </w:pPr>
      <w:r>
        <w:rPr>
          <w:rFonts w:ascii="Arial" w:hAnsi="Arial"/>
          <w:b/>
          <w:color w:val="1B365D"/>
        </w:rPr>
        <w:t>4. OVERALL ASSESSMENT</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2592"/>
        <w:gridCol w:w="2592"/>
        <w:gridCol w:w="2592"/>
        <w:gridCol w:w="2693"/>
      </w:tblGrid>
      <w:tr w:rsidR="0043721F" w14:paraId="202AE025" w14:textId="77777777">
        <w:trPr>
          <w:jc w:val="center"/>
        </w:trPr>
        <w:tc>
          <w:tcPr>
            <w:tcW w:w="2592" w:type="dxa"/>
            <w:shd w:val="clear" w:color="auto" w:fill="F0F4F8"/>
            <w:tcMar>
              <w:top w:w="80" w:type="dxa"/>
              <w:left w:w="80" w:type="dxa"/>
              <w:bottom w:w="80" w:type="dxa"/>
              <w:right w:w="80" w:type="dxa"/>
            </w:tcMar>
            <w:vAlign w:val="center"/>
          </w:tcPr>
          <w:p w14:paraId="3D85F482" w14:textId="77777777" w:rsidR="0043721F" w:rsidRDefault="00000000">
            <w:pPr>
              <w:spacing w:after="0"/>
            </w:pPr>
            <w:r>
              <w:rPr>
                <w:rFonts w:ascii="Calibri" w:hAnsi="Calibri"/>
                <w:b/>
                <w:sz w:val="19"/>
              </w:rPr>
              <w:t>☐ Satisfactory</w:t>
            </w:r>
          </w:p>
        </w:tc>
        <w:tc>
          <w:tcPr>
            <w:tcW w:w="2592" w:type="dxa"/>
            <w:shd w:val="clear" w:color="auto" w:fill="F0F4F8"/>
            <w:tcMar>
              <w:top w:w="80" w:type="dxa"/>
              <w:left w:w="80" w:type="dxa"/>
              <w:bottom w:w="80" w:type="dxa"/>
              <w:right w:w="80" w:type="dxa"/>
            </w:tcMar>
            <w:vAlign w:val="center"/>
          </w:tcPr>
          <w:p w14:paraId="5701FEAF" w14:textId="77777777" w:rsidR="0043721F" w:rsidRDefault="00000000">
            <w:pPr>
              <w:spacing w:after="0"/>
            </w:pPr>
            <w:r>
              <w:rPr>
                <w:rFonts w:ascii="Calibri" w:hAnsi="Calibri"/>
                <w:b/>
                <w:sz w:val="19"/>
              </w:rPr>
              <w:t>☐ Needs Improvement</w:t>
            </w:r>
          </w:p>
        </w:tc>
        <w:tc>
          <w:tcPr>
            <w:tcW w:w="2592" w:type="dxa"/>
            <w:shd w:val="clear" w:color="auto" w:fill="F0F4F8"/>
            <w:tcMar>
              <w:top w:w="80" w:type="dxa"/>
              <w:left w:w="80" w:type="dxa"/>
              <w:bottom w:w="80" w:type="dxa"/>
              <w:right w:w="80" w:type="dxa"/>
            </w:tcMar>
            <w:vAlign w:val="center"/>
          </w:tcPr>
          <w:p w14:paraId="02946927" w14:textId="77777777" w:rsidR="0043721F" w:rsidRDefault="00000000">
            <w:pPr>
              <w:spacing w:after="0"/>
            </w:pPr>
            <w:r>
              <w:rPr>
                <w:rFonts w:ascii="Calibri" w:hAnsi="Calibri"/>
                <w:b/>
                <w:sz w:val="19"/>
              </w:rPr>
              <w:t>☐ Unsatisfactory</w:t>
            </w:r>
          </w:p>
        </w:tc>
        <w:tc>
          <w:tcPr>
            <w:tcW w:w="2693" w:type="dxa"/>
            <w:shd w:val="clear" w:color="auto" w:fill="F0F4F8"/>
            <w:tcMar>
              <w:top w:w="80" w:type="dxa"/>
              <w:left w:w="80" w:type="dxa"/>
              <w:bottom w:w="80" w:type="dxa"/>
              <w:right w:w="80" w:type="dxa"/>
            </w:tcMar>
            <w:vAlign w:val="center"/>
          </w:tcPr>
          <w:p w14:paraId="1292AE06" w14:textId="77777777" w:rsidR="0043721F" w:rsidRDefault="00000000">
            <w:pPr>
              <w:spacing w:after="0"/>
            </w:pPr>
            <w:r>
              <w:rPr>
                <w:rFonts w:ascii="Calibri" w:hAnsi="Calibri"/>
                <w:b/>
                <w:sz w:val="19"/>
              </w:rPr>
              <w:t>☐ Immediate Action Required</w:t>
            </w:r>
          </w:p>
        </w:tc>
      </w:tr>
      <w:tr w:rsidR="0043721F" w14:paraId="04BC72ED" w14:textId="77777777">
        <w:trPr>
          <w:jc w:val="center"/>
        </w:trPr>
        <w:tc>
          <w:tcPr>
            <w:tcW w:w="5184" w:type="dxa"/>
            <w:gridSpan w:val="2"/>
            <w:shd w:val="clear" w:color="auto" w:fill="FAFAFA"/>
            <w:tcMar>
              <w:top w:w="80" w:type="dxa"/>
              <w:left w:w="80" w:type="dxa"/>
              <w:bottom w:w="80" w:type="dxa"/>
              <w:right w:w="80" w:type="dxa"/>
            </w:tcMar>
            <w:vAlign w:val="center"/>
          </w:tcPr>
          <w:p w14:paraId="27E5AC42" w14:textId="77777777" w:rsidR="0043721F" w:rsidRDefault="00000000">
            <w:pPr>
              <w:spacing w:after="0"/>
            </w:pPr>
            <w:r>
              <w:rPr>
                <w:rFonts w:ascii="Calibri" w:hAnsi="Calibri"/>
                <w:b/>
                <w:sz w:val="19"/>
              </w:rPr>
              <w:t>Positive Safety Practices Observed</w:t>
            </w:r>
          </w:p>
        </w:tc>
        <w:tc>
          <w:tcPr>
            <w:tcW w:w="5285" w:type="dxa"/>
            <w:gridSpan w:val="2"/>
            <w:tcMar>
              <w:top w:w="120" w:type="dxa"/>
              <w:left w:w="80" w:type="dxa"/>
              <w:bottom w:w="120" w:type="dxa"/>
              <w:right w:w="80" w:type="dxa"/>
            </w:tcMar>
            <w:vAlign w:val="center"/>
          </w:tcPr>
          <w:p w14:paraId="310E1806" w14:textId="77777777" w:rsidR="0043721F" w:rsidRDefault="0043721F">
            <w:pPr>
              <w:spacing w:after="0"/>
            </w:pPr>
          </w:p>
        </w:tc>
      </w:tr>
      <w:tr w:rsidR="0043721F" w14:paraId="73792DE8" w14:textId="77777777">
        <w:trPr>
          <w:jc w:val="center"/>
        </w:trPr>
        <w:tc>
          <w:tcPr>
            <w:tcW w:w="5184" w:type="dxa"/>
            <w:gridSpan w:val="2"/>
            <w:shd w:val="clear" w:color="auto" w:fill="FAFAFA"/>
            <w:tcMar>
              <w:top w:w="80" w:type="dxa"/>
              <w:left w:w="80" w:type="dxa"/>
              <w:bottom w:w="80" w:type="dxa"/>
              <w:right w:w="80" w:type="dxa"/>
            </w:tcMar>
            <w:vAlign w:val="center"/>
          </w:tcPr>
          <w:p w14:paraId="4C91B248" w14:textId="77777777" w:rsidR="0043721F" w:rsidRDefault="00000000">
            <w:pPr>
              <w:spacing w:after="0"/>
            </w:pPr>
            <w:r>
              <w:rPr>
                <w:rFonts w:ascii="Calibri" w:hAnsi="Calibri"/>
                <w:b/>
                <w:sz w:val="19"/>
              </w:rPr>
              <w:t>Key Areas Requiring Improvement</w:t>
            </w:r>
          </w:p>
        </w:tc>
        <w:tc>
          <w:tcPr>
            <w:tcW w:w="5285" w:type="dxa"/>
            <w:gridSpan w:val="2"/>
            <w:tcMar>
              <w:top w:w="120" w:type="dxa"/>
              <w:left w:w="80" w:type="dxa"/>
              <w:bottom w:w="120" w:type="dxa"/>
              <w:right w:w="80" w:type="dxa"/>
            </w:tcMar>
            <w:vAlign w:val="center"/>
          </w:tcPr>
          <w:p w14:paraId="0C71593D" w14:textId="77777777" w:rsidR="0043721F" w:rsidRDefault="0043721F">
            <w:pPr>
              <w:spacing w:after="0"/>
            </w:pPr>
          </w:p>
        </w:tc>
      </w:tr>
      <w:tr w:rsidR="0043721F" w14:paraId="68D7A619" w14:textId="77777777">
        <w:trPr>
          <w:jc w:val="center"/>
        </w:trPr>
        <w:tc>
          <w:tcPr>
            <w:tcW w:w="5184" w:type="dxa"/>
            <w:gridSpan w:val="2"/>
            <w:shd w:val="clear" w:color="auto" w:fill="FAFAFA"/>
            <w:tcMar>
              <w:top w:w="80" w:type="dxa"/>
              <w:left w:w="80" w:type="dxa"/>
              <w:bottom w:w="80" w:type="dxa"/>
              <w:right w:w="80" w:type="dxa"/>
            </w:tcMar>
            <w:vAlign w:val="center"/>
          </w:tcPr>
          <w:p w14:paraId="0AE318B1" w14:textId="77777777" w:rsidR="0043721F" w:rsidRDefault="00000000">
            <w:pPr>
              <w:spacing w:after="0"/>
            </w:pPr>
            <w:r>
              <w:rPr>
                <w:rFonts w:ascii="Calibri" w:hAnsi="Calibri"/>
                <w:b/>
                <w:sz w:val="19"/>
              </w:rPr>
              <w:t>Immediate Actions Required (if any)</w:t>
            </w:r>
          </w:p>
        </w:tc>
        <w:tc>
          <w:tcPr>
            <w:tcW w:w="5285" w:type="dxa"/>
            <w:gridSpan w:val="2"/>
            <w:tcMar>
              <w:top w:w="120" w:type="dxa"/>
              <w:left w:w="80" w:type="dxa"/>
              <w:bottom w:w="120" w:type="dxa"/>
              <w:right w:w="80" w:type="dxa"/>
            </w:tcMar>
            <w:vAlign w:val="center"/>
          </w:tcPr>
          <w:p w14:paraId="4536F812" w14:textId="77777777" w:rsidR="0043721F" w:rsidRDefault="0043721F">
            <w:pPr>
              <w:spacing w:after="0"/>
            </w:pPr>
          </w:p>
        </w:tc>
      </w:tr>
    </w:tbl>
    <w:p w14:paraId="340C0BF0" w14:textId="77777777" w:rsidR="0043721F" w:rsidRDefault="00000000">
      <w:pPr>
        <w:spacing w:before="240" w:after="80"/>
      </w:pPr>
      <w:r>
        <w:rPr>
          <w:rFonts w:ascii="Arial" w:hAnsi="Arial"/>
          <w:b/>
          <w:color w:val="1B365D"/>
        </w:rPr>
        <w:t>5. SIGN-OFF</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5234"/>
        <w:gridCol w:w="5234"/>
      </w:tblGrid>
      <w:tr w:rsidR="0043721F" w14:paraId="6897E260" w14:textId="77777777">
        <w:trPr>
          <w:jc w:val="center"/>
        </w:trPr>
        <w:tc>
          <w:tcPr>
            <w:tcW w:w="5234" w:type="dxa"/>
            <w:shd w:val="clear" w:color="auto" w:fill="1B365D"/>
            <w:tcMar>
              <w:top w:w="80" w:type="dxa"/>
              <w:left w:w="100" w:type="dxa"/>
              <w:bottom w:w="80" w:type="dxa"/>
              <w:right w:w="100" w:type="dxa"/>
            </w:tcMar>
            <w:vAlign w:val="center"/>
          </w:tcPr>
          <w:p w14:paraId="4D32BD85" w14:textId="77777777" w:rsidR="0043721F" w:rsidRDefault="00000000">
            <w:pPr>
              <w:spacing w:after="0"/>
            </w:pPr>
            <w:r>
              <w:rPr>
                <w:rFonts w:ascii="Arial" w:hAnsi="Arial"/>
                <w:b/>
                <w:color w:val="FFFFFF"/>
                <w:sz w:val="18"/>
              </w:rPr>
              <w:t>INSPECTOR</w:t>
            </w:r>
          </w:p>
        </w:tc>
        <w:tc>
          <w:tcPr>
            <w:tcW w:w="5234" w:type="dxa"/>
            <w:shd w:val="clear" w:color="auto" w:fill="1B365D"/>
            <w:tcMar>
              <w:top w:w="80" w:type="dxa"/>
              <w:left w:w="100" w:type="dxa"/>
              <w:bottom w:w="80" w:type="dxa"/>
              <w:right w:w="100" w:type="dxa"/>
            </w:tcMar>
            <w:vAlign w:val="center"/>
          </w:tcPr>
          <w:p w14:paraId="2E9D6E29" w14:textId="77777777" w:rsidR="0043721F" w:rsidRDefault="00000000">
            <w:pPr>
              <w:spacing w:after="0"/>
            </w:pPr>
            <w:r>
              <w:rPr>
                <w:rFonts w:ascii="Arial" w:hAnsi="Arial"/>
                <w:b/>
                <w:color w:val="FFFFFF"/>
                <w:sz w:val="18"/>
              </w:rPr>
              <w:t>SUPERVISOR / RESPONSIBLE PERSON</w:t>
            </w:r>
          </w:p>
        </w:tc>
      </w:tr>
      <w:tr w:rsidR="0043721F" w14:paraId="77432197" w14:textId="77777777">
        <w:trPr>
          <w:jc w:val="center"/>
        </w:trPr>
        <w:tc>
          <w:tcPr>
            <w:tcW w:w="5234" w:type="dxa"/>
            <w:tcMar>
              <w:top w:w="80" w:type="dxa"/>
              <w:left w:w="100" w:type="dxa"/>
              <w:bottom w:w="80" w:type="dxa"/>
              <w:right w:w="100" w:type="dxa"/>
            </w:tcMar>
            <w:vAlign w:val="center"/>
          </w:tcPr>
          <w:p w14:paraId="25D461A8" w14:textId="77777777" w:rsidR="0043721F" w:rsidRDefault="00000000">
            <w:pPr>
              <w:spacing w:after="0"/>
            </w:pPr>
            <w:r>
              <w:rPr>
                <w:rFonts w:ascii="Calibri" w:hAnsi="Calibri"/>
                <w:b/>
                <w:sz w:val="19"/>
              </w:rPr>
              <w:t>Name:</w:t>
            </w:r>
          </w:p>
        </w:tc>
        <w:tc>
          <w:tcPr>
            <w:tcW w:w="5234" w:type="dxa"/>
            <w:tcMar>
              <w:top w:w="80" w:type="dxa"/>
              <w:left w:w="100" w:type="dxa"/>
              <w:bottom w:w="80" w:type="dxa"/>
              <w:right w:w="100" w:type="dxa"/>
            </w:tcMar>
            <w:vAlign w:val="center"/>
          </w:tcPr>
          <w:p w14:paraId="5FB32945" w14:textId="77777777" w:rsidR="0043721F" w:rsidRDefault="00000000">
            <w:pPr>
              <w:spacing w:after="0"/>
            </w:pPr>
            <w:r>
              <w:rPr>
                <w:rFonts w:ascii="Calibri" w:hAnsi="Calibri"/>
                <w:b/>
                <w:sz w:val="19"/>
              </w:rPr>
              <w:t>Name:</w:t>
            </w:r>
          </w:p>
        </w:tc>
      </w:tr>
      <w:tr w:rsidR="0043721F" w14:paraId="04588882" w14:textId="77777777">
        <w:trPr>
          <w:jc w:val="center"/>
        </w:trPr>
        <w:tc>
          <w:tcPr>
            <w:tcW w:w="5234" w:type="dxa"/>
            <w:tcMar>
              <w:top w:w="80" w:type="dxa"/>
              <w:left w:w="100" w:type="dxa"/>
              <w:bottom w:w="80" w:type="dxa"/>
              <w:right w:w="100" w:type="dxa"/>
            </w:tcMar>
            <w:vAlign w:val="center"/>
          </w:tcPr>
          <w:p w14:paraId="656CA2C7" w14:textId="77777777" w:rsidR="0043721F" w:rsidRDefault="00000000">
            <w:pPr>
              <w:spacing w:after="0"/>
            </w:pPr>
            <w:r>
              <w:rPr>
                <w:rFonts w:ascii="Calibri" w:hAnsi="Calibri"/>
                <w:b/>
                <w:sz w:val="19"/>
              </w:rPr>
              <w:t>Signature:</w:t>
            </w:r>
          </w:p>
        </w:tc>
        <w:tc>
          <w:tcPr>
            <w:tcW w:w="5234" w:type="dxa"/>
            <w:tcMar>
              <w:top w:w="80" w:type="dxa"/>
              <w:left w:w="100" w:type="dxa"/>
              <w:bottom w:w="80" w:type="dxa"/>
              <w:right w:w="100" w:type="dxa"/>
            </w:tcMar>
            <w:vAlign w:val="center"/>
          </w:tcPr>
          <w:p w14:paraId="13AD8F20" w14:textId="77777777" w:rsidR="0043721F" w:rsidRDefault="00000000">
            <w:pPr>
              <w:spacing w:after="0"/>
            </w:pPr>
            <w:r>
              <w:rPr>
                <w:rFonts w:ascii="Calibri" w:hAnsi="Calibri"/>
                <w:b/>
                <w:sz w:val="19"/>
              </w:rPr>
              <w:t>Signature:</w:t>
            </w:r>
          </w:p>
        </w:tc>
      </w:tr>
      <w:tr w:rsidR="0043721F" w14:paraId="229B72BD" w14:textId="77777777">
        <w:trPr>
          <w:jc w:val="center"/>
        </w:trPr>
        <w:tc>
          <w:tcPr>
            <w:tcW w:w="5234" w:type="dxa"/>
            <w:tcMar>
              <w:top w:w="80" w:type="dxa"/>
              <w:left w:w="100" w:type="dxa"/>
              <w:bottom w:w="80" w:type="dxa"/>
              <w:right w:w="100" w:type="dxa"/>
            </w:tcMar>
            <w:vAlign w:val="center"/>
          </w:tcPr>
          <w:p w14:paraId="53799A73" w14:textId="77777777" w:rsidR="0043721F" w:rsidRDefault="00000000">
            <w:pPr>
              <w:spacing w:after="0"/>
            </w:pPr>
            <w:r>
              <w:rPr>
                <w:rFonts w:ascii="Calibri" w:hAnsi="Calibri"/>
                <w:b/>
                <w:sz w:val="19"/>
              </w:rPr>
              <w:t>Date:</w:t>
            </w:r>
          </w:p>
        </w:tc>
        <w:tc>
          <w:tcPr>
            <w:tcW w:w="5234" w:type="dxa"/>
            <w:tcMar>
              <w:top w:w="80" w:type="dxa"/>
              <w:left w:w="100" w:type="dxa"/>
              <w:bottom w:w="80" w:type="dxa"/>
              <w:right w:w="100" w:type="dxa"/>
            </w:tcMar>
            <w:vAlign w:val="center"/>
          </w:tcPr>
          <w:p w14:paraId="7B270298" w14:textId="77777777" w:rsidR="0043721F" w:rsidRDefault="00000000">
            <w:pPr>
              <w:spacing w:after="0"/>
            </w:pPr>
            <w:r>
              <w:rPr>
                <w:rFonts w:ascii="Calibri" w:hAnsi="Calibri"/>
                <w:b/>
                <w:sz w:val="19"/>
              </w:rPr>
              <w:t>Date:</w:t>
            </w:r>
          </w:p>
        </w:tc>
      </w:tr>
    </w:tbl>
    <w:p w14:paraId="408D7754" w14:textId="77777777" w:rsidR="0043721F" w:rsidRDefault="0043721F">
      <w:pPr>
        <w:spacing w:after="120"/>
      </w:pPr>
    </w:p>
    <w:tbl>
      <w:tblPr>
        <w:tblW w:w="0" w:type="auto"/>
        <w:jc w:val="center"/>
        <w:tblBorders>
          <w:left w:val="single" w:sz="24" w:space="0" w:color="1B365D"/>
        </w:tblBorders>
        <w:tblLook w:val="04A0" w:firstRow="1" w:lastRow="0" w:firstColumn="1" w:lastColumn="0" w:noHBand="0" w:noVBand="1"/>
      </w:tblPr>
      <w:tblGrid>
        <w:gridCol w:w="10469"/>
      </w:tblGrid>
      <w:tr w:rsidR="0043721F" w14:paraId="6602D7BF" w14:textId="77777777">
        <w:trPr>
          <w:jc w:val="center"/>
        </w:trPr>
        <w:tc>
          <w:tcPr>
            <w:tcW w:w="10469" w:type="dxa"/>
            <w:shd w:val="clear" w:color="auto" w:fill="F0F4F8"/>
            <w:tcMar>
              <w:top w:w="100" w:type="dxa"/>
              <w:left w:w="150" w:type="dxa"/>
              <w:bottom w:w="100" w:type="dxa"/>
              <w:right w:w="150" w:type="dxa"/>
            </w:tcMar>
          </w:tcPr>
          <w:p w14:paraId="0E27B3FA" w14:textId="77777777" w:rsidR="0043721F" w:rsidRDefault="00000000">
            <w:pPr>
              <w:spacing w:after="40"/>
            </w:pPr>
            <w:r>
              <w:rPr>
                <w:rFonts w:ascii="Arial" w:hAnsi="Arial"/>
                <w:b/>
                <w:color w:val="1B365D"/>
                <w:sz w:val="17"/>
              </w:rPr>
              <w:t>IMPORTANT SAFETY DISCLAIMER</w:t>
            </w:r>
          </w:p>
          <w:p w14:paraId="243024DC" w14:textId="77777777" w:rsidR="0043721F" w:rsidRDefault="00000000">
            <w:pPr>
              <w:spacing w:after="0"/>
            </w:pPr>
            <w:r>
              <w:rPr>
                <w:rFonts w:ascii="Calibri" w:hAnsi="Calibri"/>
                <w:i/>
                <w:color w:val="333333"/>
                <w:sz w:val="16"/>
              </w:rPr>
              <w:t>This checklist is provided as a practical safety inspection aid. It does not replace applicable legislation, regulatory requirements, project-specific HSE requirements, lifting plans, risk assessments, method statements, approved procedures, manufacturer instructions, or competent professional judgment. Users should adapt the checklist to the specific project, lifting equipment, load characteristics, activities, hazards, contractual requirements, and applicable legal and regulatory requirements.</w:t>
            </w:r>
          </w:p>
        </w:tc>
      </w:tr>
    </w:tbl>
    <w:p w14:paraId="161BB3B3" w14:textId="77777777" w:rsidR="00174960" w:rsidRDefault="00174960"/>
    <w:sectPr w:rsidR="00174960" w:rsidSect="00034616">
      <w:headerReference w:type="default" r:id="rId8"/>
      <w:footerReference w:type="default" r:id="rId9"/>
      <w:pgSz w:w="11909" w:h="16834"/>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40D7" w14:textId="77777777" w:rsidR="00174960" w:rsidRDefault="00174960" w:rsidP="003D7ACE">
      <w:pPr>
        <w:spacing w:after="0" w:line="240" w:lineRule="auto"/>
      </w:pPr>
      <w:r>
        <w:separator/>
      </w:r>
    </w:p>
  </w:endnote>
  <w:endnote w:type="continuationSeparator" w:id="0">
    <w:p w14:paraId="1BE5760F" w14:textId="77777777" w:rsidR="00174960" w:rsidRDefault="00174960" w:rsidP="003D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9802" w14:textId="0462F527" w:rsidR="003D7ACE" w:rsidRDefault="003D7ACE" w:rsidP="003D7ACE">
    <w:pPr>
      <w:pStyle w:val="Footer"/>
      <w:jc w:val="center"/>
    </w:pPr>
    <w:r>
      <w:t>The HSEVerse</w:t>
    </w:r>
    <w:r w:rsidRPr="00DE1A36">
      <w:t xml:space="preserve"> | www.</w:t>
    </w:r>
    <w:r>
      <w:t>thehseverse</w:t>
    </w:r>
    <w:r w:rsidRPr="00DE1A36">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CC0B1" w14:textId="77777777" w:rsidR="00174960" w:rsidRDefault="00174960" w:rsidP="003D7ACE">
      <w:pPr>
        <w:spacing w:after="0" w:line="240" w:lineRule="auto"/>
      </w:pPr>
      <w:r>
        <w:separator/>
      </w:r>
    </w:p>
  </w:footnote>
  <w:footnote w:type="continuationSeparator" w:id="0">
    <w:p w14:paraId="5CEB7C83" w14:textId="77777777" w:rsidR="00174960" w:rsidRDefault="00174960" w:rsidP="003D7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7495" w14:textId="41F5AAF3" w:rsidR="003D7ACE" w:rsidRDefault="003D7ACE">
    <w:pPr>
      <w:pStyle w:val="Header"/>
    </w:pPr>
    <w:r>
      <w:rPr>
        <w:noProof/>
      </w:rPr>
      <w:drawing>
        <wp:anchor distT="0" distB="0" distL="114300" distR="114300" simplePos="0" relativeHeight="251659264" behindDoc="1" locked="0" layoutInCell="1" allowOverlap="1" wp14:anchorId="08ABF6E9" wp14:editId="36D092DB">
          <wp:simplePos x="0" y="0"/>
          <wp:positionH relativeFrom="column">
            <wp:posOffset>-7620</wp:posOffset>
          </wp:positionH>
          <wp:positionV relativeFrom="paragraph">
            <wp:posOffset>-411480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0942801">
    <w:abstractNumId w:val="8"/>
  </w:num>
  <w:num w:numId="2" w16cid:durableId="1819375195">
    <w:abstractNumId w:val="6"/>
  </w:num>
  <w:num w:numId="3" w16cid:durableId="1261062590">
    <w:abstractNumId w:val="5"/>
  </w:num>
  <w:num w:numId="4" w16cid:durableId="272202586">
    <w:abstractNumId w:val="4"/>
  </w:num>
  <w:num w:numId="5" w16cid:durableId="600453583">
    <w:abstractNumId w:val="7"/>
  </w:num>
  <w:num w:numId="6" w16cid:durableId="1013650126">
    <w:abstractNumId w:val="3"/>
  </w:num>
  <w:num w:numId="7" w16cid:durableId="2130589009">
    <w:abstractNumId w:val="2"/>
  </w:num>
  <w:num w:numId="8" w16cid:durableId="1106774449">
    <w:abstractNumId w:val="1"/>
  </w:num>
  <w:num w:numId="9" w16cid:durableId="72622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210B"/>
    <w:rsid w:val="0015074B"/>
    <w:rsid w:val="00174960"/>
    <w:rsid w:val="0029639D"/>
    <w:rsid w:val="00326F90"/>
    <w:rsid w:val="003D7ACE"/>
    <w:rsid w:val="0043721F"/>
    <w:rsid w:val="00AA1D8D"/>
    <w:rsid w:val="00B47730"/>
    <w:rsid w:val="00CB0664"/>
    <w:rsid w:val="00FC693F"/>
    <w:rsid w:val="00FD41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9CFF07"/>
  <w14:defaultImageDpi w14:val="300"/>
  <w15:docId w15:val="{6A302DB9-CB80-4E10-9A16-E86D645A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3</cp:revision>
  <dcterms:created xsi:type="dcterms:W3CDTF">2013-12-23T23:15:00Z</dcterms:created>
  <dcterms:modified xsi:type="dcterms:W3CDTF">2026-08-13T06:28:00Z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9ac85b68-c552-4df8-98a7-957934ad7794</vt:lpwstr>
  </property>
</Properties>
</file>