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379A1" w14:textId="531873E8" w:rsidR="009667E1" w:rsidRDefault="00000000">
      <w:pPr>
        <w:spacing w:after="80"/>
        <w:jc w:val="center"/>
      </w:pPr>
      <w:r>
        <w:rPr>
          <w:b/>
          <w:color w:val="1B365D"/>
          <w:sz w:val="36"/>
        </w:rPr>
        <w:t>WORK AT HEIGHT SAFETY CHECKLIST</w:t>
      </w:r>
      <w:r w:rsidR="008058F1">
        <w:rPr>
          <w:b/>
          <w:color w:val="1B365D"/>
          <w:sz w:val="36"/>
        </w:rPr>
        <w:t xml:space="preserve"> </w:t>
      </w:r>
    </w:p>
    <w:p w14:paraId="5FDDE642" w14:textId="77777777" w:rsidR="009667E1" w:rsidRDefault="00000000">
      <w:pPr>
        <w:spacing w:after="280"/>
        <w:jc w:val="center"/>
      </w:pPr>
      <w:r>
        <w:rPr>
          <w:b/>
          <w:color w:val="7F8C8D"/>
          <w:sz w:val="18"/>
        </w:rPr>
        <w:t>HEALTH, SAFETY &amp; ENVIRONMENT MANAGEMENT SYSTEM</w:t>
      </w:r>
    </w:p>
    <w:p w14:paraId="5ED76AD6" w14:textId="77777777" w:rsidR="009667E1" w:rsidRDefault="00000000">
      <w:pPr>
        <w:keepNext/>
        <w:spacing w:before="240" w:after="120"/>
      </w:pPr>
      <w:r>
        <w:rPr>
          <w:b/>
          <w:color w:val="1B365D"/>
          <w:sz w:val="22"/>
        </w:rPr>
        <w:t>1. INSPECTION INFORMATION</w:t>
      </w:r>
    </w:p>
    <w:tbl>
      <w:tblPr>
        <w:tblW w:w="0" w:type="auto"/>
        <w:jc w:val="center"/>
        <w:tblBorders>
          <w:top w:val="single" w:sz="4" w:space="0" w:color="B0C4DE"/>
          <w:left w:val="single" w:sz="4" w:space="0" w:color="B0C4DE"/>
          <w:bottom w:val="single" w:sz="4" w:space="0" w:color="B0C4DE"/>
          <w:right w:val="single" w:sz="4" w:space="0" w:color="B0C4DE"/>
          <w:insideH w:val="single" w:sz="4" w:space="0" w:color="B0C4DE"/>
          <w:insideV w:val="single" w:sz="4" w:space="0" w:color="B0C4DE"/>
        </w:tblBorders>
        <w:tblLook w:val="04A0" w:firstRow="1" w:lastRow="0" w:firstColumn="1" w:lastColumn="0" w:noHBand="0" w:noVBand="1"/>
      </w:tblPr>
      <w:tblGrid>
        <w:gridCol w:w="2304"/>
        <w:gridCol w:w="2880"/>
        <w:gridCol w:w="2448"/>
        <w:gridCol w:w="2592"/>
      </w:tblGrid>
      <w:tr w:rsidR="009667E1" w14:paraId="74C8D4C2" w14:textId="77777777">
        <w:trPr>
          <w:jc w:val="center"/>
        </w:trPr>
        <w:tc>
          <w:tcPr>
            <w:tcW w:w="2304" w:type="dxa"/>
            <w:shd w:val="clear" w:color="auto" w:fill="F0F4F8"/>
            <w:tcMar>
              <w:top w:w="80" w:type="dxa"/>
              <w:left w:w="100" w:type="dxa"/>
              <w:bottom w:w="80" w:type="dxa"/>
              <w:right w:w="100" w:type="dxa"/>
            </w:tcMar>
            <w:vAlign w:val="center"/>
          </w:tcPr>
          <w:p w14:paraId="092A6D0F" w14:textId="77777777" w:rsidR="009667E1" w:rsidRDefault="00000000">
            <w:pPr>
              <w:spacing w:after="0"/>
            </w:pPr>
            <w:r>
              <w:rPr>
                <w:b/>
                <w:color w:val="1B365D"/>
                <w:sz w:val="18"/>
              </w:rPr>
              <w:t>Project / Site:</w:t>
            </w:r>
          </w:p>
        </w:tc>
        <w:tc>
          <w:tcPr>
            <w:tcW w:w="2880" w:type="dxa"/>
            <w:tcMar>
              <w:top w:w="80" w:type="dxa"/>
              <w:left w:w="100" w:type="dxa"/>
              <w:bottom w:w="80" w:type="dxa"/>
              <w:right w:w="100" w:type="dxa"/>
            </w:tcMar>
            <w:vAlign w:val="center"/>
          </w:tcPr>
          <w:p w14:paraId="3BA69FB5" w14:textId="77777777" w:rsidR="009667E1" w:rsidRDefault="009667E1">
            <w:pPr>
              <w:spacing w:after="0"/>
            </w:pPr>
          </w:p>
        </w:tc>
        <w:tc>
          <w:tcPr>
            <w:tcW w:w="2448" w:type="dxa"/>
            <w:shd w:val="clear" w:color="auto" w:fill="F0F4F8"/>
            <w:tcMar>
              <w:top w:w="80" w:type="dxa"/>
              <w:left w:w="100" w:type="dxa"/>
              <w:bottom w:w="80" w:type="dxa"/>
              <w:right w:w="100" w:type="dxa"/>
            </w:tcMar>
            <w:vAlign w:val="center"/>
          </w:tcPr>
          <w:p w14:paraId="0249B2A2" w14:textId="77777777" w:rsidR="009667E1" w:rsidRDefault="00000000">
            <w:pPr>
              <w:spacing w:after="0"/>
            </w:pPr>
            <w:r>
              <w:rPr>
                <w:b/>
                <w:color w:val="1B365D"/>
                <w:sz w:val="18"/>
              </w:rPr>
              <w:t>Location / Area:</w:t>
            </w:r>
          </w:p>
        </w:tc>
        <w:tc>
          <w:tcPr>
            <w:tcW w:w="2592" w:type="dxa"/>
            <w:tcMar>
              <w:top w:w="80" w:type="dxa"/>
              <w:left w:w="100" w:type="dxa"/>
              <w:bottom w:w="80" w:type="dxa"/>
              <w:right w:w="100" w:type="dxa"/>
            </w:tcMar>
            <w:vAlign w:val="center"/>
          </w:tcPr>
          <w:p w14:paraId="60569617" w14:textId="77777777" w:rsidR="009667E1" w:rsidRDefault="009667E1">
            <w:pPr>
              <w:spacing w:after="0"/>
            </w:pPr>
          </w:p>
        </w:tc>
      </w:tr>
      <w:tr w:rsidR="009667E1" w14:paraId="69859DC9" w14:textId="77777777">
        <w:trPr>
          <w:jc w:val="center"/>
        </w:trPr>
        <w:tc>
          <w:tcPr>
            <w:tcW w:w="2304" w:type="dxa"/>
            <w:shd w:val="clear" w:color="auto" w:fill="F0F4F8"/>
            <w:tcMar>
              <w:top w:w="80" w:type="dxa"/>
              <w:left w:w="100" w:type="dxa"/>
              <w:bottom w:w="80" w:type="dxa"/>
              <w:right w:w="100" w:type="dxa"/>
            </w:tcMar>
            <w:vAlign w:val="center"/>
          </w:tcPr>
          <w:p w14:paraId="5797169A" w14:textId="77777777" w:rsidR="009667E1" w:rsidRDefault="00000000">
            <w:pPr>
              <w:spacing w:after="0"/>
            </w:pPr>
            <w:r>
              <w:rPr>
                <w:b/>
                <w:color w:val="1B365D"/>
                <w:sz w:val="18"/>
              </w:rPr>
              <w:t>Inspection Date:</w:t>
            </w:r>
          </w:p>
        </w:tc>
        <w:tc>
          <w:tcPr>
            <w:tcW w:w="2880" w:type="dxa"/>
            <w:tcMar>
              <w:top w:w="80" w:type="dxa"/>
              <w:left w:w="100" w:type="dxa"/>
              <w:bottom w:w="80" w:type="dxa"/>
              <w:right w:w="100" w:type="dxa"/>
            </w:tcMar>
            <w:vAlign w:val="center"/>
          </w:tcPr>
          <w:p w14:paraId="5A4B0329" w14:textId="77777777" w:rsidR="009667E1" w:rsidRDefault="009667E1">
            <w:pPr>
              <w:spacing w:after="0"/>
            </w:pPr>
          </w:p>
        </w:tc>
        <w:tc>
          <w:tcPr>
            <w:tcW w:w="2448" w:type="dxa"/>
            <w:shd w:val="clear" w:color="auto" w:fill="F0F4F8"/>
            <w:tcMar>
              <w:top w:w="80" w:type="dxa"/>
              <w:left w:w="100" w:type="dxa"/>
              <w:bottom w:w="80" w:type="dxa"/>
              <w:right w:w="100" w:type="dxa"/>
            </w:tcMar>
            <w:vAlign w:val="center"/>
          </w:tcPr>
          <w:p w14:paraId="0AC52758" w14:textId="77777777" w:rsidR="009667E1" w:rsidRDefault="00000000">
            <w:pPr>
              <w:spacing w:after="0"/>
            </w:pPr>
            <w:r>
              <w:rPr>
                <w:b/>
                <w:color w:val="1B365D"/>
                <w:sz w:val="18"/>
              </w:rPr>
              <w:t>Inspection Time:</w:t>
            </w:r>
          </w:p>
        </w:tc>
        <w:tc>
          <w:tcPr>
            <w:tcW w:w="2592" w:type="dxa"/>
            <w:tcMar>
              <w:top w:w="80" w:type="dxa"/>
              <w:left w:w="100" w:type="dxa"/>
              <w:bottom w:w="80" w:type="dxa"/>
              <w:right w:w="100" w:type="dxa"/>
            </w:tcMar>
            <w:vAlign w:val="center"/>
          </w:tcPr>
          <w:p w14:paraId="48832094" w14:textId="77777777" w:rsidR="009667E1" w:rsidRDefault="009667E1">
            <w:pPr>
              <w:spacing w:after="0"/>
            </w:pPr>
          </w:p>
        </w:tc>
      </w:tr>
      <w:tr w:rsidR="009667E1" w14:paraId="6F33CDC0" w14:textId="77777777">
        <w:trPr>
          <w:jc w:val="center"/>
        </w:trPr>
        <w:tc>
          <w:tcPr>
            <w:tcW w:w="2304" w:type="dxa"/>
            <w:shd w:val="clear" w:color="auto" w:fill="F0F4F8"/>
            <w:tcMar>
              <w:top w:w="80" w:type="dxa"/>
              <w:left w:w="100" w:type="dxa"/>
              <w:bottom w:w="80" w:type="dxa"/>
              <w:right w:w="100" w:type="dxa"/>
            </w:tcMar>
            <w:vAlign w:val="center"/>
          </w:tcPr>
          <w:p w14:paraId="460327EC" w14:textId="77777777" w:rsidR="009667E1" w:rsidRDefault="00000000">
            <w:pPr>
              <w:spacing w:after="0"/>
            </w:pPr>
            <w:r>
              <w:rPr>
                <w:b/>
                <w:color w:val="1B365D"/>
                <w:sz w:val="18"/>
              </w:rPr>
              <w:t>Inspector Name:</w:t>
            </w:r>
          </w:p>
        </w:tc>
        <w:tc>
          <w:tcPr>
            <w:tcW w:w="2880" w:type="dxa"/>
            <w:tcMar>
              <w:top w:w="80" w:type="dxa"/>
              <w:left w:w="100" w:type="dxa"/>
              <w:bottom w:w="80" w:type="dxa"/>
              <w:right w:w="100" w:type="dxa"/>
            </w:tcMar>
            <w:vAlign w:val="center"/>
          </w:tcPr>
          <w:p w14:paraId="021F64E6" w14:textId="77777777" w:rsidR="009667E1" w:rsidRDefault="009667E1">
            <w:pPr>
              <w:spacing w:after="0"/>
            </w:pPr>
          </w:p>
        </w:tc>
        <w:tc>
          <w:tcPr>
            <w:tcW w:w="2448" w:type="dxa"/>
            <w:shd w:val="clear" w:color="auto" w:fill="F0F4F8"/>
            <w:tcMar>
              <w:top w:w="80" w:type="dxa"/>
              <w:left w:w="100" w:type="dxa"/>
              <w:bottom w:w="80" w:type="dxa"/>
              <w:right w:w="100" w:type="dxa"/>
            </w:tcMar>
            <w:vAlign w:val="center"/>
          </w:tcPr>
          <w:p w14:paraId="096E8F12" w14:textId="77777777" w:rsidR="009667E1" w:rsidRDefault="00000000">
            <w:pPr>
              <w:spacing w:after="0"/>
            </w:pPr>
            <w:r>
              <w:rPr>
                <w:b/>
                <w:color w:val="1B365D"/>
                <w:sz w:val="18"/>
              </w:rPr>
              <w:t>Company / Contractor:</w:t>
            </w:r>
          </w:p>
        </w:tc>
        <w:tc>
          <w:tcPr>
            <w:tcW w:w="2592" w:type="dxa"/>
            <w:tcMar>
              <w:top w:w="80" w:type="dxa"/>
              <w:left w:w="100" w:type="dxa"/>
              <w:bottom w:w="80" w:type="dxa"/>
              <w:right w:w="100" w:type="dxa"/>
            </w:tcMar>
            <w:vAlign w:val="center"/>
          </w:tcPr>
          <w:p w14:paraId="71734BE7" w14:textId="77777777" w:rsidR="009667E1" w:rsidRDefault="009667E1">
            <w:pPr>
              <w:spacing w:after="0"/>
            </w:pPr>
          </w:p>
        </w:tc>
      </w:tr>
      <w:tr w:rsidR="009667E1" w14:paraId="5BF5C0C5" w14:textId="77777777">
        <w:trPr>
          <w:jc w:val="center"/>
        </w:trPr>
        <w:tc>
          <w:tcPr>
            <w:tcW w:w="2304" w:type="dxa"/>
            <w:shd w:val="clear" w:color="auto" w:fill="F0F4F8"/>
            <w:tcMar>
              <w:top w:w="80" w:type="dxa"/>
              <w:left w:w="100" w:type="dxa"/>
              <w:bottom w:w="80" w:type="dxa"/>
              <w:right w:w="100" w:type="dxa"/>
            </w:tcMar>
            <w:vAlign w:val="center"/>
          </w:tcPr>
          <w:p w14:paraId="31691E96" w14:textId="77777777" w:rsidR="009667E1" w:rsidRDefault="00000000">
            <w:pPr>
              <w:spacing w:after="0"/>
            </w:pPr>
            <w:r>
              <w:rPr>
                <w:b/>
                <w:color w:val="1B365D"/>
                <w:sz w:val="18"/>
              </w:rPr>
              <w:t>Activity / Work Area:</w:t>
            </w:r>
          </w:p>
        </w:tc>
        <w:tc>
          <w:tcPr>
            <w:tcW w:w="2880" w:type="dxa"/>
            <w:tcMar>
              <w:top w:w="80" w:type="dxa"/>
              <w:left w:w="100" w:type="dxa"/>
              <w:bottom w:w="80" w:type="dxa"/>
              <w:right w:w="100" w:type="dxa"/>
            </w:tcMar>
            <w:vAlign w:val="center"/>
          </w:tcPr>
          <w:p w14:paraId="28C72042" w14:textId="77777777" w:rsidR="009667E1" w:rsidRDefault="009667E1">
            <w:pPr>
              <w:spacing w:after="0"/>
            </w:pPr>
          </w:p>
        </w:tc>
        <w:tc>
          <w:tcPr>
            <w:tcW w:w="2448" w:type="dxa"/>
            <w:shd w:val="clear" w:color="auto" w:fill="F0F4F8"/>
            <w:tcMar>
              <w:top w:w="80" w:type="dxa"/>
              <w:left w:w="100" w:type="dxa"/>
              <w:bottom w:w="80" w:type="dxa"/>
              <w:right w:w="100" w:type="dxa"/>
            </w:tcMar>
            <w:vAlign w:val="center"/>
          </w:tcPr>
          <w:p w14:paraId="7A2D4D8E" w14:textId="77777777" w:rsidR="009667E1" w:rsidRDefault="00000000">
            <w:pPr>
              <w:spacing w:after="0"/>
            </w:pPr>
            <w:r>
              <w:rPr>
                <w:b/>
                <w:color w:val="1B365D"/>
                <w:sz w:val="18"/>
              </w:rPr>
              <w:t>No. of Workers Observed:</w:t>
            </w:r>
          </w:p>
        </w:tc>
        <w:tc>
          <w:tcPr>
            <w:tcW w:w="2592" w:type="dxa"/>
            <w:tcMar>
              <w:top w:w="80" w:type="dxa"/>
              <w:left w:w="100" w:type="dxa"/>
              <w:bottom w:w="80" w:type="dxa"/>
              <w:right w:w="100" w:type="dxa"/>
            </w:tcMar>
            <w:vAlign w:val="center"/>
          </w:tcPr>
          <w:p w14:paraId="370528AA" w14:textId="77777777" w:rsidR="009667E1" w:rsidRDefault="009667E1">
            <w:pPr>
              <w:spacing w:after="0"/>
            </w:pPr>
          </w:p>
        </w:tc>
      </w:tr>
    </w:tbl>
    <w:p w14:paraId="7DF13C8D" w14:textId="77777777" w:rsidR="009667E1" w:rsidRDefault="00000000">
      <w:pPr>
        <w:spacing w:before="200"/>
      </w:pPr>
      <w:r>
        <w:rPr>
          <w:b/>
          <w:color w:val="1B365D"/>
          <w:sz w:val="19"/>
        </w:rPr>
        <w:t xml:space="preserve">Instructions: </w:t>
      </w:r>
      <w:r>
        <w:rPr>
          <w:i/>
          <w:color w:val="444444"/>
          <w:sz w:val="18"/>
        </w:rPr>
        <w:t>Mark ✓ under Yes, No, or N/A for each applicable item. Record details of any non-compliance in the Remarks / Corrective Action column. Significant findings should be transferred to the Findings &amp; Corrective Actions section.</w:t>
      </w:r>
    </w:p>
    <w:p w14:paraId="2AACD826" w14:textId="77777777" w:rsidR="009667E1" w:rsidRDefault="00000000">
      <w:pPr>
        <w:keepNext/>
        <w:spacing w:before="240" w:after="120"/>
      </w:pPr>
      <w:r>
        <w:rPr>
          <w:b/>
          <w:color w:val="1B365D"/>
          <w:sz w:val="22"/>
        </w:rPr>
        <w:t>2. WORK AT HEIGHT INSPECTION CHECKLIST</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576"/>
        <w:gridCol w:w="5472"/>
        <w:gridCol w:w="720"/>
        <w:gridCol w:w="720"/>
        <w:gridCol w:w="720"/>
        <w:gridCol w:w="2016"/>
      </w:tblGrid>
      <w:tr w:rsidR="009667E1" w14:paraId="1BE1848C" w14:textId="77777777">
        <w:trPr>
          <w:tblHeader/>
          <w:jc w:val="center"/>
        </w:trPr>
        <w:tc>
          <w:tcPr>
            <w:tcW w:w="576" w:type="dxa"/>
            <w:shd w:val="clear" w:color="auto" w:fill="1B365D"/>
            <w:tcMar>
              <w:top w:w="100" w:type="dxa"/>
              <w:left w:w="60" w:type="dxa"/>
              <w:bottom w:w="100" w:type="dxa"/>
              <w:right w:w="60" w:type="dxa"/>
            </w:tcMar>
          </w:tcPr>
          <w:p w14:paraId="43ECE513" w14:textId="77777777" w:rsidR="009667E1" w:rsidRDefault="00000000">
            <w:pPr>
              <w:spacing w:after="0"/>
              <w:jc w:val="center"/>
            </w:pPr>
            <w:r>
              <w:rPr>
                <w:b/>
                <w:color w:val="FFFFFF"/>
                <w:sz w:val="18"/>
              </w:rPr>
              <w:t>No.</w:t>
            </w:r>
          </w:p>
        </w:tc>
        <w:tc>
          <w:tcPr>
            <w:tcW w:w="5472" w:type="dxa"/>
            <w:shd w:val="clear" w:color="auto" w:fill="1B365D"/>
            <w:tcMar>
              <w:top w:w="100" w:type="dxa"/>
              <w:left w:w="60" w:type="dxa"/>
              <w:bottom w:w="100" w:type="dxa"/>
              <w:right w:w="60" w:type="dxa"/>
            </w:tcMar>
          </w:tcPr>
          <w:p w14:paraId="721CD760" w14:textId="77777777" w:rsidR="009667E1" w:rsidRDefault="00000000">
            <w:pPr>
              <w:spacing w:after="0"/>
            </w:pPr>
            <w:r>
              <w:rPr>
                <w:b/>
                <w:color w:val="FFFFFF"/>
                <w:sz w:val="18"/>
              </w:rPr>
              <w:t>Inspection Item</w:t>
            </w:r>
          </w:p>
        </w:tc>
        <w:tc>
          <w:tcPr>
            <w:tcW w:w="720" w:type="dxa"/>
            <w:shd w:val="clear" w:color="auto" w:fill="1B365D"/>
            <w:tcMar>
              <w:top w:w="100" w:type="dxa"/>
              <w:left w:w="60" w:type="dxa"/>
              <w:bottom w:w="100" w:type="dxa"/>
              <w:right w:w="60" w:type="dxa"/>
            </w:tcMar>
          </w:tcPr>
          <w:p w14:paraId="577F7708" w14:textId="77777777" w:rsidR="009667E1" w:rsidRDefault="00000000">
            <w:pPr>
              <w:spacing w:after="0"/>
              <w:jc w:val="center"/>
            </w:pPr>
            <w:r>
              <w:rPr>
                <w:b/>
                <w:color w:val="FFFFFF"/>
                <w:sz w:val="18"/>
              </w:rPr>
              <w:t>Yes</w:t>
            </w:r>
          </w:p>
        </w:tc>
        <w:tc>
          <w:tcPr>
            <w:tcW w:w="720" w:type="dxa"/>
            <w:shd w:val="clear" w:color="auto" w:fill="1B365D"/>
            <w:tcMar>
              <w:top w:w="100" w:type="dxa"/>
              <w:left w:w="60" w:type="dxa"/>
              <w:bottom w:w="100" w:type="dxa"/>
              <w:right w:w="60" w:type="dxa"/>
            </w:tcMar>
          </w:tcPr>
          <w:p w14:paraId="5006632B" w14:textId="77777777" w:rsidR="009667E1" w:rsidRDefault="00000000">
            <w:pPr>
              <w:spacing w:after="0"/>
              <w:jc w:val="center"/>
            </w:pPr>
            <w:r>
              <w:rPr>
                <w:b/>
                <w:color w:val="FFFFFF"/>
                <w:sz w:val="18"/>
              </w:rPr>
              <w:t>No</w:t>
            </w:r>
          </w:p>
        </w:tc>
        <w:tc>
          <w:tcPr>
            <w:tcW w:w="720" w:type="dxa"/>
            <w:shd w:val="clear" w:color="auto" w:fill="1B365D"/>
            <w:tcMar>
              <w:top w:w="100" w:type="dxa"/>
              <w:left w:w="60" w:type="dxa"/>
              <w:bottom w:w="100" w:type="dxa"/>
              <w:right w:w="60" w:type="dxa"/>
            </w:tcMar>
          </w:tcPr>
          <w:p w14:paraId="20174CBA" w14:textId="77777777" w:rsidR="009667E1" w:rsidRDefault="00000000">
            <w:pPr>
              <w:spacing w:after="0"/>
              <w:jc w:val="center"/>
            </w:pPr>
            <w:r>
              <w:rPr>
                <w:b/>
                <w:color w:val="FFFFFF"/>
                <w:sz w:val="18"/>
              </w:rPr>
              <w:t>N/A</w:t>
            </w:r>
          </w:p>
        </w:tc>
        <w:tc>
          <w:tcPr>
            <w:tcW w:w="2016" w:type="dxa"/>
            <w:shd w:val="clear" w:color="auto" w:fill="1B365D"/>
            <w:tcMar>
              <w:top w:w="100" w:type="dxa"/>
              <w:left w:w="60" w:type="dxa"/>
              <w:bottom w:w="100" w:type="dxa"/>
              <w:right w:w="60" w:type="dxa"/>
            </w:tcMar>
          </w:tcPr>
          <w:p w14:paraId="38E748D2" w14:textId="77777777" w:rsidR="009667E1" w:rsidRDefault="00000000">
            <w:pPr>
              <w:spacing w:after="0"/>
            </w:pPr>
            <w:r>
              <w:rPr>
                <w:b/>
                <w:color w:val="FFFFFF"/>
                <w:sz w:val="18"/>
              </w:rPr>
              <w:t>Remarks / Corrective Action</w:t>
            </w:r>
          </w:p>
        </w:tc>
      </w:tr>
      <w:tr w:rsidR="009667E1" w14:paraId="5322456C" w14:textId="77777777">
        <w:trPr>
          <w:cantSplit/>
          <w:jc w:val="center"/>
        </w:trPr>
        <w:tc>
          <w:tcPr>
            <w:tcW w:w="576" w:type="dxa"/>
            <w:shd w:val="clear" w:color="auto" w:fill="FFFFFF"/>
            <w:tcMar>
              <w:top w:w="60" w:type="dxa"/>
              <w:left w:w="60" w:type="dxa"/>
              <w:bottom w:w="60" w:type="dxa"/>
              <w:right w:w="60" w:type="dxa"/>
            </w:tcMar>
            <w:vAlign w:val="center"/>
          </w:tcPr>
          <w:p w14:paraId="35A6A3AF" w14:textId="77777777" w:rsidR="009667E1" w:rsidRDefault="00000000">
            <w:pPr>
              <w:spacing w:after="0"/>
              <w:jc w:val="center"/>
            </w:pPr>
            <w:r>
              <w:rPr>
                <w:b/>
                <w:color w:val="555555"/>
                <w:sz w:val="17"/>
              </w:rPr>
              <w:t>1</w:t>
            </w:r>
          </w:p>
        </w:tc>
        <w:tc>
          <w:tcPr>
            <w:tcW w:w="5472" w:type="dxa"/>
            <w:shd w:val="clear" w:color="auto" w:fill="FFFFFF"/>
            <w:tcMar>
              <w:top w:w="60" w:type="dxa"/>
              <w:left w:w="60" w:type="dxa"/>
              <w:bottom w:w="60" w:type="dxa"/>
              <w:right w:w="60" w:type="dxa"/>
            </w:tcMar>
            <w:vAlign w:val="center"/>
          </w:tcPr>
          <w:p w14:paraId="54E24C96" w14:textId="77777777" w:rsidR="009667E1" w:rsidRDefault="00000000">
            <w:pPr>
              <w:spacing w:after="0"/>
            </w:pPr>
            <w:r>
              <w:rPr>
                <w:sz w:val="17"/>
              </w:rPr>
              <w:t>Has the work-at-height activity been properly planned and assessed before work starts?</w:t>
            </w:r>
          </w:p>
        </w:tc>
        <w:tc>
          <w:tcPr>
            <w:tcW w:w="720" w:type="dxa"/>
            <w:shd w:val="clear" w:color="auto" w:fill="FFFFFF"/>
            <w:tcMar>
              <w:top w:w="60" w:type="dxa"/>
              <w:left w:w="60" w:type="dxa"/>
              <w:bottom w:w="60" w:type="dxa"/>
              <w:right w:w="60" w:type="dxa"/>
            </w:tcMar>
            <w:vAlign w:val="center"/>
          </w:tcPr>
          <w:p w14:paraId="08A0F26F"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21813AEF"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75BE958C"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2B7C1AF0" w14:textId="77777777" w:rsidR="009667E1" w:rsidRDefault="009667E1">
            <w:pPr>
              <w:spacing w:after="0"/>
            </w:pPr>
          </w:p>
        </w:tc>
      </w:tr>
      <w:tr w:rsidR="009667E1" w14:paraId="42E47385" w14:textId="77777777">
        <w:trPr>
          <w:cantSplit/>
          <w:jc w:val="center"/>
        </w:trPr>
        <w:tc>
          <w:tcPr>
            <w:tcW w:w="576" w:type="dxa"/>
            <w:shd w:val="clear" w:color="auto" w:fill="F9FAFC"/>
            <w:tcMar>
              <w:top w:w="60" w:type="dxa"/>
              <w:left w:w="60" w:type="dxa"/>
              <w:bottom w:w="60" w:type="dxa"/>
              <w:right w:w="60" w:type="dxa"/>
            </w:tcMar>
            <w:vAlign w:val="center"/>
          </w:tcPr>
          <w:p w14:paraId="64CE3113" w14:textId="77777777" w:rsidR="009667E1" w:rsidRDefault="00000000">
            <w:pPr>
              <w:spacing w:after="0"/>
              <w:jc w:val="center"/>
            </w:pPr>
            <w:r>
              <w:rPr>
                <w:b/>
                <w:color w:val="555555"/>
                <w:sz w:val="17"/>
              </w:rPr>
              <w:t>2</w:t>
            </w:r>
          </w:p>
        </w:tc>
        <w:tc>
          <w:tcPr>
            <w:tcW w:w="5472" w:type="dxa"/>
            <w:shd w:val="clear" w:color="auto" w:fill="F9FAFC"/>
            <w:tcMar>
              <w:top w:w="60" w:type="dxa"/>
              <w:left w:w="60" w:type="dxa"/>
              <w:bottom w:w="60" w:type="dxa"/>
              <w:right w:w="60" w:type="dxa"/>
            </w:tcMar>
            <w:vAlign w:val="center"/>
          </w:tcPr>
          <w:p w14:paraId="553D94DF" w14:textId="77777777" w:rsidR="009667E1" w:rsidRDefault="00000000">
            <w:pPr>
              <w:spacing w:after="0"/>
            </w:pPr>
            <w:r>
              <w:rPr>
                <w:sz w:val="17"/>
              </w:rPr>
              <w:t>Has a suitable risk assessment or task-specific hazard assessment been completed?</w:t>
            </w:r>
          </w:p>
        </w:tc>
        <w:tc>
          <w:tcPr>
            <w:tcW w:w="720" w:type="dxa"/>
            <w:shd w:val="clear" w:color="auto" w:fill="F9FAFC"/>
            <w:tcMar>
              <w:top w:w="60" w:type="dxa"/>
              <w:left w:w="60" w:type="dxa"/>
              <w:bottom w:w="60" w:type="dxa"/>
              <w:right w:w="60" w:type="dxa"/>
            </w:tcMar>
            <w:vAlign w:val="center"/>
          </w:tcPr>
          <w:p w14:paraId="3685093A"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28BFC439"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5FD7837D"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69DC48DF" w14:textId="77777777" w:rsidR="009667E1" w:rsidRDefault="009667E1">
            <w:pPr>
              <w:spacing w:after="0"/>
            </w:pPr>
          </w:p>
        </w:tc>
      </w:tr>
      <w:tr w:rsidR="009667E1" w14:paraId="43BA5F51" w14:textId="77777777">
        <w:trPr>
          <w:cantSplit/>
          <w:jc w:val="center"/>
        </w:trPr>
        <w:tc>
          <w:tcPr>
            <w:tcW w:w="576" w:type="dxa"/>
            <w:shd w:val="clear" w:color="auto" w:fill="FFFFFF"/>
            <w:tcMar>
              <w:top w:w="60" w:type="dxa"/>
              <w:left w:w="60" w:type="dxa"/>
              <w:bottom w:w="60" w:type="dxa"/>
              <w:right w:w="60" w:type="dxa"/>
            </w:tcMar>
            <w:vAlign w:val="center"/>
          </w:tcPr>
          <w:p w14:paraId="51308D5B" w14:textId="77777777" w:rsidR="009667E1" w:rsidRDefault="00000000">
            <w:pPr>
              <w:spacing w:after="0"/>
              <w:jc w:val="center"/>
            </w:pPr>
            <w:r>
              <w:rPr>
                <w:b/>
                <w:color w:val="555555"/>
                <w:sz w:val="17"/>
              </w:rPr>
              <w:t>3</w:t>
            </w:r>
          </w:p>
        </w:tc>
        <w:tc>
          <w:tcPr>
            <w:tcW w:w="5472" w:type="dxa"/>
            <w:shd w:val="clear" w:color="auto" w:fill="FFFFFF"/>
            <w:tcMar>
              <w:top w:w="60" w:type="dxa"/>
              <w:left w:w="60" w:type="dxa"/>
              <w:bottom w:w="60" w:type="dxa"/>
              <w:right w:w="60" w:type="dxa"/>
            </w:tcMar>
            <w:vAlign w:val="center"/>
          </w:tcPr>
          <w:p w14:paraId="4EABC64E" w14:textId="77777777" w:rsidR="009667E1" w:rsidRDefault="00000000">
            <w:pPr>
              <w:spacing w:after="0"/>
            </w:pPr>
            <w:r>
              <w:rPr>
                <w:sz w:val="17"/>
              </w:rPr>
              <w:t>Have suitable measures been established to prevent falls and minimize the consequences of a fall?</w:t>
            </w:r>
          </w:p>
        </w:tc>
        <w:tc>
          <w:tcPr>
            <w:tcW w:w="720" w:type="dxa"/>
            <w:shd w:val="clear" w:color="auto" w:fill="FFFFFF"/>
            <w:tcMar>
              <w:top w:w="60" w:type="dxa"/>
              <w:left w:w="60" w:type="dxa"/>
              <w:bottom w:w="60" w:type="dxa"/>
              <w:right w:w="60" w:type="dxa"/>
            </w:tcMar>
            <w:vAlign w:val="center"/>
          </w:tcPr>
          <w:p w14:paraId="2EE38DE8"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6AC7C283"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C7E1580"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5C0B975B" w14:textId="77777777" w:rsidR="009667E1" w:rsidRDefault="009667E1">
            <w:pPr>
              <w:spacing w:after="0"/>
            </w:pPr>
          </w:p>
        </w:tc>
      </w:tr>
      <w:tr w:rsidR="009667E1" w14:paraId="396C1C88" w14:textId="77777777">
        <w:trPr>
          <w:cantSplit/>
          <w:jc w:val="center"/>
        </w:trPr>
        <w:tc>
          <w:tcPr>
            <w:tcW w:w="576" w:type="dxa"/>
            <w:shd w:val="clear" w:color="auto" w:fill="F9FAFC"/>
            <w:tcMar>
              <w:top w:w="60" w:type="dxa"/>
              <w:left w:w="60" w:type="dxa"/>
              <w:bottom w:w="60" w:type="dxa"/>
              <w:right w:w="60" w:type="dxa"/>
            </w:tcMar>
            <w:vAlign w:val="center"/>
          </w:tcPr>
          <w:p w14:paraId="5FE7776C" w14:textId="77777777" w:rsidR="009667E1" w:rsidRDefault="00000000">
            <w:pPr>
              <w:spacing w:after="0"/>
              <w:jc w:val="center"/>
            </w:pPr>
            <w:r>
              <w:rPr>
                <w:b/>
                <w:color w:val="555555"/>
                <w:sz w:val="17"/>
              </w:rPr>
              <w:t>4</w:t>
            </w:r>
          </w:p>
        </w:tc>
        <w:tc>
          <w:tcPr>
            <w:tcW w:w="5472" w:type="dxa"/>
            <w:shd w:val="clear" w:color="auto" w:fill="F9FAFC"/>
            <w:tcMar>
              <w:top w:w="60" w:type="dxa"/>
              <w:left w:w="60" w:type="dxa"/>
              <w:bottom w:w="60" w:type="dxa"/>
              <w:right w:w="60" w:type="dxa"/>
            </w:tcMar>
            <w:vAlign w:val="center"/>
          </w:tcPr>
          <w:p w14:paraId="4DDD51A3" w14:textId="77777777" w:rsidR="009667E1" w:rsidRDefault="00000000">
            <w:pPr>
              <w:spacing w:after="0"/>
            </w:pPr>
            <w:r>
              <w:rPr>
                <w:sz w:val="17"/>
              </w:rPr>
              <w:t>Are workers performing work at height suitably trained and competent for the activity?</w:t>
            </w:r>
          </w:p>
        </w:tc>
        <w:tc>
          <w:tcPr>
            <w:tcW w:w="720" w:type="dxa"/>
            <w:shd w:val="clear" w:color="auto" w:fill="F9FAFC"/>
            <w:tcMar>
              <w:top w:w="60" w:type="dxa"/>
              <w:left w:w="60" w:type="dxa"/>
              <w:bottom w:w="60" w:type="dxa"/>
              <w:right w:w="60" w:type="dxa"/>
            </w:tcMar>
            <w:vAlign w:val="center"/>
          </w:tcPr>
          <w:p w14:paraId="3E91A72B"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4C6E500"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0D4C1CAD"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3BF4CD13" w14:textId="77777777" w:rsidR="009667E1" w:rsidRDefault="009667E1">
            <w:pPr>
              <w:spacing w:after="0"/>
            </w:pPr>
          </w:p>
        </w:tc>
      </w:tr>
      <w:tr w:rsidR="009667E1" w14:paraId="38E42679" w14:textId="77777777">
        <w:trPr>
          <w:cantSplit/>
          <w:jc w:val="center"/>
        </w:trPr>
        <w:tc>
          <w:tcPr>
            <w:tcW w:w="576" w:type="dxa"/>
            <w:shd w:val="clear" w:color="auto" w:fill="FFFFFF"/>
            <w:tcMar>
              <w:top w:w="60" w:type="dxa"/>
              <w:left w:w="60" w:type="dxa"/>
              <w:bottom w:w="60" w:type="dxa"/>
              <w:right w:w="60" w:type="dxa"/>
            </w:tcMar>
            <w:vAlign w:val="center"/>
          </w:tcPr>
          <w:p w14:paraId="038F63F4" w14:textId="77777777" w:rsidR="009667E1" w:rsidRDefault="00000000">
            <w:pPr>
              <w:spacing w:after="0"/>
              <w:jc w:val="center"/>
            </w:pPr>
            <w:r>
              <w:rPr>
                <w:b/>
                <w:color w:val="555555"/>
                <w:sz w:val="17"/>
              </w:rPr>
              <w:t>5</w:t>
            </w:r>
          </w:p>
        </w:tc>
        <w:tc>
          <w:tcPr>
            <w:tcW w:w="5472" w:type="dxa"/>
            <w:shd w:val="clear" w:color="auto" w:fill="FFFFFF"/>
            <w:tcMar>
              <w:top w:w="60" w:type="dxa"/>
              <w:left w:w="60" w:type="dxa"/>
              <w:bottom w:w="60" w:type="dxa"/>
              <w:right w:w="60" w:type="dxa"/>
            </w:tcMar>
            <w:vAlign w:val="center"/>
          </w:tcPr>
          <w:p w14:paraId="2EFA3340" w14:textId="77777777" w:rsidR="009667E1" w:rsidRDefault="00000000">
            <w:pPr>
              <w:spacing w:after="0"/>
            </w:pPr>
            <w:r>
              <w:rPr>
                <w:sz w:val="17"/>
              </w:rPr>
              <w:t>Are workers wearing task-appropriate PPE, including suitable fall-protection equipment where required?</w:t>
            </w:r>
          </w:p>
        </w:tc>
        <w:tc>
          <w:tcPr>
            <w:tcW w:w="720" w:type="dxa"/>
            <w:shd w:val="clear" w:color="auto" w:fill="FFFFFF"/>
            <w:tcMar>
              <w:top w:w="60" w:type="dxa"/>
              <w:left w:w="60" w:type="dxa"/>
              <w:bottom w:w="60" w:type="dxa"/>
              <w:right w:w="60" w:type="dxa"/>
            </w:tcMar>
            <w:vAlign w:val="center"/>
          </w:tcPr>
          <w:p w14:paraId="4F8CED26"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6C72AEE8"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6ACEDE6"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332F4E86" w14:textId="77777777" w:rsidR="009667E1" w:rsidRDefault="009667E1">
            <w:pPr>
              <w:spacing w:after="0"/>
            </w:pPr>
          </w:p>
        </w:tc>
      </w:tr>
      <w:tr w:rsidR="009667E1" w14:paraId="71C0F926" w14:textId="77777777">
        <w:trPr>
          <w:cantSplit/>
          <w:jc w:val="center"/>
        </w:trPr>
        <w:tc>
          <w:tcPr>
            <w:tcW w:w="576" w:type="dxa"/>
            <w:shd w:val="clear" w:color="auto" w:fill="F9FAFC"/>
            <w:tcMar>
              <w:top w:w="60" w:type="dxa"/>
              <w:left w:w="60" w:type="dxa"/>
              <w:bottom w:w="60" w:type="dxa"/>
              <w:right w:w="60" w:type="dxa"/>
            </w:tcMar>
            <w:vAlign w:val="center"/>
          </w:tcPr>
          <w:p w14:paraId="23A4C7DA" w14:textId="77777777" w:rsidR="009667E1" w:rsidRDefault="00000000">
            <w:pPr>
              <w:spacing w:after="0"/>
              <w:jc w:val="center"/>
            </w:pPr>
            <w:r>
              <w:rPr>
                <w:b/>
                <w:color w:val="555555"/>
                <w:sz w:val="17"/>
              </w:rPr>
              <w:t>6</w:t>
            </w:r>
          </w:p>
        </w:tc>
        <w:tc>
          <w:tcPr>
            <w:tcW w:w="5472" w:type="dxa"/>
            <w:shd w:val="clear" w:color="auto" w:fill="F9FAFC"/>
            <w:tcMar>
              <w:top w:w="60" w:type="dxa"/>
              <w:left w:w="60" w:type="dxa"/>
              <w:bottom w:w="60" w:type="dxa"/>
              <w:right w:w="60" w:type="dxa"/>
            </w:tcMar>
            <w:vAlign w:val="center"/>
          </w:tcPr>
          <w:p w14:paraId="0393AC26" w14:textId="77777777" w:rsidR="009667E1" w:rsidRDefault="00000000">
            <w:pPr>
              <w:spacing w:after="0"/>
            </w:pPr>
            <w:r>
              <w:rPr>
                <w:sz w:val="17"/>
              </w:rPr>
              <w:t>Are workers using fall-protection equipment correctly and in accordance with the manufacturer's instructions?</w:t>
            </w:r>
          </w:p>
        </w:tc>
        <w:tc>
          <w:tcPr>
            <w:tcW w:w="720" w:type="dxa"/>
            <w:shd w:val="clear" w:color="auto" w:fill="F9FAFC"/>
            <w:tcMar>
              <w:top w:w="60" w:type="dxa"/>
              <w:left w:w="60" w:type="dxa"/>
              <w:bottom w:w="60" w:type="dxa"/>
              <w:right w:w="60" w:type="dxa"/>
            </w:tcMar>
            <w:vAlign w:val="center"/>
          </w:tcPr>
          <w:p w14:paraId="533FD8E3"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53706750"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1A3842A7"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7B61CB4B" w14:textId="77777777" w:rsidR="009667E1" w:rsidRDefault="009667E1">
            <w:pPr>
              <w:spacing w:after="0"/>
            </w:pPr>
          </w:p>
        </w:tc>
      </w:tr>
      <w:tr w:rsidR="009667E1" w14:paraId="3DF5C14A" w14:textId="77777777">
        <w:trPr>
          <w:cantSplit/>
          <w:jc w:val="center"/>
        </w:trPr>
        <w:tc>
          <w:tcPr>
            <w:tcW w:w="576" w:type="dxa"/>
            <w:shd w:val="clear" w:color="auto" w:fill="FFFFFF"/>
            <w:tcMar>
              <w:top w:w="60" w:type="dxa"/>
              <w:left w:w="60" w:type="dxa"/>
              <w:bottom w:w="60" w:type="dxa"/>
              <w:right w:w="60" w:type="dxa"/>
            </w:tcMar>
            <w:vAlign w:val="center"/>
          </w:tcPr>
          <w:p w14:paraId="13231F38" w14:textId="77777777" w:rsidR="009667E1" w:rsidRDefault="00000000">
            <w:pPr>
              <w:spacing w:after="0"/>
              <w:jc w:val="center"/>
            </w:pPr>
            <w:r>
              <w:rPr>
                <w:b/>
                <w:color w:val="555555"/>
                <w:sz w:val="17"/>
              </w:rPr>
              <w:t>7</w:t>
            </w:r>
          </w:p>
        </w:tc>
        <w:tc>
          <w:tcPr>
            <w:tcW w:w="5472" w:type="dxa"/>
            <w:shd w:val="clear" w:color="auto" w:fill="FFFFFF"/>
            <w:tcMar>
              <w:top w:w="60" w:type="dxa"/>
              <w:left w:w="60" w:type="dxa"/>
              <w:bottom w:w="60" w:type="dxa"/>
              <w:right w:w="60" w:type="dxa"/>
            </w:tcMar>
            <w:vAlign w:val="center"/>
          </w:tcPr>
          <w:p w14:paraId="457156EC" w14:textId="77777777" w:rsidR="009667E1" w:rsidRDefault="00000000">
            <w:pPr>
              <w:spacing w:after="0"/>
            </w:pPr>
            <w:r>
              <w:rPr>
                <w:sz w:val="17"/>
              </w:rPr>
              <w:t>Is safe and suitable access provided to the work-at-height location?</w:t>
            </w:r>
          </w:p>
        </w:tc>
        <w:tc>
          <w:tcPr>
            <w:tcW w:w="720" w:type="dxa"/>
            <w:shd w:val="clear" w:color="auto" w:fill="FFFFFF"/>
            <w:tcMar>
              <w:top w:w="60" w:type="dxa"/>
              <w:left w:w="60" w:type="dxa"/>
              <w:bottom w:w="60" w:type="dxa"/>
              <w:right w:w="60" w:type="dxa"/>
            </w:tcMar>
            <w:vAlign w:val="center"/>
          </w:tcPr>
          <w:p w14:paraId="282082B0"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2426372"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47EDC728"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07FE32F6" w14:textId="77777777" w:rsidR="009667E1" w:rsidRDefault="009667E1">
            <w:pPr>
              <w:spacing w:after="0"/>
            </w:pPr>
          </w:p>
        </w:tc>
      </w:tr>
      <w:tr w:rsidR="009667E1" w14:paraId="7F054082" w14:textId="77777777">
        <w:trPr>
          <w:cantSplit/>
          <w:jc w:val="center"/>
        </w:trPr>
        <w:tc>
          <w:tcPr>
            <w:tcW w:w="576" w:type="dxa"/>
            <w:shd w:val="clear" w:color="auto" w:fill="F9FAFC"/>
            <w:tcMar>
              <w:top w:w="60" w:type="dxa"/>
              <w:left w:w="60" w:type="dxa"/>
              <w:bottom w:w="60" w:type="dxa"/>
              <w:right w:w="60" w:type="dxa"/>
            </w:tcMar>
            <w:vAlign w:val="center"/>
          </w:tcPr>
          <w:p w14:paraId="1804F705" w14:textId="77777777" w:rsidR="009667E1" w:rsidRDefault="00000000">
            <w:pPr>
              <w:spacing w:after="0"/>
              <w:jc w:val="center"/>
            </w:pPr>
            <w:r>
              <w:rPr>
                <w:b/>
                <w:color w:val="555555"/>
                <w:sz w:val="17"/>
              </w:rPr>
              <w:t>8</w:t>
            </w:r>
          </w:p>
        </w:tc>
        <w:tc>
          <w:tcPr>
            <w:tcW w:w="5472" w:type="dxa"/>
            <w:shd w:val="clear" w:color="auto" w:fill="F9FAFC"/>
            <w:tcMar>
              <w:top w:w="60" w:type="dxa"/>
              <w:left w:w="60" w:type="dxa"/>
              <w:bottom w:w="60" w:type="dxa"/>
              <w:right w:w="60" w:type="dxa"/>
            </w:tcMar>
            <w:vAlign w:val="center"/>
          </w:tcPr>
          <w:p w14:paraId="11854B11" w14:textId="77777777" w:rsidR="009667E1" w:rsidRDefault="00000000">
            <w:pPr>
              <w:spacing w:after="0"/>
            </w:pPr>
            <w:r>
              <w:rPr>
                <w:sz w:val="17"/>
              </w:rPr>
              <w:t>Are working platforms stable, adequately supported and suitable for the intended work?</w:t>
            </w:r>
          </w:p>
        </w:tc>
        <w:tc>
          <w:tcPr>
            <w:tcW w:w="720" w:type="dxa"/>
            <w:shd w:val="clear" w:color="auto" w:fill="F9FAFC"/>
            <w:tcMar>
              <w:top w:w="60" w:type="dxa"/>
              <w:left w:w="60" w:type="dxa"/>
              <w:bottom w:w="60" w:type="dxa"/>
              <w:right w:w="60" w:type="dxa"/>
            </w:tcMar>
            <w:vAlign w:val="center"/>
          </w:tcPr>
          <w:p w14:paraId="419D9342"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55271AC6"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583B08ED"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6BD2549F" w14:textId="77777777" w:rsidR="009667E1" w:rsidRDefault="009667E1">
            <w:pPr>
              <w:spacing w:after="0"/>
            </w:pPr>
          </w:p>
        </w:tc>
      </w:tr>
      <w:tr w:rsidR="009667E1" w14:paraId="6E6AF406" w14:textId="77777777">
        <w:trPr>
          <w:cantSplit/>
          <w:jc w:val="center"/>
        </w:trPr>
        <w:tc>
          <w:tcPr>
            <w:tcW w:w="576" w:type="dxa"/>
            <w:shd w:val="clear" w:color="auto" w:fill="FFFFFF"/>
            <w:tcMar>
              <w:top w:w="60" w:type="dxa"/>
              <w:left w:w="60" w:type="dxa"/>
              <w:bottom w:w="60" w:type="dxa"/>
              <w:right w:w="60" w:type="dxa"/>
            </w:tcMar>
            <w:vAlign w:val="center"/>
          </w:tcPr>
          <w:p w14:paraId="0788B909" w14:textId="77777777" w:rsidR="009667E1" w:rsidRDefault="00000000">
            <w:pPr>
              <w:spacing w:after="0"/>
              <w:jc w:val="center"/>
            </w:pPr>
            <w:r>
              <w:rPr>
                <w:b/>
                <w:color w:val="555555"/>
                <w:sz w:val="17"/>
              </w:rPr>
              <w:t>9</w:t>
            </w:r>
          </w:p>
        </w:tc>
        <w:tc>
          <w:tcPr>
            <w:tcW w:w="5472" w:type="dxa"/>
            <w:shd w:val="clear" w:color="auto" w:fill="FFFFFF"/>
            <w:tcMar>
              <w:top w:w="60" w:type="dxa"/>
              <w:left w:w="60" w:type="dxa"/>
              <w:bottom w:w="60" w:type="dxa"/>
              <w:right w:w="60" w:type="dxa"/>
            </w:tcMar>
            <w:vAlign w:val="center"/>
          </w:tcPr>
          <w:p w14:paraId="232F40D9" w14:textId="77777777" w:rsidR="009667E1" w:rsidRDefault="00000000">
            <w:pPr>
              <w:spacing w:after="0"/>
            </w:pPr>
            <w:r>
              <w:rPr>
                <w:sz w:val="17"/>
              </w:rPr>
              <w:t>Are working platforms adequately decked and free from unnecessary gaps, openings or trip hazards?</w:t>
            </w:r>
          </w:p>
        </w:tc>
        <w:tc>
          <w:tcPr>
            <w:tcW w:w="720" w:type="dxa"/>
            <w:shd w:val="clear" w:color="auto" w:fill="FFFFFF"/>
            <w:tcMar>
              <w:top w:w="60" w:type="dxa"/>
              <w:left w:w="60" w:type="dxa"/>
              <w:bottom w:w="60" w:type="dxa"/>
              <w:right w:w="60" w:type="dxa"/>
            </w:tcMar>
            <w:vAlign w:val="center"/>
          </w:tcPr>
          <w:p w14:paraId="66D78F9C"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76AD3826"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6E4FF9E5"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0D32BC35" w14:textId="77777777" w:rsidR="009667E1" w:rsidRDefault="009667E1">
            <w:pPr>
              <w:spacing w:after="0"/>
            </w:pPr>
          </w:p>
        </w:tc>
      </w:tr>
      <w:tr w:rsidR="009667E1" w14:paraId="30FDE02D" w14:textId="77777777">
        <w:trPr>
          <w:cantSplit/>
          <w:jc w:val="center"/>
        </w:trPr>
        <w:tc>
          <w:tcPr>
            <w:tcW w:w="576" w:type="dxa"/>
            <w:shd w:val="clear" w:color="auto" w:fill="F9FAFC"/>
            <w:tcMar>
              <w:top w:w="60" w:type="dxa"/>
              <w:left w:w="60" w:type="dxa"/>
              <w:bottom w:w="60" w:type="dxa"/>
              <w:right w:w="60" w:type="dxa"/>
            </w:tcMar>
            <w:vAlign w:val="center"/>
          </w:tcPr>
          <w:p w14:paraId="182081EB" w14:textId="77777777" w:rsidR="009667E1" w:rsidRDefault="00000000">
            <w:pPr>
              <w:spacing w:after="0"/>
              <w:jc w:val="center"/>
            </w:pPr>
            <w:r>
              <w:rPr>
                <w:b/>
                <w:color w:val="555555"/>
                <w:sz w:val="17"/>
              </w:rPr>
              <w:t>10</w:t>
            </w:r>
          </w:p>
        </w:tc>
        <w:tc>
          <w:tcPr>
            <w:tcW w:w="5472" w:type="dxa"/>
            <w:shd w:val="clear" w:color="auto" w:fill="F9FAFC"/>
            <w:tcMar>
              <w:top w:w="60" w:type="dxa"/>
              <w:left w:w="60" w:type="dxa"/>
              <w:bottom w:w="60" w:type="dxa"/>
              <w:right w:w="60" w:type="dxa"/>
            </w:tcMar>
            <w:vAlign w:val="center"/>
          </w:tcPr>
          <w:p w14:paraId="3224D20A" w14:textId="77777777" w:rsidR="009667E1" w:rsidRDefault="00000000">
            <w:pPr>
              <w:spacing w:after="0"/>
            </w:pPr>
            <w:r>
              <w:rPr>
                <w:sz w:val="17"/>
              </w:rPr>
              <w:t>Are access routes and working platforms maintained clear of unnecessary materials and obstructions?</w:t>
            </w:r>
          </w:p>
        </w:tc>
        <w:tc>
          <w:tcPr>
            <w:tcW w:w="720" w:type="dxa"/>
            <w:shd w:val="clear" w:color="auto" w:fill="F9FAFC"/>
            <w:tcMar>
              <w:top w:w="60" w:type="dxa"/>
              <w:left w:w="60" w:type="dxa"/>
              <w:bottom w:w="60" w:type="dxa"/>
              <w:right w:w="60" w:type="dxa"/>
            </w:tcMar>
            <w:vAlign w:val="center"/>
          </w:tcPr>
          <w:p w14:paraId="499A8FEA"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498FEC62"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316C466A"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21D6300B" w14:textId="77777777" w:rsidR="009667E1" w:rsidRDefault="009667E1">
            <w:pPr>
              <w:spacing w:after="0"/>
            </w:pPr>
          </w:p>
        </w:tc>
      </w:tr>
      <w:tr w:rsidR="009667E1" w14:paraId="24FBB709" w14:textId="77777777">
        <w:trPr>
          <w:cantSplit/>
          <w:jc w:val="center"/>
        </w:trPr>
        <w:tc>
          <w:tcPr>
            <w:tcW w:w="576" w:type="dxa"/>
            <w:shd w:val="clear" w:color="auto" w:fill="FFFFFF"/>
            <w:tcMar>
              <w:top w:w="60" w:type="dxa"/>
              <w:left w:w="60" w:type="dxa"/>
              <w:bottom w:w="60" w:type="dxa"/>
              <w:right w:w="60" w:type="dxa"/>
            </w:tcMar>
            <w:vAlign w:val="center"/>
          </w:tcPr>
          <w:p w14:paraId="168DF172" w14:textId="77777777" w:rsidR="009667E1" w:rsidRDefault="00000000">
            <w:pPr>
              <w:spacing w:after="0"/>
              <w:jc w:val="center"/>
            </w:pPr>
            <w:r>
              <w:rPr>
                <w:b/>
                <w:color w:val="555555"/>
                <w:sz w:val="17"/>
              </w:rPr>
              <w:t>11</w:t>
            </w:r>
          </w:p>
        </w:tc>
        <w:tc>
          <w:tcPr>
            <w:tcW w:w="5472" w:type="dxa"/>
            <w:shd w:val="clear" w:color="auto" w:fill="FFFFFF"/>
            <w:tcMar>
              <w:top w:w="60" w:type="dxa"/>
              <w:left w:w="60" w:type="dxa"/>
              <w:bottom w:w="60" w:type="dxa"/>
              <w:right w:w="60" w:type="dxa"/>
            </w:tcMar>
            <w:vAlign w:val="center"/>
          </w:tcPr>
          <w:p w14:paraId="5E7466BF" w14:textId="77777777" w:rsidR="009667E1" w:rsidRDefault="00000000">
            <w:pPr>
              <w:spacing w:after="0"/>
            </w:pPr>
            <w:r>
              <w:rPr>
                <w:sz w:val="17"/>
              </w:rPr>
              <w:t>Are scaffolds inspected by a competent person at the required intervals and after relevant changes or events?</w:t>
            </w:r>
          </w:p>
        </w:tc>
        <w:tc>
          <w:tcPr>
            <w:tcW w:w="720" w:type="dxa"/>
            <w:shd w:val="clear" w:color="auto" w:fill="FFFFFF"/>
            <w:tcMar>
              <w:top w:w="60" w:type="dxa"/>
              <w:left w:w="60" w:type="dxa"/>
              <w:bottom w:w="60" w:type="dxa"/>
              <w:right w:w="60" w:type="dxa"/>
            </w:tcMar>
            <w:vAlign w:val="center"/>
          </w:tcPr>
          <w:p w14:paraId="3296A067"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5794624A"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728B86AC"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6DBA73DC" w14:textId="77777777" w:rsidR="009667E1" w:rsidRDefault="009667E1">
            <w:pPr>
              <w:spacing w:after="0"/>
            </w:pPr>
          </w:p>
        </w:tc>
      </w:tr>
      <w:tr w:rsidR="009667E1" w14:paraId="1655D7C5" w14:textId="77777777">
        <w:trPr>
          <w:cantSplit/>
          <w:jc w:val="center"/>
        </w:trPr>
        <w:tc>
          <w:tcPr>
            <w:tcW w:w="576" w:type="dxa"/>
            <w:shd w:val="clear" w:color="auto" w:fill="F9FAFC"/>
            <w:tcMar>
              <w:top w:w="60" w:type="dxa"/>
              <w:left w:w="60" w:type="dxa"/>
              <w:bottom w:w="60" w:type="dxa"/>
              <w:right w:w="60" w:type="dxa"/>
            </w:tcMar>
            <w:vAlign w:val="center"/>
          </w:tcPr>
          <w:p w14:paraId="67A98E56" w14:textId="77777777" w:rsidR="009667E1" w:rsidRDefault="00000000">
            <w:pPr>
              <w:spacing w:after="0"/>
              <w:jc w:val="center"/>
            </w:pPr>
            <w:r>
              <w:rPr>
                <w:b/>
                <w:color w:val="555555"/>
                <w:sz w:val="17"/>
              </w:rPr>
              <w:t>12</w:t>
            </w:r>
          </w:p>
        </w:tc>
        <w:tc>
          <w:tcPr>
            <w:tcW w:w="5472" w:type="dxa"/>
            <w:shd w:val="clear" w:color="auto" w:fill="F9FAFC"/>
            <w:tcMar>
              <w:top w:w="60" w:type="dxa"/>
              <w:left w:w="60" w:type="dxa"/>
              <w:bottom w:w="60" w:type="dxa"/>
              <w:right w:w="60" w:type="dxa"/>
            </w:tcMar>
            <w:vAlign w:val="center"/>
          </w:tcPr>
          <w:p w14:paraId="6EC670AD" w14:textId="77777777" w:rsidR="009667E1" w:rsidRDefault="00000000">
            <w:pPr>
              <w:spacing w:after="0"/>
            </w:pPr>
            <w:r>
              <w:rPr>
                <w:sz w:val="17"/>
              </w:rPr>
              <w:t>Are scaffolds provided with suitable guardrails, midrails and toe boards where required?</w:t>
            </w:r>
          </w:p>
        </w:tc>
        <w:tc>
          <w:tcPr>
            <w:tcW w:w="720" w:type="dxa"/>
            <w:shd w:val="clear" w:color="auto" w:fill="F9FAFC"/>
            <w:tcMar>
              <w:top w:w="60" w:type="dxa"/>
              <w:left w:w="60" w:type="dxa"/>
              <w:bottom w:w="60" w:type="dxa"/>
              <w:right w:w="60" w:type="dxa"/>
            </w:tcMar>
            <w:vAlign w:val="center"/>
          </w:tcPr>
          <w:p w14:paraId="4DDD8B37"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4732AC40"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E06E2F8"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693E4E7C" w14:textId="77777777" w:rsidR="009667E1" w:rsidRDefault="009667E1">
            <w:pPr>
              <w:spacing w:after="0"/>
            </w:pPr>
          </w:p>
        </w:tc>
      </w:tr>
      <w:tr w:rsidR="009667E1" w14:paraId="5D4A7104" w14:textId="77777777">
        <w:trPr>
          <w:cantSplit/>
          <w:jc w:val="center"/>
        </w:trPr>
        <w:tc>
          <w:tcPr>
            <w:tcW w:w="576" w:type="dxa"/>
            <w:shd w:val="clear" w:color="auto" w:fill="FFFFFF"/>
            <w:tcMar>
              <w:top w:w="60" w:type="dxa"/>
              <w:left w:w="60" w:type="dxa"/>
              <w:bottom w:w="60" w:type="dxa"/>
              <w:right w:w="60" w:type="dxa"/>
            </w:tcMar>
            <w:vAlign w:val="center"/>
          </w:tcPr>
          <w:p w14:paraId="7643698B" w14:textId="77777777" w:rsidR="009667E1" w:rsidRDefault="00000000">
            <w:pPr>
              <w:spacing w:after="0"/>
              <w:jc w:val="center"/>
            </w:pPr>
            <w:r>
              <w:rPr>
                <w:b/>
                <w:color w:val="555555"/>
                <w:sz w:val="17"/>
              </w:rPr>
              <w:t>13</w:t>
            </w:r>
          </w:p>
        </w:tc>
        <w:tc>
          <w:tcPr>
            <w:tcW w:w="5472" w:type="dxa"/>
            <w:shd w:val="clear" w:color="auto" w:fill="FFFFFF"/>
            <w:tcMar>
              <w:top w:w="60" w:type="dxa"/>
              <w:left w:w="60" w:type="dxa"/>
              <w:bottom w:w="60" w:type="dxa"/>
              <w:right w:w="60" w:type="dxa"/>
            </w:tcMar>
            <w:vAlign w:val="center"/>
          </w:tcPr>
          <w:p w14:paraId="1334F68E" w14:textId="77777777" w:rsidR="009667E1" w:rsidRDefault="00000000">
            <w:pPr>
              <w:spacing w:after="0"/>
            </w:pPr>
            <w:r>
              <w:rPr>
                <w:sz w:val="17"/>
              </w:rPr>
              <w:t>Are ladders suitable, in good condition, secured where necessary and used correctly?</w:t>
            </w:r>
          </w:p>
        </w:tc>
        <w:tc>
          <w:tcPr>
            <w:tcW w:w="720" w:type="dxa"/>
            <w:shd w:val="clear" w:color="auto" w:fill="FFFFFF"/>
            <w:tcMar>
              <w:top w:w="60" w:type="dxa"/>
              <w:left w:w="60" w:type="dxa"/>
              <w:bottom w:w="60" w:type="dxa"/>
              <w:right w:w="60" w:type="dxa"/>
            </w:tcMar>
            <w:vAlign w:val="center"/>
          </w:tcPr>
          <w:p w14:paraId="71E35F34"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3AC841E1"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2F943579"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63D4298A" w14:textId="77777777" w:rsidR="009667E1" w:rsidRDefault="009667E1">
            <w:pPr>
              <w:spacing w:after="0"/>
            </w:pPr>
          </w:p>
        </w:tc>
      </w:tr>
      <w:tr w:rsidR="009667E1" w14:paraId="20597921" w14:textId="77777777">
        <w:trPr>
          <w:cantSplit/>
          <w:jc w:val="center"/>
        </w:trPr>
        <w:tc>
          <w:tcPr>
            <w:tcW w:w="576" w:type="dxa"/>
            <w:shd w:val="clear" w:color="auto" w:fill="F9FAFC"/>
            <w:tcMar>
              <w:top w:w="60" w:type="dxa"/>
              <w:left w:w="60" w:type="dxa"/>
              <w:bottom w:w="60" w:type="dxa"/>
              <w:right w:w="60" w:type="dxa"/>
            </w:tcMar>
            <w:vAlign w:val="center"/>
          </w:tcPr>
          <w:p w14:paraId="0BDE9726" w14:textId="77777777" w:rsidR="009667E1" w:rsidRDefault="00000000">
            <w:pPr>
              <w:spacing w:after="0"/>
              <w:jc w:val="center"/>
            </w:pPr>
            <w:r>
              <w:rPr>
                <w:b/>
                <w:color w:val="555555"/>
                <w:sz w:val="17"/>
              </w:rPr>
              <w:t>14</w:t>
            </w:r>
          </w:p>
        </w:tc>
        <w:tc>
          <w:tcPr>
            <w:tcW w:w="5472" w:type="dxa"/>
            <w:shd w:val="clear" w:color="auto" w:fill="F9FAFC"/>
            <w:tcMar>
              <w:top w:w="60" w:type="dxa"/>
              <w:left w:w="60" w:type="dxa"/>
              <w:bottom w:w="60" w:type="dxa"/>
              <w:right w:w="60" w:type="dxa"/>
            </w:tcMar>
            <w:vAlign w:val="center"/>
          </w:tcPr>
          <w:p w14:paraId="75594778" w14:textId="77777777" w:rsidR="009667E1" w:rsidRDefault="00000000">
            <w:pPr>
              <w:spacing w:after="0"/>
            </w:pPr>
            <w:r>
              <w:rPr>
                <w:sz w:val="17"/>
              </w:rPr>
              <w:t>Are damaged or defective scaffolds, ladders or components immediately removed from service?</w:t>
            </w:r>
          </w:p>
        </w:tc>
        <w:tc>
          <w:tcPr>
            <w:tcW w:w="720" w:type="dxa"/>
            <w:shd w:val="clear" w:color="auto" w:fill="F9FAFC"/>
            <w:tcMar>
              <w:top w:w="60" w:type="dxa"/>
              <w:left w:w="60" w:type="dxa"/>
              <w:bottom w:w="60" w:type="dxa"/>
              <w:right w:w="60" w:type="dxa"/>
            </w:tcMar>
            <w:vAlign w:val="center"/>
          </w:tcPr>
          <w:p w14:paraId="7D17CF69"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157CE310"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31F9049"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1CEF388F" w14:textId="77777777" w:rsidR="009667E1" w:rsidRDefault="009667E1">
            <w:pPr>
              <w:spacing w:after="0"/>
            </w:pPr>
          </w:p>
        </w:tc>
      </w:tr>
      <w:tr w:rsidR="009667E1" w14:paraId="20732EFB" w14:textId="77777777">
        <w:trPr>
          <w:cantSplit/>
          <w:jc w:val="center"/>
        </w:trPr>
        <w:tc>
          <w:tcPr>
            <w:tcW w:w="576" w:type="dxa"/>
            <w:shd w:val="clear" w:color="auto" w:fill="FFFFFF"/>
            <w:tcMar>
              <w:top w:w="60" w:type="dxa"/>
              <w:left w:w="60" w:type="dxa"/>
              <w:bottom w:w="60" w:type="dxa"/>
              <w:right w:w="60" w:type="dxa"/>
            </w:tcMar>
            <w:vAlign w:val="center"/>
          </w:tcPr>
          <w:p w14:paraId="23889CCA" w14:textId="77777777" w:rsidR="009667E1" w:rsidRDefault="00000000">
            <w:pPr>
              <w:spacing w:after="0"/>
              <w:jc w:val="center"/>
            </w:pPr>
            <w:r>
              <w:rPr>
                <w:b/>
                <w:color w:val="555555"/>
                <w:sz w:val="17"/>
              </w:rPr>
              <w:lastRenderedPageBreak/>
              <w:t>15</w:t>
            </w:r>
          </w:p>
        </w:tc>
        <w:tc>
          <w:tcPr>
            <w:tcW w:w="5472" w:type="dxa"/>
            <w:shd w:val="clear" w:color="auto" w:fill="FFFFFF"/>
            <w:tcMar>
              <w:top w:w="60" w:type="dxa"/>
              <w:left w:w="60" w:type="dxa"/>
              <w:bottom w:w="60" w:type="dxa"/>
              <w:right w:w="60" w:type="dxa"/>
            </w:tcMar>
            <w:vAlign w:val="center"/>
          </w:tcPr>
          <w:p w14:paraId="4AF3B4E5" w14:textId="77777777" w:rsidR="009667E1" w:rsidRDefault="00000000">
            <w:pPr>
              <w:spacing w:after="0"/>
            </w:pPr>
            <w:r>
              <w:rPr>
                <w:sz w:val="17"/>
              </w:rPr>
              <w:t>Are open edges protected with suitable guardrails or another approved fall-prevention system?</w:t>
            </w:r>
          </w:p>
        </w:tc>
        <w:tc>
          <w:tcPr>
            <w:tcW w:w="720" w:type="dxa"/>
            <w:shd w:val="clear" w:color="auto" w:fill="FFFFFF"/>
            <w:tcMar>
              <w:top w:w="60" w:type="dxa"/>
              <w:left w:w="60" w:type="dxa"/>
              <w:bottom w:w="60" w:type="dxa"/>
              <w:right w:w="60" w:type="dxa"/>
            </w:tcMar>
            <w:vAlign w:val="center"/>
          </w:tcPr>
          <w:p w14:paraId="026F81EC"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AD7EE37"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18DA5F4B"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0C868A45" w14:textId="77777777" w:rsidR="009667E1" w:rsidRDefault="009667E1">
            <w:pPr>
              <w:spacing w:after="0"/>
            </w:pPr>
          </w:p>
        </w:tc>
      </w:tr>
      <w:tr w:rsidR="009667E1" w14:paraId="616F997E" w14:textId="77777777">
        <w:trPr>
          <w:cantSplit/>
          <w:jc w:val="center"/>
        </w:trPr>
        <w:tc>
          <w:tcPr>
            <w:tcW w:w="576" w:type="dxa"/>
            <w:shd w:val="clear" w:color="auto" w:fill="F9FAFC"/>
            <w:tcMar>
              <w:top w:w="60" w:type="dxa"/>
              <w:left w:w="60" w:type="dxa"/>
              <w:bottom w:w="60" w:type="dxa"/>
              <w:right w:w="60" w:type="dxa"/>
            </w:tcMar>
            <w:vAlign w:val="center"/>
          </w:tcPr>
          <w:p w14:paraId="7DDE0DF6" w14:textId="77777777" w:rsidR="009667E1" w:rsidRDefault="00000000">
            <w:pPr>
              <w:spacing w:after="0"/>
              <w:jc w:val="center"/>
            </w:pPr>
            <w:r>
              <w:rPr>
                <w:b/>
                <w:color w:val="555555"/>
                <w:sz w:val="17"/>
              </w:rPr>
              <w:t>16</w:t>
            </w:r>
          </w:p>
        </w:tc>
        <w:tc>
          <w:tcPr>
            <w:tcW w:w="5472" w:type="dxa"/>
            <w:shd w:val="clear" w:color="auto" w:fill="F9FAFC"/>
            <w:tcMar>
              <w:top w:w="60" w:type="dxa"/>
              <w:left w:w="60" w:type="dxa"/>
              <w:bottom w:w="60" w:type="dxa"/>
              <w:right w:w="60" w:type="dxa"/>
            </w:tcMar>
            <w:vAlign w:val="center"/>
          </w:tcPr>
          <w:p w14:paraId="4ACA9675" w14:textId="77777777" w:rsidR="009667E1" w:rsidRDefault="00000000">
            <w:pPr>
              <w:spacing w:after="0"/>
            </w:pPr>
            <w:r>
              <w:rPr>
                <w:sz w:val="17"/>
              </w:rPr>
              <w:t>Are floor openings, shafts and penetrations securely covered or adequately barricaded?</w:t>
            </w:r>
          </w:p>
        </w:tc>
        <w:tc>
          <w:tcPr>
            <w:tcW w:w="720" w:type="dxa"/>
            <w:shd w:val="clear" w:color="auto" w:fill="F9FAFC"/>
            <w:tcMar>
              <w:top w:w="60" w:type="dxa"/>
              <w:left w:w="60" w:type="dxa"/>
              <w:bottom w:w="60" w:type="dxa"/>
              <w:right w:w="60" w:type="dxa"/>
            </w:tcMar>
            <w:vAlign w:val="center"/>
          </w:tcPr>
          <w:p w14:paraId="58FAE0F1"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2B94609C"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64AF917"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3542DEF1" w14:textId="77777777" w:rsidR="009667E1" w:rsidRDefault="009667E1">
            <w:pPr>
              <w:spacing w:after="0"/>
            </w:pPr>
          </w:p>
        </w:tc>
      </w:tr>
      <w:tr w:rsidR="009667E1" w14:paraId="40809259" w14:textId="77777777">
        <w:trPr>
          <w:cantSplit/>
          <w:jc w:val="center"/>
        </w:trPr>
        <w:tc>
          <w:tcPr>
            <w:tcW w:w="576" w:type="dxa"/>
            <w:shd w:val="clear" w:color="auto" w:fill="FFFFFF"/>
            <w:tcMar>
              <w:top w:w="60" w:type="dxa"/>
              <w:left w:w="60" w:type="dxa"/>
              <w:bottom w:w="60" w:type="dxa"/>
              <w:right w:w="60" w:type="dxa"/>
            </w:tcMar>
            <w:vAlign w:val="center"/>
          </w:tcPr>
          <w:p w14:paraId="11605DBA" w14:textId="77777777" w:rsidR="009667E1" w:rsidRDefault="00000000">
            <w:pPr>
              <w:spacing w:after="0"/>
              <w:jc w:val="center"/>
            </w:pPr>
            <w:r>
              <w:rPr>
                <w:b/>
                <w:color w:val="555555"/>
                <w:sz w:val="17"/>
              </w:rPr>
              <w:t>17</w:t>
            </w:r>
          </w:p>
        </w:tc>
        <w:tc>
          <w:tcPr>
            <w:tcW w:w="5472" w:type="dxa"/>
            <w:shd w:val="clear" w:color="auto" w:fill="FFFFFF"/>
            <w:tcMar>
              <w:top w:w="60" w:type="dxa"/>
              <w:left w:w="60" w:type="dxa"/>
              <w:bottom w:w="60" w:type="dxa"/>
              <w:right w:w="60" w:type="dxa"/>
            </w:tcMar>
            <w:vAlign w:val="center"/>
          </w:tcPr>
          <w:p w14:paraId="38F87213" w14:textId="77777777" w:rsidR="009667E1" w:rsidRDefault="00000000">
            <w:pPr>
              <w:spacing w:after="0"/>
            </w:pPr>
            <w:r>
              <w:rPr>
                <w:sz w:val="17"/>
              </w:rPr>
              <w:t>Are temporary edge-protection systems secure, complete and maintained throughout the work?</w:t>
            </w:r>
          </w:p>
        </w:tc>
        <w:tc>
          <w:tcPr>
            <w:tcW w:w="720" w:type="dxa"/>
            <w:shd w:val="clear" w:color="auto" w:fill="FFFFFF"/>
            <w:tcMar>
              <w:top w:w="60" w:type="dxa"/>
              <w:left w:w="60" w:type="dxa"/>
              <w:bottom w:w="60" w:type="dxa"/>
              <w:right w:w="60" w:type="dxa"/>
            </w:tcMar>
            <w:vAlign w:val="center"/>
          </w:tcPr>
          <w:p w14:paraId="2E3D2403"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7A9B4A26"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32788373"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54579F21" w14:textId="77777777" w:rsidR="009667E1" w:rsidRDefault="009667E1">
            <w:pPr>
              <w:spacing w:after="0"/>
            </w:pPr>
          </w:p>
        </w:tc>
      </w:tr>
      <w:tr w:rsidR="009667E1" w14:paraId="7670102E" w14:textId="77777777">
        <w:trPr>
          <w:cantSplit/>
          <w:jc w:val="center"/>
        </w:trPr>
        <w:tc>
          <w:tcPr>
            <w:tcW w:w="576" w:type="dxa"/>
            <w:shd w:val="clear" w:color="auto" w:fill="F9FAFC"/>
            <w:tcMar>
              <w:top w:w="60" w:type="dxa"/>
              <w:left w:w="60" w:type="dxa"/>
              <w:bottom w:w="60" w:type="dxa"/>
              <w:right w:w="60" w:type="dxa"/>
            </w:tcMar>
            <w:vAlign w:val="center"/>
          </w:tcPr>
          <w:p w14:paraId="1F7B469D" w14:textId="77777777" w:rsidR="009667E1" w:rsidRDefault="00000000">
            <w:pPr>
              <w:spacing w:after="0"/>
              <w:jc w:val="center"/>
            </w:pPr>
            <w:r>
              <w:rPr>
                <w:b/>
                <w:color w:val="555555"/>
                <w:sz w:val="17"/>
              </w:rPr>
              <w:t>18</w:t>
            </w:r>
          </w:p>
        </w:tc>
        <w:tc>
          <w:tcPr>
            <w:tcW w:w="5472" w:type="dxa"/>
            <w:shd w:val="clear" w:color="auto" w:fill="F9FAFC"/>
            <w:tcMar>
              <w:top w:w="60" w:type="dxa"/>
              <w:left w:w="60" w:type="dxa"/>
              <w:bottom w:w="60" w:type="dxa"/>
              <w:right w:w="60" w:type="dxa"/>
            </w:tcMar>
            <w:vAlign w:val="center"/>
          </w:tcPr>
          <w:p w14:paraId="5750A630" w14:textId="77777777" w:rsidR="009667E1" w:rsidRDefault="00000000">
            <w:pPr>
              <w:spacing w:after="0"/>
            </w:pPr>
            <w:r>
              <w:rPr>
                <w:sz w:val="17"/>
              </w:rPr>
              <w:t>Is suitable fall-restraint or fall-arrest equipment provided where collective fall protection is not sufficient?</w:t>
            </w:r>
          </w:p>
        </w:tc>
        <w:tc>
          <w:tcPr>
            <w:tcW w:w="720" w:type="dxa"/>
            <w:shd w:val="clear" w:color="auto" w:fill="F9FAFC"/>
            <w:tcMar>
              <w:top w:w="60" w:type="dxa"/>
              <w:left w:w="60" w:type="dxa"/>
              <w:bottom w:w="60" w:type="dxa"/>
              <w:right w:w="60" w:type="dxa"/>
            </w:tcMar>
            <w:vAlign w:val="center"/>
          </w:tcPr>
          <w:p w14:paraId="4C045F45"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5EC7C01E"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302227E0"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29608236" w14:textId="77777777" w:rsidR="009667E1" w:rsidRDefault="009667E1">
            <w:pPr>
              <w:spacing w:after="0"/>
            </w:pPr>
          </w:p>
        </w:tc>
      </w:tr>
      <w:tr w:rsidR="009667E1" w14:paraId="7C8F7ECE" w14:textId="77777777">
        <w:trPr>
          <w:cantSplit/>
          <w:jc w:val="center"/>
        </w:trPr>
        <w:tc>
          <w:tcPr>
            <w:tcW w:w="576" w:type="dxa"/>
            <w:shd w:val="clear" w:color="auto" w:fill="FFFFFF"/>
            <w:tcMar>
              <w:top w:w="60" w:type="dxa"/>
              <w:left w:w="60" w:type="dxa"/>
              <w:bottom w:w="60" w:type="dxa"/>
              <w:right w:w="60" w:type="dxa"/>
            </w:tcMar>
            <w:vAlign w:val="center"/>
          </w:tcPr>
          <w:p w14:paraId="4429A840" w14:textId="77777777" w:rsidR="009667E1" w:rsidRDefault="00000000">
            <w:pPr>
              <w:spacing w:after="0"/>
              <w:jc w:val="center"/>
            </w:pPr>
            <w:r>
              <w:rPr>
                <w:b/>
                <w:color w:val="555555"/>
                <w:sz w:val="17"/>
              </w:rPr>
              <w:t>19</w:t>
            </w:r>
          </w:p>
        </w:tc>
        <w:tc>
          <w:tcPr>
            <w:tcW w:w="5472" w:type="dxa"/>
            <w:shd w:val="clear" w:color="auto" w:fill="FFFFFF"/>
            <w:tcMar>
              <w:top w:w="60" w:type="dxa"/>
              <w:left w:w="60" w:type="dxa"/>
              <w:bottom w:w="60" w:type="dxa"/>
              <w:right w:w="60" w:type="dxa"/>
            </w:tcMar>
            <w:vAlign w:val="center"/>
          </w:tcPr>
          <w:p w14:paraId="0D287CB0" w14:textId="77777777" w:rsidR="009667E1" w:rsidRDefault="00000000">
            <w:pPr>
              <w:spacing w:after="0"/>
            </w:pPr>
            <w:r>
              <w:rPr>
                <w:sz w:val="17"/>
              </w:rPr>
              <w:t>Are full-body harnesses and associated components free from visible damage, excessive wear or defects?</w:t>
            </w:r>
          </w:p>
        </w:tc>
        <w:tc>
          <w:tcPr>
            <w:tcW w:w="720" w:type="dxa"/>
            <w:shd w:val="clear" w:color="auto" w:fill="FFFFFF"/>
            <w:tcMar>
              <w:top w:w="60" w:type="dxa"/>
              <w:left w:w="60" w:type="dxa"/>
              <w:bottom w:w="60" w:type="dxa"/>
              <w:right w:w="60" w:type="dxa"/>
            </w:tcMar>
            <w:vAlign w:val="center"/>
          </w:tcPr>
          <w:p w14:paraId="654432D1"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45E75B0"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36D59AC8"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3B9FCD30" w14:textId="77777777" w:rsidR="009667E1" w:rsidRDefault="009667E1">
            <w:pPr>
              <w:spacing w:after="0"/>
            </w:pPr>
          </w:p>
        </w:tc>
      </w:tr>
      <w:tr w:rsidR="009667E1" w14:paraId="3EFBA37E" w14:textId="77777777">
        <w:trPr>
          <w:cantSplit/>
          <w:jc w:val="center"/>
        </w:trPr>
        <w:tc>
          <w:tcPr>
            <w:tcW w:w="576" w:type="dxa"/>
            <w:shd w:val="clear" w:color="auto" w:fill="F9FAFC"/>
            <w:tcMar>
              <w:top w:w="60" w:type="dxa"/>
              <w:left w:w="60" w:type="dxa"/>
              <w:bottom w:w="60" w:type="dxa"/>
              <w:right w:w="60" w:type="dxa"/>
            </w:tcMar>
            <w:vAlign w:val="center"/>
          </w:tcPr>
          <w:p w14:paraId="280092E8" w14:textId="77777777" w:rsidR="009667E1" w:rsidRDefault="00000000">
            <w:pPr>
              <w:spacing w:after="0"/>
              <w:jc w:val="center"/>
            </w:pPr>
            <w:r>
              <w:rPr>
                <w:b/>
                <w:color w:val="555555"/>
                <w:sz w:val="17"/>
              </w:rPr>
              <w:t>20</w:t>
            </w:r>
          </w:p>
        </w:tc>
        <w:tc>
          <w:tcPr>
            <w:tcW w:w="5472" w:type="dxa"/>
            <w:shd w:val="clear" w:color="auto" w:fill="F9FAFC"/>
            <w:tcMar>
              <w:top w:w="60" w:type="dxa"/>
              <w:left w:w="60" w:type="dxa"/>
              <w:bottom w:w="60" w:type="dxa"/>
              <w:right w:w="60" w:type="dxa"/>
            </w:tcMar>
            <w:vAlign w:val="center"/>
          </w:tcPr>
          <w:p w14:paraId="3910A1AD" w14:textId="77777777" w:rsidR="009667E1" w:rsidRDefault="00000000">
            <w:pPr>
              <w:spacing w:after="0"/>
            </w:pPr>
            <w:r>
              <w:rPr>
                <w:sz w:val="17"/>
              </w:rPr>
              <w:t>Are lanyards, energy absorbers, connectors and other fall-protection components suitable and compatible?</w:t>
            </w:r>
          </w:p>
        </w:tc>
        <w:tc>
          <w:tcPr>
            <w:tcW w:w="720" w:type="dxa"/>
            <w:shd w:val="clear" w:color="auto" w:fill="F9FAFC"/>
            <w:tcMar>
              <w:top w:w="60" w:type="dxa"/>
              <w:left w:w="60" w:type="dxa"/>
              <w:bottom w:w="60" w:type="dxa"/>
              <w:right w:w="60" w:type="dxa"/>
            </w:tcMar>
            <w:vAlign w:val="center"/>
          </w:tcPr>
          <w:p w14:paraId="4E174A0E"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6E80DD9D"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60C2CAC4"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2BE9AF6D" w14:textId="77777777" w:rsidR="009667E1" w:rsidRDefault="009667E1">
            <w:pPr>
              <w:spacing w:after="0"/>
            </w:pPr>
          </w:p>
        </w:tc>
      </w:tr>
      <w:tr w:rsidR="009667E1" w14:paraId="72051DAC" w14:textId="77777777">
        <w:trPr>
          <w:cantSplit/>
          <w:jc w:val="center"/>
        </w:trPr>
        <w:tc>
          <w:tcPr>
            <w:tcW w:w="576" w:type="dxa"/>
            <w:shd w:val="clear" w:color="auto" w:fill="FFFFFF"/>
            <w:tcMar>
              <w:top w:w="60" w:type="dxa"/>
              <w:left w:w="60" w:type="dxa"/>
              <w:bottom w:w="60" w:type="dxa"/>
              <w:right w:w="60" w:type="dxa"/>
            </w:tcMar>
            <w:vAlign w:val="center"/>
          </w:tcPr>
          <w:p w14:paraId="56BBE9C5" w14:textId="77777777" w:rsidR="009667E1" w:rsidRDefault="00000000">
            <w:pPr>
              <w:spacing w:after="0"/>
              <w:jc w:val="center"/>
            </w:pPr>
            <w:r>
              <w:rPr>
                <w:b/>
                <w:color w:val="555555"/>
                <w:sz w:val="17"/>
              </w:rPr>
              <w:t>21</w:t>
            </w:r>
          </w:p>
        </w:tc>
        <w:tc>
          <w:tcPr>
            <w:tcW w:w="5472" w:type="dxa"/>
            <w:shd w:val="clear" w:color="auto" w:fill="FFFFFF"/>
            <w:tcMar>
              <w:top w:w="60" w:type="dxa"/>
              <w:left w:w="60" w:type="dxa"/>
              <w:bottom w:w="60" w:type="dxa"/>
              <w:right w:w="60" w:type="dxa"/>
            </w:tcMar>
            <w:vAlign w:val="center"/>
          </w:tcPr>
          <w:p w14:paraId="020411F9" w14:textId="77777777" w:rsidR="009667E1" w:rsidRDefault="00000000">
            <w:pPr>
              <w:spacing w:after="0"/>
            </w:pPr>
            <w:r>
              <w:rPr>
                <w:sz w:val="17"/>
              </w:rPr>
              <w:t>Are fall-protection systems correctly connected to suitable anchorage points or lifelines?</w:t>
            </w:r>
          </w:p>
        </w:tc>
        <w:tc>
          <w:tcPr>
            <w:tcW w:w="720" w:type="dxa"/>
            <w:shd w:val="clear" w:color="auto" w:fill="FFFFFF"/>
            <w:tcMar>
              <w:top w:w="60" w:type="dxa"/>
              <w:left w:w="60" w:type="dxa"/>
              <w:bottom w:w="60" w:type="dxa"/>
              <w:right w:w="60" w:type="dxa"/>
            </w:tcMar>
            <w:vAlign w:val="center"/>
          </w:tcPr>
          <w:p w14:paraId="7132240B"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2B9DA8BE"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5A5F5D69"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178F5D90" w14:textId="77777777" w:rsidR="009667E1" w:rsidRDefault="009667E1">
            <w:pPr>
              <w:spacing w:after="0"/>
            </w:pPr>
          </w:p>
        </w:tc>
      </w:tr>
      <w:tr w:rsidR="009667E1" w14:paraId="02DD9892" w14:textId="77777777">
        <w:trPr>
          <w:cantSplit/>
          <w:jc w:val="center"/>
        </w:trPr>
        <w:tc>
          <w:tcPr>
            <w:tcW w:w="576" w:type="dxa"/>
            <w:shd w:val="clear" w:color="auto" w:fill="F9FAFC"/>
            <w:tcMar>
              <w:top w:w="60" w:type="dxa"/>
              <w:left w:w="60" w:type="dxa"/>
              <w:bottom w:w="60" w:type="dxa"/>
              <w:right w:w="60" w:type="dxa"/>
            </w:tcMar>
            <w:vAlign w:val="center"/>
          </w:tcPr>
          <w:p w14:paraId="495050CF" w14:textId="77777777" w:rsidR="009667E1" w:rsidRDefault="00000000">
            <w:pPr>
              <w:spacing w:after="0"/>
              <w:jc w:val="center"/>
            </w:pPr>
            <w:r>
              <w:rPr>
                <w:b/>
                <w:color w:val="555555"/>
                <w:sz w:val="17"/>
              </w:rPr>
              <w:t>22</w:t>
            </w:r>
          </w:p>
        </w:tc>
        <w:tc>
          <w:tcPr>
            <w:tcW w:w="5472" w:type="dxa"/>
            <w:shd w:val="clear" w:color="auto" w:fill="F9FAFC"/>
            <w:tcMar>
              <w:top w:w="60" w:type="dxa"/>
              <w:left w:w="60" w:type="dxa"/>
              <w:bottom w:w="60" w:type="dxa"/>
              <w:right w:w="60" w:type="dxa"/>
            </w:tcMar>
            <w:vAlign w:val="center"/>
          </w:tcPr>
          <w:p w14:paraId="293902D2" w14:textId="77777777" w:rsidR="009667E1" w:rsidRDefault="00000000">
            <w:pPr>
              <w:spacing w:after="0"/>
            </w:pPr>
            <w:r>
              <w:rPr>
                <w:sz w:val="17"/>
              </w:rPr>
              <w:t>Are fall-protection systems inspected before use and maintained according to applicable requirements?</w:t>
            </w:r>
          </w:p>
        </w:tc>
        <w:tc>
          <w:tcPr>
            <w:tcW w:w="720" w:type="dxa"/>
            <w:shd w:val="clear" w:color="auto" w:fill="F9FAFC"/>
            <w:tcMar>
              <w:top w:w="60" w:type="dxa"/>
              <w:left w:w="60" w:type="dxa"/>
              <w:bottom w:w="60" w:type="dxa"/>
              <w:right w:w="60" w:type="dxa"/>
            </w:tcMar>
            <w:vAlign w:val="center"/>
          </w:tcPr>
          <w:p w14:paraId="0B2E022B"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F15D0DB"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02FA6C54"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5C1A9546" w14:textId="77777777" w:rsidR="009667E1" w:rsidRDefault="009667E1">
            <w:pPr>
              <w:spacing w:after="0"/>
            </w:pPr>
          </w:p>
        </w:tc>
      </w:tr>
      <w:tr w:rsidR="009667E1" w14:paraId="37D074C7" w14:textId="77777777">
        <w:trPr>
          <w:cantSplit/>
          <w:jc w:val="center"/>
        </w:trPr>
        <w:tc>
          <w:tcPr>
            <w:tcW w:w="576" w:type="dxa"/>
            <w:shd w:val="clear" w:color="auto" w:fill="FFFFFF"/>
            <w:tcMar>
              <w:top w:w="60" w:type="dxa"/>
              <w:left w:w="60" w:type="dxa"/>
              <w:bottom w:w="60" w:type="dxa"/>
              <w:right w:w="60" w:type="dxa"/>
            </w:tcMar>
            <w:vAlign w:val="center"/>
          </w:tcPr>
          <w:p w14:paraId="0A32C001" w14:textId="77777777" w:rsidR="009667E1" w:rsidRDefault="00000000">
            <w:pPr>
              <w:spacing w:after="0"/>
              <w:jc w:val="center"/>
            </w:pPr>
            <w:r>
              <w:rPr>
                <w:b/>
                <w:color w:val="555555"/>
                <w:sz w:val="17"/>
              </w:rPr>
              <w:t>23</w:t>
            </w:r>
          </w:p>
        </w:tc>
        <w:tc>
          <w:tcPr>
            <w:tcW w:w="5472" w:type="dxa"/>
            <w:shd w:val="clear" w:color="auto" w:fill="FFFFFF"/>
            <w:tcMar>
              <w:top w:w="60" w:type="dxa"/>
              <w:left w:w="60" w:type="dxa"/>
              <w:bottom w:w="60" w:type="dxa"/>
              <w:right w:w="60" w:type="dxa"/>
            </w:tcMar>
            <w:vAlign w:val="center"/>
          </w:tcPr>
          <w:p w14:paraId="57FCAB39" w14:textId="77777777" w:rsidR="009667E1" w:rsidRDefault="00000000">
            <w:pPr>
              <w:spacing w:after="0"/>
            </w:pPr>
            <w:r>
              <w:rPr>
                <w:sz w:val="17"/>
              </w:rPr>
              <w:t>Are tools and materials secured to prevent them from falling from elevated work areas?</w:t>
            </w:r>
          </w:p>
        </w:tc>
        <w:tc>
          <w:tcPr>
            <w:tcW w:w="720" w:type="dxa"/>
            <w:shd w:val="clear" w:color="auto" w:fill="FFFFFF"/>
            <w:tcMar>
              <w:top w:w="60" w:type="dxa"/>
              <w:left w:w="60" w:type="dxa"/>
              <w:bottom w:w="60" w:type="dxa"/>
              <w:right w:w="60" w:type="dxa"/>
            </w:tcMar>
            <w:vAlign w:val="center"/>
          </w:tcPr>
          <w:p w14:paraId="134197C5"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5668249A"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7450FF16"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6256D258" w14:textId="77777777" w:rsidR="009667E1" w:rsidRDefault="009667E1">
            <w:pPr>
              <w:spacing w:after="0"/>
            </w:pPr>
          </w:p>
        </w:tc>
      </w:tr>
      <w:tr w:rsidR="009667E1" w14:paraId="495524A0" w14:textId="77777777">
        <w:trPr>
          <w:cantSplit/>
          <w:jc w:val="center"/>
        </w:trPr>
        <w:tc>
          <w:tcPr>
            <w:tcW w:w="576" w:type="dxa"/>
            <w:shd w:val="clear" w:color="auto" w:fill="F9FAFC"/>
            <w:tcMar>
              <w:top w:w="60" w:type="dxa"/>
              <w:left w:w="60" w:type="dxa"/>
              <w:bottom w:w="60" w:type="dxa"/>
              <w:right w:w="60" w:type="dxa"/>
            </w:tcMar>
            <w:vAlign w:val="center"/>
          </w:tcPr>
          <w:p w14:paraId="531CC4F8" w14:textId="77777777" w:rsidR="009667E1" w:rsidRDefault="00000000">
            <w:pPr>
              <w:spacing w:after="0"/>
              <w:jc w:val="center"/>
            </w:pPr>
            <w:r>
              <w:rPr>
                <w:b/>
                <w:color w:val="555555"/>
                <w:sz w:val="17"/>
              </w:rPr>
              <w:t>24</w:t>
            </w:r>
          </w:p>
        </w:tc>
        <w:tc>
          <w:tcPr>
            <w:tcW w:w="5472" w:type="dxa"/>
            <w:shd w:val="clear" w:color="auto" w:fill="F9FAFC"/>
            <w:tcMar>
              <w:top w:w="60" w:type="dxa"/>
              <w:left w:w="60" w:type="dxa"/>
              <w:bottom w:w="60" w:type="dxa"/>
              <w:right w:w="60" w:type="dxa"/>
            </w:tcMar>
            <w:vAlign w:val="center"/>
          </w:tcPr>
          <w:p w14:paraId="11BD2D4C" w14:textId="77777777" w:rsidR="009667E1" w:rsidRDefault="00000000">
            <w:pPr>
              <w:spacing w:after="0"/>
            </w:pPr>
            <w:r>
              <w:rPr>
                <w:sz w:val="17"/>
              </w:rPr>
              <w:t>Are exclusion zones or suitable controls established below areas where falling-object hazards exist?</w:t>
            </w:r>
          </w:p>
        </w:tc>
        <w:tc>
          <w:tcPr>
            <w:tcW w:w="720" w:type="dxa"/>
            <w:shd w:val="clear" w:color="auto" w:fill="F9FAFC"/>
            <w:tcMar>
              <w:top w:w="60" w:type="dxa"/>
              <w:left w:w="60" w:type="dxa"/>
              <w:bottom w:w="60" w:type="dxa"/>
              <w:right w:w="60" w:type="dxa"/>
            </w:tcMar>
            <w:vAlign w:val="center"/>
          </w:tcPr>
          <w:p w14:paraId="217F6FDD"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30F32E0E"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C3A8E79"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6D78AB6B" w14:textId="77777777" w:rsidR="009667E1" w:rsidRDefault="009667E1">
            <w:pPr>
              <w:spacing w:after="0"/>
            </w:pPr>
          </w:p>
        </w:tc>
      </w:tr>
      <w:tr w:rsidR="009667E1" w14:paraId="380E01A8" w14:textId="77777777">
        <w:trPr>
          <w:cantSplit/>
          <w:jc w:val="center"/>
        </w:trPr>
        <w:tc>
          <w:tcPr>
            <w:tcW w:w="576" w:type="dxa"/>
            <w:shd w:val="clear" w:color="auto" w:fill="FFFFFF"/>
            <w:tcMar>
              <w:top w:w="60" w:type="dxa"/>
              <w:left w:w="60" w:type="dxa"/>
              <w:bottom w:w="60" w:type="dxa"/>
              <w:right w:w="60" w:type="dxa"/>
            </w:tcMar>
            <w:vAlign w:val="center"/>
          </w:tcPr>
          <w:p w14:paraId="626AF899" w14:textId="77777777" w:rsidR="009667E1" w:rsidRDefault="00000000">
            <w:pPr>
              <w:spacing w:after="0"/>
              <w:jc w:val="center"/>
            </w:pPr>
            <w:r>
              <w:rPr>
                <w:b/>
                <w:color w:val="555555"/>
                <w:sz w:val="17"/>
              </w:rPr>
              <w:t>25</w:t>
            </w:r>
          </w:p>
        </w:tc>
        <w:tc>
          <w:tcPr>
            <w:tcW w:w="5472" w:type="dxa"/>
            <w:shd w:val="clear" w:color="auto" w:fill="FFFFFF"/>
            <w:tcMar>
              <w:top w:w="60" w:type="dxa"/>
              <w:left w:w="60" w:type="dxa"/>
              <w:bottom w:w="60" w:type="dxa"/>
              <w:right w:w="60" w:type="dxa"/>
            </w:tcMar>
            <w:vAlign w:val="center"/>
          </w:tcPr>
          <w:p w14:paraId="3CCFE3B1" w14:textId="77777777" w:rsidR="009667E1" w:rsidRDefault="00000000">
            <w:pPr>
              <w:spacing w:after="0"/>
            </w:pPr>
            <w:r>
              <w:rPr>
                <w:sz w:val="17"/>
              </w:rPr>
              <w:t>Are weather conditions such as strong winds, rain, lightning or reduced visibility assessed before and during work at height?</w:t>
            </w:r>
          </w:p>
        </w:tc>
        <w:tc>
          <w:tcPr>
            <w:tcW w:w="720" w:type="dxa"/>
            <w:shd w:val="clear" w:color="auto" w:fill="FFFFFF"/>
            <w:tcMar>
              <w:top w:w="60" w:type="dxa"/>
              <w:left w:w="60" w:type="dxa"/>
              <w:bottom w:w="60" w:type="dxa"/>
              <w:right w:w="60" w:type="dxa"/>
            </w:tcMar>
            <w:vAlign w:val="center"/>
          </w:tcPr>
          <w:p w14:paraId="0E5EDC8A"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683F4870"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5ECAD444"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263E1DE8" w14:textId="77777777" w:rsidR="009667E1" w:rsidRDefault="009667E1">
            <w:pPr>
              <w:spacing w:after="0"/>
            </w:pPr>
          </w:p>
        </w:tc>
      </w:tr>
      <w:tr w:rsidR="009667E1" w14:paraId="3D13F624" w14:textId="77777777">
        <w:trPr>
          <w:cantSplit/>
          <w:jc w:val="center"/>
        </w:trPr>
        <w:tc>
          <w:tcPr>
            <w:tcW w:w="576" w:type="dxa"/>
            <w:shd w:val="clear" w:color="auto" w:fill="F9FAFC"/>
            <w:tcMar>
              <w:top w:w="60" w:type="dxa"/>
              <w:left w:w="60" w:type="dxa"/>
              <w:bottom w:w="60" w:type="dxa"/>
              <w:right w:w="60" w:type="dxa"/>
            </w:tcMar>
            <w:vAlign w:val="center"/>
          </w:tcPr>
          <w:p w14:paraId="0C62629A" w14:textId="77777777" w:rsidR="009667E1" w:rsidRDefault="00000000">
            <w:pPr>
              <w:spacing w:after="0"/>
              <w:jc w:val="center"/>
            </w:pPr>
            <w:r>
              <w:rPr>
                <w:b/>
                <w:color w:val="555555"/>
                <w:sz w:val="17"/>
              </w:rPr>
              <w:t>26</w:t>
            </w:r>
          </w:p>
        </w:tc>
        <w:tc>
          <w:tcPr>
            <w:tcW w:w="5472" w:type="dxa"/>
            <w:shd w:val="clear" w:color="auto" w:fill="F9FAFC"/>
            <w:tcMar>
              <w:top w:w="60" w:type="dxa"/>
              <w:left w:w="60" w:type="dxa"/>
              <w:bottom w:w="60" w:type="dxa"/>
              <w:right w:w="60" w:type="dxa"/>
            </w:tcMar>
            <w:vAlign w:val="center"/>
          </w:tcPr>
          <w:p w14:paraId="356D55E2" w14:textId="77777777" w:rsidR="009667E1" w:rsidRDefault="00000000">
            <w:pPr>
              <w:spacing w:after="0"/>
            </w:pPr>
            <w:r>
              <w:rPr>
                <w:sz w:val="17"/>
              </w:rPr>
              <w:t>Are slippery, unstable or otherwise hazardous working conditions corrected before work continues?</w:t>
            </w:r>
          </w:p>
        </w:tc>
        <w:tc>
          <w:tcPr>
            <w:tcW w:w="720" w:type="dxa"/>
            <w:shd w:val="clear" w:color="auto" w:fill="F9FAFC"/>
            <w:tcMar>
              <w:top w:w="60" w:type="dxa"/>
              <w:left w:w="60" w:type="dxa"/>
              <w:bottom w:w="60" w:type="dxa"/>
              <w:right w:w="60" w:type="dxa"/>
            </w:tcMar>
            <w:vAlign w:val="center"/>
          </w:tcPr>
          <w:p w14:paraId="3E8491D3"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EDB1381"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3588437C"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4791BD32" w14:textId="77777777" w:rsidR="009667E1" w:rsidRDefault="009667E1">
            <w:pPr>
              <w:spacing w:after="0"/>
            </w:pPr>
          </w:p>
        </w:tc>
      </w:tr>
      <w:tr w:rsidR="009667E1" w14:paraId="2E82AB24" w14:textId="77777777">
        <w:trPr>
          <w:cantSplit/>
          <w:jc w:val="center"/>
        </w:trPr>
        <w:tc>
          <w:tcPr>
            <w:tcW w:w="576" w:type="dxa"/>
            <w:shd w:val="clear" w:color="auto" w:fill="FFFFFF"/>
            <w:tcMar>
              <w:top w:w="60" w:type="dxa"/>
              <w:left w:w="60" w:type="dxa"/>
              <w:bottom w:w="60" w:type="dxa"/>
              <w:right w:w="60" w:type="dxa"/>
            </w:tcMar>
            <w:vAlign w:val="center"/>
          </w:tcPr>
          <w:p w14:paraId="41D687CA" w14:textId="77777777" w:rsidR="009667E1" w:rsidRDefault="00000000">
            <w:pPr>
              <w:spacing w:after="0"/>
              <w:jc w:val="center"/>
            </w:pPr>
            <w:r>
              <w:rPr>
                <w:b/>
                <w:color w:val="555555"/>
                <w:sz w:val="17"/>
              </w:rPr>
              <w:t>27</w:t>
            </w:r>
          </w:p>
        </w:tc>
        <w:tc>
          <w:tcPr>
            <w:tcW w:w="5472" w:type="dxa"/>
            <w:shd w:val="clear" w:color="auto" w:fill="FFFFFF"/>
            <w:tcMar>
              <w:top w:w="60" w:type="dxa"/>
              <w:left w:w="60" w:type="dxa"/>
              <w:bottom w:w="60" w:type="dxa"/>
              <w:right w:w="60" w:type="dxa"/>
            </w:tcMar>
            <w:vAlign w:val="center"/>
          </w:tcPr>
          <w:p w14:paraId="5E241983" w14:textId="77777777" w:rsidR="009667E1" w:rsidRDefault="00000000">
            <w:pPr>
              <w:spacing w:after="0"/>
            </w:pPr>
            <w:r>
              <w:rPr>
                <w:sz w:val="17"/>
              </w:rPr>
              <w:t>Is a suitable rescue plan available for workers who may fall or become suspended in a fall-arrest system?</w:t>
            </w:r>
          </w:p>
        </w:tc>
        <w:tc>
          <w:tcPr>
            <w:tcW w:w="720" w:type="dxa"/>
            <w:shd w:val="clear" w:color="auto" w:fill="FFFFFF"/>
            <w:tcMar>
              <w:top w:w="60" w:type="dxa"/>
              <w:left w:w="60" w:type="dxa"/>
              <w:bottom w:w="60" w:type="dxa"/>
              <w:right w:w="60" w:type="dxa"/>
            </w:tcMar>
            <w:vAlign w:val="center"/>
          </w:tcPr>
          <w:p w14:paraId="29F39B38"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1968B04"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75FB980"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7E5C1AF2" w14:textId="77777777" w:rsidR="009667E1" w:rsidRDefault="009667E1">
            <w:pPr>
              <w:spacing w:after="0"/>
            </w:pPr>
          </w:p>
        </w:tc>
      </w:tr>
      <w:tr w:rsidR="009667E1" w14:paraId="62030B03" w14:textId="77777777">
        <w:trPr>
          <w:cantSplit/>
          <w:jc w:val="center"/>
        </w:trPr>
        <w:tc>
          <w:tcPr>
            <w:tcW w:w="576" w:type="dxa"/>
            <w:shd w:val="clear" w:color="auto" w:fill="F9FAFC"/>
            <w:tcMar>
              <w:top w:w="60" w:type="dxa"/>
              <w:left w:w="60" w:type="dxa"/>
              <w:bottom w:w="60" w:type="dxa"/>
              <w:right w:w="60" w:type="dxa"/>
            </w:tcMar>
            <w:vAlign w:val="center"/>
          </w:tcPr>
          <w:p w14:paraId="65EC51A0" w14:textId="77777777" w:rsidR="009667E1" w:rsidRDefault="00000000">
            <w:pPr>
              <w:spacing w:after="0"/>
              <w:jc w:val="center"/>
            </w:pPr>
            <w:r>
              <w:rPr>
                <w:b/>
                <w:color w:val="555555"/>
                <w:sz w:val="17"/>
              </w:rPr>
              <w:t>28</w:t>
            </w:r>
          </w:p>
        </w:tc>
        <w:tc>
          <w:tcPr>
            <w:tcW w:w="5472" w:type="dxa"/>
            <w:shd w:val="clear" w:color="auto" w:fill="F9FAFC"/>
            <w:tcMar>
              <w:top w:w="60" w:type="dxa"/>
              <w:left w:w="60" w:type="dxa"/>
              <w:bottom w:w="60" w:type="dxa"/>
              <w:right w:w="60" w:type="dxa"/>
            </w:tcMar>
            <w:vAlign w:val="center"/>
          </w:tcPr>
          <w:p w14:paraId="36046741" w14:textId="77777777" w:rsidR="009667E1" w:rsidRDefault="00000000">
            <w:pPr>
              <w:spacing w:after="0"/>
            </w:pPr>
            <w:r>
              <w:rPr>
                <w:sz w:val="17"/>
              </w:rPr>
              <w:t>Are suitable rescue equipment, personnel and communication arrangements available where required?</w:t>
            </w:r>
          </w:p>
        </w:tc>
        <w:tc>
          <w:tcPr>
            <w:tcW w:w="720" w:type="dxa"/>
            <w:shd w:val="clear" w:color="auto" w:fill="F9FAFC"/>
            <w:tcMar>
              <w:top w:w="60" w:type="dxa"/>
              <w:left w:w="60" w:type="dxa"/>
              <w:bottom w:w="60" w:type="dxa"/>
              <w:right w:w="60" w:type="dxa"/>
            </w:tcMar>
            <w:vAlign w:val="center"/>
          </w:tcPr>
          <w:p w14:paraId="61F9F351"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4CF847F0"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6BEC9009"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6D5E9EE8" w14:textId="77777777" w:rsidR="009667E1" w:rsidRDefault="009667E1">
            <w:pPr>
              <w:spacing w:after="0"/>
            </w:pPr>
          </w:p>
        </w:tc>
      </w:tr>
      <w:tr w:rsidR="009667E1" w14:paraId="4DABFA07" w14:textId="77777777">
        <w:trPr>
          <w:cantSplit/>
          <w:jc w:val="center"/>
        </w:trPr>
        <w:tc>
          <w:tcPr>
            <w:tcW w:w="576" w:type="dxa"/>
            <w:shd w:val="clear" w:color="auto" w:fill="FFFFFF"/>
            <w:tcMar>
              <w:top w:w="60" w:type="dxa"/>
              <w:left w:w="60" w:type="dxa"/>
              <w:bottom w:w="60" w:type="dxa"/>
              <w:right w:w="60" w:type="dxa"/>
            </w:tcMar>
            <w:vAlign w:val="center"/>
          </w:tcPr>
          <w:p w14:paraId="29CA5F1D" w14:textId="77777777" w:rsidR="009667E1" w:rsidRDefault="00000000">
            <w:pPr>
              <w:spacing w:after="0"/>
              <w:jc w:val="center"/>
            </w:pPr>
            <w:r>
              <w:rPr>
                <w:b/>
                <w:color w:val="555555"/>
                <w:sz w:val="17"/>
              </w:rPr>
              <w:t>29</w:t>
            </w:r>
          </w:p>
        </w:tc>
        <w:tc>
          <w:tcPr>
            <w:tcW w:w="5472" w:type="dxa"/>
            <w:shd w:val="clear" w:color="auto" w:fill="FFFFFF"/>
            <w:tcMar>
              <w:top w:w="60" w:type="dxa"/>
              <w:left w:w="60" w:type="dxa"/>
              <w:bottom w:w="60" w:type="dxa"/>
              <w:right w:w="60" w:type="dxa"/>
            </w:tcMar>
            <w:vAlign w:val="center"/>
          </w:tcPr>
          <w:p w14:paraId="53AF9A06" w14:textId="77777777" w:rsidR="009667E1" w:rsidRDefault="00000000">
            <w:pPr>
              <w:spacing w:after="0"/>
            </w:pPr>
            <w:r>
              <w:rPr>
                <w:sz w:val="17"/>
              </w:rPr>
              <w:t>Are required inspections, examinations and records for work-at-height equipment maintained and available?</w:t>
            </w:r>
          </w:p>
        </w:tc>
        <w:tc>
          <w:tcPr>
            <w:tcW w:w="720" w:type="dxa"/>
            <w:shd w:val="clear" w:color="auto" w:fill="FFFFFF"/>
            <w:tcMar>
              <w:top w:w="60" w:type="dxa"/>
              <w:left w:w="60" w:type="dxa"/>
              <w:bottom w:w="60" w:type="dxa"/>
              <w:right w:w="60" w:type="dxa"/>
            </w:tcMar>
            <w:vAlign w:val="center"/>
          </w:tcPr>
          <w:p w14:paraId="12B4C4C1"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3BECDB28" w14:textId="77777777" w:rsidR="009667E1" w:rsidRDefault="00000000">
            <w:pPr>
              <w:spacing w:after="0"/>
              <w:jc w:val="center"/>
            </w:pPr>
            <w:r>
              <w:rPr>
                <w:color w:val="777777"/>
              </w:rPr>
              <w:t>☐</w:t>
            </w:r>
          </w:p>
        </w:tc>
        <w:tc>
          <w:tcPr>
            <w:tcW w:w="720" w:type="dxa"/>
            <w:shd w:val="clear" w:color="auto" w:fill="FFFFFF"/>
            <w:tcMar>
              <w:top w:w="60" w:type="dxa"/>
              <w:left w:w="60" w:type="dxa"/>
              <w:bottom w:w="60" w:type="dxa"/>
              <w:right w:w="60" w:type="dxa"/>
            </w:tcMar>
            <w:vAlign w:val="center"/>
          </w:tcPr>
          <w:p w14:paraId="08A06C78" w14:textId="77777777" w:rsidR="009667E1" w:rsidRDefault="00000000">
            <w:pPr>
              <w:spacing w:after="0"/>
              <w:jc w:val="center"/>
            </w:pPr>
            <w:r>
              <w:rPr>
                <w:color w:val="777777"/>
              </w:rPr>
              <w:t>☐</w:t>
            </w:r>
          </w:p>
        </w:tc>
        <w:tc>
          <w:tcPr>
            <w:tcW w:w="2016" w:type="dxa"/>
            <w:shd w:val="clear" w:color="auto" w:fill="FFFFFF"/>
            <w:tcMar>
              <w:top w:w="60" w:type="dxa"/>
              <w:left w:w="60" w:type="dxa"/>
              <w:bottom w:w="60" w:type="dxa"/>
              <w:right w:w="60" w:type="dxa"/>
            </w:tcMar>
            <w:vAlign w:val="center"/>
          </w:tcPr>
          <w:p w14:paraId="0D6DF065" w14:textId="77777777" w:rsidR="009667E1" w:rsidRDefault="009667E1">
            <w:pPr>
              <w:spacing w:after="0"/>
            </w:pPr>
          </w:p>
        </w:tc>
      </w:tr>
      <w:tr w:rsidR="009667E1" w14:paraId="4E26E689" w14:textId="77777777">
        <w:trPr>
          <w:cantSplit/>
          <w:jc w:val="center"/>
        </w:trPr>
        <w:tc>
          <w:tcPr>
            <w:tcW w:w="576" w:type="dxa"/>
            <w:shd w:val="clear" w:color="auto" w:fill="F9FAFC"/>
            <w:tcMar>
              <w:top w:w="60" w:type="dxa"/>
              <w:left w:w="60" w:type="dxa"/>
              <w:bottom w:w="60" w:type="dxa"/>
              <w:right w:w="60" w:type="dxa"/>
            </w:tcMar>
            <w:vAlign w:val="center"/>
          </w:tcPr>
          <w:p w14:paraId="59A3C63E" w14:textId="77777777" w:rsidR="009667E1" w:rsidRDefault="00000000">
            <w:pPr>
              <w:spacing w:after="0"/>
              <w:jc w:val="center"/>
            </w:pPr>
            <w:r>
              <w:rPr>
                <w:b/>
                <w:color w:val="555555"/>
                <w:sz w:val="17"/>
              </w:rPr>
              <w:t>30</w:t>
            </w:r>
          </w:p>
        </w:tc>
        <w:tc>
          <w:tcPr>
            <w:tcW w:w="5472" w:type="dxa"/>
            <w:shd w:val="clear" w:color="auto" w:fill="F9FAFC"/>
            <w:tcMar>
              <w:top w:w="60" w:type="dxa"/>
              <w:left w:w="60" w:type="dxa"/>
              <w:bottom w:w="60" w:type="dxa"/>
              <w:right w:w="60" w:type="dxa"/>
            </w:tcMar>
            <w:vAlign w:val="center"/>
          </w:tcPr>
          <w:p w14:paraId="7AF92158" w14:textId="77777777" w:rsidR="009667E1" w:rsidRDefault="00000000">
            <w:pPr>
              <w:spacing w:after="0"/>
            </w:pPr>
            <w:r>
              <w:rPr>
                <w:sz w:val="17"/>
              </w:rPr>
              <w:t>Are identified work-at-height deficiencies corrected and verified before the affected work continues?</w:t>
            </w:r>
          </w:p>
        </w:tc>
        <w:tc>
          <w:tcPr>
            <w:tcW w:w="720" w:type="dxa"/>
            <w:shd w:val="clear" w:color="auto" w:fill="F9FAFC"/>
            <w:tcMar>
              <w:top w:w="60" w:type="dxa"/>
              <w:left w:w="60" w:type="dxa"/>
              <w:bottom w:w="60" w:type="dxa"/>
              <w:right w:w="60" w:type="dxa"/>
            </w:tcMar>
            <w:vAlign w:val="center"/>
          </w:tcPr>
          <w:p w14:paraId="42813198"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71585B2C" w14:textId="77777777" w:rsidR="009667E1" w:rsidRDefault="00000000">
            <w:pPr>
              <w:spacing w:after="0"/>
              <w:jc w:val="center"/>
            </w:pPr>
            <w:r>
              <w:rPr>
                <w:color w:val="777777"/>
              </w:rPr>
              <w:t>☐</w:t>
            </w:r>
          </w:p>
        </w:tc>
        <w:tc>
          <w:tcPr>
            <w:tcW w:w="720" w:type="dxa"/>
            <w:shd w:val="clear" w:color="auto" w:fill="F9FAFC"/>
            <w:tcMar>
              <w:top w:w="60" w:type="dxa"/>
              <w:left w:w="60" w:type="dxa"/>
              <w:bottom w:w="60" w:type="dxa"/>
              <w:right w:w="60" w:type="dxa"/>
            </w:tcMar>
            <w:vAlign w:val="center"/>
          </w:tcPr>
          <w:p w14:paraId="65AEA7B6" w14:textId="77777777" w:rsidR="009667E1" w:rsidRDefault="00000000">
            <w:pPr>
              <w:spacing w:after="0"/>
              <w:jc w:val="center"/>
            </w:pPr>
            <w:r>
              <w:rPr>
                <w:color w:val="777777"/>
              </w:rPr>
              <w:t>☐</w:t>
            </w:r>
          </w:p>
        </w:tc>
        <w:tc>
          <w:tcPr>
            <w:tcW w:w="2016" w:type="dxa"/>
            <w:shd w:val="clear" w:color="auto" w:fill="F9FAFC"/>
            <w:tcMar>
              <w:top w:w="60" w:type="dxa"/>
              <w:left w:w="60" w:type="dxa"/>
              <w:bottom w:w="60" w:type="dxa"/>
              <w:right w:w="60" w:type="dxa"/>
            </w:tcMar>
            <w:vAlign w:val="center"/>
          </w:tcPr>
          <w:p w14:paraId="7864CD5A" w14:textId="77777777" w:rsidR="009667E1" w:rsidRDefault="009667E1">
            <w:pPr>
              <w:spacing w:after="0"/>
            </w:pPr>
          </w:p>
        </w:tc>
      </w:tr>
    </w:tbl>
    <w:p w14:paraId="456704E3" w14:textId="77777777" w:rsidR="009667E1" w:rsidRDefault="00000000">
      <w:pPr>
        <w:keepNext/>
        <w:spacing w:before="240" w:after="120"/>
      </w:pPr>
      <w:r>
        <w:rPr>
          <w:b/>
          <w:color w:val="1B365D"/>
          <w:sz w:val="22"/>
        </w:rPr>
        <w:t>3. FINDINGS &amp; CORRECTIVE ACTIONS</w:t>
      </w:r>
    </w:p>
    <w:tbl>
      <w:tblPr>
        <w:tblW w:w="0" w:type="auto"/>
        <w:jc w:val="center"/>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Look w:val="04A0" w:firstRow="1" w:lastRow="0" w:firstColumn="1" w:lastColumn="0" w:noHBand="0" w:noVBand="1"/>
      </w:tblPr>
      <w:tblGrid>
        <w:gridCol w:w="576"/>
        <w:gridCol w:w="3312"/>
        <w:gridCol w:w="1296"/>
        <w:gridCol w:w="2448"/>
        <w:gridCol w:w="1584"/>
        <w:gridCol w:w="1008"/>
      </w:tblGrid>
      <w:tr w:rsidR="009667E1" w14:paraId="5EBC8F2E" w14:textId="77777777">
        <w:trPr>
          <w:tblHeader/>
          <w:jc w:val="center"/>
        </w:trPr>
        <w:tc>
          <w:tcPr>
            <w:tcW w:w="576" w:type="dxa"/>
            <w:shd w:val="clear" w:color="auto" w:fill="1B365D"/>
            <w:tcMar>
              <w:top w:w="80" w:type="dxa"/>
              <w:left w:w="60" w:type="dxa"/>
              <w:bottom w:w="80" w:type="dxa"/>
              <w:right w:w="60" w:type="dxa"/>
            </w:tcMar>
          </w:tcPr>
          <w:p w14:paraId="1C33609E" w14:textId="77777777" w:rsidR="009667E1" w:rsidRDefault="00000000">
            <w:pPr>
              <w:spacing w:after="0"/>
              <w:jc w:val="center"/>
            </w:pPr>
            <w:r>
              <w:rPr>
                <w:b/>
                <w:color w:val="FFFFFF"/>
                <w:sz w:val="17"/>
              </w:rPr>
              <w:t>No.</w:t>
            </w:r>
          </w:p>
        </w:tc>
        <w:tc>
          <w:tcPr>
            <w:tcW w:w="3312" w:type="dxa"/>
            <w:shd w:val="clear" w:color="auto" w:fill="1B365D"/>
            <w:tcMar>
              <w:top w:w="80" w:type="dxa"/>
              <w:left w:w="60" w:type="dxa"/>
              <w:bottom w:w="80" w:type="dxa"/>
              <w:right w:w="60" w:type="dxa"/>
            </w:tcMar>
          </w:tcPr>
          <w:p w14:paraId="7A0E534E" w14:textId="77777777" w:rsidR="009667E1" w:rsidRDefault="00000000">
            <w:pPr>
              <w:spacing w:after="0"/>
            </w:pPr>
            <w:r>
              <w:rPr>
                <w:b/>
                <w:color w:val="FFFFFF"/>
                <w:sz w:val="17"/>
              </w:rPr>
              <w:t>Finding / Observation</w:t>
            </w:r>
          </w:p>
        </w:tc>
        <w:tc>
          <w:tcPr>
            <w:tcW w:w="1296" w:type="dxa"/>
            <w:shd w:val="clear" w:color="auto" w:fill="1B365D"/>
            <w:tcMar>
              <w:top w:w="80" w:type="dxa"/>
              <w:left w:w="60" w:type="dxa"/>
              <w:bottom w:w="80" w:type="dxa"/>
              <w:right w:w="60" w:type="dxa"/>
            </w:tcMar>
          </w:tcPr>
          <w:p w14:paraId="129EC33C" w14:textId="77777777" w:rsidR="009667E1" w:rsidRDefault="00000000">
            <w:pPr>
              <w:spacing w:after="0"/>
              <w:jc w:val="center"/>
            </w:pPr>
            <w:r>
              <w:rPr>
                <w:b/>
                <w:color w:val="FFFFFF"/>
                <w:sz w:val="17"/>
              </w:rPr>
              <w:t>Risk Level</w:t>
            </w:r>
          </w:p>
        </w:tc>
        <w:tc>
          <w:tcPr>
            <w:tcW w:w="2448" w:type="dxa"/>
            <w:shd w:val="clear" w:color="auto" w:fill="1B365D"/>
            <w:tcMar>
              <w:top w:w="80" w:type="dxa"/>
              <w:left w:w="60" w:type="dxa"/>
              <w:bottom w:w="80" w:type="dxa"/>
              <w:right w:w="60" w:type="dxa"/>
            </w:tcMar>
          </w:tcPr>
          <w:p w14:paraId="6FB49DD9" w14:textId="77777777" w:rsidR="009667E1" w:rsidRDefault="00000000">
            <w:pPr>
              <w:spacing w:after="0"/>
            </w:pPr>
            <w:r>
              <w:rPr>
                <w:b/>
                <w:color w:val="FFFFFF"/>
                <w:sz w:val="17"/>
              </w:rPr>
              <w:t>Corrective Action</w:t>
            </w:r>
          </w:p>
        </w:tc>
        <w:tc>
          <w:tcPr>
            <w:tcW w:w="1584" w:type="dxa"/>
            <w:shd w:val="clear" w:color="auto" w:fill="1B365D"/>
            <w:tcMar>
              <w:top w:w="80" w:type="dxa"/>
              <w:left w:w="60" w:type="dxa"/>
              <w:bottom w:w="80" w:type="dxa"/>
              <w:right w:w="60" w:type="dxa"/>
            </w:tcMar>
          </w:tcPr>
          <w:p w14:paraId="7F1891DA" w14:textId="77777777" w:rsidR="009667E1" w:rsidRDefault="00000000">
            <w:pPr>
              <w:spacing w:after="0"/>
            </w:pPr>
            <w:r>
              <w:rPr>
                <w:b/>
                <w:color w:val="FFFFFF"/>
                <w:sz w:val="17"/>
              </w:rPr>
              <w:t>Responsible Person</w:t>
            </w:r>
          </w:p>
        </w:tc>
        <w:tc>
          <w:tcPr>
            <w:tcW w:w="1008" w:type="dxa"/>
            <w:shd w:val="clear" w:color="auto" w:fill="1B365D"/>
            <w:tcMar>
              <w:top w:w="80" w:type="dxa"/>
              <w:left w:w="60" w:type="dxa"/>
              <w:bottom w:w="80" w:type="dxa"/>
              <w:right w:w="60" w:type="dxa"/>
            </w:tcMar>
          </w:tcPr>
          <w:p w14:paraId="6CA05A7E" w14:textId="77777777" w:rsidR="009667E1" w:rsidRDefault="00000000">
            <w:pPr>
              <w:spacing w:after="0"/>
              <w:jc w:val="center"/>
            </w:pPr>
            <w:r>
              <w:rPr>
                <w:b/>
                <w:color w:val="FFFFFF"/>
                <w:sz w:val="17"/>
              </w:rPr>
              <w:t>Due Date / Status</w:t>
            </w:r>
          </w:p>
        </w:tc>
      </w:tr>
      <w:tr w:rsidR="009667E1" w14:paraId="03C02A3E" w14:textId="77777777">
        <w:trPr>
          <w:cantSplit/>
          <w:jc w:val="center"/>
        </w:trPr>
        <w:tc>
          <w:tcPr>
            <w:tcW w:w="576" w:type="dxa"/>
            <w:tcMar>
              <w:top w:w="80" w:type="dxa"/>
              <w:left w:w="60" w:type="dxa"/>
              <w:bottom w:w="80" w:type="dxa"/>
              <w:right w:w="60" w:type="dxa"/>
            </w:tcMar>
            <w:vAlign w:val="center"/>
          </w:tcPr>
          <w:p w14:paraId="02CDB7D9" w14:textId="77777777" w:rsidR="009667E1" w:rsidRDefault="00000000">
            <w:pPr>
              <w:spacing w:after="0"/>
              <w:jc w:val="center"/>
            </w:pPr>
            <w:r>
              <w:rPr>
                <w:b/>
                <w:color w:val="555555"/>
                <w:sz w:val="17"/>
              </w:rPr>
              <w:t>1</w:t>
            </w:r>
          </w:p>
        </w:tc>
        <w:tc>
          <w:tcPr>
            <w:tcW w:w="3312" w:type="dxa"/>
            <w:tcMar>
              <w:top w:w="80" w:type="dxa"/>
              <w:left w:w="60" w:type="dxa"/>
              <w:bottom w:w="80" w:type="dxa"/>
              <w:right w:w="60" w:type="dxa"/>
            </w:tcMar>
            <w:vAlign w:val="center"/>
          </w:tcPr>
          <w:p w14:paraId="2912B508" w14:textId="77777777" w:rsidR="009667E1" w:rsidRDefault="009667E1">
            <w:pPr>
              <w:spacing w:after="0"/>
            </w:pPr>
          </w:p>
        </w:tc>
        <w:tc>
          <w:tcPr>
            <w:tcW w:w="1296" w:type="dxa"/>
            <w:tcMar>
              <w:top w:w="80" w:type="dxa"/>
              <w:left w:w="60" w:type="dxa"/>
              <w:bottom w:w="80" w:type="dxa"/>
              <w:right w:w="60" w:type="dxa"/>
            </w:tcMar>
            <w:vAlign w:val="center"/>
          </w:tcPr>
          <w:p w14:paraId="4DB7CC66" w14:textId="77777777" w:rsidR="009667E1" w:rsidRDefault="009667E1">
            <w:pPr>
              <w:spacing w:after="0"/>
            </w:pPr>
          </w:p>
        </w:tc>
        <w:tc>
          <w:tcPr>
            <w:tcW w:w="2448" w:type="dxa"/>
            <w:tcMar>
              <w:top w:w="80" w:type="dxa"/>
              <w:left w:w="60" w:type="dxa"/>
              <w:bottom w:w="80" w:type="dxa"/>
              <w:right w:w="60" w:type="dxa"/>
            </w:tcMar>
            <w:vAlign w:val="center"/>
          </w:tcPr>
          <w:p w14:paraId="1F294364" w14:textId="77777777" w:rsidR="009667E1" w:rsidRDefault="009667E1">
            <w:pPr>
              <w:spacing w:after="0"/>
            </w:pPr>
          </w:p>
        </w:tc>
        <w:tc>
          <w:tcPr>
            <w:tcW w:w="1584" w:type="dxa"/>
            <w:tcMar>
              <w:top w:w="80" w:type="dxa"/>
              <w:left w:w="60" w:type="dxa"/>
              <w:bottom w:w="80" w:type="dxa"/>
              <w:right w:w="60" w:type="dxa"/>
            </w:tcMar>
            <w:vAlign w:val="center"/>
          </w:tcPr>
          <w:p w14:paraId="0D0B211B" w14:textId="77777777" w:rsidR="009667E1" w:rsidRDefault="009667E1">
            <w:pPr>
              <w:spacing w:after="0"/>
            </w:pPr>
          </w:p>
        </w:tc>
        <w:tc>
          <w:tcPr>
            <w:tcW w:w="1008" w:type="dxa"/>
            <w:tcMar>
              <w:top w:w="80" w:type="dxa"/>
              <w:left w:w="60" w:type="dxa"/>
              <w:bottom w:w="80" w:type="dxa"/>
              <w:right w:w="60" w:type="dxa"/>
            </w:tcMar>
            <w:vAlign w:val="center"/>
          </w:tcPr>
          <w:p w14:paraId="7F01D11C" w14:textId="77777777" w:rsidR="009667E1" w:rsidRDefault="009667E1">
            <w:pPr>
              <w:spacing w:after="0"/>
            </w:pPr>
          </w:p>
        </w:tc>
      </w:tr>
      <w:tr w:rsidR="009667E1" w14:paraId="138400DF" w14:textId="77777777">
        <w:trPr>
          <w:cantSplit/>
          <w:jc w:val="center"/>
        </w:trPr>
        <w:tc>
          <w:tcPr>
            <w:tcW w:w="576" w:type="dxa"/>
            <w:tcMar>
              <w:top w:w="80" w:type="dxa"/>
              <w:left w:w="60" w:type="dxa"/>
              <w:bottom w:w="80" w:type="dxa"/>
              <w:right w:w="60" w:type="dxa"/>
            </w:tcMar>
            <w:vAlign w:val="center"/>
          </w:tcPr>
          <w:p w14:paraId="7E2144CB" w14:textId="77777777" w:rsidR="009667E1" w:rsidRDefault="00000000">
            <w:pPr>
              <w:spacing w:after="0"/>
              <w:jc w:val="center"/>
            </w:pPr>
            <w:r>
              <w:rPr>
                <w:b/>
                <w:color w:val="555555"/>
                <w:sz w:val="17"/>
              </w:rPr>
              <w:t>2</w:t>
            </w:r>
          </w:p>
        </w:tc>
        <w:tc>
          <w:tcPr>
            <w:tcW w:w="3312" w:type="dxa"/>
            <w:tcMar>
              <w:top w:w="80" w:type="dxa"/>
              <w:left w:w="60" w:type="dxa"/>
              <w:bottom w:w="80" w:type="dxa"/>
              <w:right w:w="60" w:type="dxa"/>
            </w:tcMar>
            <w:vAlign w:val="center"/>
          </w:tcPr>
          <w:p w14:paraId="5D590965" w14:textId="77777777" w:rsidR="009667E1" w:rsidRDefault="009667E1">
            <w:pPr>
              <w:spacing w:after="0"/>
            </w:pPr>
          </w:p>
        </w:tc>
        <w:tc>
          <w:tcPr>
            <w:tcW w:w="1296" w:type="dxa"/>
            <w:tcMar>
              <w:top w:w="80" w:type="dxa"/>
              <w:left w:w="60" w:type="dxa"/>
              <w:bottom w:w="80" w:type="dxa"/>
              <w:right w:w="60" w:type="dxa"/>
            </w:tcMar>
            <w:vAlign w:val="center"/>
          </w:tcPr>
          <w:p w14:paraId="3BCA4607" w14:textId="77777777" w:rsidR="009667E1" w:rsidRDefault="009667E1">
            <w:pPr>
              <w:spacing w:after="0"/>
            </w:pPr>
          </w:p>
        </w:tc>
        <w:tc>
          <w:tcPr>
            <w:tcW w:w="2448" w:type="dxa"/>
            <w:tcMar>
              <w:top w:w="80" w:type="dxa"/>
              <w:left w:w="60" w:type="dxa"/>
              <w:bottom w:w="80" w:type="dxa"/>
              <w:right w:w="60" w:type="dxa"/>
            </w:tcMar>
            <w:vAlign w:val="center"/>
          </w:tcPr>
          <w:p w14:paraId="59ED4851" w14:textId="77777777" w:rsidR="009667E1" w:rsidRDefault="009667E1">
            <w:pPr>
              <w:spacing w:after="0"/>
            </w:pPr>
          </w:p>
        </w:tc>
        <w:tc>
          <w:tcPr>
            <w:tcW w:w="1584" w:type="dxa"/>
            <w:tcMar>
              <w:top w:w="80" w:type="dxa"/>
              <w:left w:w="60" w:type="dxa"/>
              <w:bottom w:w="80" w:type="dxa"/>
              <w:right w:w="60" w:type="dxa"/>
            </w:tcMar>
            <w:vAlign w:val="center"/>
          </w:tcPr>
          <w:p w14:paraId="7EFC3A17" w14:textId="77777777" w:rsidR="009667E1" w:rsidRDefault="009667E1">
            <w:pPr>
              <w:spacing w:after="0"/>
            </w:pPr>
          </w:p>
        </w:tc>
        <w:tc>
          <w:tcPr>
            <w:tcW w:w="1008" w:type="dxa"/>
            <w:tcMar>
              <w:top w:w="80" w:type="dxa"/>
              <w:left w:w="60" w:type="dxa"/>
              <w:bottom w:w="80" w:type="dxa"/>
              <w:right w:w="60" w:type="dxa"/>
            </w:tcMar>
            <w:vAlign w:val="center"/>
          </w:tcPr>
          <w:p w14:paraId="2D4D8F6D" w14:textId="77777777" w:rsidR="009667E1" w:rsidRDefault="009667E1">
            <w:pPr>
              <w:spacing w:after="0"/>
            </w:pPr>
          </w:p>
        </w:tc>
      </w:tr>
      <w:tr w:rsidR="009667E1" w14:paraId="06F8F30C" w14:textId="77777777">
        <w:trPr>
          <w:cantSplit/>
          <w:jc w:val="center"/>
        </w:trPr>
        <w:tc>
          <w:tcPr>
            <w:tcW w:w="576" w:type="dxa"/>
            <w:tcMar>
              <w:top w:w="80" w:type="dxa"/>
              <w:left w:w="60" w:type="dxa"/>
              <w:bottom w:w="80" w:type="dxa"/>
              <w:right w:w="60" w:type="dxa"/>
            </w:tcMar>
            <w:vAlign w:val="center"/>
          </w:tcPr>
          <w:p w14:paraId="4A222E4C" w14:textId="77777777" w:rsidR="009667E1" w:rsidRDefault="00000000">
            <w:pPr>
              <w:spacing w:after="0"/>
              <w:jc w:val="center"/>
            </w:pPr>
            <w:r>
              <w:rPr>
                <w:b/>
                <w:color w:val="555555"/>
                <w:sz w:val="17"/>
              </w:rPr>
              <w:t>3</w:t>
            </w:r>
          </w:p>
        </w:tc>
        <w:tc>
          <w:tcPr>
            <w:tcW w:w="3312" w:type="dxa"/>
            <w:tcMar>
              <w:top w:w="80" w:type="dxa"/>
              <w:left w:w="60" w:type="dxa"/>
              <w:bottom w:w="80" w:type="dxa"/>
              <w:right w:w="60" w:type="dxa"/>
            </w:tcMar>
            <w:vAlign w:val="center"/>
          </w:tcPr>
          <w:p w14:paraId="1C56F7CC" w14:textId="77777777" w:rsidR="009667E1" w:rsidRDefault="009667E1">
            <w:pPr>
              <w:spacing w:after="0"/>
            </w:pPr>
          </w:p>
        </w:tc>
        <w:tc>
          <w:tcPr>
            <w:tcW w:w="1296" w:type="dxa"/>
            <w:tcMar>
              <w:top w:w="80" w:type="dxa"/>
              <w:left w:w="60" w:type="dxa"/>
              <w:bottom w:w="80" w:type="dxa"/>
              <w:right w:w="60" w:type="dxa"/>
            </w:tcMar>
            <w:vAlign w:val="center"/>
          </w:tcPr>
          <w:p w14:paraId="4F6D0CF3" w14:textId="77777777" w:rsidR="009667E1" w:rsidRDefault="009667E1">
            <w:pPr>
              <w:spacing w:after="0"/>
            </w:pPr>
          </w:p>
        </w:tc>
        <w:tc>
          <w:tcPr>
            <w:tcW w:w="2448" w:type="dxa"/>
            <w:tcMar>
              <w:top w:w="80" w:type="dxa"/>
              <w:left w:w="60" w:type="dxa"/>
              <w:bottom w:w="80" w:type="dxa"/>
              <w:right w:w="60" w:type="dxa"/>
            </w:tcMar>
            <w:vAlign w:val="center"/>
          </w:tcPr>
          <w:p w14:paraId="259696D4" w14:textId="77777777" w:rsidR="009667E1" w:rsidRDefault="009667E1">
            <w:pPr>
              <w:spacing w:after="0"/>
            </w:pPr>
          </w:p>
        </w:tc>
        <w:tc>
          <w:tcPr>
            <w:tcW w:w="1584" w:type="dxa"/>
            <w:tcMar>
              <w:top w:w="80" w:type="dxa"/>
              <w:left w:w="60" w:type="dxa"/>
              <w:bottom w:w="80" w:type="dxa"/>
              <w:right w:w="60" w:type="dxa"/>
            </w:tcMar>
            <w:vAlign w:val="center"/>
          </w:tcPr>
          <w:p w14:paraId="1D25009C" w14:textId="77777777" w:rsidR="009667E1" w:rsidRDefault="009667E1">
            <w:pPr>
              <w:spacing w:after="0"/>
            </w:pPr>
          </w:p>
        </w:tc>
        <w:tc>
          <w:tcPr>
            <w:tcW w:w="1008" w:type="dxa"/>
            <w:tcMar>
              <w:top w:w="80" w:type="dxa"/>
              <w:left w:w="60" w:type="dxa"/>
              <w:bottom w:w="80" w:type="dxa"/>
              <w:right w:w="60" w:type="dxa"/>
            </w:tcMar>
            <w:vAlign w:val="center"/>
          </w:tcPr>
          <w:p w14:paraId="2F951FFD" w14:textId="77777777" w:rsidR="009667E1" w:rsidRDefault="009667E1">
            <w:pPr>
              <w:spacing w:after="0"/>
            </w:pPr>
          </w:p>
        </w:tc>
      </w:tr>
      <w:tr w:rsidR="009667E1" w14:paraId="485B3440" w14:textId="77777777">
        <w:trPr>
          <w:cantSplit/>
          <w:jc w:val="center"/>
        </w:trPr>
        <w:tc>
          <w:tcPr>
            <w:tcW w:w="576" w:type="dxa"/>
            <w:tcMar>
              <w:top w:w="80" w:type="dxa"/>
              <w:left w:w="60" w:type="dxa"/>
              <w:bottom w:w="80" w:type="dxa"/>
              <w:right w:w="60" w:type="dxa"/>
            </w:tcMar>
            <w:vAlign w:val="center"/>
          </w:tcPr>
          <w:p w14:paraId="1790C770" w14:textId="77777777" w:rsidR="009667E1" w:rsidRDefault="00000000">
            <w:pPr>
              <w:spacing w:after="0"/>
              <w:jc w:val="center"/>
            </w:pPr>
            <w:r>
              <w:rPr>
                <w:b/>
                <w:color w:val="555555"/>
                <w:sz w:val="17"/>
              </w:rPr>
              <w:t>4</w:t>
            </w:r>
          </w:p>
        </w:tc>
        <w:tc>
          <w:tcPr>
            <w:tcW w:w="3312" w:type="dxa"/>
            <w:tcMar>
              <w:top w:w="80" w:type="dxa"/>
              <w:left w:w="60" w:type="dxa"/>
              <w:bottom w:w="80" w:type="dxa"/>
              <w:right w:w="60" w:type="dxa"/>
            </w:tcMar>
            <w:vAlign w:val="center"/>
          </w:tcPr>
          <w:p w14:paraId="283FD062" w14:textId="77777777" w:rsidR="009667E1" w:rsidRDefault="009667E1">
            <w:pPr>
              <w:spacing w:after="0"/>
            </w:pPr>
          </w:p>
        </w:tc>
        <w:tc>
          <w:tcPr>
            <w:tcW w:w="1296" w:type="dxa"/>
            <w:tcMar>
              <w:top w:w="80" w:type="dxa"/>
              <w:left w:w="60" w:type="dxa"/>
              <w:bottom w:w="80" w:type="dxa"/>
              <w:right w:w="60" w:type="dxa"/>
            </w:tcMar>
            <w:vAlign w:val="center"/>
          </w:tcPr>
          <w:p w14:paraId="3329F806" w14:textId="77777777" w:rsidR="009667E1" w:rsidRDefault="009667E1">
            <w:pPr>
              <w:spacing w:after="0"/>
            </w:pPr>
          </w:p>
        </w:tc>
        <w:tc>
          <w:tcPr>
            <w:tcW w:w="2448" w:type="dxa"/>
            <w:tcMar>
              <w:top w:w="80" w:type="dxa"/>
              <w:left w:w="60" w:type="dxa"/>
              <w:bottom w:w="80" w:type="dxa"/>
              <w:right w:w="60" w:type="dxa"/>
            </w:tcMar>
            <w:vAlign w:val="center"/>
          </w:tcPr>
          <w:p w14:paraId="6C1CCF66" w14:textId="77777777" w:rsidR="009667E1" w:rsidRDefault="009667E1">
            <w:pPr>
              <w:spacing w:after="0"/>
            </w:pPr>
          </w:p>
        </w:tc>
        <w:tc>
          <w:tcPr>
            <w:tcW w:w="1584" w:type="dxa"/>
            <w:tcMar>
              <w:top w:w="80" w:type="dxa"/>
              <w:left w:w="60" w:type="dxa"/>
              <w:bottom w:w="80" w:type="dxa"/>
              <w:right w:w="60" w:type="dxa"/>
            </w:tcMar>
            <w:vAlign w:val="center"/>
          </w:tcPr>
          <w:p w14:paraId="284D785D" w14:textId="77777777" w:rsidR="009667E1" w:rsidRDefault="009667E1">
            <w:pPr>
              <w:spacing w:after="0"/>
            </w:pPr>
          </w:p>
        </w:tc>
        <w:tc>
          <w:tcPr>
            <w:tcW w:w="1008" w:type="dxa"/>
            <w:tcMar>
              <w:top w:w="80" w:type="dxa"/>
              <w:left w:w="60" w:type="dxa"/>
              <w:bottom w:w="80" w:type="dxa"/>
              <w:right w:w="60" w:type="dxa"/>
            </w:tcMar>
            <w:vAlign w:val="center"/>
          </w:tcPr>
          <w:p w14:paraId="3F0F4873" w14:textId="77777777" w:rsidR="009667E1" w:rsidRDefault="009667E1">
            <w:pPr>
              <w:spacing w:after="0"/>
            </w:pPr>
          </w:p>
        </w:tc>
      </w:tr>
      <w:tr w:rsidR="009667E1" w14:paraId="67CB6DD9" w14:textId="77777777">
        <w:trPr>
          <w:cantSplit/>
          <w:jc w:val="center"/>
        </w:trPr>
        <w:tc>
          <w:tcPr>
            <w:tcW w:w="576" w:type="dxa"/>
            <w:tcMar>
              <w:top w:w="80" w:type="dxa"/>
              <w:left w:w="60" w:type="dxa"/>
              <w:bottom w:w="80" w:type="dxa"/>
              <w:right w:w="60" w:type="dxa"/>
            </w:tcMar>
            <w:vAlign w:val="center"/>
          </w:tcPr>
          <w:p w14:paraId="6DF0583C" w14:textId="77777777" w:rsidR="009667E1" w:rsidRDefault="00000000">
            <w:pPr>
              <w:spacing w:after="0"/>
              <w:jc w:val="center"/>
            </w:pPr>
            <w:r>
              <w:rPr>
                <w:b/>
                <w:color w:val="555555"/>
                <w:sz w:val="17"/>
              </w:rPr>
              <w:lastRenderedPageBreak/>
              <w:t>5</w:t>
            </w:r>
          </w:p>
        </w:tc>
        <w:tc>
          <w:tcPr>
            <w:tcW w:w="3312" w:type="dxa"/>
            <w:tcMar>
              <w:top w:w="80" w:type="dxa"/>
              <w:left w:w="60" w:type="dxa"/>
              <w:bottom w:w="80" w:type="dxa"/>
              <w:right w:w="60" w:type="dxa"/>
            </w:tcMar>
            <w:vAlign w:val="center"/>
          </w:tcPr>
          <w:p w14:paraId="3875DF99" w14:textId="77777777" w:rsidR="009667E1" w:rsidRDefault="009667E1">
            <w:pPr>
              <w:spacing w:after="0"/>
            </w:pPr>
          </w:p>
        </w:tc>
        <w:tc>
          <w:tcPr>
            <w:tcW w:w="1296" w:type="dxa"/>
            <w:tcMar>
              <w:top w:w="80" w:type="dxa"/>
              <w:left w:w="60" w:type="dxa"/>
              <w:bottom w:w="80" w:type="dxa"/>
              <w:right w:w="60" w:type="dxa"/>
            </w:tcMar>
            <w:vAlign w:val="center"/>
          </w:tcPr>
          <w:p w14:paraId="1D0FB658" w14:textId="77777777" w:rsidR="009667E1" w:rsidRDefault="009667E1">
            <w:pPr>
              <w:spacing w:after="0"/>
            </w:pPr>
          </w:p>
        </w:tc>
        <w:tc>
          <w:tcPr>
            <w:tcW w:w="2448" w:type="dxa"/>
            <w:tcMar>
              <w:top w:w="80" w:type="dxa"/>
              <w:left w:w="60" w:type="dxa"/>
              <w:bottom w:w="80" w:type="dxa"/>
              <w:right w:w="60" w:type="dxa"/>
            </w:tcMar>
            <w:vAlign w:val="center"/>
          </w:tcPr>
          <w:p w14:paraId="7ED30590" w14:textId="77777777" w:rsidR="009667E1" w:rsidRDefault="009667E1">
            <w:pPr>
              <w:spacing w:after="0"/>
            </w:pPr>
          </w:p>
        </w:tc>
        <w:tc>
          <w:tcPr>
            <w:tcW w:w="1584" w:type="dxa"/>
            <w:tcMar>
              <w:top w:w="80" w:type="dxa"/>
              <w:left w:w="60" w:type="dxa"/>
              <w:bottom w:w="80" w:type="dxa"/>
              <w:right w:w="60" w:type="dxa"/>
            </w:tcMar>
            <w:vAlign w:val="center"/>
          </w:tcPr>
          <w:p w14:paraId="00895CFA" w14:textId="77777777" w:rsidR="009667E1" w:rsidRDefault="009667E1">
            <w:pPr>
              <w:spacing w:after="0"/>
            </w:pPr>
          </w:p>
        </w:tc>
        <w:tc>
          <w:tcPr>
            <w:tcW w:w="1008" w:type="dxa"/>
            <w:tcMar>
              <w:top w:w="80" w:type="dxa"/>
              <w:left w:w="60" w:type="dxa"/>
              <w:bottom w:w="80" w:type="dxa"/>
              <w:right w:w="60" w:type="dxa"/>
            </w:tcMar>
            <w:vAlign w:val="center"/>
          </w:tcPr>
          <w:p w14:paraId="30C09972" w14:textId="77777777" w:rsidR="009667E1" w:rsidRDefault="009667E1">
            <w:pPr>
              <w:spacing w:after="0"/>
            </w:pPr>
          </w:p>
        </w:tc>
      </w:tr>
      <w:tr w:rsidR="009667E1" w14:paraId="6F4BA537" w14:textId="77777777">
        <w:trPr>
          <w:cantSplit/>
          <w:jc w:val="center"/>
        </w:trPr>
        <w:tc>
          <w:tcPr>
            <w:tcW w:w="576" w:type="dxa"/>
            <w:tcMar>
              <w:top w:w="80" w:type="dxa"/>
              <w:left w:w="60" w:type="dxa"/>
              <w:bottom w:w="80" w:type="dxa"/>
              <w:right w:w="60" w:type="dxa"/>
            </w:tcMar>
            <w:vAlign w:val="center"/>
          </w:tcPr>
          <w:p w14:paraId="02421576" w14:textId="77777777" w:rsidR="009667E1" w:rsidRDefault="00000000">
            <w:pPr>
              <w:spacing w:after="0"/>
              <w:jc w:val="center"/>
            </w:pPr>
            <w:r>
              <w:rPr>
                <w:b/>
                <w:color w:val="555555"/>
                <w:sz w:val="17"/>
              </w:rPr>
              <w:t>6</w:t>
            </w:r>
          </w:p>
        </w:tc>
        <w:tc>
          <w:tcPr>
            <w:tcW w:w="3312" w:type="dxa"/>
            <w:tcMar>
              <w:top w:w="80" w:type="dxa"/>
              <w:left w:w="60" w:type="dxa"/>
              <w:bottom w:w="80" w:type="dxa"/>
              <w:right w:w="60" w:type="dxa"/>
            </w:tcMar>
            <w:vAlign w:val="center"/>
          </w:tcPr>
          <w:p w14:paraId="3C3DEFCA" w14:textId="77777777" w:rsidR="009667E1" w:rsidRDefault="009667E1">
            <w:pPr>
              <w:spacing w:after="0"/>
            </w:pPr>
          </w:p>
        </w:tc>
        <w:tc>
          <w:tcPr>
            <w:tcW w:w="1296" w:type="dxa"/>
            <w:tcMar>
              <w:top w:w="80" w:type="dxa"/>
              <w:left w:w="60" w:type="dxa"/>
              <w:bottom w:w="80" w:type="dxa"/>
              <w:right w:w="60" w:type="dxa"/>
            </w:tcMar>
            <w:vAlign w:val="center"/>
          </w:tcPr>
          <w:p w14:paraId="2F24DA66" w14:textId="77777777" w:rsidR="009667E1" w:rsidRDefault="009667E1">
            <w:pPr>
              <w:spacing w:after="0"/>
            </w:pPr>
          </w:p>
        </w:tc>
        <w:tc>
          <w:tcPr>
            <w:tcW w:w="2448" w:type="dxa"/>
            <w:tcMar>
              <w:top w:w="80" w:type="dxa"/>
              <w:left w:w="60" w:type="dxa"/>
              <w:bottom w:w="80" w:type="dxa"/>
              <w:right w:w="60" w:type="dxa"/>
            </w:tcMar>
            <w:vAlign w:val="center"/>
          </w:tcPr>
          <w:p w14:paraId="33DB4682" w14:textId="77777777" w:rsidR="009667E1" w:rsidRDefault="009667E1">
            <w:pPr>
              <w:spacing w:after="0"/>
            </w:pPr>
          </w:p>
        </w:tc>
        <w:tc>
          <w:tcPr>
            <w:tcW w:w="1584" w:type="dxa"/>
            <w:tcMar>
              <w:top w:w="80" w:type="dxa"/>
              <w:left w:w="60" w:type="dxa"/>
              <w:bottom w:w="80" w:type="dxa"/>
              <w:right w:w="60" w:type="dxa"/>
            </w:tcMar>
            <w:vAlign w:val="center"/>
          </w:tcPr>
          <w:p w14:paraId="7E2CBFB1" w14:textId="77777777" w:rsidR="009667E1" w:rsidRDefault="009667E1">
            <w:pPr>
              <w:spacing w:after="0"/>
            </w:pPr>
          </w:p>
        </w:tc>
        <w:tc>
          <w:tcPr>
            <w:tcW w:w="1008" w:type="dxa"/>
            <w:tcMar>
              <w:top w:w="80" w:type="dxa"/>
              <w:left w:w="60" w:type="dxa"/>
              <w:bottom w:w="80" w:type="dxa"/>
              <w:right w:w="60" w:type="dxa"/>
            </w:tcMar>
            <w:vAlign w:val="center"/>
          </w:tcPr>
          <w:p w14:paraId="15C2DAAC" w14:textId="77777777" w:rsidR="009667E1" w:rsidRDefault="009667E1">
            <w:pPr>
              <w:spacing w:after="0"/>
            </w:pPr>
          </w:p>
        </w:tc>
      </w:tr>
    </w:tbl>
    <w:p w14:paraId="440E19AE" w14:textId="77777777" w:rsidR="009667E1" w:rsidRDefault="00000000">
      <w:pPr>
        <w:spacing w:before="80"/>
      </w:pPr>
      <w:r>
        <w:rPr>
          <w:i/>
          <w:color w:val="666666"/>
          <w:sz w:val="16"/>
        </w:rPr>
        <w:t>Risk Level: Low / Medium / High / Critical    |    Status: Open / In Progress / Closed / Verification Required</w:t>
      </w:r>
    </w:p>
    <w:p w14:paraId="6BFBF4DC" w14:textId="77777777" w:rsidR="009667E1" w:rsidRDefault="00000000">
      <w:pPr>
        <w:keepNext/>
        <w:spacing w:before="240" w:after="120"/>
      </w:pPr>
      <w:r>
        <w:rPr>
          <w:b/>
          <w:color w:val="1B365D"/>
          <w:sz w:val="22"/>
        </w:rPr>
        <w:t>4. OVERALL ASSESSMENT</w:t>
      </w:r>
    </w:p>
    <w:tbl>
      <w:tblPr>
        <w:tblW w:w="0" w:type="auto"/>
        <w:jc w:val="center"/>
        <w:tblBorders>
          <w:top w:val="single" w:sz="4" w:space="0" w:color="B0C4DE"/>
          <w:left w:val="single" w:sz="4" w:space="0" w:color="B0C4DE"/>
          <w:bottom w:val="single" w:sz="4" w:space="0" w:color="B0C4DE"/>
          <w:right w:val="single" w:sz="4" w:space="0" w:color="B0C4DE"/>
          <w:insideH w:val="single" w:sz="4" w:space="0" w:color="B0C4DE"/>
          <w:insideV w:val="single" w:sz="4" w:space="0" w:color="B0C4DE"/>
        </w:tblBorders>
        <w:tblLook w:val="04A0" w:firstRow="1" w:lastRow="0" w:firstColumn="1" w:lastColumn="0" w:noHBand="0" w:noVBand="1"/>
      </w:tblPr>
      <w:tblGrid>
        <w:gridCol w:w="2549"/>
        <w:gridCol w:w="619"/>
        <w:gridCol w:w="1930"/>
        <w:gridCol w:w="2549"/>
        <w:gridCol w:w="2577"/>
        <w:gridCol w:w="20"/>
      </w:tblGrid>
      <w:tr w:rsidR="009667E1" w14:paraId="594C07E9" w14:textId="77777777">
        <w:trPr>
          <w:jc w:val="center"/>
        </w:trPr>
        <w:tc>
          <w:tcPr>
            <w:tcW w:w="2549" w:type="dxa"/>
            <w:shd w:val="clear" w:color="auto" w:fill="F0F4F8"/>
            <w:tcMar>
              <w:top w:w="100" w:type="dxa"/>
              <w:left w:w="60" w:type="dxa"/>
              <w:bottom w:w="100" w:type="dxa"/>
              <w:right w:w="60" w:type="dxa"/>
            </w:tcMar>
            <w:vAlign w:val="center"/>
          </w:tcPr>
          <w:p w14:paraId="3BED9528" w14:textId="77777777" w:rsidR="009667E1" w:rsidRDefault="00000000">
            <w:pPr>
              <w:spacing w:after="0"/>
              <w:jc w:val="center"/>
            </w:pPr>
            <w:r>
              <w:rPr>
                <w:b/>
                <w:color w:val="1B365D"/>
                <w:sz w:val="17"/>
              </w:rPr>
              <w:t>☐ Satisfactory</w:t>
            </w:r>
          </w:p>
        </w:tc>
        <w:tc>
          <w:tcPr>
            <w:tcW w:w="2549" w:type="dxa"/>
            <w:gridSpan w:val="2"/>
            <w:shd w:val="clear" w:color="auto" w:fill="F0F4F8"/>
            <w:tcMar>
              <w:top w:w="100" w:type="dxa"/>
              <w:left w:w="60" w:type="dxa"/>
              <w:bottom w:w="100" w:type="dxa"/>
              <w:right w:w="60" w:type="dxa"/>
            </w:tcMar>
            <w:vAlign w:val="center"/>
          </w:tcPr>
          <w:p w14:paraId="247FF57A" w14:textId="77777777" w:rsidR="009667E1" w:rsidRDefault="00000000">
            <w:pPr>
              <w:spacing w:after="0"/>
              <w:jc w:val="center"/>
            </w:pPr>
            <w:r>
              <w:rPr>
                <w:b/>
                <w:color w:val="1B365D"/>
                <w:sz w:val="17"/>
              </w:rPr>
              <w:t>☐ Needs Improvement</w:t>
            </w:r>
          </w:p>
        </w:tc>
        <w:tc>
          <w:tcPr>
            <w:tcW w:w="2549" w:type="dxa"/>
            <w:shd w:val="clear" w:color="auto" w:fill="F0F4F8"/>
            <w:tcMar>
              <w:top w:w="100" w:type="dxa"/>
              <w:left w:w="60" w:type="dxa"/>
              <w:bottom w:w="100" w:type="dxa"/>
              <w:right w:w="60" w:type="dxa"/>
            </w:tcMar>
            <w:vAlign w:val="center"/>
          </w:tcPr>
          <w:p w14:paraId="5BF909E8" w14:textId="77777777" w:rsidR="009667E1" w:rsidRDefault="00000000">
            <w:pPr>
              <w:spacing w:after="0"/>
              <w:jc w:val="center"/>
            </w:pPr>
            <w:r>
              <w:rPr>
                <w:b/>
                <w:color w:val="1B365D"/>
                <w:sz w:val="17"/>
              </w:rPr>
              <w:t>☐ Unsatisfactory</w:t>
            </w:r>
          </w:p>
        </w:tc>
        <w:tc>
          <w:tcPr>
            <w:tcW w:w="2549" w:type="dxa"/>
            <w:gridSpan w:val="2"/>
            <w:shd w:val="clear" w:color="auto" w:fill="F0F4F8"/>
            <w:tcMar>
              <w:top w:w="100" w:type="dxa"/>
              <w:left w:w="60" w:type="dxa"/>
              <w:bottom w:w="100" w:type="dxa"/>
              <w:right w:w="60" w:type="dxa"/>
            </w:tcMar>
            <w:vAlign w:val="center"/>
          </w:tcPr>
          <w:p w14:paraId="7BFDF925" w14:textId="77777777" w:rsidR="009667E1" w:rsidRDefault="00000000">
            <w:pPr>
              <w:spacing w:after="0"/>
              <w:jc w:val="center"/>
            </w:pPr>
            <w:r>
              <w:rPr>
                <w:b/>
                <w:color w:val="1B365D"/>
                <w:sz w:val="17"/>
              </w:rPr>
              <w:t>☐ Immediate Action Required</w:t>
            </w:r>
          </w:p>
        </w:tc>
      </w:tr>
      <w:tr w:rsidR="009667E1" w14:paraId="79138A7D" w14:textId="77777777">
        <w:tblPrEx>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PrEx>
        <w:trPr>
          <w:gridAfter w:val="1"/>
          <w:wAfter w:w="20" w:type="dxa"/>
          <w:cantSplit/>
          <w:jc w:val="center"/>
        </w:trPr>
        <w:tc>
          <w:tcPr>
            <w:tcW w:w="3168" w:type="dxa"/>
            <w:gridSpan w:val="2"/>
            <w:shd w:val="clear" w:color="auto" w:fill="F9FAFC"/>
            <w:tcMar>
              <w:top w:w="120" w:type="dxa"/>
              <w:left w:w="80" w:type="dxa"/>
              <w:bottom w:w="120" w:type="dxa"/>
              <w:right w:w="80" w:type="dxa"/>
            </w:tcMar>
          </w:tcPr>
          <w:p w14:paraId="54D85F11" w14:textId="77777777" w:rsidR="009667E1" w:rsidRDefault="00000000">
            <w:pPr>
              <w:spacing w:after="0"/>
            </w:pPr>
            <w:r>
              <w:rPr>
                <w:b/>
                <w:color w:val="1B365D"/>
                <w:sz w:val="17"/>
              </w:rPr>
              <w:t>Positive Safety Practices Observed</w:t>
            </w:r>
          </w:p>
        </w:tc>
        <w:tc>
          <w:tcPr>
            <w:tcW w:w="7056" w:type="dxa"/>
            <w:gridSpan w:val="3"/>
            <w:tcMar>
              <w:top w:w="120" w:type="dxa"/>
              <w:left w:w="80" w:type="dxa"/>
              <w:bottom w:w="120" w:type="dxa"/>
              <w:right w:w="80" w:type="dxa"/>
            </w:tcMar>
          </w:tcPr>
          <w:p w14:paraId="0BC3FED3" w14:textId="77777777" w:rsidR="009667E1" w:rsidRDefault="009667E1">
            <w:pPr>
              <w:spacing w:after="0"/>
            </w:pPr>
          </w:p>
        </w:tc>
      </w:tr>
      <w:tr w:rsidR="009667E1" w14:paraId="195AF76B" w14:textId="77777777">
        <w:tblPrEx>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PrEx>
        <w:trPr>
          <w:gridAfter w:val="1"/>
          <w:wAfter w:w="20" w:type="dxa"/>
          <w:cantSplit/>
          <w:jc w:val="center"/>
        </w:trPr>
        <w:tc>
          <w:tcPr>
            <w:tcW w:w="3168" w:type="dxa"/>
            <w:gridSpan w:val="2"/>
            <w:shd w:val="clear" w:color="auto" w:fill="F9FAFC"/>
            <w:tcMar>
              <w:top w:w="120" w:type="dxa"/>
              <w:left w:w="80" w:type="dxa"/>
              <w:bottom w:w="120" w:type="dxa"/>
              <w:right w:w="80" w:type="dxa"/>
            </w:tcMar>
          </w:tcPr>
          <w:p w14:paraId="7DB4D332" w14:textId="77777777" w:rsidR="009667E1" w:rsidRDefault="00000000">
            <w:pPr>
              <w:spacing w:after="0"/>
            </w:pPr>
            <w:r>
              <w:rPr>
                <w:b/>
                <w:color w:val="1B365D"/>
                <w:sz w:val="17"/>
              </w:rPr>
              <w:t>Key Areas Requiring Improvement</w:t>
            </w:r>
          </w:p>
        </w:tc>
        <w:tc>
          <w:tcPr>
            <w:tcW w:w="7056" w:type="dxa"/>
            <w:gridSpan w:val="3"/>
            <w:tcMar>
              <w:top w:w="120" w:type="dxa"/>
              <w:left w:w="80" w:type="dxa"/>
              <w:bottom w:w="120" w:type="dxa"/>
              <w:right w:w="80" w:type="dxa"/>
            </w:tcMar>
          </w:tcPr>
          <w:p w14:paraId="1D1713B0" w14:textId="77777777" w:rsidR="009667E1" w:rsidRDefault="009667E1">
            <w:pPr>
              <w:spacing w:after="0"/>
            </w:pPr>
          </w:p>
        </w:tc>
      </w:tr>
      <w:tr w:rsidR="009667E1" w14:paraId="4208678F" w14:textId="77777777">
        <w:tblPrEx>
          <w:tblBorders>
            <w:top w:val="single" w:sz="4" w:space="0" w:color="D3D3D3"/>
            <w:left w:val="single" w:sz="4" w:space="0" w:color="D3D3D3"/>
            <w:bottom w:val="single" w:sz="4" w:space="0" w:color="D3D3D3"/>
            <w:right w:val="single" w:sz="4" w:space="0" w:color="D3D3D3"/>
            <w:insideH w:val="single" w:sz="4" w:space="0" w:color="D3D3D3"/>
            <w:insideV w:val="single" w:sz="4" w:space="0" w:color="D3D3D3"/>
          </w:tblBorders>
        </w:tblPrEx>
        <w:trPr>
          <w:gridAfter w:val="1"/>
          <w:wAfter w:w="20" w:type="dxa"/>
          <w:cantSplit/>
          <w:jc w:val="center"/>
        </w:trPr>
        <w:tc>
          <w:tcPr>
            <w:tcW w:w="3168" w:type="dxa"/>
            <w:gridSpan w:val="2"/>
            <w:shd w:val="clear" w:color="auto" w:fill="F9FAFC"/>
            <w:tcMar>
              <w:top w:w="120" w:type="dxa"/>
              <w:left w:w="80" w:type="dxa"/>
              <w:bottom w:w="120" w:type="dxa"/>
              <w:right w:w="80" w:type="dxa"/>
            </w:tcMar>
          </w:tcPr>
          <w:p w14:paraId="51D28B5A" w14:textId="77777777" w:rsidR="009667E1" w:rsidRDefault="00000000">
            <w:pPr>
              <w:spacing w:after="0"/>
            </w:pPr>
            <w:r>
              <w:rPr>
                <w:b/>
                <w:color w:val="1B365D"/>
                <w:sz w:val="17"/>
              </w:rPr>
              <w:t>Immediate Actions Required (if any)</w:t>
            </w:r>
          </w:p>
        </w:tc>
        <w:tc>
          <w:tcPr>
            <w:tcW w:w="7056" w:type="dxa"/>
            <w:gridSpan w:val="3"/>
            <w:tcMar>
              <w:top w:w="120" w:type="dxa"/>
              <w:left w:w="80" w:type="dxa"/>
              <w:bottom w:w="120" w:type="dxa"/>
              <w:right w:w="80" w:type="dxa"/>
            </w:tcMar>
          </w:tcPr>
          <w:p w14:paraId="1538E07A" w14:textId="77777777" w:rsidR="009667E1" w:rsidRDefault="009667E1">
            <w:pPr>
              <w:spacing w:after="0"/>
            </w:pPr>
          </w:p>
        </w:tc>
      </w:tr>
    </w:tbl>
    <w:p w14:paraId="5779BE7A" w14:textId="77777777" w:rsidR="009667E1" w:rsidRDefault="009667E1">
      <w:pPr>
        <w:spacing w:after="80"/>
      </w:pPr>
    </w:p>
    <w:p w14:paraId="748D2CE0" w14:textId="77777777" w:rsidR="009667E1" w:rsidRDefault="00000000">
      <w:pPr>
        <w:keepNext/>
        <w:spacing w:before="240" w:after="120"/>
      </w:pPr>
      <w:r>
        <w:rPr>
          <w:b/>
          <w:color w:val="1B365D"/>
          <w:sz w:val="22"/>
        </w:rPr>
        <w:t>5. SIGN-OFF</w:t>
      </w:r>
    </w:p>
    <w:tbl>
      <w:tblPr>
        <w:tblW w:w="0" w:type="auto"/>
        <w:jc w:val="center"/>
        <w:tblBorders>
          <w:top w:val="single" w:sz="4" w:space="0" w:color="B0C4DE"/>
          <w:left w:val="single" w:sz="4" w:space="0" w:color="B0C4DE"/>
          <w:bottom w:val="single" w:sz="4" w:space="0" w:color="B0C4DE"/>
          <w:right w:val="single" w:sz="4" w:space="0" w:color="B0C4DE"/>
          <w:insideH w:val="single" w:sz="4" w:space="0" w:color="B0C4DE"/>
          <w:insideV w:val="single" w:sz="4" w:space="0" w:color="B0C4DE"/>
        </w:tblBorders>
        <w:tblLook w:val="04A0" w:firstRow="1" w:lastRow="0" w:firstColumn="1" w:lastColumn="0" w:noHBand="0" w:noVBand="1"/>
      </w:tblPr>
      <w:tblGrid>
        <w:gridCol w:w="2160"/>
        <w:gridCol w:w="2952"/>
        <w:gridCol w:w="2520"/>
        <w:gridCol w:w="2592"/>
      </w:tblGrid>
      <w:tr w:rsidR="009667E1" w14:paraId="76DD0644" w14:textId="77777777">
        <w:trPr>
          <w:cantSplit/>
          <w:jc w:val="center"/>
        </w:trPr>
        <w:tc>
          <w:tcPr>
            <w:tcW w:w="2160" w:type="dxa"/>
            <w:shd w:val="clear" w:color="auto" w:fill="1B365D"/>
            <w:tcMar>
              <w:top w:w="80" w:type="dxa"/>
              <w:left w:w="80" w:type="dxa"/>
              <w:bottom w:w="80" w:type="dxa"/>
              <w:right w:w="80" w:type="dxa"/>
            </w:tcMar>
            <w:vAlign w:val="center"/>
          </w:tcPr>
          <w:p w14:paraId="66FF966B" w14:textId="77777777" w:rsidR="009667E1" w:rsidRDefault="00000000">
            <w:pPr>
              <w:spacing w:after="0"/>
            </w:pPr>
            <w:r>
              <w:rPr>
                <w:b/>
                <w:color w:val="FFFFFF"/>
                <w:sz w:val="18"/>
              </w:rPr>
              <w:t>INSPECTOR</w:t>
            </w:r>
          </w:p>
        </w:tc>
        <w:tc>
          <w:tcPr>
            <w:tcW w:w="2952" w:type="dxa"/>
            <w:shd w:val="clear" w:color="auto" w:fill="1B365D"/>
            <w:tcMar>
              <w:top w:w="80" w:type="dxa"/>
              <w:left w:w="80" w:type="dxa"/>
              <w:bottom w:w="80" w:type="dxa"/>
              <w:right w:w="80" w:type="dxa"/>
            </w:tcMar>
            <w:vAlign w:val="center"/>
          </w:tcPr>
          <w:p w14:paraId="763A6940" w14:textId="77777777" w:rsidR="009667E1" w:rsidRDefault="009667E1">
            <w:pPr>
              <w:spacing w:after="0"/>
            </w:pPr>
          </w:p>
        </w:tc>
        <w:tc>
          <w:tcPr>
            <w:tcW w:w="2520" w:type="dxa"/>
            <w:shd w:val="clear" w:color="auto" w:fill="1B365D"/>
            <w:tcMar>
              <w:top w:w="80" w:type="dxa"/>
              <w:left w:w="80" w:type="dxa"/>
              <w:bottom w:w="80" w:type="dxa"/>
              <w:right w:w="80" w:type="dxa"/>
            </w:tcMar>
            <w:vAlign w:val="center"/>
          </w:tcPr>
          <w:p w14:paraId="39E4A90C" w14:textId="77777777" w:rsidR="009667E1" w:rsidRDefault="00000000">
            <w:pPr>
              <w:spacing w:after="0"/>
            </w:pPr>
            <w:r>
              <w:rPr>
                <w:b/>
                <w:color w:val="FFFFFF"/>
                <w:sz w:val="18"/>
              </w:rPr>
              <w:t>SUPERVISOR / RESPONSIBLE PERSON</w:t>
            </w:r>
          </w:p>
        </w:tc>
        <w:tc>
          <w:tcPr>
            <w:tcW w:w="2592" w:type="dxa"/>
            <w:shd w:val="clear" w:color="auto" w:fill="1B365D"/>
            <w:tcMar>
              <w:top w:w="80" w:type="dxa"/>
              <w:left w:w="80" w:type="dxa"/>
              <w:bottom w:w="80" w:type="dxa"/>
              <w:right w:w="80" w:type="dxa"/>
            </w:tcMar>
            <w:vAlign w:val="center"/>
          </w:tcPr>
          <w:p w14:paraId="14360150" w14:textId="77777777" w:rsidR="009667E1" w:rsidRDefault="009667E1">
            <w:pPr>
              <w:spacing w:after="0"/>
            </w:pPr>
          </w:p>
        </w:tc>
      </w:tr>
      <w:tr w:rsidR="009667E1" w14:paraId="104BCC0B" w14:textId="77777777">
        <w:trPr>
          <w:cantSplit/>
          <w:jc w:val="center"/>
        </w:trPr>
        <w:tc>
          <w:tcPr>
            <w:tcW w:w="2160" w:type="dxa"/>
            <w:shd w:val="clear" w:color="auto" w:fill="F0F4F8"/>
            <w:tcMar>
              <w:top w:w="80" w:type="dxa"/>
              <w:left w:w="80" w:type="dxa"/>
              <w:bottom w:w="80" w:type="dxa"/>
              <w:right w:w="80" w:type="dxa"/>
            </w:tcMar>
            <w:vAlign w:val="center"/>
          </w:tcPr>
          <w:p w14:paraId="1846655A" w14:textId="77777777" w:rsidR="009667E1" w:rsidRDefault="00000000">
            <w:pPr>
              <w:spacing w:after="0"/>
            </w:pPr>
            <w:r>
              <w:rPr>
                <w:b/>
                <w:color w:val="1B365D"/>
                <w:sz w:val="17"/>
              </w:rPr>
              <w:t>Name:</w:t>
            </w:r>
          </w:p>
        </w:tc>
        <w:tc>
          <w:tcPr>
            <w:tcW w:w="2952" w:type="dxa"/>
            <w:tcMar>
              <w:top w:w="80" w:type="dxa"/>
              <w:left w:w="80" w:type="dxa"/>
              <w:bottom w:w="80" w:type="dxa"/>
              <w:right w:w="80" w:type="dxa"/>
            </w:tcMar>
            <w:vAlign w:val="center"/>
          </w:tcPr>
          <w:p w14:paraId="5FAAF0E8" w14:textId="77777777" w:rsidR="009667E1" w:rsidRDefault="009667E1">
            <w:pPr>
              <w:spacing w:after="0"/>
            </w:pPr>
          </w:p>
        </w:tc>
        <w:tc>
          <w:tcPr>
            <w:tcW w:w="2520" w:type="dxa"/>
            <w:shd w:val="clear" w:color="auto" w:fill="F0F4F8"/>
            <w:tcMar>
              <w:top w:w="80" w:type="dxa"/>
              <w:left w:w="80" w:type="dxa"/>
              <w:bottom w:w="80" w:type="dxa"/>
              <w:right w:w="80" w:type="dxa"/>
            </w:tcMar>
            <w:vAlign w:val="center"/>
          </w:tcPr>
          <w:p w14:paraId="3BE8CB80" w14:textId="77777777" w:rsidR="009667E1" w:rsidRDefault="00000000">
            <w:pPr>
              <w:spacing w:after="0"/>
            </w:pPr>
            <w:r>
              <w:rPr>
                <w:b/>
                <w:color w:val="1B365D"/>
                <w:sz w:val="17"/>
              </w:rPr>
              <w:t>Name:</w:t>
            </w:r>
          </w:p>
        </w:tc>
        <w:tc>
          <w:tcPr>
            <w:tcW w:w="2592" w:type="dxa"/>
            <w:tcMar>
              <w:top w:w="80" w:type="dxa"/>
              <w:left w:w="80" w:type="dxa"/>
              <w:bottom w:w="80" w:type="dxa"/>
              <w:right w:w="80" w:type="dxa"/>
            </w:tcMar>
            <w:vAlign w:val="center"/>
          </w:tcPr>
          <w:p w14:paraId="6CD3B175" w14:textId="77777777" w:rsidR="009667E1" w:rsidRDefault="009667E1">
            <w:pPr>
              <w:spacing w:after="0"/>
            </w:pPr>
          </w:p>
        </w:tc>
      </w:tr>
      <w:tr w:rsidR="009667E1" w14:paraId="6C41B160" w14:textId="77777777">
        <w:trPr>
          <w:cantSplit/>
          <w:jc w:val="center"/>
        </w:trPr>
        <w:tc>
          <w:tcPr>
            <w:tcW w:w="2160" w:type="dxa"/>
            <w:shd w:val="clear" w:color="auto" w:fill="F0F4F8"/>
            <w:tcMar>
              <w:top w:w="80" w:type="dxa"/>
              <w:left w:w="80" w:type="dxa"/>
              <w:bottom w:w="80" w:type="dxa"/>
              <w:right w:w="80" w:type="dxa"/>
            </w:tcMar>
            <w:vAlign w:val="center"/>
          </w:tcPr>
          <w:p w14:paraId="46DF8342" w14:textId="77777777" w:rsidR="009667E1" w:rsidRDefault="00000000">
            <w:pPr>
              <w:spacing w:after="0"/>
            </w:pPr>
            <w:r>
              <w:rPr>
                <w:b/>
                <w:color w:val="1B365D"/>
                <w:sz w:val="17"/>
              </w:rPr>
              <w:t>Signature:</w:t>
            </w:r>
          </w:p>
        </w:tc>
        <w:tc>
          <w:tcPr>
            <w:tcW w:w="2952" w:type="dxa"/>
            <w:tcMar>
              <w:top w:w="80" w:type="dxa"/>
              <w:left w:w="80" w:type="dxa"/>
              <w:bottom w:w="80" w:type="dxa"/>
              <w:right w:w="80" w:type="dxa"/>
            </w:tcMar>
            <w:vAlign w:val="center"/>
          </w:tcPr>
          <w:p w14:paraId="07BB5CD6" w14:textId="77777777" w:rsidR="009667E1" w:rsidRDefault="009667E1">
            <w:pPr>
              <w:spacing w:after="0"/>
            </w:pPr>
          </w:p>
        </w:tc>
        <w:tc>
          <w:tcPr>
            <w:tcW w:w="2520" w:type="dxa"/>
            <w:shd w:val="clear" w:color="auto" w:fill="F0F4F8"/>
            <w:tcMar>
              <w:top w:w="80" w:type="dxa"/>
              <w:left w:w="80" w:type="dxa"/>
              <w:bottom w:w="80" w:type="dxa"/>
              <w:right w:w="80" w:type="dxa"/>
            </w:tcMar>
            <w:vAlign w:val="center"/>
          </w:tcPr>
          <w:p w14:paraId="39E539C3" w14:textId="77777777" w:rsidR="009667E1" w:rsidRDefault="00000000">
            <w:pPr>
              <w:spacing w:after="0"/>
            </w:pPr>
            <w:r>
              <w:rPr>
                <w:b/>
                <w:color w:val="1B365D"/>
                <w:sz w:val="17"/>
              </w:rPr>
              <w:t>Signature:</w:t>
            </w:r>
          </w:p>
        </w:tc>
        <w:tc>
          <w:tcPr>
            <w:tcW w:w="2592" w:type="dxa"/>
            <w:tcMar>
              <w:top w:w="80" w:type="dxa"/>
              <w:left w:w="80" w:type="dxa"/>
              <w:bottom w:w="80" w:type="dxa"/>
              <w:right w:w="80" w:type="dxa"/>
            </w:tcMar>
            <w:vAlign w:val="center"/>
          </w:tcPr>
          <w:p w14:paraId="29E5B446" w14:textId="77777777" w:rsidR="009667E1" w:rsidRDefault="009667E1">
            <w:pPr>
              <w:spacing w:after="0"/>
            </w:pPr>
          </w:p>
        </w:tc>
      </w:tr>
      <w:tr w:rsidR="009667E1" w14:paraId="5B8120A3" w14:textId="77777777">
        <w:trPr>
          <w:cantSplit/>
          <w:jc w:val="center"/>
        </w:trPr>
        <w:tc>
          <w:tcPr>
            <w:tcW w:w="2160" w:type="dxa"/>
            <w:shd w:val="clear" w:color="auto" w:fill="F0F4F8"/>
            <w:tcMar>
              <w:top w:w="80" w:type="dxa"/>
              <w:left w:w="80" w:type="dxa"/>
              <w:bottom w:w="80" w:type="dxa"/>
              <w:right w:w="80" w:type="dxa"/>
            </w:tcMar>
            <w:vAlign w:val="center"/>
          </w:tcPr>
          <w:p w14:paraId="2F3EA8D0" w14:textId="77777777" w:rsidR="009667E1" w:rsidRDefault="00000000">
            <w:pPr>
              <w:spacing w:after="0"/>
            </w:pPr>
            <w:r>
              <w:rPr>
                <w:b/>
                <w:color w:val="1B365D"/>
                <w:sz w:val="17"/>
              </w:rPr>
              <w:t>Date:</w:t>
            </w:r>
          </w:p>
        </w:tc>
        <w:tc>
          <w:tcPr>
            <w:tcW w:w="2952" w:type="dxa"/>
            <w:tcMar>
              <w:top w:w="80" w:type="dxa"/>
              <w:left w:w="80" w:type="dxa"/>
              <w:bottom w:w="80" w:type="dxa"/>
              <w:right w:w="80" w:type="dxa"/>
            </w:tcMar>
            <w:vAlign w:val="center"/>
          </w:tcPr>
          <w:p w14:paraId="11DEEDA3" w14:textId="77777777" w:rsidR="009667E1" w:rsidRDefault="009667E1">
            <w:pPr>
              <w:spacing w:after="0"/>
            </w:pPr>
          </w:p>
        </w:tc>
        <w:tc>
          <w:tcPr>
            <w:tcW w:w="2520" w:type="dxa"/>
            <w:shd w:val="clear" w:color="auto" w:fill="F0F4F8"/>
            <w:tcMar>
              <w:top w:w="80" w:type="dxa"/>
              <w:left w:w="80" w:type="dxa"/>
              <w:bottom w:w="80" w:type="dxa"/>
              <w:right w:w="80" w:type="dxa"/>
            </w:tcMar>
            <w:vAlign w:val="center"/>
          </w:tcPr>
          <w:p w14:paraId="304F30ED" w14:textId="77777777" w:rsidR="009667E1" w:rsidRDefault="00000000">
            <w:pPr>
              <w:spacing w:after="0"/>
            </w:pPr>
            <w:r>
              <w:rPr>
                <w:b/>
                <w:color w:val="1B365D"/>
                <w:sz w:val="17"/>
              </w:rPr>
              <w:t>Date:</w:t>
            </w:r>
          </w:p>
        </w:tc>
        <w:tc>
          <w:tcPr>
            <w:tcW w:w="2592" w:type="dxa"/>
            <w:tcMar>
              <w:top w:w="80" w:type="dxa"/>
              <w:left w:w="80" w:type="dxa"/>
              <w:bottom w:w="80" w:type="dxa"/>
              <w:right w:w="80" w:type="dxa"/>
            </w:tcMar>
            <w:vAlign w:val="center"/>
          </w:tcPr>
          <w:p w14:paraId="6914BC1A" w14:textId="77777777" w:rsidR="009667E1" w:rsidRDefault="009667E1">
            <w:pPr>
              <w:spacing w:after="0"/>
            </w:pPr>
          </w:p>
        </w:tc>
      </w:tr>
    </w:tbl>
    <w:p w14:paraId="03CDFC56" w14:textId="77777777" w:rsidR="009667E1" w:rsidRDefault="00000000">
      <w:pPr>
        <w:spacing w:before="280" w:after="40"/>
      </w:pPr>
      <w:r>
        <w:rPr>
          <w:b/>
          <w:color w:val="8B0000"/>
          <w:sz w:val="17"/>
        </w:rPr>
        <w:t>IMPORTANT SAFETY DISCLAIMER</w:t>
      </w:r>
    </w:p>
    <w:p w14:paraId="10563108" w14:textId="77777777" w:rsidR="009667E1" w:rsidRDefault="00000000">
      <w:pPr>
        <w:spacing w:after="0"/>
      </w:pPr>
      <w:r>
        <w:rPr>
          <w:i/>
          <w:color w:val="555555"/>
          <w:sz w:val="16"/>
        </w:rPr>
        <w:t>This checklist is provided as a practical safety inspection aid. It does not replace applicable legislation, regulatory requirements, project-specific HSE requirements, risk assessments, method statements, approved procedures, manufacturer instructions, or competent professional judgment. Users should adapt the checklist to the specific project, activities, hazards, contractual requirements, and applicable legal and regulatory requirements.</w:t>
      </w:r>
    </w:p>
    <w:sectPr w:rsidR="009667E1" w:rsidSect="00034616">
      <w:headerReference w:type="default" r:id="rId8"/>
      <w:footerReference w:type="default" r:id="rId9"/>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CFEA5" w14:textId="77777777" w:rsidR="00D00159" w:rsidRDefault="00D00159" w:rsidP="00AB3A9E">
      <w:pPr>
        <w:spacing w:after="0" w:line="240" w:lineRule="auto"/>
      </w:pPr>
      <w:r>
        <w:separator/>
      </w:r>
    </w:p>
  </w:endnote>
  <w:endnote w:type="continuationSeparator" w:id="0">
    <w:p w14:paraId="5F4FB0DC" w14:textId="77777777" w:rsidR="00D00159" w:rsidRDefault="00D00159" w:rsidP="00AB3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2DD21" w14:textId="74355DA6" w:rsidR="00AB3A9E" w:rsidRDefault="00AB3A9E" w:rsidP="00AB3A9E">
    <w:pPr>
      <w:pStyle w:val="Footer"/>
      <w:jc w:val="center"/>
    </w:pPr>
    <w:r>
      <w:t>The HSEVerse</w:t>
    </w:r>
    <w:r w:rsidRPr="00DE1A36">
      <w:t xml:space="preserve"> | www.</w:t>
    </w:r>
    <w:r>
      <w:t>thehseverse</w:t>
    </w:r>
    <w:r w:rsidRPr="00DE1A36">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2163A" w14:textId="77777777" w:rsidR="00D00159" w:rsidRDefault="00D00159" w:rsidP="00AB3A9E">
      <w:pPr>
        <w:spacing w:after="0" w:line="240" w:lineRule="auto"/>
      </w:pPr>
      <w:r>
        <w:separator/>
      </w:r>
    </w:p>
  </w:footnote>
  <w:footnote w:type="continuationSeparator" w:id="0">
    <w:p w14:paraId="362764CF" w14:textId="77777777" w:rsidR="00D00159" w:rsidRDefault="00D00159" w:rsidP="00AB3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752E" w14:textId="3C992BDD" w:rsidR="00AB3A9E" w:rsidRDefault="00AB3A9E">
    <w:pPr>
      <w:pStyle w:val="Header"/>
    </w:pPr>
    <w:r>
      <w:rPr>
        <w:noProof/>
      </w:rPr>
      <w:drawing>
        <wp:anchor distT="0" distB="0" distL="114300" distR="114300" simplePos="0" relativeHeight="251659264" behindDoc="1" locked="0" layoutInCell="1" allowOverlap="1" wp14:anchorId="5B34A1EA" wp14:editId="7585A359">
          <wp:simplePos x="0" y="0"/>
          <wp:positionH relativeFrom="column">
            <wp:posOffset>0</wp:posOffset>
          </wp:positionH>
          <wp:positionV relativeFrom="paragraph">
            <wp:posOffset>-426720</wp:posOffset>
          </wp:positionV>
          <wp:extent cx="1557963" cy="556260"/>
          <wp:effectExtent l="0" t="0" r="4445" b="0"/>
          <wp:wrapTight wrapText="bothSides">
            <wp:wrapPolygon edited="0">
              <wp:start x="2377" y="0"/>
              <wp:lineTo x="528" y="2959"/>
              <wp:lineTo x="0" y="5918"/>
              <wp:lineTo x="264" y="14055"/>
              <wp:lineTo x="2642" y="20712"/>
              <wp:lineTo x="3962" y="20712"/>
              <wp:lineTo x="12944" y="19973"/>
              <wp:lineTo x="21397" y="17014"/>
              <wp:lineTo x="21397" y="8877"/>
              <wp:lineTo x="17963" y="6658"/>
              <wp:lineTo x="4227" y="0"/>
              <wp:lineTo x="2377" y="0"/>
            </wp:wrapPolygon>
          </wp:wrapTight>
          <wp:docPr id="2041287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8701" name="Picture 204128701"/>
                  <pic:cNvPicPr/>
                </pic:nvPicPr>
                <pic:blipFill rotWithShape="1">
                  <a:blip r:embed="rId1"/>
                  <a:srcRect l="7976" t="24285" r="6667" b="30000"/>
                  <a:stretch>
                    <a:fillRect/>
                  </a:stretch>
                </pic:blipFill>
                <pic:spPr bwMode="auto">
                  <a:xfrm>
                    <a:off x="0" y="0"/>
                    <a:ext cx="1557963" cy="556260"/>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38138208">
    <w:abstractNumId w:val="8"/>
  </w:num>
  <w:num w:numId="2" w16cid:durableId="154802407">
    <w:abstractNumId w:val="6"/>
  </w:num>
  <w:num w:numId="3" w16cid:durableId="292635630">
    <w:abstractNumId w:val="5"/>
  </w:num>
  <w:num w:numId="4" w16cid:durableId="1333996022">
    <w:abstractNumId w:val="4"/>
  </w:num>
  <w:num w:numId="5" w16cid:durableId="953904476">
    <w:abstractNumId w:val="7"/>
  </w:num>
  <w:num w:numId="6" w16cid:durableId="345061633">
    <w:abstractNumId w:val="3"/>
  </w:num>
  <w:num w:numId="7" w16cid:durableId="1805197888">
    <w:abstractNumId w:val="2"/>
  </w:num>
  <w:num w:numId="8" w16cid:durableId="2085643065">
    <w:abstractNumId w:val="1"/>
  </w:num>
  <w:num w:numId="9" w16cid:durableId="1674082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3E87"/>
    <w:rsid w:val="0015074B"/>
    <w:rsid w:val="0029639D"/>
    <w:rsid w:val="00326F90"/>
    <w:rsid w:val="008058F1"/>
    <w:rsid w:val="009667E1"/>
    <w:rsid w:val="00AA1D8D"/>
    <w:rsid w:val="00AB3A9E"/>
    <w:rsid w:val="00B47730"/>
    <w:rsid w:val="00CB0664"/>
    <w:rsid w:val="00D00159"/>
    <w:rsid w:val="00D52E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9F5E66"/>
  <w14:defaultImageDpi w14:val="300"/>
  <w15:docId w15:val="{D5780560-EC86-43C9-AFF0-139B1ADF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755</Words>
  <Characters>4163</Characters>
  <Application>Microsoft Office Word</Application>
  <DocSecurity>0</DocSecurity>
  <Lines>346</Lines>
  <Paragraphs>234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Mohsin Raza</cp:lastModifiedBy>
  <cp:revision>3</cp:revision>
  <dcterms:created xsi:type="dcterms:W3CDTF">2013-12-23T23:15:00Z</dcterms:created>
  <dcterms:modified xsi:type="dcterms:W3CDTF">2026-08-13T05:35:00Z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6b356f0a-75f0-4fe4-996a-abd093aaaab5</vt:lpwstr>
  </property>
</Properties>
</file>