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F76AA" w14:textId="77777777" w:rsidR="00FC44B0" w:rsidRDefault="00000000">
      <w:pPr>
        <w:spacing w:before="160" w:after="280"/>
        <w:jc w:val="center"/>
      </w:pPr>
      <w:r>
        <w:rPr>
          <w:b/>
          <w:color w:val="1A365D"/>
          <w:sz w:val="40"/>
        </w:rPr>
        <w:t>TOOLBOX TALK INSTRUCTOR GUIDE</w:t>
      </w:r>
    </w:p>
    <w:tbl>
      <w:tblPr>
        <w:tblW w:w="0" w:type="auto"/>
        <w:jc w:val="center"/>
        <w:tblBorders>
          <w:top w:val="single" w:sz="8" w:space="0" w:color="1A365D"/>
          <w:left w:val="single" w:sz="8" w:space="0" w:color="1A365D"/>
          <w:bottom w:val="single" w:sz="8" w:space="0" w:color="1A365D"/>
          <w:right w:val="single" w:sz="8" w:space="0" w:color="1A365D"/>
          <w:insideH w:val="single" w:sz="8" w:space="0" w:color="1A365D"/>
          <w:insideV w:val="single" w:sz="8" w:space="0" w:color="1A365D"/>
        </w:tblBorders>
        <w:tblLayout w:type="fixed"/>
        <w:tblLook w:val="04A0" w:firstRow="1" w:lastRow="0" w:firstColumn="1" w:lastColumn="0" w:noHBand="0" w:noVBand="1"/>
      </w:tblPr>
      <w:tblGrid>
        <w:gridCol w:w="6480"/>
        <w:gridCol w:w="3600"/>
      </w:tblGrid>
      <w:tr w:rsidR="00FC44B0" w14:paraId="544FA63F" w14:textId="77777777">
        <w:trPr>
          <w:jc w:val="center"/>
        </w:trPr>
        <w:tc>
          <w:tcPr>
            <w:tcW w:w="6480" w:type="dxa"/>
            <w:shd w:val="clear" w:color="auto" w:fill="F0F4F8"/>
            <w:tcMar>
              <w:top w:w="140" w:type="dxa"/>
              <w:left w:w="150" w:type="dxa"/>
              <w:bottom w:w="140" w:type="dxa"/>
              <w:right w:w="150" w:type="dxa"/>
            </w:tcMar>
          </w:tcPr>
          <w:p w14:paraId="68382468" w14:textId="77777777" w:rsidR="00FC44B0" w:rsidRDefault="00000000">
            <w:r>
              <w:rPr>
                <w:b/>
                <w:color w:val="1A365D"/>
              </w:rPr>
              <w:t xml:space="preserve">Topic: </w:t>
            </w:r>
            <w:r>
              <w:t>Working at Height</w:t>
            </w:r>
          </w:p>
        </w:tc>
        <w:tc>
          <w:tcPr>
            <w:tcW w:w="3600" w:type="dxa"/>
            <w:shd w:val="clear" w:color="auto" w:fill="F0F4F8"/>
            <w:tcMar>
              <w:top w:w="140" w:type="dxa"/>
              <w:left w:w="150" w:type="dxa"/>
              <w:bottom w:w="140" w:type="dxa"/>
              <w:right w:w="150" w:type="dxa"/>
            </w:tcMar>
          </w:tcPr>
          <w:p w14:paraId="4CD9A304" w14:textId="77777777" w:rsidR="00FC44B0" w:rsidRDefault="00000000">
            <w:pPr>
              <w:jc w:val="right"/>
            </w:pPr>
            <w:r>
              <w:rPr>
                <w:b/>
                <w:color w:val="1A365D"/>
              </w:rPr>
              <w:t xml:space="preserve">Date: </w:t>
            </w:r>
            <w:r>
              <w:t>__________________</w:t>
            </w:r>
          </w:p>
        </w:tc>
      </w:tr>
    </w:tbl>
    <w:p w14:paraId="0EA997E8" w14:textId="77777777" w:rsidR="00FC44B0" w:rsidRDefault="00FC44B0"/>
    <w:p w14:paraId="1B354AAB" w14:textId="77777777" w:rsidR="00FC44B0" w:rsidRDefault="00000000">
      <w:pPr>
        <w:keepNext/>
        <w:spacing w:before="240" w:after="80"/>
      </w:pPr>
      <w:r>
        <w:rPr>
          <w:b/>
          <w:color w:val="1A365D"/>
          <w:sz w:val="24"/>
        </w:rPr>
        <w:t>1. Introduction &amp; Overview</w:t>
      </w:r>
    </w:p>
    <w:p w14:paraId="667E3C1D" w14:textId="77777777" w:rsidR="00FC44B0" w:rsidRDefault="00000000">
      <w:pPr>
        <w:spacing w:after="160"/>
      </w:pPr>
      <w:r>
        <w:t>Working at height is one of the leading causes of serious injuries and fatalities in construction and industrial work. This toolbox talk provides general awareness to help workers understand risks, recognize site hazards, and rigorously follow safe working practices.</w:t>
      </w:r>
    </w:p>
    <w:p w14:paraId="13D51501" w14:textId="77777777" w:rsidR="00FC44B0" w:rsidRDefault="00000000">
      <w:pPr>
        <w:keepNext/>
        <w:spacing w:before="240" w:after="80"/>
      </w:pPr>
      <w:r>
        <w:rPr>
          <w:b/>
          <w:color w:val="1A365D"/>
          <w:sz w:val="24"/>
        </w:rPr>
        <w:t>2. Key Hazards of Working at Height</w:t>
      </w:r>
    </w:p>
    <w:p w14:paraId="7093937D" w14:textId="77777777" w:rsidR="00FC44B0" w:rsidRDefault="00000000">
      <w:pPr>
        <w:spacing w:after="80"/>
        <w:ind w:left="288"/>
      </w:pPr>
      <w:r>
        <w:rPr>
          <w:b/>
          <w:color w:val="2B6CB0"/>
        </w:rPr>
        <w:t xml:space="preserve">• </w:t>
      </w:r>
      <w:r>
        <w:t>Falls from ladders, scaffolding platforms, elevated structures, or roof edges.</w:t>
      </w:r>
    </w:p>
    <w:p w14:paraId="688E113A" w14:textId="77777777" w:rsidR="00FC44B0" w:rsidRDefault="00000000">
      <w:pPr>
        <w:spacing w:after="80"/>
        <w:ind w:left="288"/>
      </w:pPr>
      <w:r>
        <w:rPr>
          <w:b/>
          <w:color w:val="2B6CB0"/>
        </w:rPr>
        <w:t xml:space="preserve">• </w:t>
      </w:r>
      <w:r>
        <w:t>Unprotected edges, roof openings, and floor penetrations.</w:t>
      </w:r>
    </w:p>
    <w:p w14:paraId="2D37D0C9" w14:textId="77777777" w:rsidR="00FC44B0" w:rsidRDefault="00000000">
      <w:pPr>
        <w:spacing w:after="80"/>
        <w:ind w:left="288"/>
      </w:pPr>
      <w:r>
        <w:rPr>
          <w:b/>
          <w:color w:val="2B6CB0"/>
        </w:rPr>
        <w:t xml:space="preserve">• </w:t>
      </w:r>
      <w:r>
        <w:t>Improper selection, setup, or unsafe use of portable ladders.</w:t>
      </w:r>
    </w:p>
    <w:p w14:paraId="51518C61" w14:textId="77777777" w:rsidR="00FC44B0" w:rsidRDefault="00000000">
      <w:pPr>
        <w:spacing w:after="80"/>
        <w:ind w:left="288"/>
      </w:pPr>
      <w:r>
        <w:rPr>
          <w:b/>
          <w:color w:val="2B6CB0"/>
        </w:rPr>
        <w:t xml:space="preserve">• </w:t>
      </w:r>
      <w:r>
        <w:t>Slippery, unstable, uneven, or wet working surfaces.</w:t>
      </w:r>
    </w:p>
    <w:p w14:paraId="40834B84" w14:textId="77777777" w:rsidR="00FC44B0" w:rsidRDefault="00000000">
      <w:pPr>
        <w:spacing w:after="80"/>
        <w:ind w:left="288"/>
      </w:pPr>
      <w:r>
        <w:rPr>
          <w:b/>
          <w:color w:val="2B6CB0"/>
        </w:rPr>
        <w:t xml:space="preserve">• </w:t>
      </w:r>
      <w:r>
        <w:t>Falling tools, debris, or materials striking personnel below.</w:t>
      </w:r>
    </w:p>
    <w:p w14:paraId="07F4DE79" w14:textId="77777777" w:rsidR="00FC44B0" w:rsidRDefault="00000000">
      <w:pPr>
        <w:keepNext/>
        <w:spacing w:before="240" w:after="80"/>
      </w:pPr>
      <w:r>
        <w:rPr>
          <w:b/>
          <w:color w:val="1A365D"/>
          <w:sz w:val="24"/>
        </w:rPr>
        <w:t>3. Mandatory Safety Precautions</w:t>
      </w:r>
    </w:p>
    <w:p w14:paraId="5807816D" w14:textId="77777777" w:rsidR="00FC44B0" w:rsidRDefault="00000000">
      <w:pPr>
        <w:spacing w:after="80"/>
        <w:ind w:left="288"/>
      </w:pPr>
      <w:r>
        <w:rPr>
          <w:b/>
          <w:color w:val="2B6CB0"/>
        </w:rPr>
        <w:t xml:space="preserve">• </w:t>
      </w:r>
      <w:r>
        <w:t>Always use approved fall protection systems (100% tie-off where required).</w:t>
      </w:r>
    </w:p>
    <w:p w14:paraId="32FD18A7" w14:textId="77777777" w:rsidR="00FC44B0" w:rsidRDefault="00000000">
      <w:pPr>
        <w:spacing w:after="80"/>
        <w:ind w:left="288"/>
      </w:pPr>
      <w:r>
        <w:rPr>
          <w:b/>
          <w:color w:val="2B6CB0"/>
        </w:rPr>
        <w:t xml:space="preserve">• </w:t>
      </w:r>
      <w:r>
        <w:t>Ensure standard guardrails, midrails, and toe-boards or floor covers are in place.</w:t>
      </w:r>
    </w:p>
    <w:p w14:paraId="32A78148" w14:textId="77777777" w:rsidR="00FC44B0" w:rsidRDefault="00000000">
      <w:pPr>
        <w:spacing w:after="80"/>
        <w:ind w:left="288"/>
      </w:pPr>
      <w:r>
        <w:rPr>
          <w:b/>
          <w:color w:val="2B6CB0"/>
        </w:rPr>
        <w:t xml:space="preserve">• </w:t>
      </w:r>
      <w:r>
        <w:t>Inspect ladders, harnesses, and scaffolding before every use.</w:t>
      </w:r>
    </w:p>
    <w:p w14:paraId="5F176CFD" w14:textId="77777777" w:rsidR="00FC44B0" w:rsidRDefault="00000000">
      <w:pPr>
        <w:spacing w:after="80"/>
        <w:ind w:left="288"/>
      </w:pPr>
      <w:r>
        <w:rPr>
          <w:b/>
          <w:color w:val="2B6CB0"/>
        </w:rPr>
        <w:t xml:space="preserve">• </w:t>
      </w:r>
      <w:r>
        <w:t>Maintain three-point contact at all times when climbing ladders.</w:t>
      </w:r>
    </w:p>
    <w:p w14:paraId="20BD0AD7" w14:textId="77777777" w:rsidR="00FC44B0" w:rsidRDefault="00000000">
      <w:pPr>
        <w:spacing w:after="80"/>
        <w:ind w:left="288"/>
      </w:pPr>
      <w:r>
        <w:rPr>
          <w:b/>
          <w:color w:val="2B6CB0"/>
        </w:rPr>
        <w:t xml:space="preserve">• </w:t>
      </w:r>
      <w:r>
        <w:t>Keep work areas clean, organized, and free of trip hazards or loose gear.</w:t>
      </w:r>
    </w:p>
    <w:p w14:paraId="0F55A749" w14:textId="77777777" w:rsidR="00FC44B0" w:rsidRDefault="00000000">
      <w:pPr>
        <w:keepNext/>
        <w:spacing w:before="240" w:after="80"/>
      </w:pPr>
      <w:r>
        <w:rPr>
          <w:b/>
          <w:color w:val="1A365D"/>
          <w:sz w:val="24"/>
        </w:rPr>
        <w:t>4. Required Personal Protective Equipment (PPE)</w:t>
      </w:r>
    </w:p>
    <w:p w14:paraId="63FF5271" w14:textId="77777777" w:rsidR="00FC44B0" w:rsidRDefault="00000000">
      <w:pPr>
        <w:spacing w:after="80"/>
        <w:ind w:left="288"/>
      </w:pPr>
      <w:r>
        <w:rPr>
          <w:b/>
          <w:color w:val="2B6CB0"/>
        </w:rPr>
        <w:t xml:space="preserve">• </w:t>
      </w:r>
      <w:r>
        <w:t>Safety helmet (with chin strap secured for work at height)</w:t>
      </w:r>
    </w:p>
    <w:p w14:paraId="550A985C" w14:textId="77777777" w:rsidR="00FC44B0" w:rsidRDefault="00000000">
      <w:pPr>
        <w:spacing w:after="80"/>
        <w:ind w:left="288"/>
      </w:pPr>
      <w:r>
        <w:rPr>
          <w:b/>
          <w:color w:val="2B6CB0"/>
        </w:rPr>
        <w:t xml:space="preserve">• </w:t>
      </w:r>
      <w:r>
        <w:t>Full body harness with shock-absorbing lanyard</w:t>
      </w:r>
    </w:p>
    <w:p w14:paraId="1283DD10" w14:textId="77777777" w:rsidR="00FC44B0" w:rsidRDefault="00000000">
      <w:pPr>
        <w:spacing w:after="80"/>
        <w:ind w:left="288"/>
      </w:pPr>
      <w:r>
        <w:rPr>
          <w:b/>
          <w:color w:val="2B6CB0"/>
        </w:rPr>
        <w:t xml:space="preserve">• </w:t>
      </w:r>
      <w:r>
        <w:t>Non-slip safety boots / footwear</w:t>
      </w:r>
    </w:p>
    <w:p w14:paraId="67C467E8" w14:textId="77777777" w:rsidR="00FC44B0" w:rsidRDefault="00000000">
      <w:pPr>
        <w:spacing w:after="80"/>
        <w:ind w:left="288"/>
      </w:pPr>
      <w:r>
        <w:rPr>
          <w:b/>
          <w:color w:val="2B6CB0"/>
        </w:rPr>
        <w:t xml:space="preserve">• </w:t>
      </w:r>
      <w:r>
        <w:t>Protective work gloves</w:t>
      </w:r>
    </w:p>
    <w:p w14:paraId="74D318DA" w14:textId="77777777" w:rsidR="00FC44B0" w:rsidRDefault="00000000">
      <w:pPr>
        <w:keepNext/>
        <w:spacing w:before="240" w:after="80"/>
      </w:pPr>
      <w:r>
        <w:rPr>
          <w:b/>
          <w:color w:val="1A365D"/>
          <w:sz w:val="24"/>
        </w:rPr>
        <w:t>5. Emergency &amp; Incident Reporting</w:t>
      </w:r>
    </w:p>
    <w:p w14:paraId="616D60C6" w14:textId="77777777" w:rsidR="00FC44B0" w:rsidRDefault="00000000">
      <w:pPr>
        <w:spacing w:after="80"/>
        <w:ind w:left="288"/>
      </w:pPr>
      <w:r>
        <w:rPr>
          <w:b/>
          <w:color w:val="2B6CB0"/>
        </w:rPr>
        <w:t xml:space="preserve">• </w:t>
      </w:r>
      <w:r>
        <w:t>Report unsafe conditions or defective equipment immediately.</w:t>
      </w:r>
    </w:p>
    <w:p w14:paraId="3C267641" w14:textId="77777777" w:rsidR="00FC44B0" w:rsidRDefault="00000000">
      <w:pPr>
        <w:spacing w:after="80"/>
        <w:ind w:left="288"/>
      </w:pPr>
      <w:r>
        <w:rPr>
          <w:b/>
          <w:color w:val="2B6CB0"/>
        </w:rPr>
        <w:t xml:space="preserve">• </w:t>
      </w:r>
      <w:r>
        <w:t>Know site-specific rescue procedures and emergency contacts.</w:t>
      </w:r>
    </w:p>
    <w:p w14:paraId="2A936BCA" w14:textId="77777777" w:rsidR="00FC44B0" w:rsidRDefault="00000000">
      <w:pPr>
        <w:spacing w:after="80"/>
        <w:ind w:left="288"/>
      </w:pPr>
      <w:r>
        <w:rPr>
          <w:b/>
          <w:color w:val="2B6CB0"/>
        </w:rPr>
        <w:t xml:space="preserve">• </w:t>
      </w:r>
      <w:r>
        <w:t>Do not panic in case of emergency; clear the area for response personnel.</w:t>
      </w:r>
    </w:p>
    <w:p w14:paraId="749AE57E" w14:textId="77777777" w:rsidR="00FC44B0" w:rsidRDefault="00000000">
      <w:pPr>
        <w:spacing w:after="80"/>
        <w:ind w:left="288"/>
      </w:pPr>
      <w:r>
        <w:rPr>
          <w:b/>
          <w:color w:val="2B6CB0"/>
        </w:rPr>
        <w:t xml:space="preserve">• </w:t>
      </w:r>
      <w:r>
        <w:t>Inform your supervisor without delay.</w:t>
      </w:r>
    </w:p>
    <w:p w14:paraId="75630D0E" w14:textId="77777777" w:rsidR="00FC44B0" w:rsidRDefault="00000000">
      <w:r>
        <w:br w:type="page"/>
      </w:r>
    </w:p>
    <w:p w14:paraId="73F8BCB5" w14:textId="77777777" w:rsidR="00FC44B0" w:rsidRDefault="00000000">
      <w:pPr>
        <w:spacing w:before="120" w:after="240"/>
        <w:jc w:val="center"/>
      </w:pPr>
      <w:r>
        <w:rPr>
          <w:b/>
          <w:color w:val="1A365D"/>
          <w:sz w:val="36"/>
        </w:rPr>
        <w:lastRenderedPageBreak/>
        <w:t>TOOLBOX TALK ATTENDANCE SHEET</w:t>
      </w:r>
    </w:p>
    <w:tbl>
      <w:tblPr>
        <w:tblW w:w="0" w:type="auto"/>
        <w:jc w:val="center"/>
        <w:tblBorders>
          <w:top w:val="single" w:sz="8" w:space="0" w:color="1A365D"/>
          <w:left w:val="single" w:sz="8" w:space="0" w:color="1A365D"/>
          <w:bottom w:val="single" w:sz="8" w:space="0" w:color="1A365D"/>
          <w:right w:val="single" w:sz="8" w:space="0" w:color="1A365D"/>
          <w:insideH w:val="single" w:sz="8" w:space="0" w:color="1A365D"/>
          <w:insideV w:val="single" w:sz="8" w:space="0" w:color="1A365D"/>
        </w:tblBorders>
        <w:tblLayout w:type="fixed"/>
        <w:tblLook w:val="04A0" w:firstRow="1" w:lastRow="0" w:firstColumn="1" w:lastColumn="0" w:noHBand="0" w:noVBand="1"/>
      </w:tblPr>
      <w:tblGrid>
        <w:gridCol w:w="6480"/>
        <w:gridCol w:w="3600"/>
      </w:tblGrid>
      <w:tr w:rsidR="00FC44B0" w14:paraId="01C0366A" w14:textId="77777777">
        <w:trPr>
          <w:jc w:val="center"/>
        </w:trPr>
        <w:tc>
          <w:tcPr>
            <w:tcW w:w="6480" w:type="dxa"/>
            <w:shd w:val="clear" w:color="auto" w:fill="F0F4F8"/>
            <w:tcMar>
              <w:top w:w="120" w:type="dxa"/>
              <w:left w:w="150" w:type="dxa"/>
              <w:bottom w:w="120" w:type="dxa"/>
              <w:right w:w="150" w:type="dxa"/>
            </w:tcMar>
          </w:tcPr>
          <w:p w14:paraId="286C57E1" w14:textId="77777777" w:rsidR="00FC44B0" w:rsidRDefault="00000000">
            <w:r>
              <w:rPr>
                <w:b/>
                <w:color w:val="1A365D"/>
              </w:rPr>
              <w:t xml:space="preserve">Topic: </w:t>
            </w:r>
            <w:r>
              <w:t>Working at Height</w:t>
            </w:r>
          </w:p>
        </w:tc>
        <w:tc>
          <w:tcPr>
            <w:tcW w:w="3600" w:type="dxa"/>
            <w:shd w:val="clear" w:color="auto" w:fill="F0F4F8"/>
            <w:tcMar>
              <w:top w:w="120" w:type="dxa"/>
              <w:left w:w="150" w:type="dxa"/>
              <w:bottom w:w="120" w:type="dxa"/>
              <w:right w:w="150" w:type="dxa"/>
            </w:tcMar>
          </w:tcPr>
          <w:p w14:paraId="5F740A69" w14:textId="77777777" w:rsidR="00FC44B0" w:rsidRDefault="00000000">
            <w:pPr>
              <w:jc w:val="right"/>
            </w:pPr>
            <w:r>
              <w:rPr>
                <w:b/>
                <w:color w:val="1A365D"/>
              </w:rPr>
              <w:t xml:space="preserve">Date: </w:t>
            </w:r>
            <w:r>
              <w:t>__________________</w:t>
            </w:r>
          </w:p>
        </w:tc>
      </w:tr>
    </w:tbl>
    <w:p w14:paraId="45F432EF" w14:textId="77777777" w:rsidR="00FC44B0" w:rsidRDefault="00FC44B0">
      <w:pPr>
        <w:spacing w:after="160"/>
      </w:pPr>
    </w:p>
    <w:tbl>
      <w:tblPr>
        <w:tblW w:w="0" w:type="auto"/>
        <w:jc w:val="center"/>
        <w:tblBorders>
          <w:top w:val="single" w:sz="4" w:space="0" w:color="CBD5E0"/>
          <w:left w:val="single" w:sz="4" w:space="0" w:color="CBD5E0"/>
          <w:bottom w:val="single" w:sz="4" w:space="0" w:color="CBD5E0"/>
          <w:right w:val="single" w:sz="4" w:space="0" w:color="CBD5E0"/>
          <w:insideH w:val="single" w:sz="4" w:space="0" w:color="CBD5E0"/>
          <w:insideV w:val="single" w:sz="4" w:space="0" w:color="CBD5E0"/>
        </w:tblBorders>
        <w:tblLayout w:type="fixed"/>
        <w:tblLook w:val="04A0" w:firstRow="1" w:lastRow="0" w:firstColumn="1" w:lastColumn="0" w:noHBand="0" w:noVBand="1"/>
      </w:tblPr>
      <w:tblGrid>
        <w:gridCol w:w="1010"/>
        <w:gridCol w:w="3175"/>
        <w:gridCol w:w="1443"/>
        <w:gridCol w:w="2598"/>
        <w:gridCol w:w="1876"/>
      </w:tblGrid>
      <w:tr w:rsidR="00FC44B0" w14:paraId="7494A00C" w14:textId="77777777" w:rsidTr="00DE1A36">
        <w:trPr>
          <w:trHeight w:val="342"/>
          <w:jc w:val="center"/>
        </w:trPr>
        <w:tc>
          <w:tcPr>
            <w:tcW w:w="1010" w:type="dxa"/>
            <w:shd w:val="clear" w:color="auto" w:fill="1A365D"/>
            <w:tcMar>
              <w:top w:w="120" w:type="dxa"/>
              <w:left w:w="100" w:type="dxa"/>
              <w:bottom w:w="120" w:type="dxa"/>
              <w:right w:w="100" w:type="dxa"/>
            </w:tcMar>
          </w:tcPr>
          <w:p w14:paraId="4452DE08" w14:textId="77777777" w:rsidR="00FC44B0" w:rsidRDefault="00000000">
            <w:pPr>
              <w:jc w:val="center"/>
            </w:pPr>
            <w:r>
              <w:rPr>
                <w:b/>
                <w:color w:val="FFFFFF"/>
                <w:sz w:val="19"/>
              </w:rPr>
              <w:t>Sr. No.</w:t>
            </w:r>
          </w:p>
        </w:tc>
        <w:tc>
          <w:tcPr>
            <w:tcW w:w="3175" w:type="dxa"/>
            <w:shd w:val="clear" w:color="auto" w:fill="1A365D"/>
            <w:tcMar>
              <w:top w:w="120" w:type="dxa"/>
              <w:left w:w="100" w:type="dxa"/>
              <w:bottom w:w="120" w:type="dxa"/>
              <w:right w:w="100" w:type="dxa"/>
            </w:tcMar>
          </w:tcPr>
          <w:p w14:paraId="3A1CB645" w14:textId="77777777" w:rsidR="00FC44B0" w:rsidRDefault="00000000">
            <w:r>
              <w:rPr>
                <w:b/>
                <w:color w:val="FFFFFF"/>
                <w:sz w:val="19"/>
              </w:rPr>
              <w:t>Name</w:t>
            </w:r>
          </w:p>
        </w:tc>
        <w:tc>
          <w:tcPr>
            <w:tcW w:w="1443" w:type="dxa"/>
            <w:shd w:val="clear" w:color="auto" w:fill="1A365D"/>
            <w:tcMar>
              <w:top w:w="120" w:type="dxa"/>
              <w:left w:w="100" w:type="dxa"/>
              <w:bottom w:w="120" w:type="dxa"/>
              <w:right w:w="100" w:type="dxa"/>
            </w:tcMar>
          </w:tcPr>
          <w:p w14:paraId="7A8934FA" w14:textId="77777777" w:rsidR="00FC44B0" w:rsidRDefault="00000000">
            <w:pPr>
              <w:jc w:val="center"/>
            </w:pPr>
            <w:r>
              <w:rPr>
                <w:b/>
                <w:color w:val="FFFFFF"/>
                <w:sz w:val="19"/>
              </w:rPr>
              <w:t>ID</w:t>
            </w:r>
          </w:p>
        </w:tc>
        <w:tc>
          <w:tcPr>
            <w:tcW w:w="2598" w:type="dxa"/>
            <w:shd w:val="clear" w:color="auto" w:fill="1A365D"/>
            <w:tcMar>
              <w:top w:w="120" w:type="dxa"/>
              <w:left w:w="100" w:type="dxa"/>
              <w:bottom w:w="120" w:type="dxa"/>
              <w:right w:w="100" w:type="dxa"/>
            </w:tcMar>
          </w:tcPr>
          <w:p w14:paraId="7CC258B2" w14:textId="77777777" w:rsidR="00FC44B0" w:rsidRDefault="00000000">
            <w:r>
              <w:rPr>
                <w:b/>
                <w:color w:val="FFFFFF"/>
                <w:sz w:val="19"/>
              </w:rPr>
              <w:t>Company Name</w:t>
            </w:r>
          </w:p>
        </w:tc>
        <w:tc>
          <w:tcPr>
            <w:tcW w:w="1876" w:type="dxa"/>
            <w:shd w:val="clear" w:color="auto" w:fill="1A365D"/>
            <w:tcMar>
              <w:top w:w="120" w:type="dxa"/>
              <w:left w:w="100" w:type="dxa"/>
              <w:bottom w:w="120" w:type="dxa"/>
              <w:right w:w="100" w:type="dxa"/>
            </w:tcMar>
          </w:tcPr>
          <w:p w14:paraId="46D1AADC" w14:textId="77777777" w:rsidR="00FC44B0" w:rsidRDefault="00000000">
            <w:r>
              <w:rPr>
                <w:b/>
                <w:color w:val="FFFFFF"/>
                <w:sz w:val="19"/>
              </w:rPr>
              <w:t>Signature</w:t>
            </w:r>
          </w:p>
        </w:tc>
      </w:tr>
      <w:tr w:rsidR="00FC44B0" w14:paraId="553FAE5B" w14:textId="77777777" w:rsidTr="00DE1A36">
        <w:trPr>
          <w:trHeight w:val="379"/>
          <w:jc w:val="center"/>
        </w:trPr>
        <w:tc>
          <w:tcPr>
            <w:tcW w:w="1010" w:type="dxa"/>
            <w:shd w:val="clear" w:color="auto" w:fill="FFFFFF"/>
            <w:tcMar>
              <w:top w:w="100" w:type="dxa"/>
              <w:left w:w="100" w:type="dxa"/>
              <w:bottom w:w="100" w:type="dxa"/>
              <w:right w:w="100" w:type="dxa"/>
            </w:tcMar>
          </w:tcPr>
          <w:p w14:paraId="04CCDC4E" w14:textId="77777777" w:rsidR="00FC44B0" w:rsidRDefault="00000000">
            <w:pPr>
              <w:jc w:val="center"/>
            </w:pPr>
            <w:r>
              <w:rPr>
                <w:color w:val="666666"/>
                <w:sz w:val="18"/>
              </w:rPr>
              <w:t>1</w:t>
            </w:r>
          </w:p>
        </w:tc>
        <w:tc>
          <w:tcPr>
            <w:tcW w:w="3175" w:type="dxa"/>
            <w:shd w:val="clear" w:color="auto" w:fill="FFFFFF"/>
            <w:tcMar>
              <w:top w:w="100" w:type="dxa"/>
              <w:left w:w="100" w:type="dxa"/>
              <w:bottom w:w="100" w:type="dxa"/>
              <w:right w:w="100" w:type="dxa"/>
            </w:tcMar>
          </w:tcPr>
          <w:p w14:paraId="422C5E33" w14:textId="77777777" w:rsidR="00FC44B0" w:rsidRDefault="00FC44B0"/>
        </w:tc>
        <w:tc>
          <w:tcPr>
            <w:tcW w:w="1443" w:type="dxa"/>
            <w:shd w:val="clear" w:color="auto" w:fill="FFFFFF"/>
            <w:tcMar>
              <w:top w:w="100" w:type="dxa"/>
              <w:left w:w="100" w:type="dxa"/>
              <w:bottom w:w="100" w:type="dxa"/>
              <w:right w:w="100" w:type="dxa"/>
            </w:tcMar>
          </w:tcPr>
          <w:p w14:paraId="3B269768" w14:textId="77777777" w:rsidR="00FC44B0" w:rsidRDefault="00FC44B0"/>
        </w:tc>
        <w:tc>
          <w:tcPr>
            <w:tcW w:w="2598" w:type="dxa"/>
            <w:shd w:val="clear" w:color="auto" w:fill="FFFFFF"/>
            <w:tcMar>
              <w:top w:w="100" w:type="dxa"/>
              <w:left w:w="100" w:type="dxa"/>
              <w:bottom w:w="100" w:type="dxa"/>
              <w:right w:w="100" w:type="dxa"/>
            </w:tcMar>
          </w:tcPr>
          <w:p w14:paraId="528B3231" w14:textId="77777777" w:rsidR="00FC44B0" w:rsidRDefault="00FC44B0"/>
        </w:tc>
        <w:tc>
          <w:tcPr>
            <w:tcW w:w="1876" w:type="dxa"/>
            <w:shd w:val="clear" w:color="auto" w:fill="FFFFFF"/>
            <w:tcMar>
              <w:top w:w="100" w:type="dxa"/>
              <w:left w:w="100" w:type="dxa"/>
              <w:bottom w:w="100" w:type="dxa"/>
              <w:right w:w="100" w:type="dxa"/>
            </w:tcMar>
          </w:tcPr>
          <w:p w14:paraId="41117198" w14:textId="77777777" w:rsidR="00FC44B0" w:rsidRDefault="00FC44B0"/>
        </w:tc>
      </w:tr>
      <w:tr w:rsidR="00FC44B0" w14:paraId="0A981834" w14:textId="77777777" w:rsidTr="00DE1A36">
        <w:trPr>
          <w:trHeight w:val="370"/>
          <w:jc w:val="center"/>
        </w:trPr>
        <w:tc>
          <w:tcPr>
            <w:tcW w:w="1010" w:type="dxa"/>
            <w:shd w:val="clear" w:color="auto" w:fill="F7FAFC"/>
            <w:tcMar>
              <w:top w:w="100" w:type="dxa"/>
              <w:left w:w="100" w:type="dxa"/>
              <w:bottom w:w="100" w:type="dxa"/>
              <w:right w:w="100" w:type="dxa"/>
            </w:tcMar>
          </w:tcPr>
          <w:p w14:paraId="0710C69C" w14:textId="77777777" w:rsidR="00FC44B0" w:rsidRDefault="00000000">
            <w:pPr>
              <w:jc w:val="center"/>
            </w:pPr>
            <w:r>
              <w:rPr>
                <w:color w:val="666666"/>
                <w:sz w:val="18"/>
              </w:rPr>
              <w:t>2</w:t>
            </w:r>
          </w:p>
        </w:tc>
        <w:tc>
          <w:tcPr>
            <w:tcW w:w="3175" w:type="dxa"/>
            <w:shd w:val="clear" w:color="auto" w:fill="F7FAFC"/>
            <w:tcMar>
              <w:top w:w="100" w:type="dxa"/>
              <w:left w:w="100" w:type="dxa"/>
              <w:bottom w:w="100" w:type="dxa"/>
              <w:right w:w="100" w:type="dxa"/>
            </w:tcMar>
          </w:tcPr>
          <w:p w14:paraId="299FF137" w14:textId="77777777" w:rsidR="00FC44B0" w:rsidRDefault="00FC44B0"/>
        </w:tc>
        <w:tc>
          <w:tcPr>
            <w:tcW w:w="1443" w:type="dxa"/>
            <w:shd w:val="clear" w:color="auto" w:fill="F7FAFC"/>
            <w:tcMar>
              <w:top w:w="100" w:type="dxa"/>
              <w:left w:w="100" w:type="dxa"/>
              <w:bottom w:w="100" w:type="dxa"/>
              <w:right w:w="100" w:type="dxa"/>
            </w:tcMar>
          </w:tcPr>
          <w:p w14:paraId="77F59AB3" w14:textId="77777777" w:rsidR="00FC44B0" w:rsidRDefault="00FC44B0"/>
        </w:tc>
        <w:tc>
          <w:tcPr>
            <w:tcW w:w="2598" w:type="dxa"/>
            <w:shd w:val="clear" w:color="auto" w:fill="F7FAFC"/>
            <w:tcMar>
              <w:top w:w="100" w:type="dxa"/>
              <w:left w:w="100" w:type="dxa"/>
              <w:bottom w:w="100" w:type="dxa"/>
              <w:right w:w="100" w:type="dxa"/>
            </w:tcMar>
          </w:tcPr>
          <w:p w14:paraId="243CCF6C" w14:textId="77777777" w:rsidR="00FC44B0" w:rsidRDefault="00FC44B0"/>
        </w:tc>
        <w:tc>
          <w:tcPr>
            <w:tcW w:w="1876" w:type="dxa"/>
            <w:shd w:val="clear" w:color="auto" w:fill="F7FAFC"/>
            <w:tcMar>
              <w:top w:w="100" w:type="dxa"/>
              <w:left w:w="100" w:type="dxa"/>
              <w:bottom w:w="100" w:type="dxa"/>
              <w:right w:w="100" w:type="dxa"/>
            </w:tcMar>
          </w:tcPr>
          <w:p w14:paraId="4BEE2897" w14:textId="77777777" w:rsidR="00FC44B0" w:rsidRDefault="00FC44B0"/>
        </w:tc>
      </w:tr>
      <w:tr w:rsidR="00FC44B0" w14:paraId="5FDFC1D9" w14:textId="77777777" w:rsidTr="00DE1A36">
        <w:trPr>
          <w:trHeight w:val="370"/>
          <w:jc w:val="center"/>
        </w:trPr>
        <w:tc>
          <w:tcPr>
            <w:tcW w:w="1010" w:type="dxa"/>
            <w:shd w:val="clear" w:color="auto" w:fill="FFFFFF"/>
            <w:tcMar>
              <w:top w:w="100" w:type="dxa"/>
              <w:left w:w="100" w:type="dxa"/>
              <w:bottom w:w="100" w:type="dxa"/>
              <w:right w:w="100" w:type="dxa"/>
            </w:tcMar>
          </w:tcPr>
          <w:p w14:paraId="07E53339" w14:textId="77777777" w:rsidR="00FC44B0" w:rsidRDefault="00000000">
            <w:pPr>
              <w:jc w:val="center"/>
            </w:pPr>
            <w:r>
              <w:rPr>
                <w:color w:val="666666"/>
                <w:sz w:val="18"/>
              </w:rPr>
              <w:t>3</w:t>
            </w:r>
          </w:p>
        </w:tc>
        <w:tc>
          <w:tcPr>
            <w:tcW w:w="3175" w:type="dxa"/>
            <w:shd w:val="clear" w:color="auto" w:fill="FFFFFF"/>
            <w:tcMar>
              <w:top w:w="100" w:type="dxa"/>
              <w:left w:w="100" w:type="dxa"/>
              <w:bottom w:w="100" w:type="dxa"/>
              <w:right w:w="100" w:type="dxa"/>
            </w:tcMar>
          </w:tcPr>
          <w:p w14:paraId="7EEACB40" w14:textId="77777777" w:rsidR="00FC44B0" w:rsidRDefault="00FC44B0"/>
        </w:tc>
        <w:tc>
          <w:tcPr>
            <w:tcW w:w="1443" w:type="dxa"/>
            <w:shd w:val="clear" w:color="auto" w:fill="FFFFFF"/>
            <w:tcMar>
              <w:top w:w="100" w:type="dxa"/>
              <w:left w:w="100" w:type="dxa"/>
              <w:bottom w:w="100" w:type="dxa"/>
              <w:right w:w="100" w:type="dxa"/>
            </w:tcMar>
          </w:tcPr>
          <w:p w14:paraId="10844346" w14:textId="77777777" w:rsidR="00FC44B0" w:rsidRDefault="00FC44B0"/>
        </w:tc>
        <w:tc>
          <w:tcPr>
            <w:tcW w:w="2598" w:type="dxa"/>
            <w:shd w:val="clear" w:color="auto" w:fill="FFFFFF"/>
            <w:tcMar>
              <w:top w:w="100" w:type="dxa"/>
              <w:left w:w="100" w:type="dxa"/>
              <w:bottom w:w="100" w:type="dxa"/>
              <w:right w:w="100" w:type="dxa"/>
            </w:tcMar>
          </w:tcPr>
          <w:p w14:paraId="3D1592FF" w14:textId="77777777" w:rsidR="00FC44B0" w:rsidRDefault="00FC44B0"/>
        </w:tc>
        <w:tc>
          <w:tcPr>
            <w:tcW w:w="1876" w:type="dxa"/>
            <w:shd w:val="clear" w:color="auto" w:fill="FFFFFF"/>
            <w:tcMar>
              <w:top w:w="100" w:type="dxa"/>
              <w:left w:w="100" w:type="dxa"/>
              <w:bottom w:w="100" w:type="dxa"/>
              <w:right w:w="100" w:type="dxa"/>
            </w:tcMar>
          </w:tcPr>
          <w:p w14:paraId="7FB50DCF" w14:textId="77777777" w:rsidR="00FC44B0" w:rsidRDefault="00FC44B0"/>
        </w:tc>
      </w:tr>
      <w:tr w:rsidR="00FC44B0" w14:paraId="39041A51" w14:textId="77777777" w:rsidTr="00DE1A36">
        <w:trPr>
          <w:trHeight w:val="379"/>
          <w:jc w:val="center"/>
        </w:trPr>
        <w:tc>
          <w:tcPr>
            <w:tcW w:w="1010" w:type="dxa"/>
            <w:shd w:val="clear" w:color="auto" w:fill="F7FAFC"/>
            <w:tcMar>
              <w:top w:w="100" w:type="dxa"/>
              <w:left w:w="100" w:type="dxa"/>
              <w:bottom w:w="100" w:type="dxa"/>
              <w:right w:w="100" w:type="dxa"/>
            </w:tcMar>
          </w:tcPr>
          <w:p w14:paraId="261C8138" w14:textId="77777777" w:rsidR="00FC44B0" w:rsidRDefault="00000000">
            <w:pPr>
              <w:jc w:val="center"/>
            </w:pPr>
            <w:r>
              <w:rPr>
                <w:color w:val="666666"/>
                <w:sz w:val="18"/>
              </w:rPr>
              <w:t>4</w:t>
            </w:r>
          </w:p>
        </w:tc>
        <w:tc>
          <w:tcPr>
            <w:tcW w:w="3175" w:type="dxa"/>
            <w:shd w:val="clear" w:color="auto" w:fill="F7FAFC"/>
            <w:tcMar>
              <w:top w:w="100" w:type="dxa"/>
              <w:left w:w="100" w:type="dxa"/>
              <w:bottom w:w="100" w:type="dxa"/>
              <w:right w:w="100" w:type="dxa"/>
            </w:tcMar>
          </w:tcPr>
          <w:p w14:paraId="2E95FD96" w14:textId="77777777" w:rsidR="00FC44B0" w:rsidRDefault="00FC44B0"/>
        </w:tc>
        <w:tc>
          <w:tcPr>
            <w:tcW w:w="1443" w:type="dxa"/>
            <w:shd w:val="clear" w:color="auto" w:fill="F7FAFC"/>
            <w:tcMar>
              <w:top w:w="100" w:type="dxa"/>
              <w:left w:w="100" w:type="dxa"/>
              <w:bottom w:w="100" w:type="dxa"/>
              <w:right w:w="100" w:type="dxa"/>
            </w:tcMar>
          </w:tcPr>
          <w:p w14:paraId="4B2E3ED4" w14:textId="77777777" w:rsidR="00FC44B0" w:rsidRDefault="00FC44B0"/>
        </w:tc>
        <w:tc>
          <w:tcPr>
            <w:tcW w:w="2598" w:type="dxa"/>
            <w:shd w:val="clear" w:color="auto" w:fill="F7FAFC"/>
            <w:tcMar>
              <w:top w:w="100" w:type="dxa"/>
              <w:left w:w="100" w:type="dxa"/>
              <w:bottom w:w="100" w:type="dxa"/>
              <w:right w:w="100" w:type="dxa"/>
            </w:tcMar>
          </w:tcPr>
          <w:p w14:paraId="482D34F7" w14:textId="77777777" w:rsidR="00FC44B0" w:rsidRDefault="00FC44B0"/>
        </w:tc>
        <w:tc>
          <w:tcPr>
            <w:tcW w:w="1876" w:type="dxa"/>
            <w:shd w:val="clear" w:color="auto" w:fill="F7FAFC"/>
            <w:tcMar>
              <w:top w:w="100" w:type="dxa"/>
              <w:left w:w="100" w:type="dxa"/>
              <w:bottom w:w="100" w:type="dxa"/>
              <w:right w:w="100" w:type="dxa"/>
            </w:tcMar>
          </w:tcPr>
          <w:p w14:paraId="0955BB6E" w14:textId="77777777" w:rsidR="00FC44B0" w:rsidRDefault="00FC44B0"/>
        </w:tc>
      </w:tr>
      <w:tr w:rsidR="00FC44B0" w14:paraId="3B48592B" w14:textId="77777777" w:rsidTr="00DE1A36">
        <w:trPr>
          <w:trHeight w:val="370"/>
          <w:jc w:val="center"/>
        </w:trPr>
        <w:tc>
          <w:tcPr>
            <w:tcW w:w="1010" w:type="dxa"/>
            <w:shd w:val="clear" w:color="auto" w:fill="FFFFFF"/>
            <w:tcMar>
              <w:top w:w="100" w:type="dxa"/>
              <w:left w:w="100" w:type="dxa"/>
              <w:bottom w:w="100" w:type="dxa"/>
              <w:right w:w="100" w:type="dxa"/>
            </w:tcMar>
          </w:tcPr>
          <w:p w14:paraId="6D726778" w14:textId="77777777" w:rsidR="00FC44B0" w:rsidRDefault="00000000">
            <w:pPr>
              <w:jc w:val="center"/>
            </w:pPr>
            <w:r>
              <w:rPr>
                <w:color w:val="666666"/>
                <w:sz w:val="18"/>
              </w:rPr>
              <w:t>5</w:t>
            </w:r>
          </w:p>
        </w:tc>
        <w:tc>
          <w:tcPr>
            <w:tcW w:w="3175" w:type="dxa"/>
            <w:shd w:val="clear" w:color="auto" w:fill="FFFFFF"/>
            <w:tcMar>
              <w:top w:w="100" w:type="dxa"/>
              <w:left w:w="100" w:type="dxa"/>
              <w:bottom w:w="100" w:type="dxa"/>
              <w:right w:w="100" w:type="dxa"/>
            </w:tcMar>
          </w:tcPr>
          <w:p w14:paraId="58F862D3" w14:textId="77777777" w:rsidR="00FC44B0" w:rsidRDefault="00FC44B0"/>
        </w:tc>
        <w:tc>
          <w:tcPr>
            <w:tcW w:w="1443" w:type="dxa"/>
            <w:shd w:val="clear" w:color="auto" w:fill="FFFFFF"/>
            <w:tcMar>
              <w:top w:w="100" w:type="dxa"/>
              <w:left w:w="100" w:type="dxa"/>
              <w:bottom w:w="100" w:type="dxa"/>
              <w:right w:w="100" w:type="dxa"/>
            </w:tcMar>
          </w:tcPr>
          <w:p w14:paraId="4BF418C9" w14:textId="77777777" w:rsidR="00FC44B0" w:rsidRDefault="00FC44B0"/>
        </w:tc>
        <w:tc>
          <w:tcPr>
            <w:tcW w:w="2598" w:type="dxa"/>
            <w:shd w:val="clear" w:color="auto" w:fill="FFFFFF"/>
            <w:tcMar>
              <w:top w:w="100" w:type="dxa"/>
              <w:left w:w="100" w:type="dxa"/>
              <w:bottom w:w="100" w:type="dxa"/>
              <w:right w:w="100" w:type="dxa"/>
            </w:tcMar>
          </w:tcPr>
          <w:p w14:paraId="6E67B294" w14:textId="77777777" w:rsidR="00FC44B0" w:rsidRDefault="00FC44B0"/>
        </w:tc>
        <w:tc>
          <w:tcPr>
            <w:tcW w:w="1876" w:type="dxa"/>
            <w:shd w:val="clear" w:color="auto" w:fill="FFFFFF"/>
            <w:tcMar>
              <w:top w:w="100" w:type="dxa"/>
              <w:left w:w="100" w:type="dxa"/>
              <w:bottom w:w="100" w:type="dxa"/>
              <w:right w:w="100" w:type="dxa"/>
            </w:tcMar>
          </w:tcPr>
          <w:p w14:paraId="1B3AD69F" w14:textId="77777777" w:rsidR="00FC44B0" w:rsidRDefault="00FC44B0"/>
        </w:tc>
      </w:tr>
      <w:tr w:rsidR="00FC44B0" w14:paraId="2664044A" w14:textId="77777777" w:rsidTr="00DE1A36">
        <w:trPr>
          <w:trHeight w:val="370"/>
          <w:jc w:val="center"/>
        </w:trPr>
        <w:tc>
          <w:tcPr>
            <w:tcW w:w="1010" w:type="dxa"/>
            <w:shd w:val="clear" w:color="auto" w:fill="F7FAFC"/>
            <w:tcMar>
              <w:top w:w="100" w:type="dxa"/>
              <w:left w:w="100" w:type="dxa"/>
              <w:bottom w:w="100" w:type="dxa"/>
              <w:right w:w="100" w:type="dxa"/>
            </w:tcMar>
          </w:tcPr>
          <w:p w14:paraId="6191A46E" w14:textId="77777777" w:rsidR="00FC44B0" w:rsidRDefault="00000000">
            <w:pPr>
              <w:jc w:val="center"/>
            </w:pPr>
            <w:r>
              <w:rPr>
                <w:color w:val="666666"/>
                <w:sz w:val="18"/>
              </w:rPr>
              <w:t>6</w:t>
            </w:r>
          </w:p>
        </w:tc>
        <w:tc>
          <w:tcPr>
            <w:tcW w:w="3175" w:type="dxa"/>
            <w:shd w:val="clear" w:color="auto" w:fill="F7FAFC"/>
            <w:tcMar>
              <w:top w:w="100" w:type="dxa"/>
              <w:left w:w="100" w:type="dxa"/>
              <w:bottom w:w="100" w:type="dxa"/>
              <w:right w:w="100" w:type="dxa"/>
            </w:tcMar>
          </w:tcPr>
          <w:p w14:paraId="2B5DF9B0" w14:textId="77777777" w:rsidR="00FC44B0" w:rsidRDefault="00FC44B0"/>
        </w:tc>
        <w:tc>
          <w:tcPr>
            <w:tcW w:w="1443" w:type="dxa"/>
            <w:shd w:val="clear" w:color="auto" w:fill="F7FAFC"/>
            <w:tcMar>
              <w:top w:w="100" w:type="dxa"/>
              <w:left w:w="100" w:type="dxa"/>
              <w:bottom w:w="100" w:type="dxa"/>
              <w:right w:w="100" w:type="dxa"/>
            </w:tcMar>
          </w:tcPr>
          <w:p w14:paraId="4F4093BA" w14:textId="77777777" w:rsidR="00FC44B0" w:rsidRDefault="00FC44B0"/>
        </w:tc>
        <w:tc>
          <w:tcPr>
            <w:tcW w:w="2598" w:type="dxa"/>
            <w:shd w:val="clear" w:color="auto" w:fill="F7FAFC"/>
            <w:tcMar>
              <w:top w:w="100" w:type="dxa"/>
              <w:left w:w="100" w:type="dxa"/>
              <w:bottom w:w="100" w:type="dxa"/>
              <w:right w:w="100" w:type="dxa"/>
            </w:tcMar>
          </w:tcPr>
          <w:p w14:paraId="7B7028A6" w14:textId="77777777" w:rsidR="00FC44B0" w:rsidRDefault="00FC44B0"/>
        </w:tc>
        <w:tc>
          <w:tcPr>
            <w:tcW w:w="1876" w:type="dxa"/>
            <w:shd w:val="clear" w:color="auto" w:fill="F7FAFC"/>
            <w:tcMar>
              <w:top w:w="100" w:type="dxa"/>
              <w:left w:w="100" w:type="dxa"/>
              <w:bottom w:w="100" w:type="dxa"/>
              <w:right w:w="100" w:type="dxa"/>
            </w:tcMar>
          </w:tcPr>
          <w:p w14:paraId="18D45F98" w14:textId="77777777" w:rsidR="00FC44B0" w:rsidRDefault="00FC44B0"/>
        </w:tc>
      </w:tr>
      <w:tr w:rsidR="00FC44B0" w14:paraId="1E537C39" w14:textId="77777777" w:rsidTr="00DE1A36">
        <w:trPr>
          <w:trHeight w:val="379"/>
          <w:jc w:val="center"/>
        </w:trPr>
        <w:tc>
          <w:tcPr>
            <w:tcW w:w="1010" w:type="dxa"/>
            <w:shd w:val="clear" w:color="auto" w:fill="FFFFFF"/>
            <w:tcMar>
              <w:top w:w="100" w:type="dxa"/>
              <w:left w:w="100" w:type="dxa"/>
              <w:bottom w:w="100" w:type="dxa"/>
              <w:right w:w="100" w:type="dxa"/>
            </w:tcMar>
          </w:tcPr>
          <w:p w14:paraId="66055BF4" w14:textId="77777777" w:rsidR="00FC44B0" w:rsidRDefault="00000000">
            <w:pPr>
              <w:jc w:val="center"/>
            </w:pPr>
            <w:r>
              <w:rPr>
                <w:color w:val="666666"/>
                <w:sz w:val="18"/>
              </w:rPr>
              <w:t>7</w:t>
            </w:r>
          </w:p>
        </w:tc>
        <w:tc>
          <w:tcPr>
            <w:tcW w:w="3175" w:type="dxa"/>
            <w:shd w:val="clear" w:color="auto" w:fill="FFFFFF"/>
            <w:tcMar>
              <w:top w:w="100" w:type="dxa"/>
              <w:left w:w="100" w:type="dxa"/>
              <w:bottom w:w="100" w:type="dxa"/>
              <w:right w:w="100" w:type="dxa"/>
            </w:tcMar>
          </w:tcPr>
          <w:p w14:paraId="76A58E02" w14:textId="77777777" w:rsidR="00FC44B0" w:rsidRDefault="00FC44B0"/>
        </w:tc>
        <w:tc>
          <w:tcPr>
            <w:tcW w:w="1443" w:type="dxa"/>
            <w:shd w:val="clear" w:color="auto" w:fill="FFFFFF"/>
            <w:tcMar>
              <w:top w:w="100" w:type="dxa"/>
              <w:left w:w="100" w:type="dxa"/>
              <w:bottom w:w="100" w:type="dxa"/>
              <w:right w:w="100" w:type="dxa"/>
            </w:tcMar>
          </w:tcPr>
          <w:p w14:paraId="4845D1EC" w14:textId="77777777" w:rsidR="00FC44B0" w:rsidRDefault="00FC44B0"/>
        </w:tc>
        <w:tc>
          <w:tcPr>
            <w:tcW w:w="2598" w:type="dxa"/>
            <w:shd w:val="clear" w:color="auto" w:fill="FFFFFF"/>
            <w:tcMar>
              <w:top w:w="100" w:type="dxa"/>
              <w:left w:w="100" w:type="dxa"/>
              <w:bottom w:w="100" w:type="dxa"/>
              <w:right w:w="100" w:type="dxa"/>
            </w:tcMar>
          </w:tcPr>
          <w:p w14:paraId="3993137E" w14:textId="77777777" w:rsidR="00FC44B0" w:rsidRDefault="00FC44B0"/>
        </w:tc>
        <w:tc>
          <w:tcPr>
            <w:tcW w:w="1876" w:type="dxa"/>
            <w:shd w:val="clear" w:color="auto" w:fill="FFFFFF"/>
            <w:tcMar>
              <w:top w:w="100" w:type="dxa"/>
              <w:left w:w="100" w:type="dxa"/>
              <w:bottom w:w="100" w:type="dxa"/>
              <w:right w:w="100" w:type="dxa"/>
            </w:tcMar>
          </w:tcPr>
          <w:p w14:paraId="5A5F8A8F" w14:textId="77777777" w:rsidR="00FC44B0" w:rsidRDefault="00FC44B0"/>
        </w:tc>
      </w:tr>
      <w:tr w:rsidR="00FC44B0" w14:paraId="1BD202D7" w14:textId="77777777" w:rsidTr="00DE1A36">
        <w:trPr>
          <w:trHeight w:val="370"/>
          <w:jc w:val="center"/>
        </w:trPr>
        <w:tc>
          <w:tcPr>
            <w:tcW w:w="1010" w:type="dxa"/>
            <w:shd w:val="clear" w:color="auto" w:fill="F7FAFC"/>
            <w:tcMar>
              <w:top w:w="100" w:type="dxa"/>
              <w:left w:w="100" w:type="dxa"/>
              <w:bottom w:w="100" w:type="dxa"/>
              <w:right w:w="100" w:type="dxa"/>
            </w:tcMar>
          </w:tcPr>
          <w:p w14:paraId="03D15C3F" w14:textId="77777777" w:rsidR="00FC44B0" w:rsidRDefault="00000000">
            <w:pPr>
              <w:jc w:val="center"/>
            </w:pPr>
            <w:r>
              <w:rPr>
                <w:color w:val="666666"/>
                <w:sz w:val="18"/>
              </w:rPr>
              <w:t>8</w:t>
            </w:r>
          </w:p>
        </w:tc>
        <w:tc>
          <w:tcPr>
            <w:tcW w:w="3175" w:type="dxa"/>
            <w:shd w:val="clear" w:color="auto" w:fill="F7FAFC"/>
            <w:tcMar>
              <w:top w:w="100" w:type="dxa"/>
              <w:left w:w="100" w:type="dxa"/>
              <w:bottom w:w="100" w:type="dxa"/>
              <w:right w:w="100" w:type="dxa"/>
            </w:tcMar>
          </w:tcPr>
          <w:p w14:paraId="11CC7F95" w14:textId="77777777" w:rsidR="00FC44B0" w:rsidRDefault="00FC44B0"/>
        </w:tc>
        <w:tc>
          <w:tcPr>
            <w:tcW w:w="1443" w:type="dxa"/>
            <w:shd w:val="clear" w:color="auto" w:fill="F7FAFC"/>
            <w:tcMar>
              <w:top w:w="100" w:type="dxa"/>
              <w:left w:w="100" w:type="dxa"/>
              <w:bottom w:w="100" w:type="dxa"/>
              <w:right w:w="100" w:type="dxa"/>
            </w:tcMar>
          </w:tcPr>
          <w:p w14:paraId="6D472E6C" w14:textId="77777777" w:rsidR="00FC44B0" w:rsidRDefault="00FC44B0"/>
        </w:tc>
        <w:tc>
          <w:tcPr>
            <w:tcW w:w="2598" w:type="dxa"/>
            <w:shd w:val="clear" w:color="auto" w:fill="F7FAFC"/>
            <w:tcMar>
              <w:top w:w="100" w:type="dxa"/>
              <w:left w:w="100" w:type="dxa"/>
              <w:bottom w:w="100" w:type="dxa"/>
              <w:right w:w="100" w:type="dxa"/>
            </w:tcMar>
          </w:tcPr>
          <w:p w14:paraId="5ECCE762" w14:textId="77777777" w:rsidR="00FC44B0" w:rsidRDefault="00FC44B0"/>
        </w:tc>
        <w:tc>
          <w:tcPr>
            <w:tcW w:w="1876" w:type="dxa"/>
            <w:shd w:val="clear" w:color="auto" w:fill="F7FAFC"/>
            <w:tcMar>
              <w:top w:w="100" w:type="dxa"/>
              <w:left w:w="100" w:type="dxa"/>
              <w:bottom w:w="100" w:type="dxa"/>
              <w:right w:w="100" w:type="dxa"/>
            </w:tcMar>
          </w:tcPr>
          <w:p w14:paraId="75D58812" w14:textId="77777777" w:rsidR="00FC44B0" w:rsidRDefault="00FC44B0"/>
        </w:tc>
      </w:tr>
      <w:tr w:rsidR="00FC44B0" w14:paraId="06EC9388" w14:textId="77777777" w:rsidTr="00DE1A36">
        <w:trPr>
          <w:trHeight w:val="370"/>
          <w:jc w:val="center"/>
        </w:trPr>
        <w:tc>
          <w:tcPr>
            <w:tcW w:w="1010" w:type="dxa"/>
            <w:shd w:val="clear" w:color="auto" w:fill="FFFFFF"/>
            <w:tcMar>
              <w:top w:w="100" w:type="dxa"/>
              <w:left w:w="100" w:type="dxa"/>
              <w:bottom w:w="100" w:type="dxa"/>
              <w:right w:w="100" w:type="dxa"/>
            </w:tcMar>
          </w:tcPr>
          <w:p w14:paraId="62C3C5F3" w14:textId="77777777" w:rsidR="00FC44B0" w:rsidRDefault="00000000">
            <w:pPr>
              <w:jc w:val="center"/>
            </w:pPr>
            <w:r>
              <w:rPr>
                <w:color w:val="666666"/>
                <w:sz w:val="18"/>
              </w:rPr>
              <w:t>9</w:t>
            </w:r>
          </w:p>
        </w:tc>
        <w:tc>
          <w:tcPr>
            <w:tcW w:w="3175" w:type="dxa"/>
            <w:shd w:val="clear" w:color="auto" w:fill="FFFFFF"/>
            <w:tcMar>
              <w:top w:w="100" w:type="dxa"/>
              <w:left w:w="100" w:type="dxa"/>
              <w:bottom w:w="100" w:type="dxa"/>
              <w:right w:w="100" w:type="dxa"/>
            </w:tcMar>
          </w:tcPr>
          <w:p w14:paraId="0B8DDEEF" w14:textId="77777777" w:rsidR="00FC44B0" w:rsidRDefault="00FC44B0"/>
        </w:tc>
        <w:tc>
          <w:tcPr>
            <w:tcW w:w="1443" w:type="dxa"/>
            <w:shd w:val="clear" w:color="auto" w:fill="FFFFFF"/>
            <w:tcMar>
              <w:top w:w="100" w:type="dxa"/>
              <w:left w:w="100" w:type="dxa"/>
              <w:bottom w:w="100" w:type="dxa"/>
              <w:right w:w="100" w:type="dxa"/>
            </w:tcMar>
          </w:tcPr>
          <w:p w14:paraId="5CAE40A1" w14:textId="77777777" w:rsidR="00FC44B0" w:rsidRDefault="00FC44B0"/>
        </w:tc>
        <w:tc>
          <w:tcPr>
            <w:tcW w:w="2598" w:type="dxa"/>
            <w:shd w:val="clear" w:color="auto" w:fill="FFFFFF"/>
            <w:tcMar>
              <w:top w:w="100" w:type="dxa"/>
              <w:left w:w="100" w:type="dxa"/>
              <w:bottom w:w="100" w:type="dxa"/>
              <w:right w:w="100" w:type="dxa"/>
            </w:tcMar>
          </w:tcPr>
          <w:p w14:paraId="23F2371C" w14:textId="77777777" w:rsidR="00FC44B0" w:rsidRDefault="00FC44B0"/>
        </w:tc>
        <w:tc>
          <w:tcPr>
            <w:tcW w:w="1876" w:type="dxa"/>
            <w:shd w:val="clear" w:color="auto" w:fill="FFFFFF"/>
            <w:tcMar>
              <w:top w:w="100" w:type="dxa"/>
              <w:left w:w="100" w:type="dxa"/>
              <w:bottom w:w="100" w:type="dxa"/>
              <w:right w:w="100" w:type="dxa"/>
            </w:tcMar>
          </w:tcPr>
          <w:p w14:paraId="1E38DFC0" w14:textId="77777777" w:rsidR="00FC44B0" w:rsidRDefault="00FC44B0"/>
        </w:tc>
      </w:tr>
      <w:tr w:rsidR="00FC44B0" w14:paraId="4631B9F2" w14:textId="77777777" w:rsidTr="00DE1A36">
        <w:trPr>
          <w:trHeight w:val="379"/>
          <w:jc w:val="center"/>
        </w:trPr>
        <w:tc>
          <w:tcPr>
            <w:tcW w:w="1010" w:type="dxa"/>
            <w:shd w:val="clear" w:color="auto" w:fill="F7FAFC"/>
            <w:tcMar>
              <w:top w:w="100" w:type="dxa"/>
              <w:left w:w="100" w:type="dxa"/>
              <w:bottom w:w="100" w:type="dxa"/>
              <w:right w:w="100" w:type="dxa"/>
            </w:tcMar>
          </w:tcPr>
          <w:p w14:paraId="3CE48686" w14:textId="77777777" w:rsidR="00FC44B0" w:rsidRDefault="00000000">
            <w:pPr>
              <w:jc w:val="center"/>
            </w:pPr>
            <w:r>
              <w:rPr>
                <w:color w:val="666666"/>
                <w:sz w:val="18"/>
              </w:rPr>
              <w:t>10</w:t>
            </w:r>
          </w:p>
        </w:tc>
        <w:tc>
          <w:tcPr>
            <w:tcW w:w="3175" w:type="dxa"/>
            <w:shd w:val="clear" w:color="auto" w:fill="F7FAFC"/>
            <w:tcMar>
              <w:top w:w="100" w:type="dxa"/>
              <w:left w:w="100" w:type="dxa"/>
              <w:bottom w:w="100" w:type="dxa"/>
              <w:right w:w="100" w:type="dxa"/>
            </w:tcMar>
          </w:tcPr>
          <w:p w14:paraId="26098C69" w14:textId="77777777" w:rsidR="00FC44B0" w:rsidRDefault="00FC44B0"/>
        </w:tc>
        <w:tc>
          <w:tcPr>
            <w:tcW w:w="1443" w:type="dxa"/>
            <w:shd w:val="clear" w:color="auto" w:fill="F7FAFC"/>
            <w:tcMar>
              <w:top w:w="100" w:type="dxa"/>
              <w:left w:w="100" w:type="dxa"/>
              <w:bottom w:w="100" w:type="dxa"/>
              <w:right w:w="100" w:type="dxa"/>
            </w:tcMar>
          </w:tcPr>
          <w:p w14:paraId="575C67CB" w14:textId="77777777" w:rsidR="00FC44B0" w:rsidRDefault="00FC44B0"/>
        </w:tc>
        <w:tc>
          <w:tcPr>
            <w:tcW w:w="2598" w:type="dxa"/>
            <w:shd w:val="clear" w:color="auto" w:fill="F7FAFC"/>
            <w:tcMar>
              <w:top w:w="100" w:type="dxa"/>
              <w:left w:w="100" w:type="dxa"/>
              <w:bottom w:w="100" w:type="dxa"/>
              <w:right w:w="100" w:type="dxa"/>
            </w:tcMar>
          </w:tcPr>
          <w:p w14:paraId="0F06B3CF" w14:textId="77777777" w:rsidR="00FC44B0" w:rsidRDefault="00FC44B0"/>
        </w:tc>
        <w:tc>
          <w:tcPr>
            <w:tcW w:w="1876" w:type="dxa"/>
            <w:shd w:val="clear" w:color="auto" w:fill="F7FAFC"/>
            <w:tcMar>
              <w:top w:w="100" w:type="dxa"/>
              <w:left w:w="100" w:type="dxa"/>
              <w:bottom w:w="100" w:type="dxa"/>
              <w:right w:w="100" w:type="dxa"/>
            </w:tcMar>
          </w:tcPr>
          <w:p w14:paraId="0F2CD69B" w14:textId="77777777" w:rsidR="00FC44B0" w:rsidRDefault="00FC44B0"/>
        </w:tc>
      </w:tr>
      <w:tr w:rsidR="00FC44B0" w14:paraId="329D5C37" w14:textId="77777777" w:rsidTr="00DE1A36">
        <w:trPr>
          <w:trHeight w:val="370"/>
          <w:jc w:val="center"/>
        </w:trPr>
        <w:tc>
          <w:tcPr>
            <w:tcW w:w="1010" w:type="dxa"/>
            <w:shd w:val="clear" w:color="auto" w:fill="FFFFFF"/>
            <w:tcMar>
              <w:top w:w="100" w:type="dxa"/>
              <w:left w:w="100" w:type="dxa"/>
              <w:bottom w:w="100" w:type="dxa"/>
              <w:right w:w="100" w:type="dxa"/>
            </w:tcMar>
          </w:tcPr>
          <w:p w14:paraId="7CB7573F" w14:textId="77777777" w:rsidR="00FC44B0" w:rsidRDefault="00000000">
            <w:pPr>
              <w:jc w:val="center"/>
            </w:pPr>
            <w:r>
              <w:rPr>
                <w:color w:val="666666"/>
                <w:sz w:val="18"/>
              </w:rPr>
              <w:t>11</w:t>
            </w:r>
          </w:p>
        </w:tc>
        <w:tc>
          <w:tcPr>
            <w:tcW w:w="3175" w:type="dxa"/>
            <w:shd w:val="clear" w:color="auto" w:fill="FFFFFF"/>
            <w:tcMar>
              <w:top w:w="100" w:type="dxa"/>
              <w:left w:w="100" w:type="dxa"/>
              <w:bottom w:w="100" w:type="dxa"/>
              <w:right w:w="100" w:type="dxa"/>
            </w:tcMar>
          </w:tcPr>
          <w:p w14:paraId="209B0007" w14:textId="77777777" w:rsidR="00FC44B0" w:rsidRDefault="00FC44B0"/>
        </w:tc>
        <w:tc>
          <w:tcPr>
            <w:tcW w:w="1443" w:type="dxa"/>
            <w:shd w:val="clear" w:color="auto" w:fill="FFFFFF"/>
            <w:tcMar>
              <w:top w:w="100" w:type="dxa"/>
              <w:left w:w="100" w:type="dxa"/>
              <w:bottom w:w="100" w:type="dxa"/>
              <w:right w:w="100" w:type="dxa"/>
            </w:tcMar>
          </w:tcPr>
          <w:p w14:paraId="755CD4FF" w14:textId="77777777" w:rsidR="00FC44B0" w:rsidRDefault="00FC44B0"/>
        </w:tc>
        <w:tc>
          <w:tcPr>
            <w:tcW w:w="2598" w:type="dxa"/>
            <w:shd w:val="clear" w:color="auto" w:fill="FFFFFF"/>
            <w:tcMar>
              <w:top w:w="100" w:type="dxa"/>
              <w:left w:w="100" w:type="dxa"/>
              <w:bottom w:w="100" w:type="dxa"/>
              <w:right w:w="100" w:type="dxa"/>
            </w:tcMar>
          </w:tcPr>
          <w:p w14:paraId="05642D48" w14:textId="77777777" w:rsidR="00FC44B0" w:rsidRDefault="00FC44B0"/>
        </w:tc>
        <w:tc>
          <w:tcPr>
            <w:tcW w:w="1876" w:type="dxa"/>
            <w:shd w:val="clear" w:color="auto" w:fill="FFFFFF"/>
            <w:tcMar>
              <w:top w:w="100" w:type="dxa"/>
              <w:left w:w="100" w:type="dxa"/>
              <w:bottom w:w="100" w:type="dxa"/>
              <w:right w:w="100" w:type="dxa"/>
            </w:tcMar>
          </w:tcPr>
          <w:p w14:paraId="6F29D355" w14:textId="77777777" w:rsidR="00FC44B0" w:rsidRDefault="00FC44B0"/>
        </w:tc>
      </w:tr>
      <w:tr w:rsidR="00FC44B0" w14:paraId="4EB593E4" w14:textId="77777777" w:rsidTr="00DE1A36">
        <w:trPr>
          <w:trHeight w:val="370"/>
          <w:jc w:val="center"/>
        </w:trPr>
        <w:tc>
          <w:tcPr>
            <w:tcW w:w="1010" w:type="dxa"/>
            <w:shd w:val="clear" w:color="auto" w:fill="F7FAFC"/>
            <w:tcMar>
              <w:top w:w="100" w:type="dxa"/>
              <w:left w:w="100" w:type="dxa"/>
              <w:bottom w:w="100" w:type="dxa"/>
              <w:right w:w="100" w:type="dxa"/>
            </w:tcMar>
          </w:tcPr>
          <w:p w14:paraId="59E77907" w14:textId="77777777" w:rsidR="00FC44B0" w:rsidRDefault="00000000">
            <w:pPr>
              <w:jc w:val="center"/>
            </w:pPr>
            <w:r>
              <w:rPr>
                <w:color w:val="666666"/>
                <w:sz w:val="18"/>
              </w:rPr>
              <w:t>12</w:t>
            </w:r>
          </w:p>
        </w:tc>
        <w:tc>
          <w:tcPr>
            <w:tcW w:w="3175" w:type="dxa"/>
            <w:shd w:val="clear" w:color="auto" w:fill="F7FAFC"/>
            <w:tcMar>
              <w:top w:w="100" w:type="dxa"/>
              <w:left w:w="100" w:type="dxa"/>
              <w:bottom w:w="100" w:type="dxa"/>
              <w:right w:w="100" w:type="dxa"/>
            </w:tcMar>
          </w:tcPr>
          <w:p w14:paraId="201AF396" w14:textId="77777777" w:rsidR="00FC44B0" w:rsidRDefault="00FC44B0"/>
        </w:tc>
        <w:tc>
          <w:tcPr>
            <w:tcW w:w="1443" w:type="dxa"/>
            <w:shd w:val="clear" w:color="auto" w:fill="F7FAFC"/>
            <w:tcMar>
              <w:top w:w="100" w:type="dxa"/>
              <w:left w:w="100" w:type="dxa"/>
              <w:bottom w:w="100" w:type="dxa"/>
              <w:right w:w="100" w:type="dxa"/>
            </w:tcMar>
          </w:tcPr>
          <w:p w14:paraId="44FF8680" w14:textId="77777777" w:rsidR="00FC44B0" w:rsidRDefault="00FC44B0"/>
        </w:tc>
        <w:tc>
          <w:tcPr>
            <w:tcW w:w="2598" w:type="dxa"/>
            <w:shd w:val="clear" w:color="auto" w:fill="F7FAFC"/>
            <w:tcMar>
              <w:top w:w="100" w:type="dxa"/>
              <w:left w:w="100" w:type="dxa"/>
              <w:bottom w:w="100" w:type="dxa"/>
              <w:right w:w="100" w:type="dxa"/>
            </w:tcMar>
          </w:tcPr>
          <w:p w14:paraId="19D7C182" w14:textId="77777777" w:rsidR="00FC44B0" w:rsidRDefault="00FC44B0"/>
        </w:tc>
        <w:tc>
          <w:tcPr>
            <w:tcW w:w="1876" w:type="dxa"/>
            <w:shd w:val="clear" w:color="auto" w:fill="F7FAFC"/>
            <w:tcMar>
              <w:top w:w="100" w:type="dxa"/>
              <w:left w:w="100" w:type="dxa"/>
              <w:bottom w:w="100" w:type="dxa"/>
              <w:right w:w="100" w:type="dxa"/>
            </w:tcMar>
          </w:tcPr>
          <w:p w14:paraId="05274603" w14:textId="77777777" w:rsidR="00FC44B0" w:rsidRDefault="00FC44B0"/>
        </w:tc>
      </w:tr>
      <w:tr w:rsidR="00FC44B0" w14:paraId="3A2502E8" w14:textId="77777777" w:rsidTr="00DE1A36">
        <w:trPr>
          <w:trHeight w:val="370"/>
          <w:jc w:val="center"/>
        </w:trPr>
        <w:tc>
          <w:tcPr>
            <w:tcW w:w="1010" w:type="dxa"/>
            <w:shd w:val="clear" w:color="auto" w:fill="FFFFFF"/>
            <w:tcMar>
              <w:top w:w="100" w:type="dxa"/>
              <w:left w:w="100" w:type="dxa"/>
              <w:bottom w:w="100" w:type="dxa"/>
              <w:right w:w="100" w:type="dxa"/>
            </w:tcMar>
          </w:tcPr>
          <w:p w14:paraId="26F77183" w14:textId="77777777" w:rsidR="00FC44B0" w:rsidRDefault="00000000">
            <w:pPr>
              <w:jc w:val="center"/>
            </w:pPr>
            <w:r>
              <w:rPr>
                <w:color w:val="666666"/>
                <w:sz w:val="18"/>
              </w:rPr>
              <w:t>13</w:t>
            </w:r>
          </w:p>
        </w:tc>
        <w:tc>
          <w:tcPr>
            <w:tcW w:w="3175" w:type="dxa"/>
            <w:shd w:val="clear" w:color="auto" w:fill="FFFFFF"/>
            <w:tcMar>
              <w:top w:w="100" w:type="dxa"/>
              <w:left w:w="100" w:type="dxa"/>
              <w:bottom w:w="100" w:type="dxa"/>
              <w:right w:w="100" w:type="dxa"/>
            </w:tcMar>
          </w:tcPr>
          <w:p w14:paraId="7DCA86B4" w14:textId="77777777" w:rsidR="00FC44B0" w:rsidRDefault="00FC44B0"/>
        </w:tc>
        <w:tc>
          <w:tcPr>
            <w:tcW w:w="1443" w:type="dxa"/>
            <w:shd w:val="clear" w:color="auto" w:fill="FFFFFF"/>
            <w:tcMar>
              <w:top w:w="100" w:type="dxa"/>
              <w:left w:w="100" w:type="dxa"/>
              <w:bottom w:w="100" w:type="dxa"/>
              <w:right w:w="100" w:type="dxa"/>
            </w:tcMar>
          </w:tcPr>
          <w:p w14:paraId="5D9E989B" w14:textId="77777777" w:rsidR="00FC44B0" w:rsidRDefault="00FC44B0"/>
        </w:tc>
        <w:tc>
          <w:tcPr>
            <w:tcW w:w="2598" w:type="dxa"/>
            <w:shd w:val="clear" w:color="auto" w:fill="FFFFFF"/>
            <w:tcMar>
              <w:top w:w="100" w:type="dxa"/>
              <w:left w:w="100" w:type="dxa"/>
              <w:bottom w:w="100" w:type="dxa"/>
              <w:right w:w="100" w:type="dxa"/>
            </w:tcMar>
          </w:tcPr>
          <w:p w14:paraId="28515DD5" w14:textId="77777777" w:rsidR="00FC44B0" w:rsidRDefault="00FC44B0"/>
        </w:tc>
        <w:tc>
          <w:tcPr>
            <w:tcW w:w="1876" w:type="dxa"/>
            <w:shd w:val="clear" w:color="auto" w:fill="FFFFFF"/>
            <w:tcMar>
              <w:top w:w="100" w:type="dxa"/>
              <w:left w:w="100" w:type="dxa"/>
              <w:bottom w:w="100" w:type="dxa"/>
              <w:right w:w="100" w:type="dxa"/>
            </w:tcMar>
          </w:tcPr>
          <w:p w14:paraId="548980F4" w14:textId="77777777" w:rsidR="00FC44B0" w:rsidRDefault="00FC44B0"/>
        </w:tc>
      </w:tr>
      <w:tr w:rsidR="00FC44B0" w14:paraId="6A45909C" w14:textId="77777777" w:rsidTr="00DE1A36">
        <w:trPr>
          <w:trHeight w:val="379"/>
          <w:jc w:val="center"/>
        </w:trPr>
        <w:tc>
          <w:tcPr>
            <w:tcW w:w="1010" w:type="dxa"/>
            <w:shd w:val="clear" w:color="auto" w:fill="F7FAFC"/>
            <w:tcMar>
              <w:top w:w="100" w:type="dxa"/>
              <w:left w:w="100" w:type="dxa"/>
              <w:bottom w:w="100" w:type="dxa"/>
              <w:right w:w="100" w:type="dxa"/>
            </w:tcMar>
          </w:tcPr>
          <w:p w14:paraId="38ED5832" w14:textId="77777777" w:rsidR="00FC44B0" w:rsidRDefault="00000000">
            <w:pPr>
              <w:jc w:val="center"/>
            </w:pPr>
            <w:r>
              <w:rPr>
                <w:color w:val="666666"/>
                <w:sz w:val="18"/>
              </w:rPr>
              <w:t>14</w:t>
            </w:r>
          </w:p>
        </w:tc>
        <w:tc>
          <w:tcPr>
            <w:tcW w:w="3175" w:type="dxa"/>
            <w:shd w:val="clear" w:color="auto" w:fill="F7FAFC"/>
            <w:tcMar>
              <w:top w:w="100" w:type="dxa"/>
              <w:left w:w="100" w:type="dxa"/>
              <w:bottom w:w="100" w:type="dxa"/>
              <w:right w:w="100" w:type="dxa"/>
            </w:tcMar>
          </w:tcPr>
          <w:p w14:paraId="045D4ECF" w14:textId="77777777" w:rsidR="00FC44B0" w:rsidRDefault="00FC44B0"/>
        </w:tc>
        <w:tc>
          <w:tcPr>
            <w:tcW w:w="1443" w:type="dxa"/>
            <w:shd w:val="clear" w:color="auto" w:fill="F7FAFC"/>
            <w:tcMar>
              <w:top w:w="100" w:type="dxa"/>
              <w:left w:w="100" w:type="dxa"/>
              <w:bottom w:w="100" w:type="dxa"/>
              <w:right w:w="100" w:type="dxa"/>
            </w:tcMar>
          </w:tcPr>
          <w:p w14:paraId="0AA50A1C" w14:textId="77777777" w:rsidR="00FC44B0" w:rsidRDefault="00FC44B0"/>
        </w:tc>
        <w:tc>
          <w:tcPr>
            <w:tcW w:w="2598" w:type="dxa"/>
            <w:shd w:val="clear" w:color="auto" w:fill="F7FAFC"/>
            <w:tcMar>
              <w:top w:w="100" w:type="dxa"/>
              <w:left w:w="100" w:type="dxa"/>
              <w:bottom w:w="100" w:type="dxa"/>
              <w:right w:w="100" w:type="dxa"/>
            </w:tcMar>
          </w:tcPr>
          <w:p w14:paraId="78817C68" w14:textId="77777777" w:rsidR="00FC44B0" w:rsidRDefault="00FC44B0"/>
        </w:tc>
        <w:tc>
          <w:tcPr>
            <w:tcW w:w="1876" w:type="dxa"/>
            <w:shd w:val="clear" w:color="auto" w:fill="F7FAFC"/>
            <w:tcMar>
              <w:top w:w="100" w:type="dxa"/>
              <w:left w:w="100" w:type="dxa"/>
              <w:bottom w:w="100" w:type="dxa"/>
              <w:right w:w="100" w:type="dxa"/>
            </w:tcMar>
          </w:tcPr>
          <w:p w14:paraId="1A8E9061" w14:textId="77777777" w:rsidR="00FC44B0" w:rsidRDefault="00FC44B0"/>
        </w:tc>
      </w:tr>
      <w:tr w:rsidR="00FC44B0" w14:paraId="7E3F5E04" w14:textId="77777777" w:rsidTr="00DE1A36">
        <w:trPr>
          <w:trHeight w:val="370"/>
          <w:jc w:val="center"/>
        </w:trPr>
        <w:tc>
          <w:tcPr>
            <w:tcW w:w="1010" w:type="dxa"/>
            <w:shd w:val="clear" w:color="auto" w:fill="FFFFFF"/>
            <w:tcMar>
              <w:top w:w="100" w:type="dxa"/>
              <w:left w:w="100" w:type="dxa"/>
              <w:bottom w:w="100" w:type="dxa"/>
              <w:right w:w="100" w:type="dxa"/>
            </w:tcMar>
          </w:tcPr>
          <w:p w14:paraId="09C9936E" w14:textId="77777777" w:rsidR="00FC44B0" w:rsidRDefault="00000000">
            <w:pPr>
              <w:jc w:val="center"/>
            </w:pPr>
            <w:r>
              <w:rPr>
                <w:color w:val="666666"/>
                <w:sz w:val="18"/>
              </w:rPr>
              <w:t>15</w:t>
            </w:r>
          </w:p>
        </w:tc>
        <w:tc>
          <w:tcPr>
            <w:tcW w:w="3175" w:type="dxa"/>
            <w:shd w:val="clear" w:color="auto" w:fill="FFFFFF"/>
            <w:tcMar>
              <w:top w:w="100" w:type="dxa"/>
              <w:left w:w="100" w:type="dxa"/>
              <w:bottom w:w="100" w:type="dxa"/>
              <w:right w:w="100" w:type="dxa"/>
            </w:tcMar>
          </w:tcPr>
          <w:p w14:paraId="1529A5E0" w14:textId="77777777" w:rsidR="00FC44B0" w:rsidRDefault="00FC44B0"/>
        </w:tc>
        <w:tc>
          <w:tcPr>
            <w:tcW w:w="1443" w:type="dxa"/>
            <w:shd w:val="clear" w:color="auto" w:fill="FFFFFF"/>
            <w:tcMar>
              <w:top w:w="100" w:type="dxa"/>
              <w:left w:w="100" w:type="dxa"/>
              <w:bottom w:w="100" w:type="dxa"/>
              <w:right w:w="100" w:type="dxa"/>
            </w:tcMar>
          </w:tcPr>
          <w:p w14:paraId="79CD3DB7" w14:textId="77777777" w:rsidR="00FC44B0" w:rsidRDefault="00FC44B0"/>
        </w:tc>
        <w:tc>
          <w:tcPr>
            <w:tcW w:w="2598" w:type="dxa"/>
            <w:shd w:val="clear" w:color="auto" w:fill="FFFFFF"/>
            <w:tcMar>
              <w:top w:w="100" w:type="dxa"/>
              <w:left w:w="100" w:type="dxa"/>
              <w:bottom w:w="100" w:type="dxa"/>
              <w:right w:w="100" w:type="dxa"/>
            </w:tcMar>
          </w:tcPr>
          <w:p w14:paraId="51C5904A" w14:textId="77777777" w:rsidR="00FC44B0" w:rsidRDefault="00FC44B0"/>
        </w:tc>
        <w:tc>
          <w:tcPr>
            <w:tcW w:w="1876" w:type="dxa"/>
            <w:shd w:val="clear" w:color="auto" w:fill="FFFFFF"/>
            <w:tcMar>
              <w:top w:w="100" w:type="dxa"/>
              <w:left w:w="100" w:type="dxa"/>
              <w:bottom w:w="100" w:type="dxa"/>
              <w:right w:w="100" w:type="dxa"/>
            </w:tcMar>
          </w:tcPr>
          <w:p w14:paraId="233D35A2" w14:textId="77777777" w:rsidR="00FC44B0" w:rsidRDefault="00FC44B0"/>
        </w:tc>
      </w:tr>
      <w:tr w:rsidR="00FC44B0" w14:paraId="44007DD5" w14:textId="77777777" w:rsidTr="00DE1A36">
        <w:trPr>
          <w:trHeight w:val="370"/>
          <w:jc w:val="center"/>
        </w:trPr>
        <w:tc>
          <w:tcPr>
            <w:tcW w:w="1010" w:type="dxa"/>
            <w:shd w:val="clear" w:color="auto" w:fill="F7FAFC"/>
            <w:tcMar>
              <w:top w:w="100" w:type="dxa"/>
              <w:left w:w="100" w:type="dxa"/>
              <w:bottom w:w="100" w:type="dxa"/>
              <w:right w:w="100" w:type="dxa"/>
            </w:tcMar>
          </w:tcPr>
          <w:p w14:paraId="6006BB4F" w14:textId="77777777" w:rsidR="00FC44B0" w:rsidRDefault="00000000">
            <w:pPr>
              <w:jc w:val="center"/>
            </w:pPr>
            <w:r>
              <w:rPr>
                <w:color w:val="666666"/>
                <w:sz w:val="18"/>
              </w:rPr>
              <w:t>16</w:t>
            </w:r>
          </w:p>
        </w:tc>
        <w:tc>
          <w:tcPr>
            <w:tcW w:w="3175" w:type="dxa"/>
            <w:shd w:val="clear" w:color="auto" w:fill="F7FAFC"/>
            <w:tcMar>
              <w:top w:w="100" w:type="dxa"/>
              <w:left w:w="100" w:type="dxa"/>
              <w:bottom w:w="100" w:type="dxa"/>
              <w:right w:w="100" w:type="dxa"/>
            </w:tcMar>
          </w:tcPr>
          <w:p w14:paraId="7D4CA947" w14:textId="77777777" w:rsidR="00FC44B0" w:rsidRDefault="00FC44B0"/>
        </w:tc>
        <w:tc>
          <w:tcPr>
            <w:tcW w:w="1443" w:type="dxa"/>
            <w:shd w:val="clear" w:color="auto" w:fill="F7FAFC"/>
            <w:tcMar>
              <w:top w:w="100" w:type="dxa"/>
              <w:left w:w="100" w:type="dxa"/>
              <w:bottom w:w="100" w:type="dxa"/>
              <w:right w:w="100" w:type="dxa"/>
            </w:tcMar>
          </w:tcPr>
          <w:p w14:paraId="0106F1FF" w14:textId="77777777" w:rsidR="00FC44B0" w:rsidRDefault="00FC44B0"/>
        </w:tc>
        <w:tc>
          <w:tcPr>
            <w:tcW w:w="2598" w:type="dxa"/>
            <w:shd w:val="clear" w:color="auto" w:fill="F7FAFC"/>
            <w:tcMar>
              <w:top w:w="100" w:type="dxa"/>
              <w:left w:w="100" w:type="dxa"/>
              <w:bottom w:w="100" w:type="dxa"/>
              <w:right w:w="100" w:type="dxa"/>
            </w:tcMar>
          </w:tcPr>
          <w:p w14:paraId="027E7804" w14:textId="77777777" w:rsidR="00FC44B0" w:rsidRDefault="00FC44B0"/>
        </w:tc>
        <w:tc>
          <w:tcPr>
            <w:tcW w:w="1876" w:type="dxa"/>
            <w:shd w:val="clear" w:color="auto" w:fill="F7FAFC"/>
            <w:tcMar>
              <w:top w:w="100" w:type="dxa"/>
              <w:left w:w="100" w:type="dxa"/>
              <w:bottom w:w="100" w:type="dxa"/>
              <w:right w:w="100" w:type="dxa"/>
            </w:tcMar>
          </w:tcPr>
          <w:p w14:paraId="48CEE3A8" w14:textId="77777777" w:rsidR="00FC44B0" w:rsidRDefault="00FC44B0"/>
        </w:tc>
      </w:tr>
      <w:tr w:rsidR="00FC44B0" w14:paraId="630BC7DC" w14:textId="77777777" w:rsidTr="00DE1A36">
        <w:trPr>
          <w:trHeight w:val="370"/>
          <w:jc w:val="center"/>
        </w:trPr>
        <w:tc>
          <w:tcPr>
            <w:tcW w:w="1010" w:type="dxa"/>
            <w:shd w:val="clear" w:color="auto" w:fill="FFFFFF"/>
            <w:tcMar>
              <w:top w:w="100" w:type="dxa"/>
              <w:left w:w="100" w:type="dxa"/>
              <w:bottom w:w="100" w:type="dxa"/>
              <w:right w:w="100" w:type="dxa"/>
            </w:tcMar>
          </w:tcPr>
          <w:p w14:paraId="61E81EC8" w14:textId="77777777" w:rsidR="00FC44B0" w:rsidRDefault="00000000">
            <w:pPr>
              <w:jc w:val="center"/>
            </w:pPr>
            <w:r>
              <w:rPr>
                <w:color w:val="666666"/>
                <w:sz w:val="18"/>
              </w:rPr>
              <w:lastRenderedPageBreak/>
              <w:t>17</w:t>
            </w:r>
          </w:p>
        </w:tc>
        <w:tc>
          <w:tcPr>
            <w:tcW w:w="3175" w:type="dxa"/>
            <w:shd w:val="clear" w:color="auto" w:fill="FFFFFF"/>
            <w:tcMar>
              <w:top w:w="100" w:type="dxa"/>
              <w:left w:w="100" w:type="dxa"/>
              <w:bottom w:w="100" w:type="dxa"/>
              <w:right w:w="100" w:type="dxa"/>
            </w:tcMar>
          </w:tcPr>
          <w:p w14:paraId="20F1C6A9" w14:textId="77777777" w:rsidR="00FC44B0" w:rsidRDefault="00FC44B0"/>
        </w:tc>
        <w:tc>
          <w:tcPr>
            <w:tcW w:w="1443" w:type="dxa"/>
            <w:shd w:val="clear" w:color="auto" w:fill="FFFFFF"/>
            <w:tcMar>
              <w:top w:w="100" w:type="dxa"/>
              <w:left w:w="100" w:type="dxa"/>
              <w:bottom w:w="100" w:type="dxa"/>
              <w:right w:w="100" w:type="dxa"/>
            </w:tcMar>
          </w:tcPr>
          <w:p w14:paraId="765EF95D" w14:textId="77777777" w:rsidR="00FC44B0" w:rsidRDefault="00FC44B0"/>
        </w:tc>
        <w:tc>
          <w:tcPr>
            <w:tcW w:w="2598" w:type="dxa"/>
            <w:shd w:val="clear" w:color="auto" w:fill="FFFFFF"/>
            <w:tcMar>
              <w:top w:w="100" w:type="dxa"/>
              <w:left w:w="100" w:type="dxa"/>
              <w:bottom w:w="100" w:type="dxa"/>
              <w:right w:w="100" w:type="dxa"/>
            </w:tcMar>
          </w:tcPr>
          <w:p w14:paraId="349158ED" w14:textId="77777777" w:rsidR="00FC44B0" w:rsidRDefault="00FC44B0"/>
        </w:tc>
        <w:tc>
          <w:tcPr>
            <w:tcW w:w="1876" w:type="dxa"/>
            <w:shd w:val="clear" w:color="auto" w:fill="FFFFFF"/>
            <w:tcMar>
              <w:top w:w="100" w:type="dxa"/>
              <w:left w:w="100" w:type="dxa"/>
              <w:bottom w:w="100" w:type="dxa"/>
              <w:right w:w="100" w:type="dxa"/>
            </w:tcMar>
          </w:tcPr>
          <w:p w14:paraId="470D448E" w14:textId="77777777" w:rsidR="00FC44B0" w:rsidRDefault="00FC44B0"/>
        </w:tc>
      </w:tr>
      <w:tr w:rsidR="00FC44B0" w14:paraId="2D5893EF" w14:textId="77777777" w:rsidTr="00DE1A36">
        <w:trPr>
          <w:trHeight w:val="379"/>
          <w:jc w:val="center"/>
        </w:trPr>
        <w:tc>
          <w:tcPr>
            <w:tcW w:w="1010" w:type="dxa"/>
            <w:shd w:val="clear" w:color="auto" w:fill="F7FAFC"/>
            <w:tcMar>
              <w:top w:w="100" w:type="dxa"/>
              <w:left w:w="100" w:type="dxa"/>
              <w:bottom w:w="100" w:type="dxa"/>
              <w:right w:w="100" w:type="dxa"/>
            </w:tcMar>
          </w:tcPr>
          <w:p w14:paraId="55FF3FAD" w14:textId="77777777" w:rsidR="00FC44B0" w:rsidRDefault="00000000">
            <w:pPr>
              <w:jc w:val="center"/>
            </w:pPr>
            <w:r>
              <w:rPr>
                <w:color w:val="666666"/>
                <w:sz w:val="18"/>
              </w:rPr>
              <w:t>18</w:t>
            </w:r>
          </w:p>
        </w:tc>
        <w:tc>
          <w:tcPr>
            <w:tcW w:w="3175" w:type="dxa"/>
            <w:shd w:val="clear" w:color="auto" w:fill="F7FAFC"/>
            <w:tcMar>
              <w:top w:w="100" w:type="dxa"/>
              <w:left w:w="100" w:type="dxa"/>
              <w:bottom w:w="100" w:type="dxa"/>
              <w:right w:w="100" w:type="dxa"/>
            </w:tcMar>
          </w:tcPr>
          <w:p w14:paraId="3C3ABA3F" w14:textId="77777777" w:rsidR="00FC44B0" w:rsidRDefault="00FC44B0"/>
        </w:tc>
        <w:tc>
          <w:tcPr>
            <w:tcW w:w="1443" w:type="dxa"/>
            <w:shd w:val="clear" w:color="auto" w:fill="F7FAFC"/>
            <w:tcMar>
              <w:top w:w="100" w:type="dxa"/>
              <w:left w:w="100" w:type="dxa"/>
              <w:bottom w:w="100" w:type="dxa"/>
              <w:right w:w="100" w:type="dxa"/>
            </w:tcMar>
          </w:tcPr>
          <w:p w14:paraId="3407DA08" w14:textId="77777777" w:rsidR="00FC44B0" w:rsidRDefault="00FC44B0"/>
        </w:tc>
        <w:tc>
          <w:tcPr>
            <w:tcW w:w="2598" w:type="dxa"/>
            <w:shd w:val="clear" w:color="auto" w:fill="F7FAFC"/>
            <w:tcMar>
              <w:top w:w="100" w:type="dxa"/>
              <w:left w:w="100" w:type="dxa"/>
              <w:bottom w:w="100" w:type="dxa"/>
              <w:right w:w="100" w:type="dxa"/>
            </w:tcMar>
          </w:tcPr>
          <w:p w14:paraId="2C4421E6" w14:textId="77777777" w:rsidR="00FC44B0" w:rsidRDefault="00FC44B0"/>
        </w:tc>
        <w:tc>
          <w:tcPr>
            <w:tcW w:w="1876" w:type="dxa"/>
            <w:shd w:val="clear" w:color="auto" w:fill="F7FAFC"/>
            <w:tcMar>
              <w:top w:w="100" w:type="dxa"/>
              <w:left w:w="100" w:type="dxa"/>
              <w:bottom w:w="100" w:type="dxa"/>
              <w:right w:w="100" w:type="dxa"/>
            </w:tcMar>
          </w:tcPr>
          <w:p w14:paraId="4CD548D9" w14:textId="77777777" w:rsidR="00FC44B0" w:rsidRDefault="00FC44B0"/>
        </w:tc>
      </w:tr>
      <w:tr w:rsidR="00FC44B0" w14:paraId="2798CA62" w14:textId="77777777" w:rsidTr="00DE1A36">
        <w:trPr>
          <w:trHeight w:val="370"/>
          <w:jc w:val="center"/>
        </w:trPr>
        <w:tc>
          <w:tcPr>
            <w:tcW w:w="1010" w:type="dxa"/>
            <w:shd w:val="clear" w:color="auto" w:fill="FFFFFF"/>
            <w:tcMar>
              <w:top w:w="100" w:type="dxa"/>
              <w:left w:w="100" w:type="dxa"/>
              <w:bottom w:w="100" w:type="dxa"/>
              <w:right w:w="100" w:type="dxa"/>
            </w:tcMar>
          </w:tcPr>
          <w:p w14:paraId="3A300F44" w14:textId="77777777" w:rsidR="00FC44B0" w:rsidRDefault="00000000">
            <w:pPr>
              <w:jc w:val="center"/>
            </w:pPr>
            <w:r>
              <w:rPr>
                <w:color w:val="666666"/>
                <w:sz w:val="18"/>
              </w:rPr>
              <w:t>19</w:t>
            </w:r>
          </w:p>
        </w:tc>
        <w:tc>
          <w:tcPr>
            <w:tcW w:w="3175" w:type="dxa"/>
            <w:shd w:val="clear" w:color="auto" w:fill="FFFFFF"/>
            <w:tcMar>
              <w:top w:w="100" w:type="dxa"/>
              <w:left w:w="100" w:type="dxa"/>
              <w:bottom w:w="100" w:type="dxa"/>
              <w:right w:w="100" w:type="dxa"/>
            </w:tcMar>
          </w:tcPr>
          <w:p w14:paraId="60C67C91" w14:textId="77777777" w:rsidR="00FC44B0" w:rsidRDefault="00FC44B0"/>
        </w:tc>
        <w:tc>
          <w:tcPr>
            <w:tcW w:w="1443" w:type="dxa"/>
            <w:shd w:val="clear" w:color="auto" w:fill="FFFFFF"/>
            <w:tcMar>
              <w:top w:w="100" w:type="dxa"/>
              <w:left w:w="100" w:type="dxa"/>
              <w:bottom w:w="100" w:type="dxa"/>
              <w:right w:w="100" w:type="dxa"/>
            </w:tcMar>
          </w:tcPr>
          <w:p w14:paraId="39A5B0DA" w14:textId="77777777" w:rsidR="00FC44B0" w:rsidRDefault="00FC44B0"/>
        </w:tc>
        <w:tc>
          <w:tcPr>
            <w:tcW w:w="2598" w:type="dxa"/>
            <w:shd w:val="clear" w:color="auto" w:fill="FFFFFF"/>
            <w:tcMar>
              <w:top w:w="100" w:type="dxa"/>
              <w:left w:w="100" w:type="dxa"/>
              <w:bottom w:w="100" w:type="dxa"/>
              <w:right w:w="100" w:type="dxa"/>
            </w:tcMar>
          </w:tcPr>
          <w:p w14:paraId="247E5D6F" w14:textId="77777777" w:rsidR="00FC44B0" w:rsidRDefault="00FC44B0"/>
        </w:tc>
        <w:tc>
          <w:tcPr>
            <w:tcW w:w="1876" w:type="dxa"/>
            <w:shd w:val="clear" w:color="auto" w:fill="FFFFFF"/>
            <w:tcMar>
              <w:top w:w="100" w:type="dxa"/>
              <w:left w:w="100" w:type="dxa"/>
              <w:bottom w:w="100" w:type="dxa"/>
              <w:right w:w="100" w:type="dxa"/>
            </w:tcMar>
          </w:tcPr>
          <w:p w14:paraId="1ED334AE" w14:textId="77777777" w:rsidR="00FC44B0" w:rsidRDefault="00FC44B0"/>
        </w:tc>
      </w:tr>
      <w:tr w:rsidR="00FC44B0" w14:paraId="612434C5" w14:textId="77777777" w:rsidTr="00DE1A36">
        <w:trPr>
          <w:trHeight w:val="370"/>
          <w:jc w:val="center"/>
        </w:trPr>
        <w:tc>
          <w:tcPr>
            <w:tcW w:w="1010" w:type="dxa"/>
            <w:shd w:val="clear" w:color="auto" w:fill="F7FAFC"/>
            <w:tcMar>
              <w:top w:w="100" w:type="dxa"/>
              <w:left w:w="100" w:type="dxa"/>
              <w:bottom w:w="100" w:type="dxa"/>
              <w:right w:w="100" w:type="dxa"/>
            </w:tcMar>
          </w:tcPr>
          <w:p w14:paraId="2B98DCE8" w14:textId="77777777" w:rsidR="00FC44B0" w:rsidRDefault="00000000">
            <w:pPr>
              <w:jc w:val="center"/>
            </w:pPr>
            <w:r>
              <w:rPr>
                <w:color w:val="666666"/>
                <w:sz w:val="18"/>
              </w:rPr>
              <w:t>20</w:t>
            </w:r>
          </w:p>
        </w:tc>
        <w:tc>
          <w:tcPr>
            <w:tcW w:w="3175" w:type="dxa"/>
            <w:shd w:val="clear" w:color="auto" w:fill="F7FAFC"/>
            <w:tcMar>
              <w:top w:w="100" w:type="dxa"/>
              <w:left w:w="100" w:type="dxa"/>
              <w:bottom w:w="100" w:type="dxa"/>
              <w:right w:w="100" w:type="dxa"/>
            </w:tcMar>
          </w:tcPr>
          <w:p w14:paraId="225F78D0" w14:textId="77777777" w:rsidR="00FC44B0" w:rsidRDefault="00FC44B0"/>
        </w:tc>
        <w:tc>
          <w:tcPr>
            <w:tcW w:w="1443" w:type="dxa"/>
            <w:shd w:val="clear" w:color="auto" w:fill="F7FAFC"/>
            <w:tcMar>
              <w:top w:w="100" w:type="dxa"/>
              <w:left w:w="100" w:type="dxa"/>
              <w:bottom w:w="100" w:type="dxa"/>
              <w:right w:w="100" w:type="dxa"/>
            </w:tcMar>
          </w:tcPr>
          <w:p w14:paraId="43AA96CF" w14:textId="77777777" w:rsidR="00FC44B0" w:rsidRDefault="00FC44B0"/>
        </w:tc>
        <w:tc>
          <w:tcPr>
            <w:tcW w:w="2598" w:type="dxa"/>
            <w:shd w:val="clear" w:color="auto" w:fill="F7FAFC"/>
            <w:tcMar>
              <w:top w:w="100" w:type="dxa"/>
              <w:left w:w="100" w:type="dxa"/>
              <w:bottom w:w="100" w:type="dxa"/>
              <w:right w:w="100" w:type="dxa"/>
            </w:tcMar>
          </w:tcPr>
          <w:p w14:paraId="02685579" w14:textId="77777777" w:rsidR="00FC44B0" w:rsidRDefault="00FC44B0"/>
        </w:tc>
        <w:tc>
          <w:tcPr>
            <w:tcW w:w="1876" w:type="dxa"/>
            <w:shd w:val="clear" w:color="auto" w:fill="F7FAFC"/>
            <w:tcMar>
              <w:top w:w="100" w:type="dxa"/>
              <w:left w:w="100" w:type="dxa"/>
              <w:bottom w:w="100" w:type="dxa"/>
              <w:right w:w="100" w:type="dxa"/>
            </w:tcMar>
          </w:tcPr>
          <w:p w14:paraId="77A3C75D" w14:textId="77777777" w:rsidR="00FC44B0" w:rsidRDefault="00FC44B0"/>
        </w:tc>
      </w:tr>
    </w:tbl>
    <w:p w14:paraId="45094F65" w14:textId="77777777" w:rsidR="00FC44B0" w:rsidRDefault="00FC44B0">
      <w:pPr>
        <w:spacing w:after="240"/>
      </w:pPr>
    </w:p>
    <w:tbl>
      <w:tblPr>
        <w:tblW w:w="0" w:type="auto"/>
        <w:jc w:val="center"/>
        <w:tblBorders>
          <w:top w:val="single" w:sz="6" w:space="0" w:color="1A365D"/>
          <w:left w:val="single" w:sz="6" w:space="0" w:color="1A365D"/>
          <w:bottom w:val="single" w:sz="6" w:space="0" w:color="1A365D"/>
          <w:right w:val="single" w:sz="6" w:space="0" w:color="1A365D"/>
          <w:insideH w:val="single" w:sz="6" w:space="0" w:color="1A365D"/>
          <w:insideV w:val="single" w:sz="6" w:space="0" w:color="1A365D"/>
        </w:tblBorders>
        <w:tblLayout w:type="fixed"/>
        <w:tblLook w:val="04A0" w:firstRow="1" w:lastRow="0" w:firstColumn="1" w:lastColumn="0" w:noHBand="0" w:noVBand="1"/>
      </w:tblPr>
      <w:tblGrid>
        <w:gridCol w:w="10080"/>
      </w:tblGrid>
      <w:tr w:rsidR="00FC44B0" w14:paraId="6A6EED12" w14:textId="77777777">
        <w:trPr>
          <w:jc w:val="center"/>
        </w:trPr>
        <w:tc>
          <w:tcPr>
            <w:tcW w:w="10080" w:type="dxa"/>
            <w:shd w:val="clear" w:color="auto" w:fill="F0F4F8"/>
            <w:tcMar>
              <w:top w:w="140" w:type="dxa"/>
              <w:left w:w="150" w:type="dxa"/>
              <w:bottom w:w="140" w:type="dxa"/>
              <w:right w:w="150" w:type="dxa"/>
            </w:tcMar>
          </w:tcPr>
          <w:p w14:paraId="1137A9C4" w14:textId="77777777" w:rsidR="00FC44B0" w:rsidRDefault="00000000">
            <w:pPr>
              <w:spacing w:after="120"/>
            </w:pPr>
            <w:r>
              <w:rPr>
                <w:b/>
                <w:color w:val="1A365D"/>
              </w:rPr>
              <w:t>Toolbox Talk Conducted By:</w:t>
            </w:r>
          </w:p>
          <w:p w14:paraId="1F78700A" w14:textId="77777777" w:rsidR="00FC44B0" w:rsidRDefault="00000000">
            <w:pPr>
              <w:spacing w:after="40" w:line="312" w:lineRule="auto"/>
            </w:pPr>
            <w:r>
              <w:t>Name: ___________________________________               Signature: ___________________________________</w:t>
            </w:r>
          </w:p>
        </w:tc>
      </w:tr>
    </w:tbl>
    <w:p w14:paraId="3C89C9A5" w14:textId="77777777" w:rsidR="00BC0F64" w:rsidRDefault="00BC0F64"/>
    <w:sectPr w:rsidR="00BC0F64" w:rsidSect="00034616">
      <w:headerReference w:type="default" r:id="rId8"/>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FD286" w14:textId="77777777" w:rsidR="00BC0F64" w:rsidRDefault="00BC0F64" w:rsidP="00DE1A36">
      <w:pPr>
        <w:spacing w:after="0" w:line="240" w:lineRule="auto"/>
      </w:pPr>
      <w:r>
        <w:separator/>
      </w:r>
    </w:p>
  </w:endnote>
  <w:endnote w:type="continuationSeparator" w:id="0">
    <w:p w14:paraId="2738AA0A" w14:textId="77777777" w:rsidR="00BC0F64" w:rsidRDefault="00BC0F64" w:rsidP="00DE1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70B0B" w14:textId="11462EE2" w:rsidR="00DE1A36" w:rsidRDefault="00DE1A36" w:rsidP="00DE1A36">
    <w:pPr>
      <w:pStyle w:val="Footer"/>
    </w:pPr>
    <w:r>
      <w:t>The HSEVerse</w:t>
    </w:r>
    <w:r w:rsidRPr="00DE1A36">
      <w:t xml:space="preserve"> | www.</w:t>
    </w:r>
    <w:r>
      <w:t>thehseverse</w:t>
    </w:r>
    <w:r w:rsidRPr="00DE1A36">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CAF5B" w14:textId="77777777" w:rsidR="00BC0F64" w:rsidRDefault="00BC0F64" w:rsidP="00DE1A36">
      <w:pPr>
        <w:spacing w:after="0" w:line="240" w:lineRule="auto"/>
      </w:pPr>
      <w:r>
        <w:separator/>
      </w:r>
    </w:p>
  </w:footnote>
  <w:footnote w:type="continuationSeparator" w:id="0">
    <w:p w14:paraId="078CC050" w14:textId="77777777" w:rsidR="00BC0F64" w:rsidRDefault="00BC0F64" w:rsidP="00DE1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102A8" w14:textId="2FFD6E32" w:rsidR="00DE1A36" w:rsidRDefault="00DE1A36">
    <w:pPr>
      <w:pStyle w:val="Header"/>
    </w:pPr>
    <w:r>
      <w:rPr>
        <w:noProof/>
      </w:rPr>
      <w:drawing>
        <wp:anchor distT="0" distB="0" distL="114300" distR="114300" simplePos="0" relativeHeight="251658240" behindDoc="1" locked="0" layoutInCell="1" allowOverlap="1" wp14:anchorId="287947B6" wp14:editId="0E85CC7C">
          <wp:simplePos x="0" y="0"/>
          <wp:positionH relativeFrom="column">
            <wp:posOffset>-274320</wp:posOffset>
          </wp:positionH>
          <wp:positionV relativeFrom="paragraph">
            <wp:posOffset>-297180</wp:posOffset>
          </wp:positionV>
          <wp:extent cx="1557963" cy="556260"/>
          <wp:effectExtent l="0" t="0" r="4445" b="0"/>
          <wp:wrapTight wrapText="bothSides">
            <wp:wrapPolygon edited="0">
              <wp:start x="2377" y="0"/>
              <wp:lineTo x="528" y="2959"/>
              <wp:lineTo x="0" y="5918"/>
              <wp:lineTo x="264" y="14055"/>
              <wp:lineTo x="2642" y="20712"/>
              <wp:lineTo x="3962" y="20712"/>
              <wp:lineTo x="12944" y="19973"/>
              <wp:lineTo x="21397" y="17014"/>
              <wp:lineTo x="21397" y="8877"/>
              <wp:lineTo x="17963" y="6658"/>
              <wp:lineTo x="4227" y="0"/>
              <wp:lineTo x="2377" y="0"/>
            </wp:wrapPolygon>
          </wp:wrapTight>
          <wp:docPr id="204128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8701" name="Picture 204128701"/>
                  <pic:cNvPicPr/>
                </pic:nvPicPr>
                <pic:blipFill rotWithShape="1">
                  <a:blip r:embed="rId1"/>
                  <a:srcRect l="7976" t="24285" r="6667" b="30000"/>
                  <a:stretch>
                    <a:fillRect/>
                  </a:stretch>
                </pic:blipFill>
                <pic:spPr bwMode="auto">
                  <a:xfrm>
                    <a:off x="0" y="0"/>
                    <a:ext cx="1557963" cy="55626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61524622">
    <w:abstractNumId w:val="8"/>
  </w:num>
  <w:num w:numId="2" w16cid:durableId="1507016235">
    <w:abstractNumId w:val="6"/>
  </w:num>
  <w:num w:numId="3" w16cid:durableId="1076830013">
    <w:abstractNumId w:val="5"/>
  </w:num>
  <w:num w:numId="4" w16cid:durableId="1099332310">
    <w:abstractNumId w:val="4"/>
  </w:num>
  <w:num w:numId="5" w16cid:durableId="1527253355">
    <w:abstractNumId w:val="7"/>
  </w:num>
  <w:num w:numId="6" w16cid:durableId="995844881">
    <w:abstractNumId w:val="3"/>
  </w:num>
  <w:num w:numId="7" w16cid:durableId="1790469688">
    <w:abstractNumId w:val="2"/>
  </w:num>
  <w:num w:numId="8" w16cid:durableId="1626079370">
    <w:abstractNumId w:val="1"/>
  </w:num>
  <w:num w:numId="9" w16cid:durableId="517044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1DC1"/>
    <w:rsid w:val="0015074B"/>
    <w:rsid w:val="0029639D"/>
    <w:rsid w:val="00326F90"/>
    <w:rsid w:val="00AA1D8D"/>
    <w:rsid w:val="00B47730"/>
    <w:rsid w:val="00BC0F64"/>
    <w:rsid w:val="00CB0664"/>
    <w:rsid w:val="00DE1A36"/>
    <w:rsid w:val="00FC44B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F5887B"/>
  <w14:defaultImageDpi w14:val="300"/>
  <w15:docId w15:val="{2F3B9C24-02CE-43D6-87C5-9FDF350AE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222222"/>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Mohsin Raza</cp:lastModifiedBy>
  <cp:revision>2</cp:revision>
  <dcterms:created xsi:type="dcterms:W3CDTF">2013-12-23T23:15:00Z</dcterms:created>
  <dcterms:modified xsi:type="dcterms:W3CDTF">2026-08-09T05:33:00Z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dacc5f70-bdf9-422f-bcdb-69d043590842</vt:lpwstr>
  </property>
</Properties>
</file>