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CDF75" w14:textId="67358283" w:rsidR="000B6330" w:rsidRDefault="000B6330" w:rsidP="000B6330">
      <w:pPr>
        <w:jc w:val="center"/>
        <w:rPr>
          <w:b/>
          <w:sz w:val="56"/>
        </w:rPr>
      </w:pPr>
    </w:p>
    <w:p w14:paraId="3ABFE990" w14:textId="77777777" w:rsidR="000B6330" w:rsidRDefault="000B6330" w:rsidP="000B6330">
      <w:pPr>
        <w:jc w:val="center"/>
        <w:rPr>
          <w:b/>
          <w:sz w:val="56"/>
        </w:rPr>
      </w:pPr>
    </w:p>
    <w:p w14:paraId="0B4542F4" w14:textId="77777777" w:rsidR="000B6330" w:rsidRDefault="000B6330" w:rsidP="000B6330">
      <w:pPr>
        <w:jc w:val="center"/>
        <w:rPr>
          <w:b/>
          <w:sz w:val="56"/>
        </w:rPr>
      </w:pPr>
    </w:p>
    <w:p w14:paraId="7B264DFF" w14:textId="77777777" w:rsidR="000B6330" w:rsidRDefault="000B6330" w:rsidP="000B6330">
      <w:pPr>
        <w:jc w:val="center"/>
        <w:rPr>
          <w:b/>
          <w:sz w:val="56"/>
        </w:rPr>
      </w:pPr>
      <w:r w:rsidRPr="00614FAE">
        <w:rPr>
          <w:b/>
          <w:sz w:val="56"/>
        </w:rPr>
        <w:t>PROJECT NAME</w:t>
      </w:r>
    </w:p>
    <w:p w14:paraId="42B6BE94" w14:textId="77777777" w:rsidR="000B6330" w:rsidRDefault="000B6330" w:rsidP="000B6330">
      <w:pPr>
        <w:jc w:val="center"/>
        <w:rPr>
          <w:sz w:val="26"/>
        </w:rPr>
      </w:pPr>
      <w:r>
        <w:rPr>
          <w:b/>
          <w:sz w:val="56"/>
        </w:rPr>
        <w:br/>
      </w:r>
      <w:r>
        <w:br/>
      </w:r>
      <w:r>
        <w:rPr>
          <w:b/>
          <w:sz w:val="56"/>
        </w:rPr>
        <w:t>WORKING AT HEIGHT</w:t>
      </w:r>
      <w:r>
        <w:rPr>
          <w:b/>
          <w:sz w:val="56"/>
        </w:rPr>
        <w:br/>
        <w:t>RISK ASSESSMENT</w:t>
      </w:r>
      <w:r>
        <w:br/>
      </w:r>
      <w:r>
        <w:br/>
      </w:r>
      <w:r>
        <w:rPr>
          <w:sz w:val="26"/>
        </w:rPr>
        <w:t>Comprehensive Risk Assessment for Work at Height Activities</w:t>
      </w:r>
    </w:p>
    <w:p w14:paraId="35C2FAD6" w14:textId="77777777" w:rsidR="000B6330" w:rsidRDefault="000B6330" w:rsidP="000B6330">
      <w:pPr>
        <w:jc w:val="center"/>
        <w:rPr>
          <w:sz w:val="26"/>
        </w:rPr>
      </w:pPr>
    </w:p>
    <w:p w14:paraId="759ED8AC" w14:textId="77BA00F0" w:rsidR="00D91CA2" w:rsidRDefault="00000000" w:rsidP="000B6330">
      <w:pPr>
        <w:jc w:val="center"/>
      </w:pPr>
      <w:r>
        <w:br/>
      </w:r>
      <w:r>
        <w:br/>
      </w:r>
      <w:r>
        <w:br/>
      </w:r>
    </w:p>
    <w:tbl>
      <w:tblPr>
        <w:tblStyle w:val="TableGrid"/>
        <w:tblW w:w="0" w:type="auto"/>
        <w:jc w:val="center"/>
        <w:tblLook w:val="04A0" w:firstRow="1" w:lastRow="0" w:firstColumn="1" w:lastColumn="0" w:noHBand="0" w:noVBand="1"/>
      </w:tblPr>
      <w:tblGrid>
        <w:gridCol w:w="5112"/>
        <w:gridCol w:w="5112"/>
      </w:tblGrid>
      <w:tr w:rsidR="00D91CA2" w14:paraId="58A1209D" w14:textId="77777777">
        <w:trPr>
          <w:jc w:val="center"/>
        </w:trPr>
        <w:tc>
          <w:tcPr>
            <w:tcW w:w="5112" w:type="dxa"/>
            <w:shd w:val="clear" w:color="auto" w:fill="0F3D5E"/>
            <w:vAlign w:val="center"/>
          </w:tcPr>
          <w:p w14:paraId="69EB3133" w14:textId="77777777" w:rsidR="00D91CA2" w:rsidRDefault="00000000">
            <w:r>
              <w:rPr>
                <w:b/>
                <w:color w:val="FFFFFF"/>
              </w:rPr>
              <w:t>Document Information</w:t>
            </w:r>
          </w:p>
        </w:tc>
        <w:tc>
          <w:tcPr>
            <w:tcW w:w="5112" w:type="dxa"/>
            <w:shd w:val="clear" w:color="auto" w:fill="0F3D5E"/>
            <w:vAlign w:val="center"/>
          </w:tcPr>
          <w:p w14:paraId="7ECB4EF6" w14:textId="77777777" w:rsidR="00D91CA2" w:rsidRDefault="00000000">
            <w:r>
              <w:rPr>
                <w:b/>
                <w:color w:val="FFFFFF"/>
              </w:rPr>
              <w:t>Details</w:t>
            </w:r>
          </w:p>
        </w:tc>
      </w:tr>
      <w:tr w:rsidR="00D91CA2" w14:paraId="7514DDEE" w14:textId="77777777">
        <w:trPr>
          <w:jc w:val="center"/>
        </w:trPr>
        <w:tc>
          <w:tcPr>
            <w:tcW w:w="5112" w:type="dxa"/>
          </w:tcPr>
          <w:p w14:paraId="386CFA95" w14:textId="77777777" w:rsidR="00D91CA2" w:rsidRDefault="00000000">
            <w:r>
              <w:rPr>
                <w:sz w:val="18"/>
              </w:rPr>
              <w:t>Resource Category</w:t>
            </w:r>
          </w:p>
        </w:tc>
        <w:tc>
          <w:tcPr>
            <w:tcW w:w="5112" w:type="dxa"/>
          </w:tcPr>
          <w:p w14:paraId="47D5EDE9" w14:textId="77777777" w:rsidR="00D91CA2" w:rsidRDefault="00000000">
            <w:r>
              <w:rPr>
                <w:sz w:val="18"/>
              </w:rPr>
              <w:t>Risk Assessments</w:t>
            </w:r>
          </w:p>
        </w:tc>
      </w:tr>
      <w:tr w:rsidR="00D91CA2" w14:paraId="5D9C503D" w14:textId="77777777">
        <w:trPr>
          <w:jc w:val="center"/>
        </w:trPr>
        <w:tc>
          <w:tcPr>
            <w:tcW w:w="5112" w:type="dxa"/>
          </w:tcPr>
          <w:p w14:paraId="3C92EEF1" w14:textId="77777777" w:rsidR="00D91CA2" w:rsidRDefault="00000000">
            <w:r>
              <w:rPr>
                <w:sz w:val="18"/>
              </w:rPr>
              <w:t>Document Type</w:t>
            </w:r>
          </w:p>
        </w:tc>
        <w:tc>
          <w:tcPr>
            <w:tcW w:w="5112" w:type="dxa"/>
          </w:tcPr>
          <w:p w14:paraId="6BE57A93" w14:textId="77777777" w:rsidR="00D91CA2" w:rsidRDefault="00000000">
            <w:r>
              <w:rPr>
                <w:sz w:val="18"/>
              </w:rPr>
              <w:t>Completed Practical Risk Assessment</w:t>
            </w:r>
          </w:p>
        </w:tc>
      </w:tr>
      <w:tr w:rsidR="00D91CA2" w14:paraId="2F46BE10" w14:textId="77777777">
        <w:trPr>
          <w:jc w:val="center"/>
        </w:trPr>
        <w:tc>
          <w:tcPr>
            <w:tcW w:w="5112" w:type="dxa"/>
          </w:tcPr>
          <w:p w14:paraId="50BF114C" w14:textId="77777777" w:rsidR="00D91CA2" w:rsidRDefault="00000000">
            <w:r>
              <w:rPr>
                <w:sz w:val="18"/>
              </w:rPr>
              <w:t>Revision</w:t>
            </w:r>
          </w:p>
        </w:tc>
        <w:tc>
          <w:tcPr>
            <w:tcW w:w="5112" w:type="dxa"/>
          </w:tcPr>
          <w:p w14:paraId="4D0761FB" w14:textId="77777777" w:rsidR="00D91CA2" w:rsidRDefault="00000000">
            <w:r>
              <w:rPr>
                <w:sz w:val="18"/>
              </w:rPr>
              <w:t>Rev. 00</w:t>
            </w:r>
          </w:p>
        </w:tc>
      </w:tr>
      <w:tr w:rsidR="00D91CA2" w14:paraId="62176AE3" w14:textId="77777777">
        <w:trPr>
          <w:jc w:val="center"/>
        </w:trPr>
        <w:tc>
          <w:tcPr>
            <w:tcW w:w="5112" w:type="dxa"/>
          </w:tcPr>
          <w:p w14:paraId="47F64A86" w14:textId="77777777" w:rsidR="00D91CA2" w:rsidRDefault="00000000">
            <w:r>
              <w:rPr>
                <w:sz w:val="18"/>
              </w:rPr>
              <w:t>Status</w:t>
            </w:r>
          </w:p>
        </w:tc>
        <w:tc>
          <w:tcPr>
            <w:tcW w:w="5112" w:type="dxa"/>
          </w:tcPr>
          <w:p w14:paraId="4E95C0EF" w14:textId="77777777" w:rsidR="00D91CA2" w:rsidRDefault="00000000">
            <w:r>
              <w:rPr>
                <w:sz w:val="18"/>
              </w:rPr>
              <w:t>Reference Document</w:t>
            </w:r>
          </w:p>
        </w:tc>
      </w:tr>
    </w:tbl>
    <w:p w14:paraId="376C6D0B" w14:textId="77777777" w:rsidR="00D91CA2" w:rsidRDefault="00D91CA2"/>
    <w:p w14:paraId="55A00C05" w14:textId="77777777" w:rsidR="00D91CA2" w:rsidRDefault="00000000">
      <w:pPr>
        <w:jc w:val="center"/>
      </w:pPr>
      <w:r>
        <w:br/>
        <w:t>Prepared as a practical HSE reference resource.</w:t>
      </w:r>
    </w:p>
    <w:p w14:paraId="77FA1187" w14:textId="77777777" w:rsidR="00D91CA2" w:rsidRDefault="00000000">
      <w:r>
        <w:br w:type="page"/>
      </w:r>
    </w:p>
    <w:p w14:paraId="4F7F4F98" w14:textId="77777777" w:rsidR="00D91CA2" w:rsidRDefault="00000000">
      <w:pPr>
        <w:pStyle w:val="Heading1"/>
      </w:pPr>
      <w:r>
        <w:lastRenderedPageBreak/>
        <w:t>1. Document / Assessment Information</w:t>
      </w:r>
    </w:p>
    <w:tbl>
      <w:tblPr>
        <w:tblStyle w:val="TableGrid"/>
        <w:tblW w:w="0" w:type="auto"/>
        <w:jc w:val="center"/>
        <w:tblLook w:val="04A0" w:firstRow="1" w:lastRow="0" w:firstColumn="1" w:lastColumn="0" w:noHBand="0" w:noVBand="1"/>
      </w:tblPr>
      <w:tblGrid>
        <w:gridCol w:w="5112"/>
        <w:gridCol w:w="5112"/>
      </w:tblGrid>
      <w:tr w:rsidR="00D91CA2" w14:paraId="6C823DE6" w14:textId="77777777">
        <w:trPr>
          <w:jc w:val="center"/>
        </w:trPr>
        <w:tc>
          <w:tcPr>
            <w:tcW w:w="5112" w:type="dxa"/>
            <w:shd w:val="clear" w:color="auto" w:fill="0F3D5E"/>
            <w:vAlign w:val="center"/>
          </w:tcPr>
          <w:p w14:paraId="621D5541" w14:textId="77777777" w:rsidR="00D91CA2" w:rsidRDefault="00000000">
            <w:r>
              <w:rPr>
                <w:b/>
                <w:color w:val="FFFFFF"/>
              </w:rPr>
              <w:t>Field</w:t>
            </w:r>
          </w:p>
        </w:tc>
        <w:tc>
          <w:tcPr>
            <w:tcW w:w="5112" w:type="dxa"/>
            <w:shd w:val="clear" w:color="auto" w:fill="0F3D5E"/>
            <w:vAlign w:val="center"/>
          </w:tcPr>
          <w:p w14:paraId="1A5C930E" w14:textId="77777777" w:rsidR="00D91CA2" w:rsidRDefault="00000000">
            <w:r>
              <w:rPr>
                <w:b/>
                <w:color w:val="FFFFFF"/>
              </w:rPr>
              <w:t>Details</w:t>
            </w:r>
          </w:p>
        </w:tc>
      </w:tr>
      <w:tr w:rsidR="00D91CA2" w14:paraId="33D3F965" w14:textId="77777777">
        <w:trPr>
          <w:jc w:val="center"/>
        </w:trPr>
        <w:tc>
          <w:tcPr>
            <w:tcW w:w="5112" w:type="dxa"/>
          </w:tcPr>
          <w:p w14:paraId="5B8D9B23" w14:textId="77777777" w:rsidR="00D91CA2" w:rsidRDefault="00000000">
            <w:r>
              <w:rPr>
                <w:sz w:val="18"/>
              </w:rPr>
              <w:t>Project / Site Name</w:t>
            </w:r>
          </w:p>
        </w:tc>
        <w:tc>
          <w:tcPr>
            <w:tcW w:w="5112" w:type="dxa"/>
          </w:tcPr>
          <w:p w14:paraId="62856DD9" w14:textId="77777777" w:rsidR="00D91CA2" w:rsidRDefault="00000000">
            <w:r>
              <w:rPr>
                <w:sz w:val="18"/>
              </w:rPr>
              <w:t>________________________________</w:t>
            </w:r>
          </w:p>
        </w:tc>
      </w:tr>
      <w:tr w:rsidR="00D91CA2" w14:paraId="716EA69F" w14:textId="77777777">
        <w:trPr>
          <w:jc w:val="center"/>
        </w:trPr>
        <w:tc>
          <w:tcPr>
            <w:tcW w:w="5112" w:type="dxa"/>
          </w:tcPr>
          <w:p w14:paraId="6613702E" w14:textId="77777777" w:rsidR="00D91CA2" w:rsidRDefault="00000000">
            <w:r>
              <w:rPr>
                <w:sz w:val="18"/>
              </w:rPr>
              <w:t>Location</w:t>
            </w:r>
          </w:p>
        </w:tc>
        <w:tc>
          <w:tcPr>
            <w:tcW w:w="5112" w:type="dxa"/>
          </w:tcPr>
          <w:p w14:paraId="12C38269" w14:textId="77777777" w:rsidR="00D91CA2" w:rsidRDefault="00000000">
            <w:r>
              <w:rPr>
                <w:sz w:val="18"/>
              </w:rPr>
              <w:t>________________________________</w:t>
            </w:r>
          </w:p>
        </w:tc>
      </w:tr>
      <w:tr w:rsidR="00D91CA2" w14:paraId="4000FB56" w14:textId="77777777">
        <w:trPr>
          <w:jc w:val="center"/>
        </w:trPr>
        <w:tc>
          <w:tcPr>
            <w:tcW w:w="5112" w:type="dxa"/>
          </w:tcPr>
          <w:p w14:paraId="3CFB0F9B" w14:textId="77777777" w:rsidR="00D91CA2" w:rsidRDefault="00000000">
            <w:r>
              <w:rPr>
                <w:sz w:val="18"/>
              </w:rPr>
              <w:t>Client</w:t>
            </w:r>
          </w:p>
        </w:tc>
        <w:tc>
          <w:tcPr>
            <w:tcW w:w="5112" w:type="dxa"/>
          </w:tcPr>
          <w:p w14:paraId="0692923E" w14:textId="77777777" w:rsidR="00D91CA2" w:rsidRDefault="00000000">
            <w:r>
              <w:rPr>
                <w:sz w:val="18"/>
              </w:rPr>
              <w:t>________________________________</w:t>
            </w:r>
          </w:p>
        </w:tc>
      </w:tr>
      <w:tr w:rsidR="00D91CA2" w14:paraId="4F117155" w14:textId="77777777">
        <w:trPr>
          <w:jc w:val="center"/>
        </w:trPr>
        <w:tc>
          <w:tcPr>
            <w:tcW w:w="5112" w:type="dxa"/>
          </w:tcPr>
          <w:p w14:paraId="00B6EF88" w14:textId="77777777" w:rsidR="00D91CA2" w:rsidRDefault="00000000">
            <w:r>
              <w:rPr>
                <w:sz w:val="18"/>
              </w:rPr>
              <w:t>Main Contractor</w:t>
            </w:r>
          </w:p>
        </w:tc>
        <w:tc>
          <w:tcPr>
            <w:tcW w:w="5112" w:type="dxa"/>
          </w:tcPr>
          <w:p w14:paraId="050FED5B" w14:textId="77777777" w:rsidR="00D91CA2" w:rsidRDefault="00000000">
            <w:r>
              <w:rPr>
                <w:sz w:val="18"/>
              </w:rPr>
              <w:t>________________________________</w:t>
            </w:r>
          </w:p>
        </w:tc>
      </w:tr>
      <w:tr w:rsidR="00D91CA2" w14:paraId="420EF3C7" w14:textId="77777777">
        <w:trPr>
          <w:jc w:val="center"/>
        </w:trPr>
        <w:tc>
          <w:tcPr>
            <w:tcW w:w="5112" w:type="dxa"/>
          </w:tcPr>
          <w:p w14:paraId="6B35B4D5" w14:textId="77777777" w:rsidR="00D91CA2" w:rsidRDefault="00000000">
            <w:r>
              <w:rPr>
                <w:sz w:val="18"/>
              </w:rPr>
              <w:t>Subcontractor</w:t>
            </w:r>
          </w:p>
        </w:tc>
        <w:tc>
          <w:tcPr>
            <w:tcW w:w="5112" w:type="dxa"/>
          </w:tcPr>
          <w:p w14:paraId="06674000" w14:textId="77777777" w:rsidR="00D91CA2" w:rsidRDefault="00000000">
            <w:r>
              <w:rPr>
                <w:sz w:val="18"/>
              </w:rPr>
              <w:t>________________________________</w:t>
            </w:r>
          </w:p>
        </w:tc>
      </w:tr>
      <w:tr w:rsidR="00D91CA2" w14:paraId="416E8DCB" w14:textId="77777777">
        <w:trPr>
          <w:jc w:val="center"/>
        </w:trPr>
        <w:tc>
          <w:tcPr>
            <w:tcW w:w="5112" w:type="dxa"/>
          </w:tcPr>
          <w:p w14:paraId="52AAE079" w14:textId="77777777" w:rsidR="00D91CA2" w:rsidRDefault="00000000">
            <w:r>
              <w:rPr>
                <w:sz w:val="18"/>
              </w:rPr>
              <w:t>Assessment Reference</w:t>
            </w:r>
          </w:p>
        </w:tc>
        <w:tc>
          <w:tcPr>
            <w:tcW w:w="5112" w:type="dxa"/>
          </w:tcPr>
          <w:p w14:paraId="0072713B" w14:textId="77777777" w:rsidR="00D91CA2" w:rsidRDefault="00000000">
            <w:r>
              <w:rPr>
                <w:sz w:val="18"/>
              </w:rPr>
              <w:t>________________________________</w:t>
            </w:r>
          </w:p>
        </w:tc>
      </w:tr>
      <w:tr w:rsidR="00D91CA2" w14:paraId="6988BBFD" w14:textId="77777777">
        <w:trPr>
          <w:jc w:val="center"/>
        </w:trPr>
        <w:tc>
          <w:tcPr>
            <w:tcW w:w="5112" w:type="dxa"/>
          </w:tcPr>
          <w:p w14:paraId="494288C7" w14:textId="77777777" w:rsidR="00D91CA2" w:rsidRDefault="00000000">
            <w:r>
              <w:rPr>
                <w:sz w:val="18"/>
              </w:rPr>
              <w:t>Assessment Date</w:t>
            </w:r>
          </w:p>
        </w:tc>
        <w:tc>
          <w:tcPr>
            <w:tcW w:w="5112" w:type="dxa"/>
          </w:tcPr>
          <w:p w14:paraId="18860C0B" w14:textId="77777777" w:rsidR="00D91CA2" w:rsidRDefault="00000000">
            <w:r>
              <w:rPr>
                <w:sz w:val="18"/>
              </w:rPr>
              <w:t>________________________________</w:t>
            </w:r>
          </w:p>
        </w:tc>
      </w:tr>
      <w:tr w:rsidR="00D91CA2" w14:paraId="1149909B" w14:textId="77777777">
        <w:trPr>
          <w:jc w:val="center"/>
        </w:trPr>
        <w:tc>
          <w:tcPr>
            <w:tcW w:w="5112" w:type="dxa"/>
          </w:tcPr>
          <w:p w14:paraId="3DA0C961" w14:textId="77777777" w:rsidR="00D91CA2" w:rsidRDefault="00000000">
            <w:r>
              <w:rPr>
                <w:sz w:val="18"/>
              </w:rPr>
              <w:t>Review Date</w:t>
            </w:r>
          </w:p>
        </w:tc>
        <w:tc>
          <w:tcPr>
            <w:tcW w:w="5112" w:type="dxa"/>
          </w:tcPr>
          <w:p w14:paraId="5C5A5A5D" w14:textId="77777777" w:rsidR="00D91CA2" w:rsidRDefault="00000000">
            <w:r>
              <w:rPr>
                <w:sz w:val="18"/>
              </w:rPr>
              <w:t>________________________________</w:t>
            </w:r>
          </w:p>
        </w:tc>
      </w:tr>
      <w:tr w:rsidR="00D91CA2" w14:paraId="15895E81" w14:textId="77777777">
        <w:trPr>
          <w:jc w:val="center"/>
        </w:trPr>
        <w:tc>
          <w:tcPr>
            <w:tcW w:w="5112" w:type="dxa"/>
          </w:tcPr>
          <w:p w14:paraId="4E3D5696" w14:textId="77777777" w:rsidR="00D91CA2" w:rsidRDefault="00000000">
            <w:r>
              <w:rPr>
                <w:sz w:val="18"/>
              </w:rPr>
              <w:t>Activity</w:t>
            </w:r>
          </w:p>
        </w:tc>
        <w:tc>
          <w:tcPr>
            <w:tcW w:w="5112" w:type="dxa"/>
          </w:tcPr>
          <w:p w14:paraId="222F8EE3" w14:textId="77777777" w:rsidR="00D91CA2" w:rsidRDefault="00000000">
            <w:r>
              <w:rPr>
                <w:sz w:val="18"/>
              </w:rPr>
              <w:t>Working at Height</w:t>
            </w:r>
          </w:p>
        </w:tc>
      </w:tr>
      <w:tr w:rsidR="00D91CA2" w14:paraId="6944461E" w14:textId="77777777">
        <w:trPr>
          <w:jc w:val="center"/>
        </w:trPr>
        <w:tc>
          <w:tcPr>
            <w:tcW w:w="5112" w:type="dxa"/>
          </w:tcPr>
          <w:p w14:paraId="51FB2BA4" w14:textId="77777777" w:rsidR="00D91CA2" w:rsidRDefault="00000000">
            <w:r>
              <w:rPr>
                <w:sz w:val="18"/>
              </w:rPr>
              <w:t>Assessed By</w:t>
            </w:r>
          </w:p>
        </w:tc>
        <w:tc>
          <w:tcPr>
            <w:tcW w:w="5112" w:type="dxa"/>
          </w:tcPr>
          <w:p w14:paraId="2BC615EF" w14:textId="77777777" w:rsidR="00D91CA2" w:rsidRDefault="00000000">
            <w:r>
              <w:rPr>
                <w:sz w:val="18"/>
              </w:rPr>
              <w:t>________________________________</w:t>
            </w:r>
          </w:p>
        </w:tc>
      </w:tr>
      <w:tr w:rsidR="00D91CA2" w14:paraId="20AE56FE" w14:textId="77777777">
        <w:trPr>
          <w:jc w:val="center"/>
        </w:trPr>
        <w:tc>
          <w:tcPr>
            <w:tcW w:w="5112" w:type="dxa"/>
          </w:tcPr>
          <w:p w14:paraId="7B42D3FF" w14:textId="77777777" w:rsidR="00D91CA2" w:rsidRDefault="00000000">
            <w:r>
              <w:rPr>
                <w:sz w:val="18"/>
              </w:rPr>
              <w:t>Position</w:t>
            </w:r>
          </w:p>
        </w:tc>
        <w:tc>
          <w:tcPr>
            <w:tcW w:w="5112" w:type="dxa"/>
          </w:tcPr>
          <w:p w14:paraId="4DCBDB71" w14:textId="77777777" w:rsidR="00D91CA2" w:rsidRDefault="00000000">
            <w:r>
              <w:rPr>
                <w:sz w:val="18"/>
              </w:rPr>
              <w:t>________________________________</w:t>
            </w:r>
          </w:p>
        </w:tc>
      </w:tr>
      <w:tr w:rsidR="00D91CA2" w14:paraId="2797509F" w14:textId="77777777">
        <w:trPr>
          <w:jc w:val="center"/>
        </w:trPr>
        <w:tc>
          <w:tcPr>
            <w:tcW w:w="5112" w:type="dxa"/>
          </w:tcPr>
          <w:p w14:paraId="5B4C190D" w14:textId="77777777" w:rsidR="00D91CA2" w:rsidRDefault="00000000">
            <w:r>
              <w:rPr>
                <w:sz w:val="18"/>
              </w:rPr>
              <w:t>Reviewed By</w:t>
            </w:r>
          </w:p>
        </w:tc>
        <w:tc>
          <w:tcPr>
            <w:tcW w:w="5112" w:type="dxa"/>
          </w:tcPr>
          <w:p w14:paraId="1169EC34" w14:textId="77777777" w:rsidR="00D91CA2" w:rsidRDefault="00000000">
            <w:r>
              <w:rPr>
                <w:sz w:val="18"/>
              </w:rPr>
              <w:t>________________________________</w:t>
            </w:r>
          </w:p>
        </w:tc>
      </w:tr>
      <w:tr w:rsidR="00D91CA2" w14:paraId="18BDDBCF" w14:textId="77777777">
        <w:trPr>
          <w:jc w:val="center"/>
        </w:trPr>
        <w:tc>
          <w:tcPr>
            <w:tcW w:w="5112" w:type="dxa"/>
          </w:tcPr>
          <w:p w14:paraId="72FCB368" w14:textId="77777777" w:rsidR="00D91CA2" w:rsidRDefault="00000000">
            <w:r>
              <w:rPr>
                <w:sz w:val="18"/>
              </w:rPr>
              <w:t>Approved By</w:t>
            </w:r>
          </w:p>
        </w:tc>
        <w:tc>
          <w:tcPr>
            <w:tcW w:w="5112" w:type="dxa"/>
          </w:tcPr>
          <w:p w14:paraId="637BA034" w14:textId="77777777" w:rsidR="00D91CA2" w:rsidRDefault="00000000">
            <w:r>
              <w:rPr>
                <w:sz w:val="18"/>
              </w:rPr>
              <w:t>________________________________</w:t>
            </w:r>
          </w:p>
        </w:tc>
      </w:tr>
      <w:tr w:rsidR="00D91CA2" w14:paraId="7585A9B4" w14:textId="77777777">
        <w:trPr>
          <w:jc w:val="center"/>
        </w:trPr>
        <w:tc>
          <w:tcPr>
            <w:tcW w:w="5112" w:type="dxa"/>
          </w:tcPr>
          <w:p w14:paraId="46A663C6" w14:textId="77777777" w:rsidR="00D91CA2" w:rsidRDefault="00000000">
            <w:r>
              <w:rPr>
                <w:sz w:val="18"/>
              </w:rPr>
              <w:t>Persons at Risk</w:t>
            </w:r>
          </w:p>
        </w:tc>
        <w:tc>
          <w:tcPr>
            <w:tcW w:w="5112" w:type="dxa"/>
          </w:tcPr>
          <w:p w14:paraId="784E7905" w14:textId="77777777" w:rsidR="00D91CA2" w:rsidRDefault="00000000">
            <w:r>
              <w:rPr>
                <w:sz w:val="18"/>
              </w:rPr>
              <w:t>Workers, supervisors, contractors, visitors and others who may be exposed</w:t>
            </w:r>
          </w:p>
        </w:tc>
      </w:tr>
      <w:tr w:rsidR="00D91CA2" w14:paraId="14543DF4" w14:textId="77777777">
        <w:trPr>
          <w:jc w:val="center"/>
        </w:trPr>
        <w:tc>
          <w:tcPr>
            <w:tcW w:w="5112" w:type="dxa"/>
          </w:tcPr>
          <w:p w14:paraId="23CC4605" w14:textId="77777777" w:rsidR="00D91CA2" w:rsidRDefault="00000000">
            <w:r>
              <w:rPr>
                <w:sz w:val="18"/>
              </w:rPr>
              <w:t>Revision</w:t>
            </w:r>
          </w:p>
        </w:tc>
        <w:tc>
          <w:tcPr>
            <w:tcW w:w="5112" w:type="dxa"/>
          </w:tcPr>
          <w:p w14:paraId="6EA6E962" w14:textId="77777777" w:rsidR="00D91CA2" w:rsidRDefault="00000000">
            <w:r>
              <w:rPr>
                <w:sz w:val="18"/>
              </w:rPr>
              <w:t>00</w:t>
            </w:r>
          </w:p>
        </w:tc>
      </w:tr>
      <w:tr w:rsidR="00D91CA2" w14:paraId="1A7F19B7" w14:textId="77777777">
        <w:trPr>
          <w:jc w:val="center"/>
        </w:trPr>
        <w:tc>
          <w:tcPr>
            <w:tcW w:w="5112" w:type="dxa"/>
          </w:tcPr>
          <w:p w14:paraId="7ED97C19" w14:textId="77777777" w:rsidR="00D91CA2" w:rsidRDefault="00000000">
            <w:r>
              <w:rPr>
                <w:sz w:val="18"/>
              </w:rPr>
              <w:t>Document Status</w:t>
            </w:r>
          </w:p>
        </w:tc>
        <w:tc>
          <w:tcPr>
            <w:tcW w:w="5112" w:type="dxa"/>
          </w:tcPr>
          <w:p w14:paraId="787ACFB4" w14:textId="77777777" w:rsidR="00D91CA2" w:rsidRDefault="00000000">
            <w:r>
              <w:rPr>
                <w:sz w:val="18"/>
              </w:rPr>
              <w:t>Completed Reference Assessment</w:t>
            </w:r>
          </w:p>
        </w:tc>
      </w:tr>
    </w:tbl>
    <w:p w14:paraId="190A358F" w14:textId="77777777" w:rsidR="00D91CA2" w:rsidRDefault="00D91CA2"/>
    <w:p w14:paraId="37B56BA4" w14:textId="77777777" w:rsidR="00D91CA2" w:rsidRDefault="00000000">
      <w:pPr>
        <w:pStyle w:val="Heading1"/>
      </w:pPr>
      <w:r>
        <w:t>2. Purpose</w:t>
      </w:r>
    </w:p>
    <w:p w14:paraId="45EF515D" w14:textId="77777777" w:rsidR="00D91CA2" w:rsidRDefault="00000000">
      <w:r>
        <w:t>This assessment identifies foreseeable hazards associated with working at height, evaluates the potential risks, and establishes practical control measures to prevent falls, reduce exposure to falling objects, and protect personnel involved in or affected by elevated work. It is a completed practical reference assessment intended to support planning, supervision, briefing and field verification. It does not replace a project- or task-specific assessment.</w:t>
      </w:r>
    </w:p>
    <w:p w14:paraId="09112E03" w14:textId="77777777" w:rsidR="00D91CA2" w:rsidRDefault="00000000">
      <w:pPr>
        <w:pStyle w:val="Heading1"/>
      </w:pPr>
      <w:r>
        <w:t>3. Scope</w:t>
      </w:r>
    </w:p>
    <w:p w14:paraId="731ED8AB" w14:textId="77777777" w:rsidR="00D91CA2" w:rsidRDefault="00000000">
      <w:r>
        <w:t>The assessment covers general work-at-height activities and interfaces including roof work, scaffolds, mobile scaffold towers, ladders and step ladders, temporary platforms, MEWPs, edge protection, floor and wall openings, fragile surfaces, leading edges, fall-restraint and fall-arrest systems, anchor points and lifelines, access and egress, falling tools and materials, material handling at height, weather conditions, and rescue following a fall.</w:t>
      </w:r>
    </w:p>
    <w:p w14:paraId="016AFF14" w14:textId="77777777" w:rsidR="00D91CA2" w:rsidRDefault="00000000">
      <w:pPr>
        <w:pStyle w:val="Heading1"/>
      </w:pPr>
      <w:r>
        <w:t>4. Persons at Risk</w:t>
      </w:r>
    </w:p>
    <w:tbl>
      <w:tblPr>
        <w:tblStyle w:val="TableGrid"/>
        <w:tblW w:w="0" w:type="auto"/>
        <w:jc w:val="center"/>
        <w:tblLook w:val="04A0" w:firstRow="1" w:lastRow="0" w:firstColumn="1" w:lastColumn="0" w:noHBand="0" w:noVBand="1"/>
      </w:tblPr>
      <w:tblGrid>
        <w:gridCol w:w="3408"/>
        <w:gridCol w:w="3408"/>
        <w:gridCol w:w="3408"/>
      </w:tblGrid>
      <w:tr w:rsidR="00D91CA2" w14:paraId="2A02D1A9" w14:textId="77777777">
        <w:trPr>
          <w:jc w:val="center"/>
        </w:trPr>
        <w:tc>
          <w:tcPr>
            <w:tcW w:w="3408" w:type="dxa"/>
            <w:shd w:val="clear" w:color="auto" w:fill="0F3D5E"/>
            <w:vAlign w:val="center"/>
          </w:tcPr>
          <w:p w14:paraId="00C84590" w14:textId="77777777" w:rsidR="00D91CA2" w:rsidRDefault="00000000">
            <w:r>
              <w:rPr>
                <w:b/>
                <w:color w:val="FFFFFF"/>
              </w:rPr>
              <w:t>No.</w:t>
            </w:r>
          </w:p>
        </w:tc>
        <w:tc>
          <w:tcPr>
            <w:tcW w:w="3408" w:type="dxa"/>
            <w:shd w:val="clear" w:color="auto" w:fill="0F3D5E"/>
            <w:vAlign w:val="center"/>
          </w:tcPr>
          <w:p w14:paraId="1E2147A2" w14:textId="77777777" w:rsidR="00D91CA2" w:rsidRDefault="00000000">
            <w:r>
              <w:rPr>
                <w:b/>
                <w:color w:val="FFFFFF"/>
              </w:rPr>
              <w:t>Person / Group</w:t>
            </w:r>
          </w:p>
        </w:tc>
        <w:tc>
          <w:tcPr>
            <w:tcW w:w="3408" w:type="dxa"/>
            <w:shd w:val="clear" w:color="auto" w:fill="0F3D5E"/>
            <w:vAlign w:val="center"/>
          </w:tcPr>
          <w:p w14:paraId="7DC5D82A" w14:textId="77777777" w:rsidR="00D91CA2" w:rsidRDefault="00000000">
            <w:r>
              <w:rPr>
                <w:b/>
                <w:color w:val="FFFFFF"/>
              </w:rPr>
              <w:t>Potential Exposure</w:t>
            </w:r>
          </w:p>
        </w:tc>
      </w:tr>
      <w:tr w:rsidR="00D91CA2" w14:paraId="6FFC40C3" w14:textId="77777777">
        <w:trPr>
          <w:jc w:val="center"/>
        </w:trPr>
        <w:tc>
          <w:tcPr>
            <w:tcW w:w="3408" w:type="dxa"/>
          </w:tcPr>
          <w:p w14:paraId="49320F25" w14:textId="77777777" w:rsidR="00D91CA2" w:rsidRDefault="00000000">
            <w:r>
              <w:rPr>
                <w:sz w:val="17"/>
              </w:rPr>
              <w:t>1</w:t>
            </w:r>
          </w:p>
        </w:tc>
        <w:tc>
          <w:tcPr>
            <w:tcW w:w="3408" w:type="dxa"/>
          </w:tcPr>
          <w:p w14:paraId="207BD49C" w14:textId="77777777" w:rsidR="00D91CA2" w:rsidRDefault="00000000">
            <w:r>
              <w:rPr>
                <w:sz w:val="17"/>
              </w:rPr>
              <w:t>Workers at height</w:t>
            </w:r>
          </w:p>
        </w:tc>
        <w:tc>
          <w:tcPr>
            <w:tcW w:w="3408" w:type="dxa"/>
          </w:tcPr>
          <w:p w14:paraId="49983A2A" w14:textId="77777777" w:rsidR="00D91CA2" w:rsidRDefault="00000000">
            <w:r>
              <w:rPr>
                <w:sz w:val="17"/>
              </w:rPr>
              <w:t>Falls, falling objects and unsafe access</w:t>
            </w:r>
          </w:p>
        </w:tc>
      </w:tr>
      <w:tr w:rsidR="00D91CA2" w14:paraId="145B499A" w14:textId="77777777">
        <w:trPr>
          <w:jc w:val="center"/>
        </w:trPr>
        <w:tc>
          <w:tcPr>
            <w:tcW w:w="3408" w:type="dxa"/>
          </w:tcPr>
          <w:p w14:paraId="3B4D5B12" w14:textId="77777777" w:rsidR="00D91CA2" w:rsidRDefault="00000000">
            <w:r>
              <w:rPr>
                <w:sz w:val="17"/>
              </w:rPr>
              <w:t>2</w:t>
            </w:r>
          </w:p>
        </w:tc>
        <w:tc>
          <w:tcPr>
            <w:tcW w:w="3408" w:type="dxa"/>
          </w:tcPr>
          <w:p w14:paraId="21ABA07A" w14:textId="77777777" w:rsidR="00D91CA2" w:rsidRDefault="00000000">
            <w:r>
              <w:rPr>
                <w:sz w:val="17"/>
              </w:rPr>
              <w:t>Scaffolders</w:t>
            </w:r>
          </w:p>
        </w:tc>
        <w:tc>
          <w:tcPr>
            <w:tcW w:w="3408" w:type="dxa"/>
          </w:tcPr>
          <w:p w14:paraId="5038211E" w14:textId="77777777" w:rsidR="00D91CA2" w:rsidRDefault="00000000">
            <w:r>
              <w:rPr>
                <w:sz w:val="17"/>
              </w:rPr>
              <w:t>Falls during erection, alteration, use or dismantling</w:t>
            </w:r>
          </w:p>
        </w:tc>
      </w:tr>
      <w:tr w:rsidR="00D91CA2" w14:paraId="1ABC0F39" w14:textId="77777777">
        <w:trPr>
          <w:jc w:val="center"/>
        </w:trPr>
        <w:tc>
          <w:tcPr>
            <w:tcW w:w="3408" w:type="dxa"/>
          </w:tcPr>
          <w:p w14:paraId="0D235A49" w14:textId="77777777" w:rsidR="00D91CA2" w:rsidRDefault="00000000">
            <w:r>
              <w:rPr>
                <w:sz w:val="17"/>
              </w:rPr>
              <w:t>3</w:t>
            </w:r>
          </w:p>
        </w:tc>
        <w:tc>
          <w:tcPr>
            <w:tcW w:w="3408" w:type="dxa"/>
          </w:tcPr>
          <w:p w14:paraId="204B64FC" w14:textId="77777777" w:rsidR="00D91CA2" w:rsidRDefault="00000000">
            <w:r>
              <w:rPr>
                <w:sz w:val="17"/>
              </w:rPr>
              <w:t>Roof workers</w:t>
            </w:r>
          </w:p>
        </w:tc>
        <w:tc>
          <w:tcPr>
            <w:tcW w:w="3408" w:type="dxa"/>
          </w:tcPr>
          <w:p w14:paraId="076DCF72" w14:textId="77777777" w:rsidR="00D91CA2" w:rsidRDefault="00000000">
            <w:r>
              <w:rPr>
                <w:sz w:val="17"/>
              </w:rPr>
              <w:t>Falls from edges or through fragile surfaces</w:t>
            </w:r>
          </w:p>
        </w:tc>
      </w:tr>
      <w:tr w:rsidR="00D91CA2" w14:paraId="12BEBD0B" w14:textId="77777777">
        <w:trPr>
          <w:jc w:val="center"/>
        </w:trPr>
        <w:tc>
          <w:tcPr>
            <w:tcW w:w="3408" w:type="dxa"/>
          </w:tcPr>
          <w:p w14:paraId="3BA0CA22" w14:textId="77777777" w:rsidR="00D91CA2" w:rsidRDefault="00000000">
            <w:r>
              <w:rPr>
                <w:sz w:val="17"/>
              </w:rPr>
              <w:t>4</w:t>
            </w:r>
          </w:p>
        </w:tc>
        <w:tc>
          <w:tcPr>
            <w:tcW w:w="3408" w:type="dxa"/>
          </w:tcPr>
          <w:p w14:paraId="22775EAF" w14:textId="77777777" w:rsidR="00D91CA2" w:rsidRDefault="00000000">
            <w:r>
              <w:rPr>
                <w:sz w:val="17"/>
              </w:rPr>
              <w:t>MEWP operators</w:t>
            </w:r>
          </w:p>
        </w:tc>
        <w:tc>
          <w:tcPr>
            <w:tcW w:w="3408" w:type="dxa"/>
          </w:tcPr>
          <w:p w14:paraId="58781B5E" w14:textId="77777777" w:rsidR="00D91CA2" w:rsidRDefault="00000000">
            <w:r>
              <w:rPr>
                <w:sz w:val="17"/>
              </w:rPr>
              <w:t>Falls, entrapment, overturning or equipment-related incidents</w:t>
            </w:r>
          </w:p>
        </w:tc>
      </w:tr>
      <w:tr w:rsidR="00D91CA2" w14:paraId="16B026A8" w14:textId="77777777">
        <w:trPr>
          <w:jc w:val="center"/>
        </w:trPr>
        <w:tc>
          <w:tcPr>
            <w:tcW w:w="3408" w:type="dxa"/>
          </w:tcPr>
          <w:p w14:paraId="3A6704F2" w14:textId="77777777" w:rsidR="00D91CA2" w:rsidRDefault="00000000">
            <w:r>
              <w:rPr>
                <w:sz w:val="17"/>
              </w:rPr>
              <w:t>5</w:t>
            </w:r>
          </w:p>
        </w:tc>
        <w:tc>
          <w:tcPr>
            <w:tcW w:w="3408" w:type="dxa"/>
          </w:tcPr>
          <w:p w14:paraId="1D35895D" w14:textId="77777777" w:rsidR="00D91CA2" w:rsidRDefault="00000000">
            <w:r>
              <w:rPr>
                <w:sz w:val="17"/>
              </w:rPr>
              <w:t>Supervisors / Engineers / HSE personnel</w:t>
            </w:r>
          </w:p>
        </w:tc>
        <w:tc>
          <w:tcPr>
            <w:tcW w:w="3408" w:type="dxa"/>
          </w:tcPr>
          <w:p w14:paraId="29E37945" w14:textId="77777777" w:rsidR="00D91CA2" w:rsidRDefault="00000000">
            <w:r>
              <w:rPr>
                <w:sz w:val="17"/>
              </w:rPr>
              <w:t>Exposure during inspection or supervision</w:t>
            </w:r>
          </w:p>
        </w:tc>
      </w:tr>
      <w:tr w:rsidR="00D91CA2" w14:paraId="38AEE2AA" w14:textId="77777777">
        <w:trPr>
          <w:jc w:val="center"/>
        </w:trPr>
        <w:tc>
          <w:tcPr>
            <w:tcW w:w="3408" w:type="dxa"/>
          </w:tcPr>
          <w:p w14:paraId="7EC7C5A8" w14:textId="77777777" w:rsidR="00D91CA2" w:rsidRDefault="00000000">
            <w:r>
              <w:rPr>
                <w:sz w:val="17"/>
              </w:rPr>
              <w:t>6</w:t>
            </w:r>
          </w:p>
        </w:tc>
        <w:tc>
          <w:tcPr>
            <w:tcW w:w="3408" w:type="dxa"/>
          </w:tcPr>
          <w:p w14:paraId="50F6BAF0" w14:textId="77777777" w:rsidR="00D91CA2" w:rsidRDefault="00000000">
            <w:r>
              <w:rPr>
                <w:sz w:val="17"/>
              </w:rPr>
              <w:t>Workers below</w:t>
            </w:r>
          </w:p>
        </w:tc>
        <w:tc>
          <w:tcPr>
            <w:tcW w:w="3408" w:type="dxa"/>
          </w:tcPr>
          <w:p w14:paraId="246E5B3C" w14:textId="77777777" w:rsidR="00D91CA2" w:rsidRDefault="00000000">
            <w:r>
              <w:rPr>
                <w:sz w:val="17"/>
              </w:rPr>
              <w:t>Falling tools, materials or debris</w:t>
            </w:r>
          </w:p>
        </w:tc>
      </w:tr>
      <w:tr w:rsidR="00D91CA2" w14:paraId="547D9837" w14:textId="77777777">
        <w:trPr>
          <w:jc w:val="center"/>
        </w:trPr>
        <w:tc>
          <w:tcPr>
            <w:tcW w:w="3408" w:type="dxa"/>
          </w:tcPr>
          <w:p w14:paraId="283A73BE" w14:textId="77777777" w:rsidR="00D91CA2" w:rsidRDefault="00000000">
            <w:r>
              <w:rPr>
                <w:sz w:val="17"/>
              </w:rPr>
              <w:t>7</w:t>
            </w:r>
          </w:p>
        </w:tc>
        <w:tc>
          <w:tcPr>
            <w:tcW w:w="3408" w:type="dxa"/>
          </w:tcPr>
          <w:p w14:paraId="65770DA6" w14:textId="77777777" w:rsidR="00D91CA2" w:rsidRDefault="00000000">
            <w:r>
              <w:rPr>
                <w:sz w:val="17"/>
              </w:rPr>
              <w:t>Contractors / Subcontractors</w:t>
            </w:r>
          </w:p>
        </w:tc>
        <w:tc>
          <w:tcPr>
            <w:tcW w:w="3408" w:type="dxa"/>
          </w:tcPr>
          <w:p w14:paraId="23537A0A" w14:textId="77777777" w:rsidR="00D91CA2" w:rsidRDefault="00000000">
            <w:r>
              <w:rPr>
                <w:sz w:val="17"/>
              </w:rPr>
              <w:t>Exposure during concurrent work</w:t>
            </w:r>
          </w:p>
        </w:tc>
      </w:tr>
      <w:tr w:rsidR="00D91CA2" w14:paraId="0712C5A8" w14:textId="77777777">
        <w:trPr>
          <w:jc w:val="center"/>
        </w:trPr>
        <w:tc>
          <w:tcPr>
            <w:tcW w:w="3408" w:type="dxa"/>
          </w:tcPr>
          <w:p w14:paraId="714553DD" w14:textId="77777777" w:rsidR="00D91CA2" w:rsidRDefault="00000000">
            <w:r>
              <w:rPr>
                <w:sz w:val="17"/>
              </w:rPr>
              <w:t>8</w:t>
            </w:r>
          </w:p>
        </w:tc>
        <w:tc>
          <w:tcPr>
            <w:tcW w:w="3408" w:type="dxa"/>
          </w:tcPr>
          <w:p w14:paraId="0BAF35FB" w14:textId="77777777" w:rsidR="00D91CA2" w:rsidRDefault="00000000">
            <w:r>
              <w:rPr>
                <w:sz w:val="17"/>
              </w:rPr>
              <w:t>Visitors / Delivery personnel</w:t>
            </w:r>
          </w:p>
        </w:tc>
        <w:tc>
          <w:tcPr>
            <w:tcW w:w="3408" w:type="dxa"/>
          </w:tcPr>
          <w:p w14:paraId="5BB698DA" w14:textId="77777777" w:rsidR="00D91CA2" w:rsidRDefault="00000000">
            <w:r>
              <w:rPr>
                <w:sz w:val="17"/>
              </w:rPr>
              <w:t>Unplanned exposure to elevated work areas</w:t>
            </w:r>
          </w:p>
        </w:tc>
      </w:tr>
      <w:tr w:rsidR="00D91CA2" w14:paraId="6890018E" w14:textId="77777777">
        <w:trPr>
          <w:jc w:val="center"/>
        </w:trPr>
        <w:tc>
          <w:tcPr>
            <w:tcW w:w="3408" w:type="dxa"/>
          </w:tcPr>
          <w:p w14:paraId="76356511" w14:textId="77777777" w:rsidR="00D91CA2" w:rsidRDefault="00000000">
            <w:r>
              <w:rPr>
                <w:sz w:val="17"/>
              </w:rPr>
              <w:t>9</w:t>
            </w:r>
          </w:p>
        </w:tc>
        <w:tc>
          <w:tcPr>
            <w:tcW w:w="3408" w:type="dxa"/>
          </w:tcPr>
          <w:p w14:paraId="79732F5D" w14:textId="77777777" w:rsidR="00D91CA2" w:rsidRDefault="00000000">
            <w:r>
              <w:rPr>
                <w:sz w:val="17"/>
              </w:rPr>
              <w:t>Emergency / Rescue personnel</w:t>
            </w:r>
          </w:p>
        </w:tc>
        <w:tc>
          <w:tcPr>
            <w:tcW w:w="3408" w:type="dxa"/>
          </w:tcPr>
          <w:p w14:paraId="52ECFC18" w14:textId="77777777" w:rsidR="00D91CA2" w:rsidRDefault="00000000">
            <w:r>
              <w:rPr>
                <w:sz w:val="17"/>
              </w:rPr>
              <w:t>Exposure during rescue</w:t>
            </w:r>
          </w:p>
        </w:tc>
      </w:tr>
      <w:tr w:rsidR="00D91CA2" w14:paraId="77D33112" w14:textId="77777777">
        <w:trPr>
          <w:jc w:val="center"/>
        </w:trPr>
        <w:tc>
          <w:tcPr>
            <w:tcW w:w="3408" w:type="dxa"/>
          </w:tcPr>
          <w:p w14:paraId="77988072" w14:textId="77777777" w:rsidR="00D91CA2" w:rsidRDefault="00000000">
            <w:r>
              <w:rPr>
                <w:sz w:val="17"/>
              </w:rPr>
              <w:t>10</w:t>
            </w:r>
          </w:p>
        </w:tc>
        <w:tc>
          <w:tcPr>
            <w:tcW w:w="3408" w:type="dxa"/>
          </w:tcPr>
          <w:p w14:paraId="308489C7" w14:textId="77777777" w:rsidR="00D91CA2" w:rsidRDefault="00000000">
            <w:r>
              <w:rPr>
                <w:sz w:val="17"/>
              </w:rPr>
              <w:t>Other site personnel</w:t>
            </w:r>
          </w:p>
        </w:tc>
        <w:tc>
          <w:tcPr>
            <w:tcW w:w="3408" w:type="dxa"/>
          </w:tcPr>
          <w:p w14:paraId="67A67494" w14:textId="77777777" w:rsidR="00D91CA2" w:rsidRDefault="00000000">
            <w:r>
              <w:rPr>
                <w:sz w:val="17"/>
              </w:rPr>
              <w:t>Exposure to work-at-height hazards</w:t>
            </w:r>
          </w:p>
        </w:tc>
      </w:tr>
    </w:tbl>
    <w:p w14:paraId="7C0E8189" w14:textId="77777777" w:rsidR="00D91CA2" w:rsidRDefault="00D91CA2"/>
    <w:p w14:paraId="538C6AAA" w14:textId="77777777" w:rsidR="00D91CA2" w:rsidRDefault="00000000">
      <w:pPr>
        <w:pStyle w:val="Heading1"/>
      </w:pPr>
      <w:r>
        <w:lastRenderedPageBreak/>
        <w:t>5. Work at Height Control Principles</w:t>
      </w:r>
    </w:p>
    <w:p w14:paraId="4CE4EC60" w14:textId="77777777" w:rsidR="00D91CA2" w:rsidRDefault="00000000">
      <w:r>
        <w:t>The preferred approach is to avoid work at height where reasonably practicable. Where it cannot be avoided, prevent falls through collective protection before relying on individual systems. Where a fall risk remains, minimize the consequences through suitable restraint, fall-arrest, safety nets or other appropriate systems. Controls should follow the hierarchy of controls and be selected for the task, environment and duration.</w:t>
      </w:r>
    </w:p>
    <w:tbl>
      <w:tblPr>
        <w:tblStyle w:val="TableGrid"/>
        <w:tblW w:w="0" w:type="auto"/>
        <w:jc w:val="center"/>
        <w:tblLook w:val="04A0" w:firstRow="1" w:lastRow="0" w:firstColumn="1" w:lastColumn="0" w:noHBand="0" w:noVBand="1"/>
      </w:tblPr>
      <w:tblGrid>
        <w:gridCol w:w="3408"/>
        <w:gridCol w:w="3408"/>
        <w:gridCol w:w="3408"/>
      </w:tblGrid>
      <w:tr w:rsidR="00D91CA2" w14:paraId="2FB6FFC9" w14:textId="77777777">
        <w:trPr>
          <w:jc w:val="center"/>
        </w:trPr>
        <w:tc>
          <w:tcPr>
            <w:tcW w:w="3408" w:type="dxa"/>
            <w:shd w:val="clear" w:color="auto" w:fill="0F3D5E"/>
            <w:vAlign w:val="center"/>
          </w:tcPr>
          <w:p w14:paraId="054CF8F1" w14:textId="77777777" w:rsidR="00D91CA2" w:rsidRDefault="00000000">
            <w:r>
              <w:rPr>
                <w:b/>
                <w:color w:val="FFFFFF"/>
              </w:rPr>
              <w:t>Priority</w:t>
            </w:r>
          </w:p>
        </w:tc>
        <w:tc>
          <w:tcPr>
            <w:tcW w:w="3408" w:type="dxa"/>
            <w:shd w:val="clear" w:color="auto" w:fill="0F3D5E"/>
            <w:vAlign w:val="center"/>
          </w:tcPr>
          <w:p w14:paraId="74F6F5C3" w14:textId="77777777" w:rsidR="00D91CA2" w:rsidRDefault="00000000">
            <w:r>
              <w:rPr>
                <w:b/>
                <w:color w:val="FFFFFF"/>
              </w:rPr>
              <w:t>Principle</w:t>
            </w:r>
          </w:p>
        </w:tc>
        <w:tc>
          <w:tcPr>
            <w:tcW w:w="3408" w:type="dxa"/>
            <w:shd w:val="clear" w:color="auto" w:fill="0F3D5E"/>
            <w:vAlign w:val="center"/>
          </w:tcPr>
          <w:p w14:paraId="413F2D3B" w14:textId="77777777" w:rsidR="00D91CA2" w:rsidRDefault="00000000">
            <w:r>
              <w:rPr>
                <w:b/>
                <w:color w:val="FFFFFF"/>
              </w:rPr>
              <w:t>Examples</w:t>
            </w:r>
          </w:p>
        </w:tc>
      </w:tr>
      <w:tr w:rsidR="00D91CA2" w14:paraId="15B01431" w14:textId="77777777">
        <w:trPr>
          <w:jc w:val="center"/>
        </w:trPr>
        <w:tc>
          <w:tcPr>
            <w:tcW w:w="3408" w:type="dxa"/>
          </w:tcPr>
          <w:p w14:paraId="1A7F8336" w14:textId="77777777" w:rsidR="00D91CA2" w:rsidRDefault="00000000">
            <w:r>
              <w:rPr>
                <w:sz w:val="17"/>
              </w:rPr>
              <w:t>1</w:t>
            </w:r>
          </w:p>
        </w:tc>
        <w:tc>
          <w:tcPr>
            <w:tcW w:w="3408" w:type="dxa"/>
          </w:tcPr>
          <w:p w14:paraId="28D96325" w14:textId="77777777" w:rsidR="00D91CA2" w:rsidRDefault="00000000">
            <w:r>
              <w:rPr>
                <w:sz w:val="17"/>
              </w:rPr>
              <w:t>Avoid</w:t>
            </w:r>
          </w:p>
        </w:tc>
        <w:tc>
          <w:tcPr>
            <w:tcW w:w="3408" w:type="dxa"/>
          </w:tcPr>
          <w:p w14:paraId="36BD4295" w14:textId="77777777" w:rsidR="00D91CA2" w:rsidRDefault="00000000">
            <w:r>
              <w:rPr>
                <w:sz w:val="17"/>
              </w:rPr>
              <w:t>Complete work at ground level where reasonably practicable.</w:t>
            </w:r>
          </w:p>
        </w:tc>
      </w:tr>
      <w:tr w:rsidR="00D91CA2" w14:paraId="1A5B9EC1" w14:textId="77777777">
        <w:trPr>
          <w:jc w:val="center"/>
        </w:trPr>
        <w:tc>
          <w:tcPr>
            <w:tcW w:w="3408" w:type="dxa"/>
          </w:tcPr>
          <w:p w14:paraId="1F0348E9" w14:textId="77777777" w:rsidR="00D91CA2" w:rsidRDefault="00000000">
            <w:r>
              <w:rPr>
                <w:sz w:val="17"/>
              </w:rPr>
              <w:t>2</w:t>
            </w:r>
          </w:p>
        </w:tc>
        <w:tc>
          <w:tcPr>
            <w:tcW w:w="3408" w:type="dxa"/>
          </w:tcPr>
          <w:p w14:paraId="5C10D375" w14:textId="77777777" w:rsidR="00D91CA2" w:rsidRDefault="00000000">
            <w:r>
              <w:rPr>
                <w:sz w:val="17"/>
              </w:rPr>
              <w:t>Prevent</w:t>
            </w:r>
          </w:p>
        </w:tc>
        <w:tc>
          <w:tcPr>
            <w:tcW w:w="3408" w:type="dxa"/>
          </w:tcPr>
          <w:p w14:paraId="0C8D0DEB" w14:textId="77777777" w:rsidR="00D91CA2" w:rsidRDefault="00000000">
            <w:r>
              <w:rPr>
                <w:sz w:val="17"/>
              </w:rPr>
              <w:t>Guardrails, edge protection, compliant scaffolds and safe platforms.</w:t>
            </w:r>
          </w:p>
        </w:tc>
      </w:tr>
      <w:tr w:rsidR="00D91CA2" w14:paraId="00F82CC5" w14:textId="77777777">
        <w:trPr>
          <w:jc w:val="center"/>
        </w:trPr>
        <w:tc>
          <w:tcPr>
            <w:tcW w:w="3408" w:type="dxa"/>
          </w:tcPr>
          <w:p w14:paraId="47E6164C" w14:textId="77777777" w:rsidR="00D91CA2" w:rsidRDefault="00000000">
            <w:r>
              <w:rPr>
                <w:sz w:val="17"/>
              </w:rPr>
              <w:t>3</w:t>
            </w:r>
          </w:p>
        </w:tc>
        <w:tc>
          <w:tcPr>
            <w:tcW w:w="3408" w:type="dxa"/>
          </w:tcPr>
          <w:p w14:paraId="60F246B0" w14:textId="77777777" w:rsidR="00D91CA2" w:rsidRDefault="00000000">
            <w:r>
              <w:rPr>
                <w:sz w:val="17"/>
              </w:rPr>
              <w:t>Minimize consequences</w:t>
            </w:r>
          </w:p>
        </w:tc>
        <w:tc>
          <w:tcPr>
            <w:tcW w:w="3408" w:type="dxa"/>
          </w:tcPr>
          <w:p w14:paraId="498EA90D" w14:textId="77777777" w:rsidR="00D91CA2" w:rsidRDefault="00000000">
            <w:r>
              <w:rPr>
                <w:sz w:val="17"/>
              </w:rPr>
              <w:t>Restraint, fall arrest, safety nets and suitable rescue arrangements.</w:t>
            </w:r>
          </w:p>
        </w:tc>
      </w:tr>
    </w:tbl>
    <w:p w14:paraId="4BDA3B43" w14:textId="77777777" w:rsidR="00D91CA2" w:rsidRDefault="00D91CA2"/>
    <w:p w14:paraId="0E204DF0" w14:textId="77777777" w:rsidR="00D91CA2" w:rsidRDefault="00000000">
      <w:pPr>
        <w:pStyle w:val="Heading1"/>
      </w:pPr>
      <w:r>
        <w:t>6. General Control Requirements</w:t>
      </w:r>
    </w:p>
    <w:tbl>
      <w:tblPr>
        <w:tblStyle w:val="TableGrid"/>
        <w:tblW w:w="0" w:type="auto"/>
        <w:jc w:val="center"/>
        <w:tblLook w:val="04A0" w:firstRow="1" w:lastRow="0" w:firstColumn="1" w:lastColumn="0" w:noHBand="0" w:noVBand="1"/>
      </w:tblPr>
      <w:tblGrid>
        <w:gridCol w:w="3408"/>
        <w:gridCol w:w="3408"/>
        <w:gridCol w:w="3408"/>
      </w:tblGrid>
      <w:tr w:rsidR="00D91CA2" w14:paraId="1F90C473" w14:textId="77777777">
        <w:trPr>
          <w:jc w:val="center"/>
        </w:trPr>
        <w:tc>
          <w:tcPr>
            <w:tcW w:w="3408" w:type="dxa"/>
            <w:shd w:val="clear" w:color="auto" w:fill="0F3D5E"/>
            <w:vAlign w:val="center"/>
          </w:tcPr>
          <w:p w14:paraId="085AB1E7" w14:textId="77777777" w:rsidR="00D91CA2" w:rsidRDefault="00000000">
            <w:r>
              <w:rPr>
                <w:b/>
                <w:color w:val="FFFFFF"/>
              </w:rPr>
              <w:t>No.</w:t>
            </w:r>
          </w:p>
        </w:tc>
        <w:tc>
          <w:tcPr>
            <w:tcW w:w="3408" w:type="dxa"/>
            <w:shd w:val="clear" w:color="auto" w:fill="0F3D5E"/>
            <w:vAlign w:val="center"/>
          </w:tcPr>
          <w:p w14:paraId="1A67A9DC" w14:textId="77777777" w:rsidR="00D91CA2" w:rsidRDefault="00000000">
            <w:r>
              <w:rPr>
                <w:b/>
                <w:color w:val="FFFFFF"/>
              </w:rPr>
              <w:t>Control Area</w:t>
            </w:r>
          </w:p>
        </w:tc>
        <w:tc>
          <w:tcPr>
            <w:tcW w:w="3408" w:type="dxa"/>
            <w:shd w:val="clear" w:color="auto" w:fill="0F3D5E"/>
            <w:vAlign w:val="center"/>
          </w:tcPr>
          <w:p w14:paraId="15EC2694" w14:textId="77777777" w:rsidR="00D91CA2" w:rsidRDefault="00000000">
            <w:r>
              <w:rPr>
                <w:b/>
                <w:color w:val="FFFFFF"/>
              </w:rPr>
              <w:t>General Requirement</w:t>
            </w:r>
          </w:p>
        </w:tc>
      </w:tr>
      <w:tr w:rsidR="00D91CA2" w14:paraId="468367BE" w14:textId="77777777">
        <w:trPr>
          <w:jc w:val="center"/>
        </w:trPr>
        <w:tc>
          <w:tcPr>
            <w:tcW w:w="3408" w:type="dxa"/>
          </w:tcPr>
          <w:p w14:paraId="0FCD2A99" w14:textId="77777777" w:rsidR="00D91CA2" w:rsidRDefault="00000000">
            <w:r>
              <w:rPr>
                <w:sz w:val="16"/>
              </w:rPr>
              <w:t>1</w:t>
            </w:r>
          </w:p>
        </w:tc>
        <w:tc>
          <w:tcPr>
            <w:tcW w:w="3408" w:type="dxa"/>
          </w:tcPr>
          <w:p w14:paraId="4CE7F99C" w14:textId="77777777" w:rsidR="00D91CA2" w:rsidRDefault="00000000">
            <w:r>
              <w:rPr>
                <w:sz w:val="16"/>
              </w:rPr>
              <w:t>Planning</w:t>
            </w:r>
          </w:p>
        </w:tc>
        <w:tc>
          <w:tcPr>
            <w:tcW w:w="3408" w:type="dxa"/>
          </w:tcPr>
          <w:p w14:paraId="7A5FC131" w14:textId="77777777" w:rsidR="00D91CA2" w:rsidRDefault="00000000">
            <w:r>
              <w:rPr>
                <w:sz w:val="16"/>
              </w:rPr>
              <w:t>Plan the work, sequence, access, protection and rescue arrangements before starting.</w:t>
            </w:r>
          </w:p>
        </w:tc>
      </w:tr>
      <w:tr w:rsidR="00D91CA2" w14:paraId="3FBDF39C" w14:textId="77777777">
        <w:trPr>
          <w:jc w:val="center"/>
        </w:trPr>
        <w:tc>
          <w:tcPr>
            <w:tcW w:w="3408" w:type="dxa"/>
          </w:tcPr>
          <w:p w14:paraId="3A2FB014" w14:textId="77777777" w:rsidR="00D91CA2" w:rsidRDefault="00000000">
            <w:r>
              <w:rPr>
                <w:sz w:val="16"/>
              </w:rPr>
              <w:t>2</w:t>
            </w:r>
          </w:p>
        </w:tc>
        <w:tc>
          <w:tcPr>
            <w:tcW w:w="3408" w:type="dxa"/>
          </w:tcPr>
          <w:p w14:paraId="5282B0C1" w14:textId="77777777" w:rsidR="00D91CA2" w:rsidRDefault="00000000">
            <w:r>
              <w:rPr>
                <w:sz w:val="16"/>
              </w:rPr>
              <w:t>Competency</w:t>
            </w:r>
          </w:p>
        </w:tc>
        <w:tc>
          <w:tcPr>
            <w:tcW w:w="3408" w:type="dxa"/>
          </w:tcPr>
          <w:p w14:paraId="7AC3AC82" w14:textId="77777777" w:rsidR="00D91CA2" w:rsidRDefault="00000000">
            <w:r>
              <w:rPr>
                <w:sz w:val="16"/>
              </w:rPr>
              <w:t>Use trained and competent personnel for safety-critical work.</w:t>
            </w:r>
          </w:p>
        </w:tc>
      </w:tr>
      <w:tr w:rsidR="00D91CA2" w14:paraId="3BB3696D" w14:textId="77777777">
        <w:trPr>
          <w:jc w:val="center"/>
        </w:trPr>
        <w:tc>
          <w:tcPr>
            <w:tcW w:w="3408" w:type="dxa"/>
          </w:tcPr>
          <w:p w14:paraId="75376F3A" w14:textId="77777777" w:rsidR="00D91CA2" w:rsidRDefault="00000000">
            <w:r>
              <w:rPr>
                <w:sz w:val="16"/>
              </w:rPr>
              <w:t>3</w:t>
            </w:r>
          </w:p>
        </w:tc>
        <w:tc>
          <w:tcPr>
            <w:tcW w:w="3408" w:type="dxa"/>
          </w:tcPr>
          <w:p w14:paraId="6AB2EFD1" w14:textId="77777777" w:rsidR="00D91CA2" w:rsidRDefault="00000000">
            <w:r>
              <w:rPr>
                <w:sz w:val="16"/>
              </w:rPr>
              <w:t>Risk Assessment</w:t>
            </w:r>
          </w:p>
        </w:tc>
        <w:tc>
          <w:tcPr>
            <w:tcW w:w="3408" w:type="dxa"/>
          </w:tcPr>
          <w:p w14:paraId="6DA7068E" w14:textId="77777777" w:rsidR="00D91CA2" w:rsidRDefault="00000000">
            <w:r>
              <w:rPr>
                <w:sz w:val="16"/>
              </w:rPr>
              <w:t>Assess task-specific hazards and changing conditions.</w:t>
            </w:r>
          </w:p>
        </w:tc>
      </w:tr>
      <w:tr w:rsidR="00D91CA2" w14:paraId="616F4EF3" w14:textId="77777777">
        <w:trPr>
          <w:jc w:val="center"/>
        </w:trPr>
        <w:tc>
          <w:tcPr>
            <w:tcW w:w="3408" w:type="dxa"/>
          </w:tcPr>
          <w:p w14:paraId="6CE04D8A" w14:textId="77777777" w:rsidR="00D91CA2" w:rsidRDefault="00000000">
            <w:r>
              <w:rPr>
                <w:sz w:val="16"/>
              </w:rPr>
              <w:t>4</w:t>
            </w:r>
          </w:p>
        </w:tc>
        <w:tc>
          <w:tcPr>
            <w:tcW w:w="3408" w:type="dxa"/>
          </w:tcPr>
          <w:p w14:paraId="740BAA41" w14:textId="77777777" w:rsidR="00D91CA2" w:rsidRDefault="00000000">
            <w:r>
              <w:rPr>
                <w:sz w:val="16"/>
              </w:rPr>
              <w:t>Method Statement</w:t>
            </w:r>
          </w:p>
        </w:tc>
        <w:tc>
          <w:tcPr>
            <w:tcW w:w="3408" w:type="dxa"/>
          </w:tcPr>
          <w:p w14:paraId="7E8F7B04" w14:textId="77777777" w:rsidR="00D91CA2" w:rsidRDefault="00000000">
            <w:r>
              <w:rPr>
                <w:sz w:val="16"/>
              </w:rPr>
              <w:t>Provide a suitable method statement where required.</w:t>
            </w:r>
          </w:p>
        </w:tc>
      </w:tr>
      <w:tr w:rsidR="00D91CA2" w14:paraId="4B7D330D" w14:textId="77777777">
        <w:trPr>
          <w:jc w:val="center"/>
        </w:trPr>
        <w:tc>
          <w:tcPr>
            <w:tcW w:w="3408" w:type="dxa"/>
          </w:tcPr>
          <w:p w14:paraId="06349BEB" w14:textId="77777777" w:rsidR="00D91CA2" w:rsidRDefault="00000000">
            <w:r>
              <w:rPr>
                <w:sz w:val="16"/>
              </w:rPr>
              <w:t>5</w:t>
            </w:r>
          </w:p>
        </w:tc>
        <w:tc>
          <w:tcPr>
            <w:tcW w:w="3408" w:type="dxa"/>
          </w:tcPr>
          <w:p w14:paraId="2B4E3F78" w14:textId="77777777" w:rsidR="00D91CA2" w:rsidRDefault="00000000">
            <w:r>
              <w:rPr>
                <w:sz w:val="16"/>
              </w:rPr>
              <w:t>Access</w:t>
            </w:r>
          </w:p>
        </w:tc>
        <w:tc>
          <w:tcPr>
            <w:tcW w:w="3408" w:type="dxa"/>
          </w:tcPr>
          <w:p w14:paraId="73E5A1CD" w14:textId="77777777" w:rsidR="00D91CA2" w:rsidRDefault="00000000">
            <w:r>
              <w:rPr>
                <w:sz w:val="16"/>
              </w:rPr>
              <w:t>Provide safe, suitable and maintained access and egress.</w:t>
            </w:r>
          </w:p>
        </w:tc>
      </w:tr>
      <w:tr w:rsidR="00D91CA2" w14:paraId="7E484A05" w14:textId="77777777">
        <w:trPr>
          <w:jc w:val="center"/>
        </w:trPr>
        <w:tc>
          <w:tcPr>
            <w:tcW w:w="3408" w:type="dxa"/>
          </w:tcPr>
          <w:p w14:paraId="1D1C640C" w14:textId="77777777" w:rsidR="00D91CA2" w:rsidRDefault="00000000">
            <w:r>
              <w:rPr>
                <w:sz w:val="16"/>
              </w:rPr>
              <w:t>6</w:t>
            </w:r>
          </w:p>
        </w:tc>
        <w:tc>
          <w:tcPr>
            <w:tcW w:w="3408" w:type="dxa"/>
          </w:tcPr>
          <w:p w14:paraId="6536F088" w14:textId="77777777" w:rsidR="00D91CA2" w:rsidRDefault="00000000">
            <w:r>
              <w:rPr>
                <w:sz w:val="16"/>
              </w:rPr>
              <w:t>Equipment Selection</w:t>
            </w:r>
          </w:p>
        </w:tc>
        <w:tc>
          <w:tcPr>
            <w:tcW w:w="3408" w:type="dxa"/>
          </w:tcPr>
          <w:p w14:paraId="07B678E3" w14:textId="77777777" w:rsidR="00D91CA2" w:rsidRDefault="00000000">
            <w:r>
              <w:rPr>
                <w:sz w:val="16"/>
              </w:rPr>
              <w:t>Select equipment appropriate to height, task, duration and environment.</w:t>
            </w:r>
          </w:p>
        </w:tc>
      </w:tr>
      <w:tr w:rsidR="00D91CA2" w14:paraId="42CB7D31" w14:textId="77777777">
        <w:trPr>
          <w:jc w:val="center"/>
        </w:trPr>
        <w:tc>
          <w:tcPr>
            <w:tcW w:w="3408" w:type="dxa"/>
          </w:tcPr>
          <w:p w14:paraId="364C8C71" w14:textId="77777777" w:rsidR="00D91CA2" w:rsidRDefault="00000000">
            <w:r>
              <w:rPr>
                <w:sz w:val="16"/>
              </w:rPr>
              <w:t>7</w:t>
            </w:r>
          </w:p>
        </w:tc>
        <w:tc>
          <w:tcPr>
            <w:tcW w:w="3408" w:type="dxa"/>
          </w:tcPr>
          <w:p w14:paraId="31B490CF" w14:textId="77777777" w:rsidR="00D91CA2" w:rsidRDefault="00000000">
            <w:r>
              <w:rPr>
                <w:sz w:val="16"/>
              </w:rPr>
              <w:t>Inspection</w:t>
            </w:r>
          </w:p>
        </w:tc>
        <w:tc>
          <w:tcPr>
            <w:tcW w:w="3408" w:type="dxa"/>
          </w:tcPr>
          <w:p w14:paraId="77243328" w14:textId="77777777" w:rsidR="00D91CA2" w:rsidRDefault="00000000">
            <w:r>
              <w:rPr>
                <w:sz w:val="16"/>
              </w:rPr>
              <w:t>Inspect access and fall-protection equipment before use and at required intervals.</w:t>
            </w:r>
          </w:p>
        </w:tc>
      </w:tr>
      <w:tr w:rsidR="00D91CA2" w14:paraId="50778952" w14:textId="77777777">
        <w:trPr>
          <w:jc w:val="center"/>
        </w:trPr>
        <w:tc>
          <w:tcPr>
            <w:tcW w:w="3408" w:type="dxa"/>
          </w:tcPr>
          <w:p w14:paraId="138E9DCA" w14:textId="77777777" w:rsidR="00D91CA2" w:rsidRDefault="00000000">
            <w:r>
              <w:rPr>
                <w:sz w:val="16"/>
              </w:rPr>
              <w:t>8</w:t>
            </w:r>
          </w:p>
        </w:tc>
        <w:tc>
          <w:tcPr>
            <w:tcW w:w="3408" w:type="dxa"/>
          </w:tcPr>
          <w:p w14:paraId="614811D1" w14:textId="77777777" w:rsidR="00D91CA2" w:rsidRDefault="00000000">
            <w:r>
              <w:rPr>
                <w:sz w:val="16"/>
              </w:rPr>
              <w:t>Edge Protection</w:t>
            </w:r>
          </w:p>
        </w:tc>
        <w:tc>
          <w:tcPr>
            <w:tcW w:w="3408" w:type="dxa"/>
          </w:tcPr>
          <w:p w14:paraId="24E06B0D" w14:textId="77777777" w:rsidR="00D91CA2" w:rsidRDefault="00000000">
            <w:r>
              <w:rPr>
                <w:sz w:val="16"/>
              </w:rPr>
              <w:t>Protect open edges with suitable collective protection.</w:t>
            </w:r>
          </w:p>
        </w:tc>
      </w:tr>
      <w:tr w:rsidR="00D91CA2" w14:paraId="5CEDD7A1" w14:textId="77777777">
        <w:trPr>
          <w:jc w:val="center"/>
        </w:trPr>
        <w:tc>
          <w:tcPr>
            <w:tcW w:w="3408" w:type="dxa"/>
          </w:tcPr>
          <w:p w14:paraId="14DBE017" w14:textId="77777777" w:rsidR="00D91CA2" w:rsidRDefault="00000000">
            <w:r>
              <w:rPr>
                <w:sz w:val="16"/>
              </w:rPr>
              <w:t>9</w:t>
            </w:r>
          </w:p>
        </w:tc>
        <w:tc>
          <w:tcPr>
            <w:tcW w:w="3408" w:type="dxa"/>
          </w:tcPr>
          <w:p w14:paraId="523088E7" w14:textId="77777777" w:rsidR="00D91CA2" w:rsidRDefault="00000000">
            <w:r>
              <w:rPr>
                <w:sz w:val="16"/>
              </w:rPr>
              <w:t>Openings</w:t>
            </w:r>
          </w:p>
        </w:tc>
        <w:tc>
          <w:tcPr>
            <w:tcW w:w="3408" w:type="dxa"/>
          </w:tcPr>
          <w:p w14:paraId="2B00E8C0" w14:textId="77777777" w:rsidR="00D91CA2" w:rsidRDefault="00000000">
            <w:r>
              <w:rPr>
                <w:sz w:val="16"/>
              </w:rPr>
              <w:t>Securely cover or guard floor, roof and wall openings.</w:t>
            </w:r>
          </w:p>
        </w:tc>
      </w:tr>
      <w:tr w:rsidR="00D91CA2" w14:paraId="1948F075" w14:textId="77777777">
        <w:trPr>
          <w:jc w:val="center"/>
        </w:trPr>
        <w:tc>
          <w:tcPr>
            <w:tcW w:w="3408" w:type="dxa"/>
          </w:tcPr>
          <w:p w14:paraId="2B761913" w14:textId="77777777" w:rsidR="00D91CA2" w:rsidRDefault="00000000">
            <w:r>
              <w:rPr>
                <w:sz w:val="16"/>
              </w:rPr>
              <w:t>10</w:t>
            </w:r>
          </w:p>
        </w:tc>
        <w:tc>
          <w:tcPr>
            <w:tcW w:w="3408" w:type="dxa"/>
          </w:tcPr>
          <w:p w14:paraId="6CACC2B8" w14:textId="77777777" w:rsidR="00D91CA2" w:rsidRDefault="00000000">
            <w:r>
              <w:rPr>
                <w:sz w:val="16"/>
              </w:rPr>
              <w:t>Falling Objects</w:t>
            </w:r>
          </w:p>
        </w:tc>
        <w:tc>
          <w:tcPr>
            <w:tcW w:w="3408" w:type="dxa"/>
          </w:tcPr>
          <w:p w14:paraId="3AB6FE5C" w14:textId="77777777" w:rsidR="00D91CA2" w:rsidRDefault="00000000">
            <w:r>
              <w:rPr>
                <w:sz w:val="16"/>
              </w:rPr>
              <w:t>Prevent tools, materials and debris from falling.</w:t>
            </w:r>
          </w:p>
        </w:tc>
      </w:tr>
      <w:tr w:rsidR="00D91CA2" w14:paraId="28E576D3" w14:textId="77777777">
        <w:trPr>
          <w:jc w:val="center"/>
        </w:trPr>
        <w:tc>
          <w:tcPr>
            <w:tcW w:w="3408" w:type="dxa"/>
          </w:tcPr>
          <w:p w14:paraId="1E3D7499" w14:textId="77777777" w:rsidR="00D91CA2" w:rsidRDefault="00000000">
            <w:r>
              <w:rPr>
                <w:sz w:val="16"/>
              </w:rPr>
              <w:t>11</w:t>
            </w:r>
          </w:p>
        </w:tc>
        <w:tc>
          <w:tcPr>
            <w:tcW w:w="3408" w:type="dxa"/>
          </w:tcPr>
          <w:p w14:paraId="36AEDEFC" w14:textId="77777777" w:rsidR="00D91CA2" w:rsidRDefault="00000000">
            <w:r>
              <w:rPr>
                <w:sz w:val="16"/>
              </w:rPr>
              <w:t>Exclusion Zones</w:t>
            </w:r>
          </w:p>
        </w:tc>
        <w:tc>
          <w:tcPr>
            <w:tcW w:w="3408" w:type="dxa"/>
          </w:tcPr>
          <w:p w14:paraId="6DAD355F" w14:textId="77777777" w:rsidR="00D91CA2" w:rsidRDefault="00000000">
            <w:r>
              <w:rPr>
                <w:sz w:val="16"/>
              </w:rPr>
              <w:t>Control areas below and around elevated work.</w:t>
            </w:r>
          </w:p>
        </w:tc>
      </w:tr>
      <w:tr w:rsidR="00D91CA2" w14:paraId="35237C5B" w14:textId="77777777">
        <w:trPr>
          <w:jc w:val="center"/>
        </w:trPr>
        <w:tc>
          <w:tcPr>
            <w:tcW w:w="3408" w:type="dxa"/>
          </w:tcPr>
          <w:p w14:paraId="060C3321" w14:textId="77777777" w:rsidR="00D91CA2" w:rsidRDefault="00000000">
            <w:r>
              <w:rPr>
                <w:sz w:val="16"/>
              </w:rPr>
              <w:t>12</w:t>
            </w:r>
          </w:p>
        </w:tc>
        <w:tc>
          <w:tcPr>
            <w:tcW w:w="3408" w:type="dxa"/>
          </w:tcPr>
          <w:p w14:paraId="1D122E7D" w14:textId="77777777" w:rsidR="00D91CA2" w:rsidRDefault="00000000">
            <w:r>
              <w:rPr>
                <w:sz w:val="16"/>
              </w:rPr>
              <w:t>Weather</w:t>
            </w:r>
          </w:p>
        </w:tc>
        <w:tc>
          <w:tcPr>
            <w:tcW w:w="3408" w:type="dxa"/>
          </w:tcPr>
          <w:p w14:paraId="5D8E3F69" w14:textId="77777777" w:rsidR="00D91CA2" w:rsidRDefault="00000000">
            <w:r>
              <w:rPr>
                <w:sz w:val="16"/>
              </w:rPr>
              <w:t>Monitor wind, rain, heat, dust and visibility conditions.</w:t>
            </w:r>
          </w:p>
        </w:tc>
      </w:tr>
      <w:tr w:rsidR="00D91CA2" w14:paraId="2FBD540A" w14:textId="77777777">
        <w:trPr>
          <w:jc w:val="center"/>
        </w:trPr>
        <w:tc>
          <w:tcPr>
            <w:tcW w:w="3408" w:type="dxa"/>
          </w:tcPr>
          <w:p w14:paraId="2D668767" w14:textId="77777777" w:rsidR="00D91CA2" w:rsidRDefault="00000000">
            <w:r>
              <w:rPr>
                <w:sz w:val="16"/>
              </w:rPr>
              <w:t>13</w:t>
            </w:r>
          </w:p>
        </w:tc>
        <w:tc>
          <w:tcPr>
            <w:tcW w:w="3408" w:type="dxa"/>
          </w:tcPr>
          <w:p w14:paraId="516533D0" w14:textId="77777777" w:rsidR="00D91CA2" w:rsidRDefault="00000000">
            <w:r>
              <w:rPr>
                <w:sz w:val="16"/>
              </w:rPr>
              <w:t>PPE</w:t>
            </w:r>
          </w:p>
        </w:tc>
        <w:tc>
          <w:tcPr>
            <w:tcW w:w="3408" w:type="dxa"/>
          </w:tcPr>
          <w:p w14:paraId="328191A6" w14:textId="77777777" w:rsidR="00D91CA2" w:rsidRDefault="00000000">
            <w:r>
              <w:rPr>
                <w:sz w:val="16"/>
              </w:rPr>
              <w:t>Provide task-specific PPE and fall-protection equipment where required.</w:t>
            </w:r>
          </w:p>
        </w:tc>
      </w:tr>
      <w:tr w:rsidR="00D91CA2" w14:paraId="235EDFE3" w14:textId="77777777">
        <w:trPr>
          <w:jc w:val="center"/>
        </w:trPr>
        <w:tc>
          <w:tcPr>
            <w:tcW w:w="3408" w:type="dxa"/>
          </w:tcPr>
          <w:p w14:paraId="0D4DC918" w14:textId="77777777" w:rsidR="00D91CA2" w:rsidRDefault="00000000">
            <w:r>
              <w:rPr>
                <w:sz w:val="16"/>
              </w:rPr>
              <w:t>14</w:t>
            </w:r>
          </w:p>
        </w:tc>
        <w:tc>
          <w:tcPr>
            <w:tcW w:w="3408" w:type="dxa"/>
          </w:tcPr>
          <w:p w14:paraId="7C285FCD" w14:textId="77777777" w:rsidR="00D91CA2" w:rsidRDefault="00000000">
            <w:r>
              <w:rPr>
                <w:sz w:val="16"/>
              </w:rPr>
              <w:t>Supervision</w:t>
            </w:r>
          </w:p>
        </w:tc>
        <w:tc>
          <w:tcPr>
            <w:tcW w:w="3408" w:type="dxa"/>
          </w:tcPr>
          <w:p w14:paraId="33F0439E" w14:textId="77777777" w:rsidR="00D91CA2" w:rsidRDefault="00000000">
            <w:r>
              <w:rPr>
                <w:sz w:val="16"/>
              </w:rPr>
              <w:t>Provide adequate supervision proportional to risk and competency.</w:t>
            </w:r>
          </w:p>
        </w:tc>
      </w:tr>
      <w:tr w:rsidR="00D91CA2" w14:paraId="5C24CB9D" w14:textId="77777777">
        <w:trPr>
          <w:jc w:val="center"/>
        </w:trPr>
        <w:tc>
          <w:tcPr>
            <w:tcW w:w="3408" w:type="dxa"/>
          </w:tcPr>
          <w:p w14:paraId="09BFD8FE" w14:textId="77777777" w:rsidR="00D91CA2" w:rsidRDefault="00000000">
            <w:r>
              <w:rPr>
                <w:sz w:val="16"/>
              </w:rPr>
              <w:t>15</w:t>
            </w:r>
          </w:p>
        </w:tc>
        <w:tc>
          <w:tcPr>
            <w:tcW w:w="3408" w:type="dxa"/>
          </w:tcPr>
          <w:p w14:paraId="1FF42D5D" w14:textId="77777777" w:rsidR="00D91CA2" w:rsidRDefault="00000000">
            <w:r>
              <w:rPr>
                <w:sz w:val="16"/>
              </w:rPr>
              <w:t>Rescue</w:t>
            </w:r>
          </w:p>
        </w:tc>
        <w:tc>
          <w:tcPr>
            <w:tcW w:w="3408" w:type="dxa"/>
          </w:tcPr>
          <w:p w14:paraId="757D1F40" w14:textId="77777777" w:rsidR="00D91CA2" w:rsidRDefault="00000000">
            <w:r>
              <w:rPr>
                <w:sz w:val="16"/>
              </w:rPr>
              <w:t>Establish a suitable rescue plan before using fall-arrest systems.</w:t>
            </w:r>
          </w:p>
        </w:tc>
      </w:tr>
    </w:tbl>
    <w:p w14:paraId="0AA43F7F" w14:textId="77777777" w:rsidR="00D91CA2" w:rsidRDefault="00D91CA2"/>
    <w:p w14:paraId="5A24AF78" w14:textId="77777777" w:rsidR="00D91CA2" w:rsidRDefault="00000000">
      <w:pPr>
        <w:pStyle w:val="Heading1"/>
      </w:pPr>
      <w:r>
        <w:t>7. Equipment and Systems Covered</w:t>
      </w:r>
    </w:p>
    <w:p w14:paraId="4C6C819C" w14:textId="77777777" w:rsidR="00D91CA2" w:rsidRDefault="00000000">
      <w:r>
        <w:t>The assessment considers commonly used work-at-height equipment and protection systems, including scaffolds, mobile towers, ladders, step ladders, temporary platforms, MEWPs, guardrails, edge protection, safety nets, fall-restraint systems, fall-arrest systems, harnesses, lanyards, lifelines, anchor points, access stairs and roof-access systems. Equipment must be selected and used according to the task and assessed conditions.</w:t>
      </w:r>
    </w:p>
    <w:p w14:paraId="79B5108A" w14:textId="77777777" w:rsidR="00D91CA2" w:rsidRDefault="00000000">
      <w:pPr>
        <w:pStyle w:val="Heading1"/>
      </w:pPr>
      <w:r>
        <w:lastRenderedPageBreak/>
        <w:t>8. Risk Assessment Methodology</w:t>
      </w:r>
    </w:p>
    <w:p w14:paraId="32487A4A" w14:textId="77777777" w:rsidR="00D91CA2" w:rsidRDefault="00000000">
      <w:r>
        <w:t>Risk is assessed using a 5 × 5 matrix. The risk score is calculated as Likelihood × Severity. Initial risk represents the exposure before additional controls are applied; residual risk represents the expected risk after the specified controls are implemented and verified.</w:t>
      </w:r>
    </w:p>
    <w:tbl>
      <w:tblPr>
        <w:tblStyle w:val="TableGrid"/>
        <w:tblW w:w="0" w:type="auto"/>
        <w:jc w:val="center"/>
        <w:tblLook w:val="04A0" w:firstRow="1" w:lastRow="0" w:firstColumn="1" w:lastColumn="0" w:noHBand="0" w:noVBand="1"/>
      </w:tblPr>
      <w:tblGrid>
        <w:gridCol w:w="5112"/>
        <w:gridCol w:w="5112"/>
      </w:tblGrid>
      <w:tr w:rsidR="00D91CA2" w14:paraId="595A6238" w14:textId="77777777">
        <w:trPr>
          <w:jc w:val="center"/>
        </w:trPr>
        <w:tc>
          <w:tcPr>
            <w:tcW w:w="5112" w:type="dxa"/>
            <w:shd w:val="clear" w:color="auto" w:fill="0F3D5E"/>
            <w:vAlign w:val="center"/>
          </w:tcPr>
          <w:p w14:paraId="218841FA" w14:textId="77777777" w:rsidR="00D91CA2" w:rsidRDefault="00000000">
            <w:r>
              <w:rPr>
                <w:b/>
                <w:color w:val="FFFFFF"/>
              </w:rPr>
              <w:t>Likelihood</w:t>
            </w:r>
          </w:p>
        </w:tc>
        <w:tc>
          <w:tcPr>
            <w:tcW w:w="5112" w:type="dxa"/>
            <w:shd w:val="clear" w:color="auto" w:fill="0F3D5E"/>
            <w:vAlign w:val="center"/>
          </w:tcPr>
          <w:p w14:paraId="0357C62D" w14:textId="77777777" w:rsidR="00D91CA2" w:rsidRDefault="00000000">
            <w:r>
              <w:rPr>
                <w:b/>
                <w:color w:val="FFFFFF"/>
              </w:rPr>
              <w:t>Description</w:t>
            </w:r>
          </w:p>
        </w:tc>
      </w:tr>
      <w:tr w:rsidR="00D91CA2" w14:paraId="7840F948" w14:textId="77777777">
        <w:trPr>
          <w:jc w:val="center"/>
        </w:trPr>
        <w:tc>
          <w:tcPr>
            <w:tcW w:w="5112" w:type="dxa"/>
          </w:tcPr>
          <w:p w14:paraId="7B76EF2F" w14:textId="77777777" w:rsidR="00D91CA2" w:rsidRDefault="00000000">
            <w:r>
              <w:rPr>
                <w:sz w:val="17"/>
              </w:rPr>
              <w:t>1</w:t>
            </w:r>
          </w:p>
        </w:tc>
        <w:tc>
          <w:tcPr>
            <w:tcW w:w="5112" w:type="dxa"/>
          </w:tcPr>
          <w:p w14:paraId="1CC2CD0C" w14:textId="77777777" w:rsidR="00D91CA2" w:rsidRDefault="00000000">
            <w:r>
              <w:rPr>
                <w:sz w:val="17"/>
              </w:rPr>
              <w:t>Rare</w:t>
            </w:r>
          </w:p>
        </w:tc>
      </w:tr>
      <w:tr w:rsidR="00D91CA2" w14:paraId="26052913" w14:textId="77777777">
        <w:trPr>
          <w:jc w:val="center"/>
        </w:trPr>
        <w:tc>
          <w:tcPr>
            <w:tcW w:w="5112" w:type="dxa"/>
          </w:tcPr>
          <w:p w14:paraId="6FA83AA3" w14:textId="77777777" w:rsidR="00D91CA2" w:rsidRDefault="00000000">
            <w:r>
              <w:rPr>
                <w:sz w:val="17"/>
              </w:rPr>
              <w:t>2</w:t>
            </w:r>
          </w:p>
        </w:tc>
        <w:tc>
          <w:tcPr>
            <w:tcW w:w="5112" w:type="dxa"/>
          </w:tcPr>
          <w:p w14:paraId="23DE663E" w14:textId="77777777" w:rsidR="00D91CA2" w:rsidRDefault="00000000">
            <w:r>
              <w:rPr>
                <w:sz w:val="17"/>
              </w:rPr>
              <w:t>Unlikely</w:t>
            </w:r>
          </w:p>
        </w:tc>
      </w:tr>
      <w:tr w:rsidR="00D91CA2" w14:paraId="69500645" w14:textId="77777777">
        <w:trPr>
          <w:jc w:val="center"/>
        </w:trPr>
        <w:tc>
          <w:tcPr>
            <w:tcW w:w="5112" w:type="dxa"/>
          </w:tcPr>
          <w:p w14:paraId="2F057B7F" w14:textId="77777777" w:rsidR="00D91CA2" w:rsidRDefault="00000000">
            <w:r>
              <w:rPr>
                <w:sz w:val="17"/>
              </w:rPr>
              <w:t>3</w:t>
            </w:r>
          </w:p>
        </w:tc>
        <w:tc>
          <w:tcPr>
            <w:tcW w:w="5112" w:type="dxa"/>
          </w:tcPr>
          <w:p w14:paraId="005F7675" w14:textId="77777777" w:rsidR="00D91CA2" w:rsidRDefault="00000000">
            <w:r>
              <w:rPr>
                <w:sz w:val="17"/>
              </w:rPr>
              <w:t>Possible</w:t>
            </w:r>
          </w:p>
        </w:tc>
      </w:tr>
      <w:tr w:rsidR="00D91CA2" w14:paraId="45AC5758" w14:textId="77777777">
        <w:trPr>
          <w:jc w:val="center"/>
        </w:trPr>
        <w:tc>
          <w:tcPr>
            <w:tcW w:w="5112" w:type="dxa"/>
          </w:tcPr>
          <w:p w14:paraId="3E0D85DF" w14:textId="77777777" w:rsidR="00D91CA2" w:rsidRDefault="00000000">
            <w:r>
              <w:rPr>
                <w:sz w:val="17"/>
              </w:rPr>
              <w:t>4</w:t>
            </w:r>
          </w:p>
        </w:tc>
        <w:tc>
          <w:tcPr>
            <w:tcW w:w="5112" w:type="dxa"/>
          </w:tcPr>
          <w:p w14:paraId="27D58717" w14:textId="77777777" w:rsidR="00D91CA2" w:rsidRDefault="00000000">
            <w:r>
              <w:rPr>
                <w:sz w:val="17"/>
              </w:rPr>
              <w:t>Likely</w:t>
            </w:r>
          </w:p>
        </w:tc>
      </w:tr>
      <w:tr w:rsidR="00D91CA2" w14:paraId="1378A00F" w14:textId="77777777">
        <w:trPr>
          <w:jc w:val="center"/>
        </w:trPr>
        <w:tc>
          <w:tcPr>
            <w:tcW w:w="5112" w:type="dxa"/>
          </w:tcPr>
          <w:p w14:paraId="7F9FAA93" w14:textId="77777777" w:rsidR="00D91CA2" w:rsidRDefault="00000000">
            <w:r>
              <w:rPr>
                <w:sz w:val="17"/>
              </w:rPr>
              <w:t>5</w:t>
            </w:r>
          </w:p>
        </w:tc>
        <w:tc>
          <w:tcPr>
            <w:tcW w:w="5112" w:type="dxa"/>
          </w:tcPr>
          <w:p w14:paraId="2B5FC0EA" w14:textId="77777777" w:rsidR="00D91CA2" w:rsidRDefault="00000000">
            <w:r>
              <w:rPr>
                <w:sz w:val="17"/>
              </w:rPr>
              <w:t>Almost Certain</w:t>
            </w:r>
          </w:p>
        </w:tc>
      </w:tr>
    </w:tbl>
    <w:p w14:paraId="15A12B21" w14:textId="77777777" w:rsidR="00D91CA2" w:rsidRDefault="00D91CA2"/>
    <w:tbl>
      <w:tblPr>
        <w:tblStyle w:val="TableGrid"/>
        <w:tblW w:w="0" w:type="auto"/>
        <w:jc w:val="center"/>
        <w:tblLook w:val="04A0" w:firstRow="1" w:lastRow="0" w:firstColumn="1" w:lastColumn="0" w:noHBand="0" w:noVBand="1"/>
      </w:tblPr>
      <w:tblGrid>
        <w:gridCol w:w="5112"/>
        <w:gridCol w:w="5112"/>
      </w:tblGrid>
      <w:tr w:rsidR="00D91CA2" w14:paraId="77BBF3B8" w14:textId="77777777">
        <w:trPr>
          <w:jc w:val="center"/>
        </w:trPr>
        <w:tc>
          <w:tcPr>
            <w:tcW w:w="5112" w:type="dxa"/>
            <w:shd w:val="clear" w:color="auto" w:fill="0F3D5E"/>
            <w:vAlign w:val="center"/>
          </w:tcPr>
          <w:p w14:paraId="630055FF" w14:textId="77777777" w:rsidR="00D91CA2" w:rsidRDefault="00000000">
            <w:r>
              <w:rPr>
                <w:b/>
                <w:color w:val="FFFFFF"/>
              </w:rPr>
              <w:t>Severity</w:t>
            </w:r>
          </w:p>
        </w:tc>
        <w:tc>
          <w:tcPr>
            <w:tcW w:w="5112" w:type="dxa"/>
            <w:shd w:val="clear" w:color="auto" w:fill="0F3D5E"/>
            <w:vAlign w:val="center"/>
          </w:tcPr>
          <w:p w14:paraId="1EEFFCA4" w14:textId="77777777" w:rsidR="00D91CA2" w:rsidRDefault="00000000">
            <w:r>
              <w:rPr>
                <w:b/>
                <w:color w:val="FFFFFF"/>
              </w:rPr>
              <w:t>Description</w:t>
            </w:r>
          </w:p>
        </w:tc>
      </w:tr>
      <w:tr w:rsidR="00D91CA2" w14:paraId="2443A306" w14:textId="77777777">
        <w:trPr>
          <w:jc w:val="center"/>
        </w:trPr>
        <w:tc>
          <w:tcPr>
            <w:tcW w:w="5112" w:type="dxa"/>
          </w:tcPr>
          <w:p w14:paraId="0081D960" w14:textId="77777777" w:rsidR="00D91CA2" w:rsidRDefault="00000000">
            <w:r>
              <w:rPr>
                <w:sz w:val="17"/>
              </w:rPr>
              <w:t>1</w:t>
            </w:r>
          </w:p>
        </w:tc>
        <w:tc>
          <w:tcPr>
            <w:tcW w:w="5112" w:type="dxa"/>
          </w:tcPr>
          <w:p w14:paraId="107CF159" w14:textId="77777777" w:rsidR="00D91CA2" w:rsidRDefault="00000000">
            <w:r>
              <w:rPr>
                <w:sz w:val="17"/>
              </w:rPr>
              <w:t>Minor injury</w:t>
            </w:r>
          </w:p>
        </w:tc>
      </w:tr>
      <w:tr w:rsidR="00D91CA2" w14:paraId="12BD74E0" w14:textId="77777777">
        <w:trPr>
          <w:jc w:val="center"/>
        </w:trPr>
        <w:tc>
          <w:tcPr>
            <w:tcW w:w="5112" w:type="dxa"/>
          </w:tcPr>
          <w:p w14:paraId="51D1EB4B" w14:textId="77777777" w:rsidR="00D91CA2" w:rsidRDefault="00000000">
            <w:r>
              <w:rPr>
                <w:sz w:val="17"/>
              </w:rPr>
              <w:t>2</w:t>
            </w:r>
          </w:p>
        </w:tc>
        <w:tc>
          <w:tcPr>
            <w:tcW w:w="5112" w:type="dxa"/>
          </w:tcPr>
          <w:p w14:paraId="7D3C70B9" w14:textId="77777777" w:rsidR="00D91CA2" w:rsidRDefault="00000000">
            <w:r>
              <w:rPr>
                <w:sz w:val="17"/>
              </w:rPr>
              <w:t>First-aid injury</w:t>
            </w:r>
          </w:p>
        </w:tc>
      </w:tr>
      <w:tr w:rsidR="00D91CA2" w14:paraId="746141AC" w14:textId="77777777">
        <w:trPr>
          <w:jc w:val="center"/>
        </w:trPr>
        <w:tc>
          <w:tcPr>
            <w:tcW w:w="5112" w:type="dxa"/>
          </w:tcPr>
          <w:p w14:paraId="09397F08" w14:textId="77777777" w:rsidR="00D91CA2" w:rsidRDefault="00000000">
            <w:r>
              <w:rPr>
                <w:sz w:val="17"/>
              </w:rPr>
              <w:t>3</w:t>
            </w:r>
          </w:p>
        </w:tc>
        <w:tc>
          <w:tcPr>
            <w:tcW w:w="5112" w:type="dxa"/>
          </w:tcPr>
          <w:p w14:paraId="7DCB1E95" w14:textId="77777777" w:rsidR="00D91CA2" w:rsidRDefault="00000000">
            <w:r>
              <w:rPr>
                <w:sz w:val="17"/>
              </w:rPr>
              <w:t>Medical treatment injury</w:t>
            </w:r>
          </w:p>
        </w:tc>
      </w:tr>
      <w:tr w:rsidR="00D91CA2" w14:paraId="5334C4E4" w14:textId="77777777">
        <w:trPr>
          <w:jc w:val="center"/>
        </w:trPr>
        <w:tc>
          <w:tcPr>
            <w:tcW w:w="5112" w:type="dxa"/>
          </w:tcPr>
          <w:p w14:paraId="522153F3" w14:textId="77777777" w:rsidR="00D91CA2" w:rsidRDefault="00000000">
            <w:r>
              <w:rPr>
                <w:sz w:val="17"/>
              </w:rPr>
              <w:t>4</w:t>
            </w:r>
          </w:p>
        </w:tc>
        <w:tc>
          <w:tcPr>
            <w:tcW w:w="5112" w:type="dxa"/>
          </w:tcPr>
          <w:p w14:paraId="639E83D7" w14:textId="77777777" w:rsidR="00D91CA2" w:rsidRDefault="00000000">
            <w:r>
              <w:rPr>
                <w:sz w:val="17"/>
              </w:rPr>
              <w:t>Serious / major injury</w:t>
            </w:r>
          </w:p>
        </w:tc>
      </w:tr>
      <w:tr w:rsidR="00D91CA2" w14:paraId="7FD873F4" w14:textId="77777777">
        <w:trPr>
          <w:jc w:val="center"/>
        </w:trPr>
        <w:tc>
          <w:tcPr>
            <w:tcW w:w="5112" w:type="dxa"/>
          </w:tcPr>
          <w:p w14:paraId="2A724D59" w14:textId="77777777" w:rsidR="00D91CA2" w:rsidRDefault="00000000">
            <w:r>
              <w:rPr>
                <w:sz w:val="17"/>
              </w:rPr>
              <w:t>5</w:t>
            </w:r>
          </w:p>
        </w:tc>
        <w:tc>
          <w:tcPr>
            <w:tcW w:w="5112" w:type="dxa"/>
          </w:tcPr>
          <w:p w14:paraId="7E0E2618" w14:textId="77777777" w:rsidR="00D91CA2" w:rsidRDefault="00000000">
            <w:r>
              <w:rPr>
                <w:sz w:val="17"/>
              </w:rPr>
              <w:t>Fatality / catastrophic consequence</w:t>
            </w:r>
          </w:p>
        </w:tc>
      </w:tr>
    </w:tbl>
    <w:p w14:paraId="2DE566FB" w14:textId="77777777" w:rsidR="00D91CA2" w:rsidRDefault="00D91CA2"/>
    <w:p w14:paraId="54AC7117" w14:textId="77777777" w:rsidR="00D91CA2" w:rsidRDefault="00000000">
      <w:pPr>
        <w:pStyle w:val="Heading1"/>
      </w:pPr>
      <w:r>
        <w:t>9. Risk Classification</w:t>
      </w:r>
    </w:p>
    <w:tbl>
      <w:tblPr>
        <w:tblStyle w:val="TableGrid"/>
        <w:tblW w:w="0" w:type="auto"/>
        <w:jc w:val="center"/>
        <w:tblLook w:val="04A0" w:firstRow="1" w:lastRow="0" w:firstColumn="1" w:lastColumn="0" w:noHBand="0" w:noVBand="1"/>
      </w:tblPr>
      <w:tblGrid>
        <w:gridCol w:w="3408"/>
        <w:gridCol w:w="3408"/>
        <w:gridCol w:w="3408"/>
      </w:tblGrid>
      <w:tr w:rsidR="00D91CA2" w14:paraId="7B556A63" w14:textId="77777777">
        <w:trPr>
          <w:jc w:val="center"/>
        </w:trPr>
        <w:tc>
          <w:tcPr>
            <w:tcW w:w="3408" w:type="dxa"/>
            <w:shd w:val="clear" w:color="auto" w:fill="0F3D5E"/>
            <w:vAlign w:val="center"/>
          </w:tcPr>
          <w:p w14:paraId="767B6B40" w14:textId="77777777" w:rsidR="00D91CA2" w:rsidRDefault="00000000">
            <w:r>
              <w:rPr>
                <w:b/>
                <w:color w:val="FFFFFF"/>
              </w:rPr>
              <w:t>Score</w:t>
            </w:r>
          </w:p>
        </w:tc>
        <w:tc>
          <w:tcPr>
            <w:tcW w:w="3408" w:type="dxa"/>
            <w:shd w:val="clear" w:color="auto" w:fill="0F3D5E"/>
            <w:vAlign w:val="center"/>
          </w:tcPr>
          <w:p w14:paraId="77CE65AA" w14:textId="77777777" w:rsidR="00D91CA2" w:rsidRDefault="00000000">
            <w:r>
              <w:rPr>
                <w:b/>
                <w:color w:val="FFFFFF"/>
              </w:rPr>
              <w:t>Risk Level</w:t>
            </w:r>
          </w:p>
        </w:tc>
        <w:tc>
          <w:tcPr>
            <w:tcW w:w="3408" w:type="dxa"/>
            <w:shd w:val="clear" w:color="auto" w:fill="0F3D5E"/>
            <w:vAlign w:val="center"/>
          </w:tcPr>
          <w:p w14:paraId="441F2EDB" w14:textId="77777777" w:rsidR="00D91CA2" w:rsidRDefault="00000000">
            <w:r>
              <w:rPr>
                <w:b/>
                <w:color w:val="FFFFFF"/>
              </w:rPr>
              <w:t>General Action</w:t>
            </w:r>
          </w:p>
        </w:tc>
      </w:tr>
      <w:tr w:rsidR="00D91CA2" w14:paraId="12EAA509" w14:textId="77777777">
        <w:trPr>
          <w:jc w:val="center"/>
        </w:trPr>
        <w:tc>
          <w:tcPr>
            <w:tcW w:w="3408" w:type="dxa"/>
          </w:tcPr>
          <w:p w14:paraId="16DF4836" w14:textId="77777777" w:rsidR="00D91CA2" w:rsidRDefault="00000000">
            <w:r>
              <w:rPr>
                <w:sz w:val="17"/>
              </w:rPr>
              <w:t>1–4</w:t>
            </w:r>
          </w:p>
        </w:tc>
        <w:tc>
          <w:tcPr>
            <w:tcW w:w="3408" w:type="dxa"/>
          </w:tcPr>
          <w:p w14:paraId="0EE1F6FE" w14:textId="77777777" w:rsidR="00D91CA2" w:rsidRDefault="00000000">
            <w:r>
              <w:rPr>
                <w:sz w:val="17"/>
              </w:rPr>
              <w:t>Low</w:t>
            </w:r>
          </w:p>
        </w:tc>
        <w:tc>
          <w:tcPr>
            <w:tcW w:w="3408" w:type="dxa"/>
          </w:tcPr>
          <w:p w14:paraId="0DCD2AAB" w14:textId="77777777" w:rsidR="00D91CA2" w:rsidRDefault="00000000">
            <w:r>
              <w:rPr>
                <w:sz w:val="17"/>
              </w:rPr>
              <w:t>Maintain controls and monitor.</w:t>
            </w:r>
          </w:p>
        </w:tc>
      </w:tr>
      <w:tr w:rsidR="00D91CA2" w14:paraId="21164DA0" w14:textId="77777777">
        <w:trPr>
          <w:jc w:val="center"/>
        </w:trPr>
        <w:tc>
          <w:tcPr>
            <w:tcW w:w="3408" w:type="dxa"/>
          </w:tcPr>
          <w:p w14:paraId="4ECA059D" w14:textId="77777777" w:rsidR="00D91CA2" w:rsidRDefault="00000000">
            <w:r>
              <w:rPr>
                <w:sz w:val="17"/>
              </w:rPr>
              <w:t>5–9</w:t>
            </w:r>
          </w:p>
        </w:tc>
        <w:tc>
          <w:tcPr>
            <w:tcW w:w="3408" w:type="dxa"/>
          </w:tcPr>
          <w:p w14:paraId="37462C7B" w14:textId="77777777" w:rsidR="00D91CA2" w:rsidRDefault="00000000">
            <w:r>
              <w:rPr>
                <w:sz w:val="17"/>
              </w:rPr>
              <w:t>Medium</w:t>
            </w:r>
          </w:p>
        </w:tc>
        <w:tc>
          <w:tcPr>
            <w:tcW w:w="3408" w:type="dxa"/>
          </w:tcPr>
          <w:p w14:paraId="1A25395C" w14:textId="77777777" w:rsidR="00D91CA2" w:rsidRDefault="00000000">
            <w:r>
              <w:rPr>
                <w:sz w:val="17"/>
              </w:rPr>
              <w:t>Improve controls where reasonably practicable.</w:t>
            </w:r>
          </w:p>
        </w:tc>
      </w:tr>
      <w:tr w:rsidR="00D91CA2" w14:paraId="65C0BBDE" w14:textId="77777777">
        <w:trPr>
          <w:jc w:val="center"/>
        </w:trPr>
        <w:tc>
          <w:tcPr>
            <w:tcW w:w="3408" w:type="dxa"/>
          </w:tcPr>
          <w:p w14:paraId="6FACA660" w14:textId="77777777" w:rsidR="00D91CA2" w:rsidRDefault="00000000">
            <w:r>
              <w:rPr>
                <w:sz w:val="17"/>
              </w:rPr>
              <w:t>10–16</w:t>
            </w:r>
          </w:p>
        </w:tc>
        <w:tc>
          <w:tcPr>
            <w:tcW w:w="3408" w:type="dxa"/>
          </w:tcPr>
          <w:p w14:paraId="4D779401" w14:textId="77777777" w:rsidR="00D91CA2" w:rsidRDefault="00000000">
            <w:r>
              <w:rPr>
                <w:sz w:val="17"/>
              </w:rPr>
              <w:t>High</w:t>
            </w:r>
          </w:p>
        </w:tc>
        <w:tc>
          <w:tcPr>
            <w:tcW w:w="3408" w:type="dxa"/>
          </w:tcPr>
          <w:p w14:paraId="7F75D030" w14:textId="77777777" w:rsidR="00D91CA2" w:rsidRDefault="00000000">
            <w:r>
              <w:rPr>
                <w:sz w:val="17"/>
              </w:rPr>
              <w:t>Immediate management attention and additional controls required.</w:t>
            </w:r>
          </w:p>
        </w:tc>
      </w:tr>
      <w:tr w:rsidR="00D91CA2" w14:paraId="2F533A95" w14:textId="77777777">
        <w:trPr>
          <w:jc w:val="center"/>
        </w:trPr>
        <w:tc>
          <w:tcPr>
            <w:tcW w:w="3408" w:type="dxa"/>
          </w:tcPr>
          <w:p w14:paraId="2DF42C5C" w14:textId="77777777" w:rsidR="00D91CA2" w:rsidRDefault="00000000">
            <w:r>
              <w:rPr>
                <w:sz w:val="17"/>
              </w:rPr>
              <w:t>17–25</w:t>
            </w:r>
          </w:p>
        </w:tc>
        <w:tc>
          <w:tcPr>
            <w:tcW w:w="3408" w:type="dxa"/>
          </w:tcPr>
          <w:p w14:paraId="0B5690CE" w14:textId="77777777" w:rsidR="00D91CA2" w:rsidRDefault="00000000">
            <w:r>
              <w:rPr>
                <w:sz w:val="17"/>
              </w:rPr>
              <w:t>Very High</w:t>
            </w:r>
          </w:p>
        </w:tc>
        <w:tc>
          <w:tcPr>
            <w:tcW w:w="3408" w:type="dxa"/>
          </w:tcPr>
          <w:p w14:paraId="12FDD7FA" w14:textId="77777777" w:rsidR="00D91CA2" w:rsidRDefault="00000000">
            <w:r>
              <w:rPr>
                <w:sz w:val="17"/>
              </w:rPr>
              <w:t>Work should not proceed until adequate controls reduce the risk.</w:t>
            </w:r>
          </w:p>
        </w:tc>
      </w:tr>
    </w:tbl>
    <w:p w14:paraId="26FB38C7" w14:textId="77777777" w:rsidR="00D91CA2" w:rsidRDefault="00D91CA2"/>
    <w:p w14:paraId="0EBDEB2F" w14:textId="77777777" w:rsidR="00D91CA2" w:rsidRDefault="00000000">
      <w:pPr>
        <w:pStyle w:val="Heading1"/>
      </w:pPr>
      <w:r>
        <w:t>10. 5 × 5 Risk Matrix</w:t>
      </w:r>
    </w:p>
    <w:tbl>
      <w:tblPr>
        <w:tblStyle w:val="TableGrid"/>
        <w:tblW w:w="0" w:type="auto"/>
        <w:jc w:val="center"/>
        <w:tblLook w:val="04A0" w:firstRow="1" w:lastRow="0" w:firstColumn="1" w:lastColumn="0" w:noHBand="0" w:noVBand="1"/>
      </w:tblPr>
      <w:tblGrid>
        <w:gridCol w:w="1704"/>
        <w:gridCol w:w="1704"/>
        <w:gridCol w:w="1704"/>
        <w:gridCol w:w="1704"/>
        <w:gridCol w:w="1704"/>
        <w:gridCol w:w="1704"/>
      </w:tblGrid>
      <w:tr w:rsidR="00D91CA2" w14:paraId="15B56302" w14:textId="77777777">
        <w:trPr>
          <w:jc w:val="center"/>
        </w:trPr>
        <w:tc>
          <w:tcPr>
            <w:tcW w:w="1704" w:type="dxa"/>
            <w:shd w:val="clear" w:color="auto" w:fill="0F3D5E"/>
            <w:vAlign w:val="center"/>
          </w:tcPr>
          <w:p w14:paraId="26F42917" w14:textId="77777777" w:rsidR="00D91CA2" w:rsidRDefault="00000000">
            <w:r>
              <w:rPr>
                <w:b/>
                <w:color w:val="FFFFFF"/>
              </w:rPr>
              <w:t>Likelihood ↓ / Severity →</w:t>
            </w:r>
          </w:p>
        </w:tc>
        <w:tc>
          <w:tcPr>
            <w:tcW w:w="1704" w:type="dxa"/>
            <w:shd w:val="clear" w:color="auto" w:fill="0F3D5E"/>
            <w:vAlign w:val="center"/>
          </w:tcPr>
          <w:p w14:paraId="7FD927FA" w14:textId="77777777" w:rsidR="00D91CA2" w:rsidRDefault="00000000">
            <w:r>
              <w:rPr>
                <w:b/>
                <w:color w:val="FFFFFF"/>
              </w:rPr>
              <w:t>1</w:t>
            </w:r>
          </w:p>
        </w:tc>
        <w:tc>
          <w:tcPr>
            <w:tcW w:w="1704" w:type="dxa"/>
            <w:shd w:val="clear" w:color="auto" w:fill="0F3D5E"/>
            <w:vAlign w:val="center"/>
          </w:tcPr>
          <w:p w14:paraId="48DF8CBE" w14:textId="77777777" w:rsidR="00D91CA2" w:rsidRDefault="00000000">
            <w:r>
              <w:rPr>
                <w:b/>
                <w:color w:val="FFFFFF"/>
              </w:rPr>
              <w:t>2</w:t>
            </w:r>
          </w:p>
        </w:tc>
        <w:tc>
          <w:tcPr>
            <w:tcW w:w="1704" w:type="dxa"/>
            <w:shd w:val="clear" w:color="auto" w:fill="0F3D5E"/>
            <w:vAlign w:val="center"/>
          </w:tcPr>
          <w:p w14:paraId="432736A8" w14:textId="77777777" w:rsidR="00D91CA2" w:rsidRDefault="00000000">
            <w:r>
              <w:rPr>
                <w:b/>
                <w:color w:val="FFFFFF"/>
              </w:rPr>
              <w:t>3</w:t>
            </w:r>
          </w:p>
        </w:tc>
        <w:tc>
          <w:tcPr>
            <w:tcW w:w="1704" w:type="dxa"/>
            <w:shd w:val="clear" w:color="auto" w:fill="0F3D5E"/>
            <w:vAlign w:val="center"/>
          </w:tcPr>
          <w:p w14:paraId="52689882" w14:textId="77777777" w:rsidR="00D91CA2" w:rsidRDefault="00000000">
            <w:r>
              <w:rPr>
                <w:b/>
                <w:color w:val="FFFFFF"/>
              </w:rPr>
              <w:t>4</w:t>
            </w:r>
          </w:p>
        </w:tc>
        <w:tc>
          <w:tcPr>
            <w:tcW w:w="1704" w:type="dxa"/>
            <w:shd w:val="clear" w:color="auto" w:fill="0F3D5E"/>
            <w:vAlign w:val="center"/>
          </w:tcPr>
          <w:p w14:paraId="11AF8607" w14:textId="77777777" w:rsidR="00D91CA2" w:rsidRDefault="00000000">
            <w:r>
              <w:rPr>
                <w:b/>
                <w:color w:val="FFFFFF"/>
              </w:rPr>
              <w:t>5</w:t>
            </w:r>
          </w:p>
        </w:tc>
      </w:tr>
      <w:tr w:rsidR="00D91CA2" w14:paraId="5445731E" w14:textId="77777777">
        <w:trPr>
          <w:jc w:val="center"/>
        </w:trPr>
        <w:tc>
          <w:tcPr>
            <w:tcW w:w="1704" w:type="dxa"/>
          </w:tcPr>
          <w:p w14:paraId="6AA3FA7F" w14:textId="77777777" w:rsidR="00D91CA2" w:rsidRDefault="00000000">
            <w:r>
              <w:rPr>
                <w:sz w:val="17"/>
              </w:rPr>
              <w:t>5 Almost Certain</w:t>
            </w:r>
          </w:p>
        </w:tc>
        <w:tc>
          <w:tcPr>
            <w:tcW w:w="1704" w:type="dxa"/>
          </w:tcPr>
          <w:p w14:paraId="2FCDD1E0" w14:textId="77777777" w:rsidR="00D91CA2" w:rsidRDefault="00000000">
            <w:r>
              <w:rPr>
                <w:sz w:val="17"/>
              </w:rPr>
              <w:t>5</w:t>
            </w:r>
          </w:p>
        </w:tc>
        <w:tc>
          <w:tcPr>
            <w:tcW w:w="1704" w:type="dxa"/>
          </w:tcPr>
          <w:p w14:paraId="05F93BE5" w14:textId="77777777" w:rsidR="00D91CA2" w:rsidRDefault="00000000">
            <w:r>
              <w:rPr>
                <w:sz w:val="17"/>
              </w:rPr>
              <w:t>10</w:t>
            </w:r>
          </w:p>
        </w:tc>
        <w:tc>
          <w:tcPr>
            <w:tcW w:w="1704" w:type="dxa"/>
          </w:tcPr>
          <w:p w14:paraId="457B788A" w14:textId="77777777" w:rsidR="00D91CA2" w:rsidRDefault="00000000">
            <w:r>
              <w:rPr>
                <w:sz w:val="17"/>
              </w:rPr>
              <w:t>15</w:t>
            </w:r>
          </w:p>
        </w:tc>
        <w:tc>
          <w:tcPr>
            <w:tcW w:w="1704" w:type="dxa"/>
          </w:tcPr>
          <w:p w14:paraId="2CCC1063" w14:textId="77777777" w:rsidR="00D91CA2" w:rsidRDefault="00000000">
            <w:r>
              <w:rPr>
                <w:sz w:val="17"/>
              </w:rPr>
              <w:t>20</w:t>
            </w:r>
          </w:p>
        </w:tc>
        <w:tc>
          <w:tcPr>
            <w:tcW w:w="1704" w:type="dxa"/>
          </w:tcPr>
          <w:p w14:paraId="2B9D8008" w14:textId="77777777" w:rsidR="00D91CA2" w:rsidRDefault="00000000">
            <w:r>
              <w:rPr>
                <w:sz w:val="17"/>
              </w:rPr>
              <w:t>25</w:t>
            </w:r>
          </w:p>
        </w:tc>
      </w:tr>
      <w:tr w:rsidR="00D91CA2" w14:paraId="69A2A65F" w14:textId="77777777">
        <w:trPr>
          <w:jc w:val="center"/>
        </w:trPr>
        <w:tc>
          <w:tcPr>
            <w:tcW w:w="1704" w:type="dxa"/>
          </w:tcPr>
          <w:p w14:paraId="075E394B" w14:textId="77777777" w:rsidR="00D91CA2" w:rsidRDefault="00000000">
            <w:r>
              <w:rPr>
                <w:sz w:val="17"/>
              </w:rPr>
              <w:t>4 Likely</w:t>
            </w:r>
          </w:p>
        </w:tc>
        <w:tc>
          <w:tcPr>
            <w:tcW w:w="1704" w:type="dxa"/>
          </w:tcPr>
          <w:p w14:paraId="44C89B3B" w14:textId="77777777" w:rsidR="00D91CA2" w:rsidRDefault="00000000">
            <w:r>
              <w:rPr>
                <w:sz w:val="17"/>
              </w:rPr>
              <w:t>4</w:t>
            </w:r>
          </w:p>
        </w:tc>
        <w:tc>
          <w:tcPr>
            <w:tcW w:w="1704" w:type="dxa"/>
          </w:tcPr>
          <w:p w14:paraId="5EF80DFC" w14:textId="77777777" w:rsidR="00D91CA2" w:rsidRDefault="00000000">
            <w:r>
              <w:rPr>
                <w:sz w:val="17"/>
              </w:rPr>
              <w:t>8</w:t>
            </w:r>
          </w:p>
        </w:tc>
        <w:tc>
          <w:tcPr>
            <w:tcW w:w="1704" w:type="dxa"/>
          </w:tcPr>
          <w:p w14:paraId="6D3D576F" w14:textId="77777777" w:rsidR="00D91CA2" w:rsidRDefault="00000000">
            <w:r>
              <w:rPr>
                <w:sz w:val="17"/>
              </w:rPr>
              <w:t>12</w:t>
            </w:r>
          </w:p>
        </w:tc>
        <w:tc>
          <w:tcPr>
            <w:tcW w:w="1704" w:type="dxa"/>
          </w:tcPr>
          <w:p w14:paraId="655023D3" w14:textId="77777777" w:rsidR="00D91CA2" w:rsidRDefault="00000000">
            <w:r>
              <w:rPr>
                <w:sz w:val="17"/>
              </w:rPr>
              <w:t>16</w:t>
            </w:r>
          </w:p>
        </w:tc>
        <w:tc>
          <w:tcPr>
            <w:tcW w:w="1704" w:type="dxa"/>
          </w:tcPr>
          <w:p w14:paraId="4E7B4213" w14:textId="77777777" w:rsidR="00D91CA2" w:rsidRDefault="00000000">
            <w:r>
              <w:rPr>
                <w:sz w:val="17"/>
              </w:rPr>
              <w:t>20</w:t>
            </w:r>
          </w:p>
        </w:tc>
      </w:tr>
      <w:tr w:rsidR="00D91CA2" w14:paraId="18629088" w14:textId="77777777">
        <w:trPr>
          <w:jc w:val="center"/>
        </w:trPr>
        <w:tc>
          <w:tcPr>
            <w:tcW w:w="1704" w:type="dxa"/>
          </w:tcPr>
          <w:p w14:paraId="1FD571B1" w14:textId="77777777" w:rsidR="00D91CA2" w:rsidRDefault="00000000">
            <w:r>
              <w:rPr>
                <w:sz w:val="17"/>
              </w:rPr>
              <w:t>3 Possible</w:t>
            </w:r>
          </w:p>
        </w:tc>
        <w:tc>
          <w:tcPr>
            <w:tcW w:w="1704" w:type="dxa"/>
          </w:tcPr>
          <w:p w14:paraId="5A774B59" w14:textId="77777777" w:rsidR="00D91CA2" w:rsidRDefault="00000000">
            <w:r>
              <w:rPr>
                <w:sz w:val="17"/>
              </w:rPr>
              <w:t>3</w:t>
            </w:r>
          </w:p>
        </w:tc>
        <w:tc>
          <w:tcPr>
            <w:tcW w:w="1704" w:type="dxa"/>
          </w:tcPr>
          <w:p w14:paraId="2D926A14" w14:textId="77777777" w:rsidR="00D91CA2" w:rsidRDefault="00000000">
            <w:r>
              <w:rPr>
                <w:sz w:val="17"/>
              </w:rPr>
              <w:t>6</w:t>
            </w:r>
          </w:p>
        </w:tc>
        <w:tc>
          <w:tcPr>
            <w:tcW w:w="1704" w:type="dxa"/>
          </w:tcPr>
          <w:p w14:paraId="64FC4573" w14:textId="77777777" w:rsidR="00D91CA2" w:rsidRDefault="00000000">
            <w:r>
              <w:rPr>
                <w:sz w:val="17"/>
              </w:rPr>
              <w:t>9</w:t>
            </w:r>
          </w:p>
        </w:tc>
        <w:tc>
          <w:tcPr>
            <w:tcW w:w="1704" w:type="dxa"/>
          </w:tcPr>
          <w:p w14:paraId="3D0131DB" w14:textId="77777777" w:rsidR="00D91CA2" w:rsidRDefault="00000000">
            <w:r>
              <w:rPr>
                <w:sz w:val="17"/>
              </w:rPr>
              <w:t>12</w:t>
            </w:r>
          </w:p>
        </w:tc>
        <w:tc>
          <w:tcPr>
            <w:tcW w:w="1704" w:type="dxa"/>
          </w:tcPr>
          <w:p w14:paraId="71E279AB" w14:textId="77777777" w:rsidR="00D91CA2" w:rsidRDefault="00000000">
            <w:r>
              <w:rPr>
                <w:sz w:val="17"/>
              </w:rPr>
              <w:t>15</w:t>
            </w:r>
          </w:p>
        </w:tc>
      </w:tr>
      <w:tr w:rsidR="00D91CA2" w14:paraId="71C48F4A" w14:textId="77777777">
        <w:trPr>
          <w:jc w:val="center"/>
        </w:trPr>
        <w:tc>
          <w:tcPr>
            <w:tcW w:w="1704" w:type="dxa"/>
          </w:tcPr>
          <w:p w14:paraId="184F6B2E" w14:textId="77777777" w:rsidR="00D91CA2" w:rsidRDefault="00000000">
            <w:r>
              <w:rPr>
                <w:sz w:val="17"/>
              </w:rPr>
              <w:t>2 Unlikely</w:t>
            </w:r>
          </w:p>
        </w:tc>
        <w:tc>
          <w:tcPr>
            <w:tcW w:w="1704" w:type="dxa"/>
          </w:tcPr>
          <w:p w14:paraId="39CF78E9" w14:textId="77777777" w:rsidR="00D91CA2" w:rsidRDefault="00000000">
            <w:r>
              <w:rPr>
                <w:sz w:val="17"/>
              </w:rPr>
              <w:t>2</w:t>
            </w:r>
          </w:p>
        </w:tc>
        <w:tc>
          <w:tcPr>
            <w:tcW w:w="1704" w:type="dxa"/>
          </w:tcPr>
          <w:p w14:paraId="675E5B22" w14:textId="77777777" w:rsidR="00D91CA2" w:rsidRDefault="00000000">
            <w:r>
              <w:rPr>
                <w:sz w:val="17"/>
              </w:rPr>
              <w:t>4</w:t>
            </w:r>
          </w:p>
        </w:tc>
        <w:tc>
          <w:tcPr>
            <w:tcW w:w="1704" w:type="dxa"/>
          </w:tcPr>
          <w:p w14:paraId="29DB150C" w14:textId="77777777" w:rsidR="00D91CA2" w:rsidRDefault="00000000">
            <w:r>
              <w:rPr>
                <w:sz w:val="17"/>
              </w:rPr>
              <w:t>6</w:t>
            </w:r>
          </w:p>
        </w:tc>
        <w:tc>
          <w:tcPr>
            <w:tcW w:w="1704" w:type="dxa"/>
          </w:tcPr>
          <w:p w14:paraId="54C34433" w14:textId="77777777" w:rsidR="00D91CA2" w:rsidRDefault="00000000">
            <w:r>
              <w:rPr>
                <w:sz w:val="17"/>
              </w:rPr>
              <w:t>8</w:t>
            </w:r>
          </w:p>
        </w:tc>
        <w:tc>
          <w:tcPr>
            <w:tcW w:w="1704" w:type="dxa"/>
          </w:tcPr>
          <w:p w14:paraId="621C465F" w14:textId="77777777" w:rsidR="00D91CA2" w:rsidRDefault="00000000">
            <w:r>
              <w:rPr>
                <w:sz w:val="17"/>
              </w:rPr>
              <w:t>10</w:t>
            </w:r>
          </w:p>
        </w:tc>
      </w:tr>
      <w:tr w:rsidR="00D91CA2" w14:paraId="39D78491" w14:textId="77777777">
        <w:trPr>
          <w:jc w:val="center"/>
        </w:trPr>
        <w:tc>
          <w:tcPr>
            <w:tcW w:w="1704" w:type="dxa"/>
          </w:tcPr>
          <w:p w14:paraId="1CB9EF7D" w14:textId="77777777" w:rsidR="00D91CA2" w:rsidRDefault="00000000">
            <w:r>
              <w:rPr>
                <w:sz w:val="17"/>
              </w:rPr>
              <w:t>1 Rare</w:t>
            </w:r>
          </w:p>
        </w:tc>
        <w:tc>
          <w:tcPr>
            <w:tcW w:w="1704" w:type="dxa"/>
          </w:tcPr>
          <w:p w14:paraId="24254D94" w14:textId="77777777" w:rsidR="00D91CA2" w:rsidRDefault="00000000">
            <w:r>
              <w:rPr>
                <w:sz w:val="17"/>
              </w:rPr>
              <w:t>1</w:t>
            </w:r>
          </w:p>
        </w:tc>
        <w:tc>
          <w:tcPr>
            <w:tcW w:w="1704" w:type="dxa"/>
          </w:tcPr>
          <w:p w14:paraId="461DDEF6" w14:textId="77777777" w:rsidR="00D91CA2" w:rsidRDefault="00000000">
            <w:r>
              <w:rPr>
                <w:sz w:val="17"/>
              </w:rPr>
              <w:t>2</w:t>
            </w:r>
          </w:p>
        </w:tc>
        <w:tc>
          <w:tcPr>
            <w:tcW w:w="1704" w:type="dxa"/>
          </w:tcPr>
          <w:p w14:paraId="02FF660D" w14:textId="77777777" w:rsidR="00D91CA2" w:rsidRDefault="00000000">
            <w:r>
              <w:rPr>
                <w:sz w:val="17"/>
              </w:rPr>
              <w:t>3</w:t>
            </w:r>
          </w:p>
        </w:tc>
        <w:tc>
          <w:tcPr>
            <w:tcW w:w="1704" w:type="dxa"/>
          </w:tcPr>
          <w:p w14:paraId="1AFABCAB" w14:textId="77777777" w:rsidR="00D91CA2" w:rsidRDefault="00000000">
            <w:r>
              <w:rPr>
                <w:sz w:val="17"/>
              </w:rPr>
              <w:t>4</w:t>
            </w:r>
          </w:p>
        </w:tc>
        <w:tc>
          <w:tcPr>
            <w:tcW w:w="1704" w:type="dxa"/>
          </w:tcPr>
          <w:p w14:paraId="2024AB97" w14:textId="77777777" w:rsidR="00D91CA2" w:rsidRDefault="00000000">
            <w:r>
              <w:rPr>
                <w:sz w:val="17"/>
              </w:rPr>
              <w:t>5</w:t>
            </w:r>
          </w:p>
        </w:tc>
      </w:tr>
    </w:tbl>
    <w:p w14:paraId="1C0577CF" w14:textId="77777777" w:rsidR="00D91CA2" w:rsidRDefault="00D91CA2"/>
    <w:p w14:paraId="18D1FE78" w14:textId="4FC6B1EB" w:rsidR="00D91CA2" w:rsidRDefault="00D91CA2"/>
    <w:p w14:paraId="4B1BF2E5" w14:textId="77777777" w:rsidR="00D91CA2" w:rsidRDefault="00000000">
      <w:pPr>
        <w:pStyle w:val="Heading1"/>
      </w:pPr>
      <w:r>
        <w:t>11. Detailed Working at Height Risk Assessment</w:t>
      </w:r>
    </w:p>
    <w:p w14:paraId="0A4228F7" w14:textId="77777777" w:rsidR="00D91CA2" w:rsidRDefault="00000000">
      <w:r>
        <w:t>The following assessment addresses representative work-at-height hazards. The risk ratings are reference values and must be verified against actual site conditions, work methods, equipment and workforce before implementation.</w:t>
      </w:r>
    </w:p>
    <w:p w14:paraId="272A432E" w14:textId="77777777" w:rsidR="00D91CA2" w:rsidRDefault="00D91CA2">
      <w:pPr>
        <w:sectPr w:rsidR="00D91CA2">
          <w:headerReference w:type="default" r:id="rId8"/>
          <w:footerReference w:type="default" r:id="rId9"/>
          <w:pgSz w:w="12240" w:h="15840"/>
          <w:pgMar w:top="936" w:right="1008" w:bottom="936" w:left="1008" w:header="720" w:footer="720" w:gutter="0"/>
          <w:cols w:space="720"/>
          <w:docGrid w:linePitch="360"/>
        </w:sectPr>
      </w:pPr>
    </w:p>
    <w:tbl>
      <w:tblPr>
        <w:tblStyle w:val="TableGrid"/>
        <w:tblW w:w="0" w:type="auto"/>
        <w:jc w:val="center"/>
        <w:tblLook w:val="04A0" w:firstRow="1" w:lastRow="0" w:firstColumn="1" w:lastColumn="0" w:noHBand="0" w:noVBand="1"/>
      </w:tblPr>
      <w:tblGrid>
        <w:gridCol w:w="493"/>
        <w:gridCol w:w="820"/>
        <w:gridCol w:w="1143"/>
        <w:gridCol w:w="862"/>
        <w:gridCol w:w="1408"/>
        <w:gridCol w:w="1328"/>
        <w:gridCol w:w="671"/>
        <w:gridCol w:w="671"/>
        <w:gridCol w:w="676"/>
        <w:gridCol w:w="671"/>
        <w:gridCol w:w="1319"/>
        <w:gridCol w:w="910"/>
        <w:gridCol w:w="910"/>
        <w:gridCol w:w="910"/>
        <w:gridCol w:w="910"/>
        <w:gridCol w:w="1202"/>
      </w:tblGrid>
      <w:tr w:rsidR="00D91CA2" w14:paraId="5627486A" w14:textId="77777777">
        <w:trPr>
          <w:tblHeader/>
          <w:jc w:val="center"/>
        </w:trPr>
        <w:tc>
          <w:tcPr>
            <w:tcW w:w="918" w:type="dxa"/>
            <w:shd w:val="clear" w:color="auto" w:fill="0F3D5E"/>
          </w:tcPr>
          <w:p w14:paraId="1B5FFF13" w14:textId="77777777" w:rsidR="00D91CA2" w:rsidRDefault="00000000">
            <w:r>
              <w:rPr>
                <w:b/>
                <w:color w:val="FFFFFF"/>
              </w:rPr>
              <w:lastRenderedPageBreak/>
              <w:t>No.</w:t>
            </w:r>
          </w:p>
        </w:tc>
        <w:tc>
          <w:tcPr>
            <w:tcW w:w="918" w:type="dxa"/>
            <w:shd w:val="clear" w:color="auto" w:fill="0F3D5E"/>
          </w:tcPr>
          <w:p w14:paraId="4CC93AB1" w14:textId="77777777" w:rsidR="00D91CA2" w:rsidRDefault="00000000">
            <w:r>
              <w:rPr>
                <w:b/>
                <w:color w:val="FFFFFF"/>
              </w:rPr>
              <w:t>Activity / Hazard</w:t>
            </w:r>
          </w:p>
        </w:tc>
        <w:tc>
          <w:tcPr>
            <w:tcW w:w="918" w:type="dxa"/>
            <w:shd w:val="clear" w:color="auto" w:fill="0F3D5E"/>
          </w:tcPr>
          <w:p w14:paraId="5EDD7A61" w14:textId="77777777" w:rsidR="00D91CA2" w:rsidRDefault="00000000">
            <w:r>
              <w:rPr>
                <w:b/>
                <w:color w:val="FFFFFF"/>
              </w:rPr>
              <w:t>Hazard Description</w:t>
            </w:r>
          </w:p>
        </w:tc>
        <w:tc>
          <w:tcPr>
            <w:tcW w:w="918" w:type="dxa"/>
            <w:shd w:val="clear" w:color="auto" w:fill="0F3D5E"/>
          </w:tcPr>
          <w:p w14:paraId="71ACD285" w14:textId="77777777" w:rsidR="00D91CA2" w:rsidRDefault="00000000">
            <w:r>
              <w:rPr>
                <w:b/>
                <w:color w:val="FFFFFF"/>
              </w:rPr>
              <w:t>Persons at Risk</w:t>
            </w:r>
          </w:p>
        </w:tc>
        <w:tc>
          <w:tcPr>
            <w:tcW w:w="918" w:type="dxa"/>
            <w:shd w:val="clear" w:color="auto" w:fill="0F3D5E"/>
          </w:tcPr>
          <w:p w14:paraId="0E153F1E" w14:textId="77777777" w:rsidR="00D91CA2" w:rsidRDefault="00000000">
            <w:r>
              <w:rPr>
                <w:b/>
                <w:color w:val="FFFFFF"/>
              </w:rPr>
              <w:t>Potential Consequences</w:t>
            </w:r>
          </w:p>
        </w:tc>
        <w:tc>
          <w:tcPr>
            <w:tcW w:w="918" w:type="dxa"/>
            <w:shd w:val="clear" w:color="auto" w:fill="0F3D5E"/>
          </w:tcPr>
          <w:p w14:paraId="60230CAE" w14:textId="77777777" w:rsidR="00D91CA2" w:rsidRDefault="00000000">
            <w:r>
              <w:rPr>
                <w:b/>
                <w:color w:val="FFFFFF"/>
              </w:rPr>
              <w:t>Existing Control Measures</w:t>
            </w:r>
          </w:p>
        </w:tc>
        <w:tc>
          <w:tcPr>
            <w:tcW w:w="918" w:type="dxa"/>
            <w:shd w:val="clear" w:color="auto" w:fill="0F3D5E"/>
          </w:tcPr>
          <w:p w14:paraId="3BAA648D" w14:textId="77777777" w:rsidR="00D91CA2" w:rsidRDefault="00000000">
            <w:r>
              <w:rPr>
                <w:b/>
                <w:color w:val="FFFFFF"/>
              </w:rPr>
              <w:t>Initial L</w:t>
            </w:r>
          </w:p>
        </w:tc>
        <w:tc>
          <w:tcPr>
            <w:tcW w:w="918" w:type="dxa"/>
            <w:shd w:val="clear" w:color="auto" w:fill="0F3D5E"/>
          </w:tcPr>
          <w:p w14:paraId="12E039EF" w14:textId="77777777" w:rsidR="00D91CA2" w:rsidRDefault="00000000">
            <w:r>
              <w:rPr>
                <w:b/>
                <w:color w:val="FFFFFF"/>
              </w:rPr>
              <w:t>Initial S</w:t>
            </w:r>
          </w:p>
        </w:tc>
        <w:tc>
          <w:tcPr>
            <w:tcW w:w="918" w:type="dxa"/>
            <w:shd w:val="clear" w:color="auto" w:fill="0F3D5E"/>
          </w:tcPr>
          <w:p w14:paraId="3F1B4EF4" w14:textId="77777777" w:rsidR="00D91CA2" w:rsidRDefault="00000000">
            <w:r>
              <w:rPr>
                <w:b/>
                <w:color w:val="FFFFFF"/>
              </w:rPr>
              <w:t>Initial Score</w:t>
            </w:r>
          </w:p>
        </w:tc>
        <w:tc>
          <w:tcPr>
            <w:tcW w:w="918" w:type="dxa"/>
            <w:shd w:val="clear" w:color="auto" w:fill="0F3D5E"/>
          </w:tcPr>
          <w:p w14:paraId="15B0CB46" w14:textId="77777777" w:rsidR="00D91CA2" w:rsidRDefault="00000000">
            <w:r>
              <w:rPr>
                <w:b/>
                <w:color w:val="FFFFFF"/>
              </w:rPr>
              <w:t>Initial Level</w:t>
            </w:r>
          </w:p>
        </w:tc>
        <w:tc>
          <w:tcPr>
            <w:tcW w:w="918" w:type="dxa"/>
            <w:shd w:val="clear" w:color="auto" w:fill="0F3D5E"/>
          </w:tcPr>
          <w:p w14:paraId="3A72EDBC" w14:textId="77777777" w:rsidR="00D91CA2" w:rsidRDefault="00000000">
            <w:r>
              <w:rPr>
                <w:b/>
                <w:color w:val="FFFFFF"/>
              </w:rPr>
              <w:t>Further Controls</w:t>
            </w:r>
          </w:p>
        </w:tc>
        <w:tc>
          <w:tcPr>
            <w:tcW w:w="918" w:type="dxa"/>
            <w:shd w:val="clear" w:color="auto" w:fill="0F3D5E"/>
          </w:tcPr>
          <w:p w14:paraId="66170CB4" w14:textId="77777777" w:rsidR="00D91CA2" w:rsidRDefault="00000000">
            <w:r>
              <w:rPr>
                <w:b/>
                <w:color w:val="FFFFFF"/>
              </w:rPr>
              <w:t>Residual L</w:t>
            </w:r>
          </w:p>
        </w:tc>
        <w:tc>
          <w:tcPr>
            <w:tcW w:w="918" w:type="dxa"/>
            <w:shd w:val="clear" w:color="auto" w:fill="0F3D5E"/>
          </w:tcPr>
          <w:p w14:paraId="1D4F3334" w14:textId="77777777" w:rsidR="00D91CA2" w:rsidRDefault="00000000">
            <w:r>
              <w:rPr>
                <w:b/>
                <w:color w:val="FFFFFF"/>
              </w:rPr>
              <w:t>Residual S</w:t>
            </w:r>
          </w:p>
        </w:tc>
        <w:tc>
          <w:tcPr>
            <w:tcW w:w="918" w:type="dxa"/>
            <w:shd w:val="clear" w:color="auto" w:fill="0F3D5E"/>
          </w:tcPr>
          <w:p w14:paraId="026C1541" w14:textId="77777777" w:rsidR="00D91CA2" w:rsidRDefault="00000000">
            <w:r>
              <w:rPr>
                <w:b/>
                <w:color w:val="FFFFFF"/>
              </w:rPr>
              <w:t>Residual Score</w:t>
            </w:r>
          </w:p>
        </w:tc>
        <w:tc>
          <w:tcPr>
            <w:tcW w:w="918" w:type="dxa"/>
            <w:shd w:val="clear" w:color="auto" w:fill="0F3D5E"/>
          </w:tcPr>
          <w:p w14:paraId="07781D68" w14:textId="77777777" w:rsidR="00D91CA2" w:rsidRDefault="00000000">
            <w:r>
              <w:rPr>
                <w:b/>
                <w:color w:val="FFFFFF"/>
              </w:rPr>
              <w:t>Residual Level</w:t>
            </w:r>
          </w:p>
        </w:tc>
        <w:tc>
          <w:tcPr>
            <w:tcW w:w="918" w:type="dxa"/>
            <w:shd w:val="clear" w:color="auto" w:fill="0F3D5E"/>
          </w:tcPr>
          <w:p w14:paraId="260CDA81" w14:textId="77777777" w:rsidR="00D91CA2" w:rsidRDefault="00000000">
            <w:r>
              <w:rPr>
                <w:b/>
                <w:color w:val="FFFFFF"/>
              </w:rPr>
              <w:t>Responsible Person</w:t>
            </w:r>
          </w:p>
        </w:tc>
      </w:tr>
      <w:tr w:rsidR="00D91CA2" w14:paraId="525C0D1B" w14:textId="77777777">
        <w:trPr>
          <w:jc w:val="center"/>
        </w:trPr>
        <w:tc>
          <w:tcPr>
            <w:tcW w:w="918" w:type="dxa"/>
          </w:tcPr>
          <w:p w14:paraId="3C11F8FD" w14:textId="77777777" w:rsidR="00D91CA2" w:rsidRDefault="00000000">
            <w:r>
              <w:rPr>
                <w:sz w:val="13"/>
              </w:rPr>
              <w:t>1</w:t>
            </w:r>
          </w:p>
        </w:tc>
        <w:tc>
          <w:tcPr>
            <w:tcW w:w="918" w:type="dxa"/>
          </w:tcPr>
          <w:p w14:paraId="1889E86A" w14:textId="77777777" w:rsidR="00D91CA2" w:rsidRDefault="00000000">
            <w:r>
              <w:rPr>
                <w:sz w:val="13"/>
              </w:rPr>
              <w:t>General work at height</w:t>
            </w:r>
          </w:p>
        </w:tc>
        <w:tc>
          <w:tcPr>
            <w:tcW w:w="918" w:type="dxa"/>
          </w:tcPr>
          <w:p w14:paraId="7DA5F090" w14:textId="77777777" w:rsidR="00D91CA2" w:rsidRDefault="00000000">
            <w:r>
              <w:rPr>
                <w:sz w:val="13"/>
              </w:rPr>
              <w:t>Unprotected or inadequately controlled elevated work</w:t>
            </w:r>
          </w:p>
        </w:tc>
        <w:tc>
          <w:tcPr>
            <w:tcW w:w="918" w:type="dxa"/>
          </w:tcPr>
          <w:p w14:paraId="620ABE25" w14:textId="77777777" w:rsidR="00D91CA2" w:rsidRDefault="00000000">
            <w:r>
              <w:rPr>
                <w:sz w:val="13"/>
              </w:rPr>
              <w:t>Workers, supervisors, contractors</w:t>
            </w:r>
          </w:p>
        </w:tc>
        <w:tc>
          <w:tcPr>
            <w:tcW w:w="918" w:type="dxa"/>
          </w:tcPr>
          <w:p w14:paraId="512D78C4" w14:textId="77777777" w:rsidR="00D91CA2" w:rsidRDefault="00000000">
            <w:r>
              <w:rPr>
                <w:sz w:val="13"/>
              </w:rPr>
              <w:t>Fall from height; serious injury or fatality</w:t>
            </w:r>
          </w:p>
        </w:tc>
        <w:tc>
          <w:tcPr>
            <w:tcW w:w="918" w:type="dxa"/>
          </w:tcPr>
          <w:p w14:paraId="587EE38C" w14:textId="77777777" w:rsidR="00D91CA2" w:rsidRDefault="00000000">
            <w:r>
              <w:rPr>
                <w:sz w:val="13"/>
              </w:rPr>
              <w:t>Plan work; avoid height where possible; provide suitable access, edge protection and supervision.</w:t>
            </w:r>
          </w:p>
        </w:tc>
        <w:tc>
          <w:tcPr>
            <w:tcW w:w="918" w:type="dxa"/>
          </w:tcPr>
          <w:p w14:paraId="16EC64BA" w14:textId="77777777" w:rsidR="00D91CA2" w:rsidRDefault="00000000">
            <w:r>
              <w:rPr>
                <w:sz w:val="13"/>
              </w:rPr>
              <w:t>4</w:t>
            </w:r>
          </w:p>
        </w:tc>
        <w:tc>
          <w:tcPr>
            <w:tcW w:w="918" w:type="dxa"/>
          </w:tcPr>
          <w:p w14:paraId="05E0F882" w14:textId="77777777" w:rsidR="00D91CA2" w:rsidRDefault="00000000">
            <w:r>
              <w:rPr>
                <w:sz w:val="13"/>
              </w:rPr>
              <w:t>5</w:t>
            </w:r>
          </w:p>
        </w:tc>
        <w:tc>
          <w:tcPr>
            <w:tcW w:w="918" w:type="dxa"/>
          </w:tcPr>
          <w:p w14:paraId="22AA4AE7" w14:textId="77777777" w:rsidR="00D91CA2" w:rsidRDefault="00000000">
            <w:r>
              <w:rPr>
                <w:sz w:val="13"/>
              </w:rPr>
              <w:t>20</w:t>
            </w:r>
          </w:p>
        </w:tc>
        <w:tc>
          <w:tcPr>
            <w:tcW w:w="918" w:type="dxa"/>
          </w:tcPr>
          <w:p w14:paraId="7A0831D1" w14:textId="77777777" w:rsidR="00D91CA2" w:rsidRDefault="00000000">
            <w:r>
              <w:rPr>
                <w:sz w:val="13"/>
              </w:rPr>
              <w:t>Very High</w:t>
            </w:r>
          </w:p>
        </w:tc>
        <w:tc>
          <w:tcPr>
            <w:tcW w:w="918" w:type="dxa"/>
          </w:tcPr>
          <w:p w14:paraId="276C1E15" w14:textId="77777777" w:rsidR="00D91CA2" w:rsidRDefault="00000000">
            <w:r>
              <w:rPr>
                <w:sz w:val="13"/>
              </w:rPr>
              <w:t>Use collective protection first; inspect controls; brief workers; restrict access; verify safe method before work.</w:t>
            </w:r>
          </w:p>
        </w:tc>
        <w:tc>
          <w:tcPr>
            <w:tcW w:w="918" w:type="dxa"/>
          </w:tcPr>
          <w:p w14:paraId="79CAC88B" w14:textId="77777777" w:rsidR="00D91CA2" w:rsidRDefault="00000000">
            <w:r>
              <w:rPr>
                <w:sz w:val="13"/>
              </w:rPr>
              <w:t>2</w:t>
            </w:r>
          </w:p>
        </w:tc>
        <w:tc>
          <w:tcPr>
            <w:tcW w:w="918" w:type="dxa"/>
          </w:tcPr>
          <w:p w14:paraId="737C702F" w14:textId="77777777" w:rsidR="00D91CA2" w:rsidRDefault="00000000">
            <w:r>
              <w:rPr>
                <w:sz w:val="13"/>
              </w:rPr>
              <w:t>5</w:t>
            </w:r>
          </w:p>
        </w:tc>
        <w:tc>
          <w:tcPr>
            <w:tcW w:w="918" w:type="dxa"/>
          </w:tcPr>
          <w:p w14:paraId="07E8A64D" w14:textId="77777777" w:rsidR="00D91CA2" w:rsidRDefault="00000000">
            <w:r>
              <w:rPr>
                <w:sz w:val="13"/>
              </w:rPr>
              <w:t>10</w:t>
            </w:r>
          </w:p>
        </w:tc>
        <w:tc>
          <w:tcPr>
            <w:tcW w:w="918" w:type="dxa"/>
          </w:tcPr>
          <w:p w14:paraId="034088C1" w14:textId="77777777" w:rsidR="00D91CA2" w:rsidRDefault="00000000">
            <w:r>
              <w:rPr>
                <w:sz w:val="13"/>
              </w:rPr>
              <w:t>High</w:t>
            </w:r>
          </w:p>
        </w:tc>
        <w:tc>
          <w:tcPr>
            <w:tcW w:w="918" w:type="dxa"/>
          </w:tcPr>
          <w:p w14:paraId="5DCB111A" w14:textId="77777777" w:rsidR="00D91CA2" w:rsidRDefault="00000000">
            <w:r>
              <w:rPr>
                <w:sz w:val="13"/>
              </w:rPr>
              <w:t>Construction Manager / HSE</w:t>
            </w:r>
          </w:p>
        </w:tc>
      </w:tr>
      <w:tr w:rsidR="00D91CA2" w14:paraId="1A651358" w14:textId="77777777">
        <w:trPr>
          <w:jc w:val="center"/>
        </w:trPr>
        <w:tc>
          <w:tcPr>
            <w:tcW w:w="918" w:type="dxa"/>
          </w:tcPr>
          <w:p w14:paraId="306F9C8D" w14:textId="77777777" w:rsidR="00D91CA2" w:rsidRDefault="00000000">
            <w:r>
              <w:rPr>
                <w:sz w:val="13"/>
              </w:rPr>
              <w:t>2</w:t>
            </w:r>
          </w:p>
        </w:tc>
        <w:tc>
          <w:tcPr>
            <w:tcW w:w="918" w:type="dxa"/>
          </w:tcPr>
          <w:p w14:paraId="44D59B99" w14:textId="77777777" w:rsidR="00D91CA2" w:rsidRDefault="00000000">
            <w:r>
              <w:rPr>
                <w:sz w:val="13"/>
              </w:rPr>
              <w:t>Open edges / leading edges</w:t>
            </w:r>
          </w:p>
        </w:tc>
        <w:tc>
          <w:tcPr>
            <w:tcW w:w="918" w:type="dxa"/>
          </w:tcPr>
          <w:p w14:paraId="51BF1645" w14:textId="77777777" w:rsidR="00D91CA2" w:rsidRDefault="00000000">
            <w:r>
              <w:rPr>
                <w:sz w:val="13"/>
              </w:rPr>
              <w:t>Work near unprotected slab, roof or platform edges</w:t>
            </w:r>
          </w:p>
        </w:tc>
        <w:tc>
          <w:tcPr>
            <w:tcW w:w="918" w:type="dxa"/>
          </w:tcPr>
          <w:p w14:paraId="2AC63F2B" w14:textId="77777777" w:rsidR="00D91CA2" w:rsidRDefault="00000000">
            <w:r>
              <w:rPr>
                <w:sz w:val="13"/>
              </w:rPr>
              <w:t>Workers, supervisors</w:t>
            </w:r>
          </w:p>
        </w:tc>
        <w:tc>
          <w:tcPr>
            <w:tcW w:w="918" w:type="dxa"/>
          </w:tcPr>
          <w:p w14:paraId="12720FE4" w14:textId="77777777" w:rsidR="00D91CA2" w:rsidRDefault="00000000">
            <w:r>
              <w:rPr>
                <w:sz w:val="13"/>
              </w:rPr>
              <w:t>Fall to lower level; fatal injury</w:t>
            </w:r>
          </w:p>
        </w:tc>
        <w:tc>
          <w:tcPr>
            <w:tcW w:w="918" w:type="dxa"/>
          </w:tcPr>
          <w:p w14:paraId="3CD86B4E" w14:textId="77777777" w:rsidR="00D91CA2" w:rsidRDefault="00000000">
            <w:r>
              <w:rPr>
                <w:sz w:val="13"/>
              </w:rPr>
              <w:t>Guardrails and barricades where provided; warning signs; supervision.</w:t>
            </w:r>
          </w:p>
        </w:tc>
        <w:tc>
          <w:tcPr>
            <w:tcW w:w="918" w:type="dxa"/>
          </w:tcPr>
          <w:p w14:paraId="55996221" w14:textId="77777777" w:rsidR="00D91CA2" w:rsidRDefault="00000000">
            <w:r>
              <w:rPr>
                <w:sz w:val="13"/>
              </w:rPr>
              <w:t>4</w:t>
            </w:r>
          </w:p>
        </w:tc>
        <w:tc>
          <w:tcPr>
            <w:tcW w:w="918" w:type="dxa"/>
          </w:tcPr>
          <w:p w14:paraId="7856812C" w14:textId="77777777" w:rsidR="00D91CA2" w:rsidRDefault="00000000">
            <w:r>
              <w:rPr>
                <w:sz w:val="13"/>
              </w:rPr>
              <w:t>5</w:t>
            </w:r>
          </w:p>
        </w:tc>
        <w:tc>
          <w:tcPr>
            <w:tcW w:w="918" w:type="dxa"/>
          </w:tcPr>
          <w:p w14:paraId="29A6787C" w14:textId="77777777" w:rsidR="00D91CA2" w:rsidRDefault="00000000">
            <w:r>
              <w:rPr>
                <w:sz w:val="13"/>
              </w:rPr>
              <w:t>20</w:t>
            </w:r>
          </w:p>
        </w:tc>
        <w:tc>
          <w:tcPr>
            <w:tcW w:w="918" w:type="dxa"/>
          </w:tcPr>
          <w:p w14:paraId="7268FE7E" w14:textId="77777777" w:rsidR="00D91CA2" w:rsidRDefault="00000000">
            <w:r>
              <w:rPr>
                <w:sz w:val="13"/>
              </w:rPr>
              <w:t>Very High</w:t>
            </w:r>
          </w:p>
        </w:tc>
        <w:tc>
          <w:tcPr>
            <w:tcW w:w="918" w:type="dxa"/>
          </w:tcPr>
          <w:p w14:paraId="40F8129F" w14:textId="77777777" w:rsidR="00D91CA2" w:rsidRDefault="00000000">
            <w:r>
              <w:rPr>
                <w:sz w:val="13"/>
              </w:rPr>
              <w:t>Install compliant guardrails/edge protection; provide toe boards; maintain exclusion zones; inspect before use.</w:t>
            </w:r>
          </w:p>
        </w:tc>
        <w:tc>
          <w:tcPr>
            <w:tcW w:w="918" w:type="dxa"/>
          </w:tcPr>
          <w:p w14:paraId="07EF3881" w14:textId="77777777" w:rsidR="00D91CA2" w:rsidRDefault="00000000">
            <w:r>
              <w:rPr>
                <w:sz w:val="13"/>
              </w:rPr>
              <w:t>1</w:t>
            </w:r>
          </w:p>
        </w:tc>
        <w:tc>
          <w:tcPr>
            <w:tcW w:w="918" w:type="dxa"/>
          </w:tcPr>
          <w:p w14:paraId="7F575F10" w14:textId="77777777" w:rsidR="00D91CA2" w:rsidRDefault="00000000">
            <w:r>
              <w:rPr>
                <w:sz w:val="13"/>
              </w:rPr>
              <w:t>5</w:t>
            </w:r>
          </w:p>
        </w:tc>
        <w:tc>
          <w:tcPr>
            <w:tcW w:w="918" w:type="dxa"/>
          </w:tcPr>
          <w:p w14:paraId="55E6DD7A" w14:textId="77777777" w:rsidR="00D91CA2" w:rsidRDefault="00000000">
            <w:r>
              <w:rPr>
                <w:sz w:val="13"/>
              </w:rPr>
              <w:t>5</w:t>
            </w:r>
          </w:p>
        </w:tc>
        <w:tc>
          <w:tcPr>
            <w:tcW w:w="918" w:type="dxa"/>
          </w:tcPr>
          <w:p w14:paraId="14CB641E" w14:textId="77777777" w:rsidR="00D91CA2" w:rsidRDefault="00000000">
            <w:r>
              <w:rPr>
                <w:sz w:val="13"/>
              </w:rPr>
              <w:t>Medium</w:t>
            </w:r>
          </w:p>
        </w:tc>
        <w:tc>
          <w:tcPr>
            <w:tcW w:w="918" w:type="dxa"/>
          </w:tcPr>
          <w:p w14:paraId="59CCA1B9" w14:textId="77777777" w:rsidR="00D91CA2" w:rsidRDefault="00000000">
            <w:r>
              <w:rPr>
                <w:sz w:val="13"/>
              </w:rPr>
              <w:t>Site Supervisor / HSE</w:t>
            </w:r>
          </w:p>
        </w:tc>
      </w:tr>
      <w:tr w:rsidR="00D91CA2" w14:paraId="501FD1EB" w14:textId="77777777">
        <w:trPr>
          <w:jc w:val="center"/>
        </w:trPr>
        <w:tc>
          <w:tcPr>
            <w:tcW w:w="918" w:type="dxa"/>
          </w:tcPr>
          <w:p w14:paraId="32A3E858" w14:textId="77777777" w:rsidR="00D91CA2" w:rsidRDefault="00000000">
            <w:r>
              <w:rPr>
                <w:sz w:val="13"/>
              </w:rPr>
              <w:t>3</w:t>
            </w:r>
          </w:p>
        </w:tc>
        <w:tc>
          <w:tcPr>
            <w:tcW w:w="918" w:type="dxa"/>
          </w:tcPr>
          <w:p w14:paraId="5515357C" w14:textId="77777777" w:rsidR="00D91CA2" w:rsidRDefault="00000000">
            <w:r>
              <w:rPr>
                <w:sz w:val="13"/>
              </w:rPr>
              <w:t>Floor openings</w:t>
            </w:r>
          </w:p>
        </w:tc>
        <w:tc>
          <w:tcPr>
            <w:tcW w:w="918" w:type="dxa"/>
          </w:tcPr>
          <w:p w14:paraId="29B1B4C2" w14:textId="77777777" w:rsidR="00D91CA2" w:rsidRDefault="00000000">
            <w:r>
              <w:rPr>
                <w:sz w:val="13"/>
              </w:rPr>
              <w:t>Unprotected or inadequately covered floor openings</w:t>
            </w:r>
          </w:p>
        </w:tc>
        <w:tc>
          <w:tcPr>
            <w:tcW w:w="918" w:type="dxa"/>
          </w:tcPr>
          <w:p w14:paraId="217040BC" w14:textId="77777777" w:rsidR="00D91CA2" w:rsidRDefault="00000000">
            <w:r>
              <w:rPr>
                <w:sz w:val="13"/>
              </w:rPr>
              <w:t>Workers, contractors, visitors</w:t>
            </w:r>
          </w:p>
        </w:tc>
        <w:tc>
          <w:tcPr>
            <w:tcW w:w="918" w:type="dxa"/>
          </w:tcPr>
          <w:p w14:paraId="6A701FFF" w14:textId="77777777" w:rsidR="00D91CA2" w:rsidRDefault="00000000">
            <w:r>
              <w:rPr>
                <w:sz w:val="13"/>
              </w:rPr>
              <w:t>Fall through opening; serious injury or fatality</w:t>
            </w:r>
          </w:p>
        </w:tc>
        <w:tc>
          <w:tcPr>
            <w:tcW w:w="918" w:type="dxa"/>
          </w:tcPr>
          <w:p w14:paraId="6A886036" w14:textId="77777777" w:rsidR="00D91CA2" w:rsidRDefault="00000000">
            <w:r>
              <w:rPr>
                <w:sz w:val="13"/>
              </w:rPr>
              <w:t>Covers and barricades where available; site inspections.</w:t>
            </w:r>
          </w:p>
        </w:tc>
        <w:tc>
          <w:tcPr>
            <w:tcW w:w="918" w:type="dxa"/>
          </w:tcPr>
          <w:p w14:paraId="0CDFEB03" w14:textId="77777777" w:rsidR="00D91CA2" w:rsidRDefault="00000000">
            <w:r>
              <w:rPr>
                <w:sz w:val="13"/>
              </w:rPr>
              <w:t>4</w:t>
            </w:r>
          </w:p>
        </w:tc>
        <w:tc>
          <w:tcPr>
            <w:tcW w:w="918" w:type="dxa"/>
          </w:tcPr>
          <w:p w14:paraId="05477B14" w14:textId="77777777" w:rsidR="00D91CA2" w:rsidRDefault="00000000">
            <w:r>
              <w:rPr>
                <w:sz w:val="13"/>
              </w:rPr>
              <w:t>5</w:t>
            </w:r>
          </w:p>
        </w:tc>
        <w:tc>
          <w:tcPr>
            <w:tcW w:w="918" w:type="dxa"/>
          </w:tcPr>
          <w:p w14:paraId="22496F75" w14:textId="77777777" w:rsidR="00D91CA2" w:rsidRDefault="00000000">
            <w:r>
              <w:rPr>
                <w:sz w:val="13"/>
              </w:rPr>
              <w:t>20</w:t>
            </w:r>
          </w:p>
        </w:tc>
        <w:tc>
          <w:tcPr>
            <w:tcW w:w="918" w:type="dxa"/>
          </w:tcPr>
          <w:p w14:paraId="76459007" w14:textId="77777777" w:rsidR="00D91CA2" w:rsidRDefault="00000000">
            <w:r>
              <w:rPr>
                <w:sz w:val="13"/>
              </w:rPr>
              <w:t>Very High</w:t>
            </w:r>
          </w:p>
        </w:tc>
        <w:tc>
          <w:tcPr>
            <w:tcW w:w="918" w:type="dxa"/>
          </w:tcPr>
          <w:p w14:paraId="65B3430B" w14:textId="77777777" w:rsidR="00D91CA2" w:rsidRDefault="00000000">
            <w:r>
              <w:rPr>
                <w:sz w:val="13"/>
              </w:rPr>
              <w:t>Secure load-capable covers or guardrails; label openings; prevent displacement; inspect daily and after changes.</w:t>
            </w:r>
          </w:p>
        </w:tc>
        <w:tc>
          <w:tcPr>
            <w:tcW w:w="918" w:type="dxa"/>
          </w:tcPr>
          <w:p w14:paraId="291FE96B" w14:textId="77777777" w:rsidR="00D91CA2" w:rsidRDefault="00000000">
            <w:r>
              <w:rPr>
                <w:sz w:val="13"/>
              </w:rPr>
              <w:t>1</w:t>
            </w:r>
          </w:p>
        </w:tc>
        <w:tc>
          <w:tcPr>
            <w:tcW w:w="918" w:type="dxa"/>
          </w:tcPr>
          <w:p w14:paraId="484A8157" w14:textId="77777777" w:rsidR="00D91CA2" w:rsidRDefault="00000000">
            <w:r>
              <w:rPr>
                <w:sz w:val="13"/>
              </w:rPr>
              <w:t>5</w:t>
            </w:r>
          </w:p>
        </w:tc>
        <w:tc>
          <w:tcPr>
            <w:tcW w:w="918" w:type="dxa"/>
          </w:tcPr>
          <w:p w14:paraId="6D50CDC7" w14:textId="77777777" w:rsidR="00D91CA2" w:rsidRDefault="00000000">
            <w:r>
              <w:rPr>
                <w:sz w:val="13"/>
              </w:rPr>
              <w:t>5</w:t>
            </w:r>
          </w:p>
        </w:tc>
        <w:tc>
          <w:tcPr>
            <w:tcW w:w="918" w:type="dxa"/>
          </w:tcPr>
          <w:p w14:paraId="4FF35011" w14:textId="77777777" w:rsidR="00D91CA2" w:rsidRDefault="00000000">
            <w:r>
              <w:rPr>
                <w:sz w:val="13"/>
              </w:rPr>
              <w:t>Medium</w:t>
            </w:r>
          </w:p>
        </w:tc>
        <w:tc>
          <w:tcPr>
            <w:tcW w:w="918" w:type="dxa"/>
          </w:tcPr>
          <w:p w14:paraId="445370EB" w14:textId="77777777" w:rsidR="00D91CA2" w:rsidRDefault="00000000">
            <w:r>
              <w:rPr>
                <w:sz w:val="13"/>
              </w:rPr>
              <w:t>Supervisor / HSE</w:t>
            </w:r>
          </w:p>
        </w:tc>
      </w:tr>
      <w:tr w:rsidR="00D91CA2" w14:paraId="62A3FC29" w14:textId="77777777">
        <w:trPr>
          <w:jc w:val="center"/>
        </w:trPr>
        <w:tc>
          <w:tcPr>
            <w:tcW w:w="918" w:type="dxa"/>
          </w:tcPr>
          <w:p w14:paraId="6FC50972" w14:textId="77777777" w:rsidR="00D91CA2" w:rsidRDefault="00000000">
            <w:r>
              <w:rPr>
                <w:sz w:val="13"/>
              </w:rPr>
              <w:t>4</w:t>
            </w:r>
          </w:p>
        </w:tc>
        <w:tc>
          <w:tcPr>
            <w:tcW w:w="918" w:type="dxa"/>
          </w:tcPr>
          <w:p w14:paraId="75085BE3" w14:textId="77777777" w:rsidR="00D91CA2" w:rsidRDefault="00000000">
            <w:r>
              <w:rPr>
                <w:sz w:val="13"/>
              </w:rPr>
              <w:t>Wall openings</w:t>
            </w:r>
          </w:p>
        </w:tc>
        <w:tc>
          <w:tcPr>
            <w:tcW w:w="918" w:type="dxa"/>
          </w:tcPr>
          <w:p w14:paraId="5CBA0EDF" w14:textId="77777777" w:rsidR="00D91CA2" w:rsidRDefault="00000000">
            <w:r>
              <w:rPr>
                <w:sz w:val="13"/>
              </w:rPr>
              <w:t>Unprotected window, shaft or wall openings</w:t>
            </w:r>
          </w:p>
        </w:tc>
        <w:tc>
          <w:tcPr>
            <w:tcW w:w="918" w:type="dxa"/>
          </w:tcPr>
          <w:p w14:paraId="68D96124" w14:textId="77777777" w:rsidR="00D91CA2" w:rsidRDefault="00000000">
            <w:r>
              <w:rPr>
                <w:sz w:val="13"/>
              </w:rPr>
              <w:t>Workers, contractors</w:t>
            </w:r>
          </w:p>
        </w:tc>
        <w:tc>
          <w:tcPr>
            <w:tcW w:w="918" w:type="dxa"/>
          </w:tcPr>
          <w:p w14:paraId="7670A400" w14:textId="77777777" w:rsidR="00D91CA2" w:rsidRDefault="00000000">
            <w:r>
              <w:rPr>
                <w:sz w:val="13"/>
              </w:rPr>
              <w:t>Fall from opening</w:t>
            </w:r>
          </w:p>
        </w:tc>
        <w:tc>
          <w:tcPr>
            <w:tcW w:w="918" w:type="dxa"/>
          </w:tcPr>
          <w:p w14:paraId="5A5092DA" w14:textId="77777777" w:rsidR="00D91CA2" w:rsidRDefault="00000000">
            <w:r>
              <w:rPr>
                <w:sz w:val="13"/>
              </w:rPr>
              <w:t>Temporary barriers and warning signs.</w:t>
            </w:r>
          </w:p>
        </w:tc>
        <w:tc>
          <w:tcPr>
            <w:tcW w:w="918" w:type="dxa"/>
          </w:tcPr>
          <w:p w14:paraId="601EA2F7" w14:textId="77777777" w:rsidR="00D91CA2" w:rsidRDefault="00000000">
            <w:r>
              <w:rPr>
                <w:sz w:val="13"/>
              </w:rPr>
              <w:t>4</w:t>
            </w:r>
          </w:p>
        </w:tc>
        <w:tc>
          <w:tcPr>
            <w:tcW w:w="918" w:type="dxa"/>
          </w:tcPr>
          <w:p w14:paraId="125EBB8B" w14:textId="77777777" w:rsidR="00D91CA2" w:rsidRDefault="00000000">
            <w:r>
              <w:rPr>
                <w:sz w:val="13"/>
              </w:rPr>
              <w:t>5</w:t>
            </w:r>
          </w:p>
        </w:tc>
        <w:tc>
          <w:tcPr>
            <w:tcW w:w="918" w:type="dxa"/>
          </w:tcPr>
          <w:p w14:paraId="574D86DB" w14:textId="77777777" w:rsidR="00D91CA2" w:rsidRDefault="00000000">
            <w:r>
              <w:rPr>
                <w:sz w:val="13"/>
              </w:rPr>
              <w:t>20</w:t>
            </w:r>
          </w:p>
        </w:tc>
        <w:tc>
          <w:tcPr>
            <w:tcW w:w="918" w:type="dxa"/>
          </w:tcPr>
          <w:p w14:paraId="543B64B6" w14:textId="77777777" w:rsidR="00D91CA2" w:rsidRDefault="00000000">
            <w:r>
              <w:rPr>
                <w:sz w:val="13"/>
              </w:rPr>
              <w:t>Very High</w:t>
            </w:r>
          </w:p>
        </w:tc>
        <w:tc>
          <w:tcPr>
            <w:tcW w:w="918" w:type="dxa"/>
          </w:tcPr>
          <w:p w14:paraId="05937C34" w14:textId="77777777" w:rsidR="00D91CA2" w:rsidRDefault="00000000">
            <w:r>
              <w:rPr>
                <w:sz w:val="13"/>
              </w:rPr>
              <w:t>Install rigid guardrails or suitable protection; maintain until permanent protection is installed.</w:t>
            </w:r>
          </w:p>
        </w:tc>
        <w:tc>
          <w:tcPr>
            <w:tcW w:w="918" w:type="dxa"/>
          </w:tcPr>
          <w:p w14:paraId="06108174" w14:textId="77777777" w:rsidR="00D91CA2" w:rsidRDefault="00000000">
            <w:r>
              <w:rPr>
                <w:sz w:val="13"/>
              </w:rPr>
              <w:t>1</w:t>
            </w:r>
          </w:p>
        </w:tc>
        <w:tc>
          <w:tcPr>
            <w:tcW w:w="918" w:type="dxa"/>
          </w:tcPr>
          <w:p w14:paraId="4242F936" w14:textId="77777777" w:rsidR="00D91CA2" w:rsidRDefault="00000000">
            <w:r>
              <w:rPr>
                <w:sz w:val="13"/>
              </w:rPr>
              <w:t>5</w:t>
            </w:r>
          </w:p>
        </w:tc>
        <w:tc>
          <w:tcPr>
            <w:tcW w:w="918" w:type="dxa"/>
          </w:tcPr>
          <w:p w14:paraId="1E5F5DB1" w14:textId="77777777" w:rsidR="00D91CA2" w:rsidRDefault="00000000">
            <w:r>
              <w:rPr>
                <w:sz w:val="13"/>
              </w:rPr>
              <w:t>5</w:t>
            </w:r>
          </w:p>
        </w:tc>
        <w:tc>
          <w:tcPr>
            <w:tcW w:w="918" w:type="dxa"/>
          </w:tcPr>
          <w:p w14:paraId="4B9A174E" w14:textId="77777777" w:rsidR="00D91CA2" w:rsidRDefault="00000000">
            <w:r>
              <w:rPr>
                <w:sz w:val="13"/>
              </w:rPr>
              <w:t>Medium</w:t>
            </w:r>
          </w:p>
        </w:tc>
        <w:tc>
          <w:tcPr>
            <w:tcW w:w="918" w:type="dxa"/>
          </w:tcPr>
          <w:p w14:paraId="717CFA87" w14:textId="77777777" w:rsidR="00D91CA2" w:rsidRDefault="00000000">
            <w:r>
              <w:rPr>
                <w:sz w:val="13"/>
              </w:rPr>
              <w:t>Supervisor</w:t>
            </w:r>
          </w:p>
        </w:tc>
      </w:tr>
      <w:tr w:rsidR="00D91CA2" w14:paraId="03594E6F" w14:textId="77777777">
        <w:trPr>
          <w:jc w:val="center"/>
        </w:trPr>
        <w:tc>
          <w:tcPr>
            <w:tcW w:w="918" w:type="dxa"/>
          </w:tcPr>
          <w:p w14:paraId="480D991F" w14:textId="77777777" w:rsidR="00D91CA2" w:rsidRDefault="00000000">
            <w:r>
              <w:rPr>
                <w:sz w:val="13"/>
              </w:rPr>
              <w:t>5</w:t>
            </w:r>
          </w:p>
        </w:tc>
        <w:tc>
          <w:tcPr>
            <w:tcW w:w="918" w:type="dxa"/>
          </w:tcPr>
          <w:p w14:paraId="4CB80723" w14:textId="77777777" w:rsidR="00D91CA2" w:rsidRDefault="00000000">
            <w:r>
              <w:rPr>
                <w:sz w:val="13"/>
              </w:rPr>
              <w:t>Roof work</w:t>
            </w:r>
          </w:p>
        </w:tc>
        <w:tc>
          <w:tcPr>
            <w:tcW w:w="918" w:type="dxa"/>
          </w:tcPr>
          <w:p w14:paraId="4AF6B17D" w14:textId="77777777" w:rsidR="00D91CA2" w:rsidRDefault="00000000">
            <w:r>
              <w:rPr>
                <w:sz w:val="13"/>
              </w:rPr>
              <w:t>Falls from roof edges or access points</w:t>
            </w:r>
          </w:p>
        </w:tc>
        <w:tc>
          <w:tcPr>
            <w:tcW w:w="918" w:type="dxa"/>
          </w:tcPr>
          <w:p w14:paraId="7503F833" w14:textId="77777777" w:rsidR="00D91CA2" w:rsidRDefault="00000000">
            <w:r>
              <w:rPr>
                <w:sz w:val="13"/>
              </w:rPr>
              <w:t>Roof workers, supervisors</w:t>
            </w:r>
          </w:p>
        </w:tc>
        <w:tc>
          <w:tcPr>
            <w:tcW w:w="918" w:type="dxa"/>
          </w:tcPr>
          <w:p w14:paraId="3455BD08" w14:textId="77777777" w:rsidR="00D91CA2" w:rsidRDefault="00000000">
            <w:r>
              <w:rPr>
                <w:sz w:val="13"/>
              </w:rPr>
              <w:t>Serious injury or fatality</w:t>
            </w:r>
          </w:p>
        </w:tc>
        <w:tc>
          <w:tcPr>
            <w:tcW w:w="918" w:type="dxa"/>
          </w:tcPr>
          <w:p w14:paraId="5841A329" w14:textId="77777777" w:rsidR="00D91CA2" w:rsidRDefault="00000000">
            <w:r>
              <w:rPr>
                <w:sz w:val="13"/>
              </w:rPr>
              <w:t>Access control, edge protection and fall protection where required.</w:t>
            </w:r>
          </w:p>
        </w:tc>
        <w:tc>
          <w:tcPr>
            <w:tcW w:w="918" w:type="dxa"/>
          </w:tcPr>
          <w:p w14:paraId="691D5221" w14:textId="77777777" w:rsidR="00D91CA2" w:rsidRDefault="00000000">
            <w:r>
              <w:rPr>
                <w:sz w:val="13"/>
              </w:rPr>
              <w:t>4</w:t>
            </w:r>
          </w:p>
        </w:tc>
        <w:tc>
          <w:tcPr>
            <w:tcW w:w="918" w:type="dxa"/>
          </w:tcPr>
          <w:p w14:paraId="24E4ADF5" w14:textId="77777777" w:rsidR="00D91CA2" w:rsidRDefault="00000000">
            <w:r>
              <w:rPr>
                <w:sz w:val="13"/>
              </w:rPr>
              <w:t>5</w:t>
            </w:r>
          </w:p>
        </w:tc>
        <w:tc>
          <w:tcPr>
            <w:tcW w:w="918" w:type="dxa"/>
          </w:tcPr>
          <w:p w14:paraId="73F24E0B" w14:textId="77777777" w:rsidR="00D91CA2" w:rsidRDefault="00000000">
            <w:r>
              <w:rPr>
                <w:sz w:val="13"/>
              </w:rPr>
              <w:t>20</w:t>
            </w:r>
          </w:p>
        </w:tc>
        <w:tc>
          <w:tcPr>
            <w:tcW w:w="918" w:type="dxa"/>
          </w:tcPr>
          <w:p w14:paraId="31A8E51F" w14:textId="77777777" w:rsidR="00D91CA2" w:rsidRDefault="00000000">
            <w:r>
              <w:rPr>
                <w:sz w:val="13"/>
              </w:rPr>
              <w:t>Very High</w:t>
            </w:r>
          </w:p>
        </w:tc>
        <w:tc>
          <w:tcPr>
            <w:tcW w:w="918" w:type="dxa"/>
          </w:tcPr>
          <w:p w14:paraId="376AAA1B" w14:textId="77777777" w:rsidR="00D91CA2" w:rsidRDefault="00000000">
            <w:r>
              <w:rPr>
                <w:sz w:val="13"/>
              </w:rPr>
              <w:t>Use safe roof access, edge protection and task-specific fall protection; establish rescue plan; monitor conditions.</w:t>
            </w:r>
          </w:p>
        </w:tc>
        <w:tc>
          <w:tcPr>
            <w:tcW w:w="918" w:type="dxa"/>
          </w:tcPr>
          <w:p w14:paraId="120CB177" w14:textId="77777777" w:rsidR="00D91CA2" w:rsidRDefault="00000000">
            <w:r>
              <w:rPr>
                <w:sz w:val="13"/>
              </w:rPr>
              <w:t>1</w:t>
            </w:r>
          </w:p>
        </w:tc>
        <w:tc>
          <w:tcPr>
            <w:tcW w:w="918" w:type="dxa"/>
          </w:tcPr>
          <w:p w14:paraId="0C00EC0A" w14:textId="77777777" w:rsidR="00D91CA2" w:rsidRDefault="00000000">
            <w:r>
              <w:rPr>
                <w:sz w:val="13"/>
              </w:rPr>
              <w:t>5</w:t>
            </w:r>
          </w:p>
        </w:tc>
        <w:tc>
          <w:tcPr>
            <w:tcW w:w="918" w:type="dxa"/>
          </w:tcPr>
          <w:p w14:paraId="1A6BEBE4" w14:textId="77777777" w:rsidR="00D91CA2" w:rsidRDefault="00000000">
            <w:r>
              <w:rPr>
                <w:sz w:val="13"/>
              </w:rPr>
              <w:t>5</w:t>
            </w:r>
          </w:p>
        </w:tc>
        <w:tc>
          <w:tcPr>
            <w:tcW w:w="918" w:type="dxa"/>
          </w:tcPr>
          <w:p w14:paraId="39453C68" w14:textId="77777777" w:rsidR="00D91CA2" w:rsidRDefault="00000000">
            <w:r>
              <w:rPr>
                <w:sz w:val="13"/>
              </w:rPr>
              <w:t>Medium</w:t>
            </w:r>
          </w:p>
        </w:tc>
        <w:tc>
          <w:tcPr>
            <w:tcW w:w="918" w:type="dxa"/>
          </w:tcPr>
          <w:p w14:paraId="302B2C90" w14:textId="77777777" w:rsidR="00D91CA2" w:rsidRDefault="00000000">
            <w:r>
              <w:rPr>
                <w:sz w:val="13"/>
              </w:rPr>
              <w:t>Roof Supervisor / HSE</w:t>
            </w:r>
          </w:p>
        </w:tc>
      </w:tr>
      <w:tr w:rsidR="00D91CA2" w14:paraId="3C7D3A1A" w14:textId="77777777">
        <w:trPr>
          <w:jc w:val="center"/>
        </w:trPr>
        <w:tc>
          <w:tcPr>
            <w:tcW w:w="918" w:type="dxa"/>
          </w:tcPr>
          <w:p w14:paraId="14229BB2" w14:textId="77777777" w:rsidR="00D91CA2" w:rsidRDefault="00000000">
            <w:r>
              <w:rPr>
                <w:sz w:val="13"/>
              </w:rPr>
              <w:t>6</w:t>
            </w:r>
          </w:p>
        </w:tc>
        <w:tc>
          <w:tcPr>
            <w:tcW w:w="918" w:type="dxa"/>
          </w:tcPr>
          <w:p w14:paraId="0EBBA4F4" w14:textId="77777777" w:rsidR="00D91CA2" w:rsidRDefault="00000000">
            <w:r>
              <w:rPr>
                <w:sz w:val="13"/>
              </w:rPr>
              <w:t>Fragile surfaces</w:t>
            </w:r>
          </w:p>
        </w:tc>
        <w:tc>
          <w:tcPr>
            <w:tcW w:w="918" w:type="dxa"/>
          </w:tcPr>
          <w:p w14:paraId="4FB3DB56" w14:textId="77777777" w:rsidR="00D91CA2" w:rsidRDefault="00000000">
            <w:r>
              <w:rPr>
                <w:sz w:val="13"/>
              </w:rPr>
              <w:t>Worker steps onto fragile roof or surface</w:t>
            </w:r>
          </w:p>
        </w:tc>
        <w:tc>
          <w:tcPr>
            <w:tcW w:w="918" w:type="dxa"/>
          </w:tcPr>
          <w:p w14:paraId="41F26302" w14:textId="77777777" w:rsidR="00D91CA2" w:rsidRDefault="00000000">
            <w:r>
              <w:rPr>
                <w:sz w:val="13"/>
              </w:rPr>
              <w:t>Roof workers, contractors</w:t>
            </w:r>
          </w:p>
        </w:tc>
        <w:tc>
          <w:tcPr>
            <w:tcW w:w="918" w:type="dxa"/>
          </w:tcPr>
          <w:p w14:paraId="0ACD2BBB" w14:textId="77777777" w:rsidR="00D91CA2" w:rsidRDefault="00000000">
            <w:r>
              <w:rPr>
                <w:sz w:val="13"/>
              </w:rPr>
              <w:t>Fall through surface; fatality</w:t>
            </w:r>
          </w:p>
        </w:tc>
        <w:tc>
          <w:tcPr>
            <w:tcW w:w="918" w:type="dxa"/>
          </w:tcPr>
          <w:p w14:paraId="7C135CE7" w14:textId="77777777" w:rsidR="00D91CA2" w:rsidRDefault="00000000">
            <w:r>
              <w:rPr>
                <w:sz w:val="13"/>
              </w:rPr>
              <w:t>Warning signs and restricted access where identified.</w:t>
            </w:r>
          </w:p>
        </w:tc>
        <w:tc>
          <w:tcPr>
            <w:tcW w:w="918" w:type="dxa"/>
          </w:tcPr>
          <w:p w14:paraId="0DDFFE0F" w14:textId="77777777" w:rsidR="00D91CA2" w:rsidRDefault="00000000">
            <w:r>
              <w:rPr>
                <w:sz w:val="13"/>
              </w:rPr>
              <w:t>4</w:t>
            </w:r>
          </w:p>
        </w:tc>
        <w:tc>
          <w:tcPr>
            <w:tcW w:w="918" w:type="dxa"/>
          </w:tcPr>
          <w:p w14:paraId="65224DE7" w14:textId="77777777" w:rsidR="00D91CA2" w:rsidRDefault="00000000">
            <w:r>
              <w:rPr>
                <w:sz w:val="13"/>
              </w:rPr>
              <w:t>5</w:t>
            </w:r>
          </w:p>
        </w:tc>
        <w:tc>
          <w:tcPr>
            <w:tcW w:w="918" w:type="dxa"/>
          </w:tcPr>
          <w:p w14:paraId="7013898E" w14:textId="77777777" w:rsidR="00D91CA2" w:rsidRDefault="00000000">
            <w:r>
              <w:rPr>
                <w:sz w:val="13"/>
              </w:rPr>
              <w:t>20</w:t>
            </w:r>
          </w:p>
        </w:tc>
        <w:tc>
          <w:tcPr>
            <w:tcW w:w="918" w:type="dxa"/>
          </w:tcPr>
          <w:p w14:paraId="38910958" w14:textId="77777777" w:rsidR="00D91CA2" w:rsidRDefault="00000000">
            <w:r>
              <w:rPr>
                <w:sz w:val="13"/>
              </w:rPr>
              <w:t>Very High</w:t>
            </w:r>
          </w:p>
        </w:tc>
        <w:tc>
          <w:tcPr>
            <w:tcW w:w="918" w:type="dxa"/>
          </w:tcPr>
          <w:p w14:paraId="2F203914" w14:textId="77777777" w:rsidR="00D91CA2" w:rsidRDefault="00000000">
            <w:r>
              <w:rPr>
                <w:sz w:val="13"/>
              </w:rPr>
              <w:t>Identify fragile areas before work; provide load-spreading platforms, guardrails or other suitable protection; prohibit unsupported access.</w:t>
            </w:r>
          </w:p>
        </w:tc>
        <w:tc>
          <w:tcPr>
            <w:tcW w:w="918" w:type="dxa"/>
          </w:tcPr>
          <w:p w14:paraId="023A9261" w14:textId="77777777" w:rsidR="00D91CA2" w:rsidRDefault="00000000">
            <w:r>
              <w:rPr>
                <w:sz w:val="13"/>
              </w:rPr>
              <w:t>1</w:t>
            </w:r>
          </w:p>
        </w:tc>
        <w:tc>
          <w:tcPr>
            <w:tcW w:w="918" w:type="dxa"/>
          </w:tcPr>
          <w:p w14:paraId="1C0E4C1D" w14:textId="77777777" w:rsidR="00D91CA2" w:rsidRDefault="00000000">
            <w:r>
              <w:rPr>
                <w:sz w:val="13"/>
              </w:rPr>
              <w:t>5</w:t>
            </w:r>
          </w:p>
        </w:tc>
        <w:tc>
          <w:tcPr>
            <w:tcW w:w="918" w:type="dxa"/>
          </w:tcPr>
          <w:p w14:paraId="6B8AA2D7" w14:textId="77777777" w:rsidR="00D91CA2" w:rsidRDefault="00000000">
            <w:r>
              <w:rPr>
                <w:sz w:val="13"/>
              </w:rPr>
              <w:t>5</w:t>
            </w:r>
          </w:p>
        </w:tc>
        <w:tc>
          <w:tcPr>
            <w:tcW w:w="918" w:type="dxa"/>
          </w:tcPr>
          <w:p w14:paraId="40960CB0" w14:textId="77777777" w:rsidR="00D91CA2" w:rsidRDefault="00000000">
            <w:r>
              <w:rPr>
                <w:sz w:val="13"/>
              </w:rPr>
              <w:t>Medium</w:t>
            </w:r>
          </w:p>
        </w:tc>
        <w:tc>
          <w:tcPr>
            <w:tcW w:w="918" w:type="dxa"/>
          </w:tcPr>
          <w:p w14:paraId="57719C12" w14:textId="77777777" w:rsidR="00D91CA2" w:rsidRDefault="00000000">
            <w:r>
              <w:rPr>
                <w:sz w:val="13"/>
              </w:rPr>
              <w:t>Roof Supervisor</w:t>
            </w:r>
          </w:p>
        </w:tc>
      </w:tr>
      <w:tr w:rsidR="00D91CA2" w14:paraId="17A60602" w14:textId="77777777">
        <w:trPr>
          <w:jc w:val="center"/>
        </w:trPr>
        <w:tc>
          <w:tcPr>
            <w:tcW w:w="918" w:type="dxa"/>
          </w:tcPr>
          <w:p w14:paraId="2B2ACFF0" w14:textId="77777777" w:rsidR="00D91CA2" w:rsidRDefault="00000000">
            <w:r>
              <w:rPr>
                <w:sz w:val="13"/>
              </w:rPr>
              <w:t>7</w:t>
            </w:r>
          </w:p>
        </w:tc>
        <w:tc>
          <w:tcPr>
            <w:tcW w:w="918" w:type="dxa"/>
          </w:tcPr>
          <w:p w14:paraId="2477F185" w14:textId="77777777" w:rsidR="00D91CA2" w:rsidRDefault="00000000">
            <w:r>
              <w:rPr>
                <w:sz w:val="13"/>
              </w:rPr>
              <w:t>Scaffold erection</w:t>
            </w:r>
          </w:p>
        </w:tc>
        <w:tc>
          <w:tcPr>
            <w:tcW w:w="918" w:type="dxa"/>
          </w:tcPr>
          <w:p w14:paraId="28795229" w14:textId="77777777" w:rsidR="00D91CA2" w:rsidRDefault="00000000">
            <w:r>
              <w:rPr>
                <w:sz w:val="13"/>
              </w:rPr>
              <w:t>Falls during scaffold erection or alteration</w:t>
            </w:r>
          </w:p>
        </w:tc>
        <w:tc>
          <w:tcPr>
            <w:tcW w:w="918" w:type="dxa"/>
          </w:tcPr>
          <w:p w14:paraId="5151B660" w14:textId="77777777" w:rsidR="00D91CA2" w:rsidRDefault="00000000">
            <w:r>
              <w:rPr>
                <w:sz w:val="13"/>
              </w:rPr>
              <w:t>Scaffolders</w:t>
            </w:r>
          </w:p>
        </w:tc>
        <w:tc>
          <w:tcPr>
            <w:tcW w:w="918" w:type="dxa"/>
          </w:tcPr>
          <w:p w14:paraId="46CE65A7" w14:textId="77777777" w:rsidR="00D91CA2" w:rsidRDefault="00000000">
            <w:r>
              <w:rPr>
                <w:sz w:val="13"/>
              </w:rPr>
              <w:t>Fall from height; dropped components</w:t>
            </w:r>
          </w:p>
        </w:tc>
        <w:tc>
          <w:tcPr>
            <w:tcW w:w="918" w:type="dxa"/>
          </w:tcPr>
          <w:p w14:paraId="771E9D45" w14:textId="77777777" w:rsidR="00D91CA2" w:rsidRDefault="00000000">
            <w:r>
              <w:rPr>
                <w:sz w:val="13"/>
              </w:rPr>
              <w:t>Competent scaffold team; basic PPE and supervision.</w:t>
            </w:r>
          </w:p>
        </w:tc>
        <w:tc>
          <w:tcPr>
            <w:tcW w:w="918" w:type="dxa"/>
          </w:tcPr>
          <w:p w14:paraId="6C844598" w14:textId="77777777" w:rsidR="00D91CA2" w:rsidRDefault="00000000">
            <w:r>
              <w:rPr>
                <w:sz w:val="13"/>
              </w:rPr>
              <w:t>4</w:t>
            </w:r>
          </w:p>
        </w:tc>
        <w:tc>
          <w:tcPr>
            <w:tcW w:w="918" w:type="dxa"/>
          </w:tcPr>
          <w:p w14:paraId="296EB6DB" w14:textId="77777777" w:rsidR="00D91CA2" w:rsidRDefault="00000000">
            <w:r>
              <w:rPr>
                <w:sz w:val="13"/>
              </w:rPr>
              <w:t>5</w:t>
            </w:r>
          </w:p>
        </w:tc>
        <w:tc>
          <w:tcPr>
            <w:tcW w:w="918" w:type="dxa"/>
          </w:tcPr>
          <w:p w14:paraId="1769B2EC" w14:textId="77777777" w:rsidR="00D91CA2" w:rsidRDefault="00000000">
            <w:r>
              <w:rPr>
                <w:sz w:val="13"/>
              </w:rPr>
              <w:t>20</w:t>
            </w:r>
          </w:p>
        </w:tc>
        <w:tc>
          <w:tcPr>
            <w:tcW w:w="918" w:type="dxa"/>
          </w:tcPr>
          <w:p w14:paraId="4D01C686" w14:textId="77777777" w:rsidR="00D91CA2" w:rsidRDefault="00000000">
            <w:r>
              <w:rPr>
                <w:sz w:val="13"/>
              </w:rPr>
              <w:t>Very High</w:t>
            </w:r>
          </w:p>
        </w:tc>
        <w:tc>
          <w:tcPr>
            <w:tcW w:w="918" w:type="dxa"/>
          </w:tcPr>
          <w:p w14:paraId="5829E4C2" w14:textId="77777777" w:rsidR="00D91CA2" w:rsidRDefault="00000000">
            <w:r>
              <w:rPr>
                <w:sz w:val="13"/>
              </w:rPr>
              <w:t>Use competent scaffolders, progressive edge protection, safe access, exclusion zone and inspection/tagging arrangements.</w:t>
            </w:r>
          </w:p>
        </w:tc>
        <w:tc>
          <w:tcPr>
            <w:tcW w:w="918" w:type="dxa"/>
          </w:tcPr>
          <w:p w14:paraId="5A39DDC3" w14:textId="77777777" w:rsidR="00D91CA2" w:rsidRDefault="00000000">
            <w:r>
              <w:rPr>
                <w:sz w:val="13"/>
              </w:rPr>
              <w:t>1</w:t>
            </w:r>
          </w:p>
        </w:tc>
        <w:tc>
          <w:tcPr>
            <w:tcW w:w="918" w:type="dxa"/>
          </w:tcPr>
          <w:p w14:paraId="78FD6245" w14:textId="77777777" w:rsidR="00D91CA2" w:rsidRDefault="00000000">
            <w:r>
              <w:rPr>
                <w:sz w:val="13"/>
              </w:rPr>
              <w:t>5</w:t>
            </w:r>
          </w:p>
        </w:tc>
        <w:tc>
          <w:tcPr>
            <w:tcW w:w="918" w:type="dxa"/>
          </w:tcPr>
          <w:p w14:paraId="2BAFE881" w14:textId="77777777" w:rsidR="00D91CA2" w:rsidRDefault="00000000">
            <w:r>
              <w:rPr>
                <w:sz w:val="13"/>
              </w:rPr>
              <w:t>5</w:t>
            </w:r>
          </w:p>
        </w:tc>
        <w:tc>
          <w:tcPr>
            <w:tcW w:w="918" w:type="dxa"/>
          </w:tcPr>
          <w:p w14:paraId="16776506" w14:textId="77777777" w:rsidR="00D91CA2" w:rsidRDefault="00000000">
            <w:r>
              <w:rPr>
                <w:sz w:val="13"/>
              </w:rPr>
              <w:t>Medium</w:t>
            </w:r>
          </w:p>
        </w:tc>
        <w:tc>
          <w:tcPr>
            <w:tcW w:w="918" w:type="dxa"/>
          </w:tcPr>
          <w:p w14:paraId="7D6B4794" w14:textId="77777777" w:rsidR="00D91CA2" w:rsidRDefault="00000000">
            <w:r>
              <w:rPr>
                <w:sz w:val="13"/>
              </w:rPr>
              <w:t>Scaffold Supervisor</w:t>
            </w:r>
          </w:p>
        </w:tc>
      </w:tr>
      <w:tr w:rsidR="00D91CA2" w14:paraId="5DC8B526" w14:textId="77777777">
        <w:trPr>
          <w:jc w:val="center"/>
        </w:trPr>
        <w:tc>
          <w:tcPr>
            <w:tcW w:w="918" w:type="dxa"/>
          </w:tcPr>
          <w:p w14:paraId="57413D56" w14:textId="77777777" w:rsidR="00D91CA2" w:rsidRDefault="00000000">
            <w:r>
              <w:rPr>
                <w:sz w:val="13"/>
              </w:rPr>
              <w:t>8</w:t>
            </w:r>
          </w:p>
        </w:tc>
        <w:tc>
          <w:tcPr>
            <w:tcW w:w="918" w:type="dxa"/>
          </w:tcPr>
          <w:p w14:paraId="7CDAF86F" w14:textId="77777777" w:rsidR="00D91CA2" w:rsidRDefault="00000000">
            <w:r>
              <w:rPr>
                <w:sz w:val="13"/>
              </w:rPr>
              <w:t>Scaffold alteration</w:t>
            </w:r>
          </w:p>
        </w:tc>
        <w:tc>
          <w:tcPr>
            <w:tcW w:w="918" w:type="dxa"/>
          </w:tcPr>
          <w:p w14:paraId="7779C59D" w14:textId="77777777" w:rsidR="00D91CA2" w:rsidRDefault="00000000">
            <w:r>
              <w:rPr>
                <w:sz w:val="13"/>
              </w:rPr>
              <w:t xml:space="preserve">Unauthorized or unsafe modification of </w:t>
            </w:r>
            <w:r>
              <w:rPr>
                <w:sz w:val="13"/>
              </w:rPr>
              <w:lastRenderedPageBreak/>
              <w:t>scaffold</w:t>
            </w:r>
          </w:p>
        </w:tc>
        <w:tc>
          <w:tcPr>
            <w:tcW w:w="918" w:type="dxa"/>
          </w:tcPr>
          <w:p w14:paraId="159F0BA7" w14:textId="77777777" w:rsidR="00D91CA2" w:rsidRDefault="00000000">
            <w:r>
              <w:rPr>
                <w:sz w:val="13"/>
              </w:rPr>
              <w:lastRenderedPageBreak/>
              <w:t>Scaffold users, scaffolders</w:t>
            </w:r>
          </w:p>
        </w:tc>
        <w:tc>
          <w:tcPr>
            <w:tcW w:w="918" w:type="dxa"/>
          </w:tcPr>
          <w:p w14:paraId="118EC3A3" w14:textId="77777777" w:rsidR="00D91CA2" w:rsidRDefault="00000000">
            <w:r>
              <w:rPr>
                <w:sz w:val="13"/>
              </w:rPr>
              <w:t>Collapse or fall from height</w:t>
            </w:r>
          </w:p>
        </w:tc>
        <w:tc>
          <w:tcPr>
            <w:tcW w:w="918" w:type="dxa"/>
          </w:tcPr>
          <w:p w14:paraId="2CF40002" w14:textId="77777777" w:rsidR="00D91CA2" w:rsidRDefault="00000000">
            <w:r>
              <w:rPr>
                <w:sz w:val="13"/>
              </w:rPr>
              <w:t>Scaffold inspection and controlled access.</w:t>
            </w:r>
          </w:p>
        </w:tc>
        <w:tc>
          <w:tcPr>
            <w:tcW w:w="918" w:type="dxa"/>
          </w:tcPr>
          <w:p w14:paraId="27B1249F" w14:textId="77777777" w:rsidR="00D91CA2" w:rsidRDefault="00000000">
            <w:r>
              <w:rPr>
                <w:sz w:val="13"/>
              </w:rPr>
              <w:t>4</w:t>
            </w:r>
          </w:p>
        </w:tc>
        <w:tc>
          <w:tcPr>
            <w:tcW w:w="918" w:type="dxa"/>
          </w:tcPr>
          <w:p w14:paraId="51D69DB6" w14:textId="77777777" w:rsidR="00D91CA2" w:rsidRDefault="00000000">
            <w:r>
              <w:rPr>
                <w:sz w:val="13"/>
              </w:rPr>
              <w:t>5</w:t>
            </w:r>
          </w:p>
        </w:tc>
        <w:tc>
          <w:tcPr>
            <w:tcW w:w="918" w:type="dxa"/>
          </w:tcPr>
          <w:p w14:paraId="316D2091" w14:textId="77777777" w:rsidR="00D91CA2" w:rsidRDefault="00000000">
            <w:r>
              <w:rPr>
                <w:sz w:val="13"/>
              </w:rPr>
              <w:t>20</w:t>
            </w:r>
          </w:p>
        </w:tc>
        <w:tc>
          <w:tcPr>
            <w:tcW w:w="918" w:type="dxa"/>
          </w:tcPr>
          <w:p w14:paraId="42871F29" w14:textId="77777777" w:rsidR="00D91CA2" w:rsidRDefault="00000000">
            <w:r>
              <w:rPr>
                <w:sz w:val="13"/>
              </w:rPr>
              <w:t>Very High</w:t>
            </w:r>
          </w:p>
        </w:tc>
        <w:tc>
          <w:tcPr>
            <w:tcW w:w="918" w:type="dxa"/>
          </w:tcPr>
          <w:p w14:paraId="54C3427B" w14:textId="77777777" w:rsidR="00D91CA2" w:rsidRDefault="00000000">
            <w:r>
              <w:rPr>
                <w:sz w:val="13"/>
              </w:rPr>
              <w:t>Only authorized competent persons alter scaffolds; re-</w:t>
            </w:r>
            <w:r>
              <w:rPr>
                <w:sz w:val="13"/>
              </w:rPr>
              <w:lastRenderedPageBreak/>
              <w:t>inspect after modification; maintain status tagging.</w:t>
            </w:r>
          </w:p>
        </w:tc>
        <w:tc>
          <w:tcPr>
            <w:tcW w:w="918" w:type="dxa"/>
          </w:tcPr>
          <w:p w14:paraId="61DA59AC" w14:textId="77777777" w:rsidR="00D91CA2" w:rsidRDefault="00000000">
            <w:r>
              <w:rPr>
                <w:sz w:val="13"/>
              </w:rPr>
              <w:lastRenderedPageBreak/>
              <w:t>1</w:t>
            </w:r>
          </w:p>
        </w:tc>
        <w:tc>
          <w:tcPr>
            <w:tcW w:w="918" w:type="dxa"/>
          </w:tcPr>
          <w:p w14:paraId="10AF1865" w14:textId="77777777" w:rsidR="00D91CA2" w:rsidRDefault="00000000">
            <w:r>
              <w:rPr>
                <w:sz w:val="13"/>
              </w:rPr>
              <w:t>5</w:t>
            </w:r>
          </w:p>
        </w:tc>
        <w:tc>
          <w:tcPr>
            <w:tcW w:w="918" w:type="dxa"/>
          </w:tcPr>
          <w:p w14:paraId="2847864D" w14:textId="77777777" w:rsidR="00D91CA2" w:rsidRDefault="00000000">
            <w:r>
              <w:rPr>
                <w:sz w:val="13"/>
              </w:rPr>
              <w:t>5</w:t>
            </w:r>
          </w:p>
        </w:tc>
        <w:tc>
          <w:tcPr>
            <w:tcW w:w="918" w:type="dxa"/>
          </w:tcPr>
          <w:p w14:paraId="5AF806DF" w14:textId="77777777" w:rsidR="00D91CA2" w:rsidRDefault="00000000">
            <w:r>
              <w:rPr>
                <w:sz w:val="13"/>
              </w:rPr>
              <w:t>Medium</w:t>
            </w:r>
          </w:p>
        </w:tc>
        <w:tc>
          <w:tcPr>
            <w:tcW w:w="918" w:type="dxa"/>
          </w:tcPr>
          <w:p w14:paraId="782C7D1D" w14:textId="77777777" w:rsidR="00D91CA2" w:rsidRDefault="00000000">
            <w:r>
              <w:rPr>
                <w:sz w:val="13"/>
              </w:rPr>
              <w:t>Scaffold Supervisor</w:t>
            </w:r>
          </w:p>
        </w:tc>
      </w:tr>
      <w:tr w:rsidR="00D91CA2" w14:paraId="39F4E687" w14:textId="77777777">
        <w:trPr>
          <w:jc w:val="center"/>
        </w:trPr>
        <w:tc>
          <w:tcPr>
            <w:tcW w:w="918" w:type="dxa"/>
          </w:tcPr>
          <w:p w14:paraId="77DA5721" w14:textId="77777777" w:rsidR="00D91CA2" w:rsidRDefault="00000000">
            <w:r>
              <w:rPr>
                <w:sz w:val="13"/>
              </w:rPr>
              <w:t>9</w:t>
            </w:r>
          </w:p>
        </w:tc>
        <w:tc>
          <w:tcPr>
            <w:tcW w:w="918" w:type="dxa"/>
          </w:tcPr>
          <w:p w14:paraId="0E4D9583" w14:textId="77777777" w:rsidR="00D91CA2" w:rsidRDefault="00000000">
            <w:r>
              <w:rPr>
                <w:sz w:val="13"/>
              </w:rPr>
              <w:t>Scaffold dismantling</w:t>
            </w:r>
          </w:p>
        </w:tc>
        <w:tc>
          <w:tcPr>
            <w:tcW w:w="918" w:type="dxa"/>
          </w:tcPr>
          <w:p w14:paraId="516D7444" w14:textId="77777777" w:rsidR="00D91CA2" w:rsidRDefault="00000000">
            <w:r>
              <w:rPr>
                <w:sz w:val="13"/>
              </w:rPr>
              <w:t>Falls and dropped components during dismantling</w:t>
            </w:r>
          </w:p>
        </w:tc>
        <w:tc>
          <w:tcPr>
            <w:tcW w:w="918" w:type="dxa"/>
          </w:tcPr>
          <w:p w14:paraId="6F123EF3" w14:textId="77777777" w:rsidR="00D91CA2" w:rsidRDefault="00000000">
            <w:r>
              <w:rPr>
                <w:sz w:val="13"/>
              </w:rPr>
              <w:t>Scaffolders, persons below</w:t>
            </w:r>
          </w:p>
        </w:tc>
        <w:tc>
          <w:tcPr>
            <w:tcW w:w="918" w:type="dxa"/>
          </w:tcPr>
          <w:p w14:paraId="2A05DFD9" w14:textId="77777777" w:rsidR="00D91CA2" w:rsidRDefault="00000000">
            <w:r>
              <w:rPr>
                <w:sz w:val="13"/>
              </w:rPr>
              <w:t>Falls, struck-by injury, fatality</w:t>
            </w:r>
          </w:p>
        </w:tc>
        <w:tc>
          <w:tcPr>
            <w:tcW w:w="918" w:type="dxa"/>
          </w:tcPr>
          <w:p w14:paraId="3E694D24" w14:textId="77777777" w:rsidR="00D91CA2" w:rsidRDefault="00000000">
            <w:r>
              <w:rPr>
                <w:sz w:val="13"/>
              </w:rPr>
              <w:t>Competent scaffolders and exclusion area.</w:t>
            </w:r>
          </w:p>
        </w:tc>
        <w:tc>
          <w:tcPr>
            <w:tcW w:w="918" w:type="dxa"/>
          </w:tcPr>
          <w:p w14:paraId="68C13897" w14:textId="77777777" w:rsidR="00D91CA2" w:rsidRDefault="00000000">
            <w:r>
              <w:rPr>
                <w:sz w:val="13"/>
              </w:rPr>
              <w:t>4</w:t>
            </w:r>
          </w:p>
        </w:tc>
        <w:tc>
          <w:tcPr>
            <w:tcW w:w="918" w:type="dxa"/>
          </w:tcPr>
          <w:p w14:paraId="57A4E2E1" w14:textId="77777777" w:rsidR="00D91CA2" w:rsidRDefault="00000000">
            <w:r>
              <w:rPr>
                <w:sz w:val="13"/>
              </w:rPr>
              <w:t>5</w:t>
            </w:r>
          </w:p>
        </w:tc>
        <w:tc>
          <w:tcPr>
            <w:tcW w:w="918" w:type="dxa"/>
          </w:tcPr>
          <w:p w14:paraId="6BA0AC66" w14:textId="77777777" w:rsidR="00D91CA2" w:rsidRDefault="00000000">
            <w:r>
              <w:rPr>
                <w:sz w:val="13"/>
              </w:rPr>
              <w:t>20</w:t>
            </w:r>
          </w:p>
        </w:tc>
        <w:tc>
          <w:tcPr>
            <w:tcW w:w="918" w:type="dxa"/>
          </w:tcPr>
          <w:p w14:paraId="0E02BD05" w14:textId="77777777" w:rsidR="00D91CA2" w:rsidRDefault="00000000">
            <w:r>
              <w:rPr>
                <w:sz w:val="13"/>
              </w:rPr>
              <w:t>Very High</w:t>
            </w:r>
          </w:p>
        </w:tc>
        <w:tc>
          <w:tcPr>
            <w:tcW w:w="918" w:type="dxa"/>
          </w:tcPr>
          <w:p w14:paraId="1A1A14F4" w14:textId="77777777" w:rsidR="00D91CA2" w:rsidRDefault="00000000">
            <w:r>
              <w:rPr>
                <w:sz w:val="13"/>
              </w:rPr>
              <w:t>Use planned sequence, progressive protection, controlled lowering, exclusion zone and dedicated supervision.</w:t>
            </w:r>
          </w:p>
        </w:tc>
        <w:tc>
          <w:tcPr>
            <w:tcW w:w="918" w:type="dxa"/>
          </w:tcPr>
          <w:p w14:paraId="75A28797" w14:textId="77777777" w:rsidR="00D91CA2" w:rsidRDefault="00000000">
            <w:r>
              <w:rPr>
                <w:sz w:val="13"/>
              </w:rPr>
              <w:t>1</w:t>
            </w:r>
          </w:p>
        </w:tc>
        <w:tc>
          <w:tcPr>
            <w:tcW w:w="918" w:type="dxa"/>
          </w:tcPr>
          <w:p w14:paraId="77389979" w14:textId="77777777" w:rsidR="00D91CA2" w:rsidRDefault="00000000">
            <w:r>
              <w:rPr>
                <w:sz w:val="13"/>
              </w:rPr>
              <w:t>5</w:t>
            </w:r>
          </w:p>
        </w:tc>
        <w:tc>
          <w:tcPr>
            <w:tcW w:w="918" w:type="dxa"/>
          </w:tcPr>
          <w:p w14:paraId="5164AD45" w14:textId="77777777" w:rsidR="00D91CA2" w:rsidRDefault="00000000">
            <w:r>
              <w:rPr>
                <w:sz w:val="13"/>
              </w:rPr>
              <w:t>5</w:t>
            </w:r>
          </w:p>
        </w:tc>
        <w:tc>
          <w:tcPr>
            <w:tcW w:w="918" w:type="dxa"/>
          </w:tcPr>
          <w:p w14:paraId="1E5802B7" w14:textId="77777777" w:rsidR="00D91CA2" w:rsidRDefault="00000000">
            <w:r>
              <w:rPr>
                <w:sz w:val="13"/>
              </w:rPr>
              <w:t>Medium</w:t>
            </w:r>
          </w:p>
        </w:tc>
        <w:tc>
          <w:tcPr>
            <w:tcW w:w="918" w:type="dxa"/>
          </w:tcPr>
          <w:p w14:paraId="316CE75F" w14:textId="77777777" w:rsidR="00D91CA2" w:rsidRDefault="00000000">
            <w:r>
              <w:rPr>
                <w:sz w:val="13"/>
              </w:rPr>
              <w:t>Scaffold Supervisor</w:t>
            </w:r>
          </w:p>
        </w:tc>
      </w:tr>
      <w:tr w:rsidR="00D91CA2" w14:paraId="6F772FB7" w14:textId="77777777">
        <w:trPr>
          <w:jc w:val="center"/>
        </w:trPr>
        <w:tc>
          <w:tcPr>
            <w:tcW w:w="918" w:type="dxa"/>
          </w:tcPr>
          <w:p w14:paraId="033C99AB" w14:textId="77777777" w:rsidR="00D91CA2" w:rsidRDefault="00000000">
            <w:r>
              <w:rPr>
                <w:sz w:val="13"/>
              </w:rPr>
              <w:t>10</w:t>
            </w:r>
          </w:p>
        </w:tc>
        <w:tc>
          <w:tcPr>
            <w:tcW w:w="918" w:type="dxa"/>
          </w:tcPr>
          <w:p w14:paraId="46DFF9AE" w14:textId="77777777" w:rsidR="00D91CA2" w:rsidRDefault="00000000">
            <w:r>
              <w:rPr>
                <w:sz w:val="13"/>
              </w:rPr>
              <w:t>Scaffold use</w:t>
            </w:r>
          </w:p>
        </w:tc>
        <w:tc>
          <w:tcPr>
            <w:tcW w:w="918" w:type="dxa"/>
          </w:tcPr>
          <w:p w14:paraId="197A69C6" w14:textId="77777777" w:rsidR="00D91CA2" w:rsidRDefault="00000000">
            <w:r>
              <w:rPr>
                <w:sz w:val="13"/>
              </w:rPr>
              <w:t>Unsafe access, missing components or overloading</w:t>
            </w:r>
          </w:p>
        </w:tc>
        <w:tc>
          <w:tcPr>
            <w:tcW w:w="918" w:type="dxa"/>
          </w:tcPr>
          <w:p w14:paraId="08388815" w14:textId="77777777" w:rsidR="00D91CA2" w:rsidRDefault="00000000">
            <w:r>
              <w:rPr>
                <w:sz w:val="13"/>
              </w:rPr>
              <w:t>Scaffold users</w:t>
            </w:r>
          </w:p>
        </w:tc>
        <w:tc>
          <w:tcPr>
            <w:tcW w:w="918" w:type="dxa"/>
          </w:tcPr>
          <w:p w14:paraId="7BC9351D" w14:textId="77777777" w:rsidR="00D91CA2" w:rsidRDefault="00000000">
            <w:r>
              <w:rPr>
                <w:sz w:val="13"/>
              </w:rPr>
              <w:t>Fall, collapse or falling materials</w:t>
            </w:r>
          </w:p>
        </w:tc>
        <w:tc>
          <w:tcPr>
            <w:tcW w:w="918" w:type="dxa"/>
          </w:tcPr>
          <w:p w14:paraId="71078F2B" w14:textId="77777777" w:rsidR="00D91CA2" w:rsidRDefault="00000000">
            <w:r>
              <w:rPr>
                <w:sz w:val="13"/>
              </w:rPr>
              <w:t>Inspection and access ladder/stairs where provided.</w:t>
            </w:r>
          </w:p>
        </w:tc>
        <w:tc>
          <w:tcPr>
            <w:tcW w:w="918" w:type="dxa"/>
          </w:tcPr>
          <w:p w14:paraId="4A0C6BB7" w14:textId="77777777" w:rsidR="00D91CA2" w:rsidRDefault="00000000">
            <w:r>
              <w:rPr>
                <w:sz w:val="13"/>
              </w:rPr>
              <w:t>4</w:t>
            </w:r>
          </w:p>
        </w:tc>
        <w:tc>
          <w:tcPr>
            <w:tcW w:w="918" w:type="dxa"/>
          </w:tcPr>
          <w:p w14:paraId="598D3880" w14:textId="77777777" w:rsidR="00D91CA2" w:rsidRDefault="00000000">
            <w:r>
              <w:rPr>
                <w:sz w:val="13"/>
              </w:rPr>
              <w:t>5</w:t>
            </w:r>
          </w:p>
        </w:tc>
        <w:tc>
          <w:tcPr>
            <w:tcW w:w="918" w:type="dxa"/>
          </w:tcPr>
          <w:p w14:paraId="19BD6B5B" w14:textId="77777777" w:rsidR="00D91CA2" w:rsidRDefault="00000000">
            <w:r>
              <w:rPr>
                <w:sz w:val="13"/>
              </w:rPr>
              <w:t>20</w:t>
            </w:r>
          </w:p>
        </w:tc>
        <w:tc>
          <w:tcPr>
            <w:tcW w:w="918" w:type="dxa"/>
          </w:tcPr>
          <w:p w14:paraId="12CC4845" w14:textId="77777777" w:rsidR="00D91CA2" w:rsidRDefault="00000000">
            <w:r>
              <w:rPr>
                <w:sz w:val="13"/>
              </w:rPr>
              <w:t>Very High</w:t>
            </w:r>
          </w:p>
        </w:tc>
        <w:tc>
          <w:tcPr>
            <w:tcW w:w="918" w:type="dxa"/>
          </w:tcPr>
          <w:p w14:paraId="41FD3A1C" w14:textId="77777777" w:rsidR="00D91CA2" w:rsidRDefault="00000000">
            <w:r>
              <w:rPr>
                <w:sz w:val="13"/>
              </w:rPr>
              <w:t>Verify complete platform, guardrails, toe boards, access, load limits and current inspection status before use.</w:t>
            </w:r>
          </w:p>
        </w:tc>
        <w:tc>
          <w:tcPr>
            <w:tcW w:w="918" w:type="dxa"/>
          </w:tcPr>
          <w:p w14:paraId="2AAB231C" w14:textId="77777777" w:rsidR="00D91CA2" w:rsidRDefault="00000000">
            <w:r>
              <w:rPr>
                <w:sz w:val="13"/>
              </w:rPr>
              <w:t>1</w:t>
            </w:r>
          </w:p>
        </w:tc>
        <w:tc>
          <w:tcPr>
            <w:tcW w:w="918" w:type="dxa"/>
          </w:tcPr>
          <w:p w14:paraId="026EA1F9" w14:textId="77777777" w:rsidR="00D91CA2" w:rsidRDefault="00000000">
            <w:r>
              <w:rPr>
                <w:sz w:val="13"/>
              </w:rPr>
              <w:t>5</w:t>
            </w:r>
          </w:p>
        </w:tc>
        <w:tc>
          <w:tcPr>
            <w:tcW w:w="918" w:type="dxa"/>
          </w:tcPr>
          <w:p w14:paraId="694874CB" w14:textId="77777777" w:rsidR="00D91CA2" w:rsidRDefault="00000000">
            <w:r>
              <w:rPr>
                <w:sz w:val="13"/>
              </w:rPr>
              <w:t>5</w:t>
            </w:r>
          </w:p>
        </w:tc>
        <w:tc>
          <w:tcPr>
            <w:tcW w:w="918" w:type="dxa"/>
          </w:tcPr>
          <w:p w14:paraId="1BB57774" w14:textId="77777777" w:rsidR="00D91CA2" w:rsidRDefault="00000000">
            <w:r>
              <w:rPr>
                <w:sz w:val="13"/>
              </w:rPr>
              <w:t>Medium</w:t>
            </w:r>
          </w:p>
        </w:tc>
        <w:tc>
          <w:tcPr>
            <w:tcW w:w="918" w:type="dxa"/>
          </w:tcPr>
          <w:p w14:paraId="1BB4503F" w14:textId="77777777" w:rsidR="00D91CA2" w:rsidRDefault="00000000">
            <w:r>
              <w:rPr>
                <w:sz w:val="13"/>
              </w:rPr>
              <w:t>Supervisor / Scaffold Inspector</w:t>
            </w:r>
          </w:p>
        </w:tc>
      </w:tr>
      <w:tr w:rsidR="00D91CA2" w14:paraId="5E8A66AA" w14:textId="77777777">
        <w:trPr>
          <w:jc w:val="center"/>
        </w:trPr>
        <w:tc>
          <w:tcPr>
            <w:tcW w:w="918" w:type="dxa"/>
          </w:tcPr>
          <w:p w14:paraId="4A6E6D7A" w14:textId="77777777" w:rsidR="00D91CA2" w:rsidRDefault="00000000">
            <w:r>
              <w:rPr>
                <w:sz w:val="13"/>
              </w:rPr>
              <w:t>11</w:t>
            </w:r>
          </w:p>
        </w:tc>
        <w:tc>
          <w:tcPr>
            <w:tcW w:w="918" w:type="dxa"/>
          </w:tcPr>
          <w:p w14:paraId="096AADAD" w14:textId="77777777" w:rsidR="00D91CA2" w:rsidRDefault="00000000">
            <w:r>
              <w:rPr>
                <w:sz w:val="13"/>
              </w:rPr>
              <w:t>Mobile scaffold tower</w:t>
            </w:r>
          </w:p>
        </w:tc>
        <w:tc>
          <w:tcPr>
            <w:tcW w:w="918" w:type="dxa"/>
          </w:tcPr>
          <w:p w14:paraId="5C957CD8" w14:textId="77777777" w:rsidR="00D91CA2" w:rsidRDefault="00000000">
            <w:r>
              <w:rPr>
                <w:sz w:val="13"/>
              </w:rPr>
              <w:t>Tower movement, overturning or unsafe access</w:t>
            </w:r>
          </w:p>
        </w:tc>
        <w:tc>
          <w:tcPr>
            <w:tcW w:w="918" w:type="dxa"/>
          </w:tcPr>
          <w:p w14:paraId="6DE350BE" w14:textId="77777777" w:rsidR="00D91CA2" w:rsidRDefault="00000000">
            <w:r>
              <w:rPr>
                <w:sz w:val="13"/>
              </w:rPr>
              <w:t>Workers, nearby personnel</w:t>
            </w:r>
          </w:p>
        </w:tc>
        <w:tc>
          <w:tcPr>
            <w:tcW w:w="918" w:type="dxa"/>
          </w:tcPr>
          <w:p w14:paraId="449D86E7" w14:textId="77777777" w:rsidR="00D91CA2" w:rsidRDefault="00000000">
            <w:r>
              <w:rPr>
                <w:sz w:val="13"/>
              </w:rPr>
              <w:t>Fall or struck-by injury</w:t>
            </w:r>
          </w:p>
        </w:tc>
        <w:tc>
          <w:tcPr>
            <w:tcW w:w="918" w:type="dxa"/>
          </w:tcPr>
          <w:p w14:paraId="6A4D2BC0" w14:textId="77777777" w:rsidR="00D91CA2" w:rsidRDefault="00000000">
            <w:r>
              <w:rPr>
                <w:sz w:val="13"/>
              </w:rPr>
              <w:t>Lockable casters, basic assembly controls.</w:t>
            </w:r>
          </w:p>
        </w:tc>
        <w:tc>
          <w:tcPr>
            <w:tcW w:w="918" w:type="dxa"/>
          </w:tcPr>
          <w:p w14:paraId="2D944ACE" w14:textId="77777777" w:rsidR="00D91CA2" w:rsidRDefault="00000000">
            <w:r>
              <w:rPr>
                <w:sz w:val="13"/>
              </w:rPr>
              <w:t>4</w:t>
            </w:r>
          </w:p>
        </w:tc>
        <w:tc>
          <w:tcPr>
            <w:tcW w:w="918" w:type="dxa"/>
          </w:tcPr>
          <w:p w14:paraId="2D068373" w14:textId="77777777" w:rsidR="00D91CA2" w:rsidRDefault="00000000">
            <w:r>
              <w:rPr>
                <w:sz w:val="13"/>
              </w:rPr>
              <w:t>5</w:t>
            </w:r>
          </w:p>
        </w:tc>
        <w:tc>
          <w:tcPr>
            <w:tcW w:w="918" w:type="dxa"/>
          </w:tcPr>
          <w:p w14:paraId="6DED989C" w14:textId="77777777" w:rsidR="00D91CA2" w:rsidRDefault="00000000">
            <w:r>
              <w:rPr>
                <w:sz w:val="13"/>
              </w:rPr>
              <w:t>20</w:t>
            </w:r>
          </w:p>
        </w:tc>
        <w:tc>
          <w:tcPr>
            <w:tcW w:w="918" w:type="dxa"/>
          </w:tcPr>
          <w:p w14:paraId="4F047D9A" w14:textId="77777777" w:rsidR="00D91CA2" w:rsidRDefault="00000000">
            <w:r>
              <w:rPr>
                <w:sz w:val="13"/>
              </w:rPr>
              <w:t>Very High</w:t>
            </w:r>
          </w:p>
        </w:tc>
        <w:tc>
          <w:tcPr>
            <w:tcW w:w="918" w:type="dxa"/>
          </w:tcPr>
          <w:p w14:paraId="7A534A31" w14:textId="77777777" w:rsidR="00D91CA2" w:rsidRDefault="00000000">
            <w:r>
              <w:rPr>
                <w:sz w:val="13"/>
              </w:rPr>
              <w:t>Use on level ground; lock wheels; do not move with people/materials on platform; install required guardrails/outriggers; inspect before use.</w:t>
            </w:r>
          </w:p>
        </w:tc>
        <w:tc>
          <w:tcPr>
            <w:tcW w:w="918" w:type="dxa"/>
          </w:tcPr>
          <w:p w14:paraId="6852446A" w14:textId="77777777" w:rsidR="00D91CA2" w:rsidRDefault="00000000">
            <w:r>
              <w:rPr>
                <w:sz w:val="13"/>
              </w:rPr>
              <w:t>1</w:t>
            </w:r>
          </w:p>
        </w:tc>
        <w:tc>
          <w:tcPr>
            <w:tcW w:w="918" w:type="dxa"/>
          </w:tcPr>
          <w:p w14:paraId="37179836" w14:textId="77777777" w:rsidR="00D91CA2" w:rsidRDefault="00000000">
            <w:r>
              <w:rPr>
                <w:sz w:val="13"/>
              </w:rPr>
              <w:t>5</w:t>
            </w:r>
          </w:p>
        </w:tc>
        <w:tc>
          <w:tcPr>
            <w:tcW w:w="918" w:type="dxa"/>
          </w:tcPr>
          <w:p w14:paraId="1F371334" w14:textId="77777777" w:rsidR="00D91CA2" w:rsidRDefault="00000000">
            <w:r>
              <w:rPr>
                <w:sz w:val="13"/>
              </w:rPr>
              <w:t>5</w:t>
            </w:r>
          </w:p>
        </w:tc>
        <w:tc>
          <w:tcPr>
            <w:tcW w:w="918" w:type="dxa"/>
          </w:tcPr>
          <w:p w14:paraId="1EE88596" w14:textId="77777777" w:rsidR="00D91CA2" w:rsidRDefault="00000000">
            <w:r>
              <w:rPr>
                <w:sz w:val="13"/>
              </w:rPr>
              <w:t>Medium</w:t>
            </w:r>
          </w:p>
        </w:tc>
        <w:tc>
          <w:tcPr>
            <w:tcW w:w="918" w:type="dxa"/>
          </w:tcPr>
          <w:p w14:paraId="5959A135" w14:textId="77777777" w:rsidR="00D91CA2" w:rsidRDefault="00000000">
            <w:r>
              <w:rPr>
                <w:sz w:val="13"/>
              </w:rPr>
              <w:t>Supervisor</w:t>
            </w:r>
          </w:p>
        </w:tc>
      </w:tr>
      <w:tr w:rsidR="00D91CA2" w14:paraId="054D5076" w14:textId="77777777">
        <w:trPr>
          <w:jc w:val="center"/>
        </w:trPr>
        <w:tc>
          <w:tcPr>
            <w:tcW w:w="918" w:type="dxa"/>
          </w:tcPr>
          <w:p w14:paraId="7E915D9F" w14:textId="77777777" w:rsidR="00D91CA2" w:rsidRDefault="00000000">
            <w:r>
              <w:rPr>
                <w:sz w:val="13"/>
              </w:rPr>
              <w:t>12</w:t>
            </w:r>
          </w:p>
        </w:tc>
        <w:tc>
          <w:tcPr>
            <w:tcW w:w="918" w:type="dxa"/>
          </w:tcPr>
          <w:p w14:paraId="29C1A31C" w14:textId="77777777" w:rsidR="00D91CA2" w:rsidRDefault="00000000">
            <w:r>
              <w:rPr>
                <w:sz w:val="13"/>
              </w:rPr>
              <w:t>Ladders</w:t>
            </w:r>
          </w:p>
        </w:tc>
        <w:tc>
          <w:tcPr>
            <w:tcW w:w="918" w:type="dxa"/>
          </w:tcPr>
          <w:p w14:paraId="049B36E0" w14:textId="77777777" w:rsidR="00D91CA2" w:rsidRDefault="00000000">
            <w:r>
              <w:rPr>
                <w:sz w:val="13"/>
              </w:rPr>
              <w:t>Incorrect setup, overreaching or unstable ladder</w:t>
            </w:r>
          </w:p>
        </w:tc>
        <w:tc>
          <w:tcPr>
            <w:tcW w:w="918" w:type="dxa"/>
          </w:tcPr>
          <w:p w14:paraId="5194F0B6" w14:textId="77777777" w:rsidR="00D91CA2" w:rsidRDefault="00000000">
            <w:r>
              <w:rPr>
                <w:sz w:val="13"/>
              </w:rPr>
              <w:t>Workers</w:t>
            </w:r>
          </w:p>
        </w:tc>
        <w:tc>
          <w:tcPr>
            <w:tcW w:w="918" w:type="dxa"/>
          </w:tcPr>
          <w:p w14:paraId="59E35EF1" w14:textId="77777777" w:rsidR="00D91CA2" w:rsidRDefault="00000000">
            <w:r>
              <w:rPr>
                <w:sz w:val="13"/>
              </w:rPr>
              <w:t>Fall from ladder</w:t>
            </w:r>
          </w:p>
        </w:tc>
        <w:tc>
          <w:tcPr>
            <w:tcW w:w="918" w:type="dxa"/>
          </w:tcPr>
          <w:p w14:paraId="02BE21D1" w14:textId="77777777" w:rsidR="00D91CA2" w:rsidRDefault="00000000">
            <w:r>
              <w:rPr>
                <w:sz w:val="13"/>
              </w:rPr>
              <w:t>Pre-use checks and basic three-point contact instruction.</w:t>
            </w:r>
          </w:p>
        </w:tc>
        <w:tc>
          <w:tcPr>
            <w:tcW w:w="918" w:type="dxa"/>
          </w:tcPr>
          <w:p w14:paraId="5323EF5E" w14:textId="77777777" w:rsidR="00D91CA2" w:rsidRDefault="00000000">
            <w:r>
              <w:rPr>
                <w:sz w:val="13"/>
              </w:rPr>
              <w:t>4</w:t>
            </w:r>
          </w:p>
        </w:tc>
        <w:tc>
          <w:tcPr>
            <w:tcW w:w="918" w:type="dxa"/>
          </w:tcPr>
          <w:p w14:paraId="24A2DBF1" w14:textId="77777777" w:rsidR="00D91CA2" w:rsidRDefault="00000000">
            <w:r>
              <w:rPr>
                <w:sz w:val="13"/>
              </w:rPr>
              <w:t>4</w:t>
            </w:r>
          </w:p>
        </w:tc>
        <w:tc>
          <w:tcPr>
            <w:tcW w:w="918" w:type="dxa"/>
          </w:tcPr>
          <w:p w14:paraId="16DC8186" w14:textId="77777777" w:rsidR="00D91CA2" w:rsidRDefault="00000000">
            <w:r>
              <w:rPr>
                <w:sz w:val="13"/>
              </w:rPr>
              <w:t>16</w:t>
            </w:r>
          </w:p>
        </w:tc>
        <w:tc>
          <w:tcPr>
            <w:tcW w:w="918" w:type="dxa"/>
          </w:tcPr>
          <w:p w14:paraId="2461A468" w14:textId="77777777" w:rsidR="00D91CA2" w:rsidRDefault="00000000">
            <w:r>
              <w:rPr>
                <w:sz w:val="13"/>
              </w:rPr>
              <w:t>High</w:t>
            </w:r>
          </w:p>
        </w:tc>
        <w:tc>
          <w:tcPr>
            <w:tcW w:w="918" w:type="dxa"/>
          </w:tcPr>
          <w:p w14:paraId="50ED027F" w14:textId="77777777" w:rsidR="00D91CA2" w:rsidRDefault="00000000">
            <w:r>
              <w:rPr>
                <w:sz w:val="13"/>
              </w:rPr>
              <w:t>Use ladders only where suitable; secure correctly; maintain three-point contact; prevent overreaching; use alternatives for prolonged/high-risk work.</w:t>
            </w:r>
          </w:p>
        </w:tc>
        <w:tc>
          <w:tcPr>
            <w:tcW w:w="918" w:type="dxa"/>
          </w:tcPr>
          <w:p w14:paraId="2F859E60" w14:textId="77777777" w:rsidR="00D91CA2" w:rsidRDefault="00000000">
            <w:r>
              <w:rPr>
                <w:sz w:val="13"/>
              </w:rPr>
              <w:t>2</w:t>
            </w:r>
          </w:p>
        </w:tc>
        <w:tc>
          <w:tcPr>
            <w:tcW w:w="918" w:type="dxa"/>
          </w:tcPr>
          <w:p w14:paraId="3419935B" w14:textId="77777777" w:rsidR="00D91CA2" w:rsidRDefault="00000000">
            <w:r>
              <w:rPr>
                <w:sz w:val="13"/>
              </w:rPr>
              <w:t>4</w:t>
            </w:r>
          </w:p>
        </w:tc>
        <w:tc>
          <w:tcPr>
            <w:tcW w:w="918" w:type="dxa"/>
          </w:tcPr>
          <w:p w14:paraId="5436D2AA" w14:textId="77777777" w:rsidR="00D91CA2" w:rsidRDefault="00000000">
            <w:r>
              <w:rPr>
                <w:sz w:val="13"/>
              </w:rPr>
              <w:t>8</w:t>
            </w:r>
          </w:p>
        </w:tc>
        <w:tc>
          <w:tcPr>
            <w:tcW w:w="918" w:type="dxa"/>
          </w:tcPr>
          <w:p w14:paraId="563C9DF8" w14:textId="77777777" w:rsidR="00D91CA2" w:rsidRDefault="00000000">
            <w:r>
              <w:rPr>
                <w:sz w:val="13"/>
              </w:rPr>
              <w:t>Medium</w:t>
            </w:r>
          </w:p>
        </w:tc>
        <w:tc>
          <w:tcPr>
            <w:tcW w:w="918" w:type="dxa"/>
          </w:tcPr>
          <w:p w14:paraId="6E85279B" w14:textId="77777777" w:rsidR="00D91CA2" w:rsidRDefault="00000000">
            <w:r>
              <w:rPr>
                <w:sz w:val="13"/>
              </w:rPr>
              <w:t>Supervisor</w:t>
            </w:r>
          </w:p>
        </w:tc>
      </w:tr>
      <w:tr w:rsidR="00D91CA2" w14:paraId="3F289E8B" w14:textId="77777777">
        <w:trPr>
          <w:jc w:val="center"/>
        </w:trPr>
        <w:tc>
          <w:tcPr>
            <w:tcW w:w="918" w:type="dxa"/>
          </w:tcPr>
          <w:p w14:paraId="021468C2" w14:textId="77777777" w:rsidR="00D91CA2" w:rsidRDefault="00000000">
            <w:r>
              <w:rPr>
                <w:sz w:val="13"/>
              </w:rPr>
              <w:t>13</w:t>
            </w:r>
          </w:p>
        </w:tc>
        <w:tc>
          <w:tcPr>
            <w:tcW w:w="918" w:type="dxa"/>
          </w:tcPr>
          <w:p w14:paraId="64037C31" w14:textId="77777777" w:rsidR="00D91CA2" w:rsidRDefault="00000000">
            <w:r>
              <w:rPr>
                <w:sz w:val="13"/>
              </w:rPr>
              <w:t>Step ladders</w:t>
            </w:r>
          </w:p>
        </w:tc>
        <w:tc>
          <w:tcPr>
            <w:tcW w:w="918" w:type="dxa"/>
          </w:tcPr>
          <w:p w14:paraId="74C059F6" w14:textId="77777777" w:rsidR="00D91CA2" w:rsidRDefault="00000000">
            <w:r>
              <w:rPr>
                <w:sz w:val="13"/>
              </w:rPr>
              <w:t>Overreaching, standing on prohibited steps or unstable setup</w:t>
            </w:r>
          </w:p>
        </w:tc>
        <w:tc>
          <w:tcPr>
            <w:tcW w:w="918" w:type="dxa"/>
          </w:tcPr>
          <w:p w14:paraId="1248345F" w14:textId="77777777" w:rsidR="00D91CA2" w:rsidRDefault="00000000">
            <w:r>
              <w:rPr>
                <w:sz w:val="13"/>
              </w:rPr>
              <w:t>Workers</w:t>
            </w:r>
          </w:p>
        </w:tc>
        <w:tc>
          <w:tcPr>
            <w:tcW w:w="918" w:type="dxa"/>
          </w:tcPr>
          <w:p w14:paraId="770DD9AE" w14:textId="77777777" w:rsidR="00D91CA2" w:rsidRDefault="00000000">
            <w:r>
              <w:rPr>
                <w:sz w:val="13"/>
              </w:rPr>
              <w:t>Fall and serious injury</w:t>
            </w:r>
          </w:p>
        </w:tc>
        <w:tc>
          <w:tcPr>
            <w:tcW w:w="918" w:type="dxa"/>
          </w:tcPr>
          <w:p w14:paraId="6964D8C0" w14:textId="77777777" w:rsidR="00D91CA2" w:rsidRDefault="00000000">
            <w:r>
              <w:rPr>
                <w:sz w:val="13"/>
              </w:rPr>
              <w:t>Pre-use inspection and stable placement.</w:t>
            </w:r>
          </w:p>
        </w:tc>
        <w:tc>
          <w:tcPr>
            <w:tcW w:w="918" w:type="dxa"/>
          </w:tcPr>
          <w:p w14:paraId="5CDC375B" w14:textId="77777777" w:rsidR="00D91CA2" w:rsidRDefault="00000000">
            <w:r>
              <w:rPr>
                <w:sz w:val="13"/>
              </w:rPr>
              <w:t>3</w:t>
            </w:r>
          </w:p>
        </w:tc>
        <w:tc>
          <w:tcPr>
            <w:tcW w:w="918" w:type="dxa"/>
          </w:tcPr>
          <w:p w14:paraId="074496B2" w14:textId="77777777" w:rsidR="00D91CA2" w:rsidRDefault="00000000">
            <w:r>
              <w:rPr>
                <w:sz w:val="13"/>
              </w:rPr>
              <w:t>4</w:t>
            </w:r>
          </w:p>
        </w:tc>
        <w:tc>
          <w:tcPr>
            <w:tcW w:w="918" w:type="dxa"/>
          </w:tcPr>
          <w:p w14:paraId="6D55EF12" w14:textId="77777777" w:rsidR="00D91CA2" w:rsidRDefault="00000000">
            <w:r>
              <w:rPr>
                <w:sz w:val="13"/>
              </w:rPr>
              <w:t>12</w:t>
            </w:r>
          </w:p>
        </w:tc>
        <w:tc>
          <w:tcPr>
            <w:tcW w:w="918" w:type="dxa"/>
          </w:tcPr>
          <w:p w14:paraId="14C17F86" w14:textId="77777777" w:rsidR="00D91CA2" w:rsidRDefault="00000000">
            <w:r>
              <w:rPr>
                <w:sz w:val="13"/>
              </w:rPr>
              <w:t>High</w:t>
            </w:r>
          </w:p>
        </w:tc>
        <w:tc>
          <w:tcPr>
            <w:tcW w:w="918" w:type="dxa"/>
          </w:tcPr>
          <w:p w14:paraId="5E46066E" w14:textId="77777777" w:rsidR="00D91CA2" w:rsidRDefault="00000000">
            <w:r>
              <w:rPr>
                <w:sz w:val="13"/>
              </w:rPr>
              <w:t>Use fully opened/locked step ladder on firm level surface; maintain safe working position; prohibit unsafe top-step use.</w:t>
            </w:r>
          </w:p>
        </w:tc>
        <w:tc>
          <w:tcPr>
            <w:tcW w:w="918" w:type="dxa"/>
          </w:tcPr>
          <w:p w14:paraId="3F718021" w14:textId="77777777" w:rsidR="00D91CA2" w:rsidRDefault="00000000">
            <w:r>
              <w:rPr>
                <w:sz w:val="13"/>
              </w:rPr>
              <w:t>1</w:t>
            </w:r>
          </w:p>
        </w:tc>
        <w:tc>
          <w:tcPr>
            <w:tcW w:w="918" w:type="dxa"/>
          </w:tcPr>
          <w:p w14:paraId="004D477C" w14:textId="77777777" w:rsidR="00D91CA2" w:rsidRDefault="00000000">
            <w:r>
              <w:rPr>
                <w:sz w:val="13"/>
              </w:rPr>
              <w:t>4</w:t>
            </w:r>
          </w:p>
        </w:tc>
        <w:tc>
          <w:tcPr>
            <w:tcW w:w="918" w:type="dxa"/>
          </w:tcPr>
          <w:p w14:paraId="2FBC1D31" w14:textId="77777777" w:rsidR="00D91CA2" w:rsidRDefault="00000000">
            <w:r>
              <w:rPr>
                <w:sz w:val="13"/>
              </w:rPr>
              <w:t>4</w:t>
            </w:r>
          </w:p>
        </w:tc>
        <w:tc>
          <w:tcPr>
            <w:tcW w:w="918" w:type="dxa"/>
          </w:tcPr>
          <w:p w14:paraId="5EB89CAB" w14:textId="77777777" w:rsidR="00D91CA2" w:rsidRDefault="00000000">
            <w:r>
              <w:rPr>
                <w:sz w:val="13"/>
              </w:rPr>
              <w:t>Low</w:t>
            </w:r>
          </w:p>
        </w:tc>
        <w:tc>
          <w:tcPr>
            <w:tcW w:w="918" w:type="dxa"/>
          </w:tcPr>
          <w:p w14:paraId="6B5F395D" w14:textId="77777777" w:rsidR="00D91CA2" w:rsidRDefault="00000000">
            <w:r>
              <w:rPr>
                <w:sz w:val="13"/>
              </w:rPr>
              <w:t>Supervisor</w:t>
            </w:r>
          </w:p>
        </w:tc>
      </w:tr>
      <w:tr w:rsidR="00D91CA2" w14:paraId="3EEFDE8D" w14:textId="77777777">
        <w:trPr>
          <w:jc w:val="center"/>
        </w:trPr>
        <w:tc>
          <w:tcPr>
            <w:tcW w:w="918" w:type="dxa"/>
          </w:tcPr>
          <w:p w14:paraId="14571AC8" w14:textId="77777777" w:rsidR="00D91CA2" w:rsidRDefault="00000000">
            <w:r>
              <w:rPr>
                <w:sz w:val="13"/>
              </w:rPr>
              <w:t>14</w:t>
            </w:r>
          </w:p>
        </w:tc>
        <w:tc>
          <w:tcPr>
            <w:tcW w:w="918" w:type="dxa"/>
          </w:tcPr>
          <w:p w14:paraId="6CAB2DCA" w14:textId="77777777" w:rsidR="00D91CA2" w:rsidRDefault="00000000">
            <w:r>
              <w:rPr>
                <w:sz w:val="13"/>
              </w:rPr>
              <w:t>Temporary working platform</w:t>
            </w:r>
          </w:p>
        </w:tc>
        <w:tc>
          <w:tcPr>
            <w:tcW w:w="918" w:type="dxa"/>
          </w:tcPr>
          <w:p w14:paraId="7E0894FE" w14:textId="77777777" w:rsidR="00D91CA2" w:rsidRDefault="00000000">
            <w:r>
              <w:rPr>
                <w:sz w:val="13"/>
              </w:rPr>
              <w:t>Inadequate platform, missing guardrails or unstable support</w:t>
            </w:r>
          </w:p>
        </w:tc>
        <w:tc>
          <w:tcPr>
            <w:tcW w:w="918" w:type="dxa"/>
          </w:tcPr>
          <w:p w14:paraId="2A48C2CB" w14:textId="77777777" w:rsidR="00D91CA2" w:rsidRDefault="00000000">
            <w:r>
              <w:rPr>
                <w:sz w:val="13"/>
              </w:rPr>
              <w:t>Workers</w:t>
            </w:r>
          </w:p>
        </w:tc>
        <w:tc>
          <w:tcPr>
            <w:tcW w:w="918" w:type="dxa"/>
          </w:tcPr>
          <w:p w14:paraId="4465BC97" w14:textId="77777777" w:rsidR="00D91CA2" w:rsidRDefault="00000000">
            <w:r>
              <w:rPr>
                <w:sz w:val="13"/>
              </w:rPr>
              <w:t>Fall or platform failure</w:t>
            </w:r>
          </w:p>
        </w:tc>
        <w:tc>
          <w:tcPr>
            <w:tcW w:w="918" w:type="dxa"/>
          </w:tcPr>
          <w:p w14:paraId="0E00B457" w14:textId="77777777" w:rsidR="00D91CA2" w:rsidRDefault="00000000">
            <w:r>
              <w:rPr>
                <w:sz w:val="13"/>
              </w:rPr>
              <w:t>Platform constructed/installed by competent persons.</w:t>
            </w:r>
          </w:p>
        </w:tc>
        <w:tc>
          <w:tcPr>
            <w:tcW w:w="918" w:type="dxa"/>
          </w:tcPr>
          <w:p w14:paraId="4C132C05" w14:textId="77777777" w:rsidR="00D91CA2" w:rsidRDefault="00000000">
            <w:r>
              <w:rPr>
                <w:sz w:val="13"/>
              </w:rPr>
              <w:t>4</w:t>
            </w:r>
          </w:p>
        </w:tc>
        <w:tc>
          <w:tcPr>
            <w:tcW w:w="918" w:type="dxa"/>
          </w:tcPr>
          <w:p w14:paraId="168CA16C" w14:textId="77777777" w:rsidR="00D91CA2" w:rsidRDefault="00000000">
            <w:r>
              <w:rPr>
                <w:sz w:val="13"/>
              </w:rPr>
              <w:t>5</w:t>
            </w:r>
          </w:p>
        </w:tc>
        <w:tc>
          <w:tcPr>
            <w:tcW w:w="918" w:type="dxa"/>
          </w:tcPr>
          <w:p w14:paraId="2C196B67" w14:textId="77777777" w:rsidR="00D91CA2" w:rsidRDefault="00000000">
            <w:r>
              <w:rPr>
                <w:sz w:val="13"/>
              </w:rPr>
              <w:t>20</w:t>
            </w:r>
          </w:p>
        </w:tc>
        <w:tc>
          <w:tcPr>
            <w:tcW w:w="918" w:type="dxa"/>
          </w:tcPr>
          <w:p w14:paraId="663A069D" w14:textId="77777777" w:rsidR="00D91CA2" w:rsidRDefault="00000000">
            <w:r>
              <w:rPr>
                <w:sz w:val="13"/>
              </w:rPr>
              <w:t>Very High</w:t>
            </w:r>
          </w:p>
        </w:tc>
        <w:tc>
          <w:tcPr>
            <w:tcW w:w="918" w:type="dxa"/>
          </w:tcPr>
          <w:p w14:paraId="5B1C97B7" w14:textId="77777777" w:rsidR="00D91CA2" w:rsidRDefault="00000000">
            <w:r>
              <w:rPr>
                <w:sz w:val="13"/>
              </w:rPr>
              <w:t>Verify design/installation, load capacity, full decking, guardrails and toe boards; inspect before use.</w:t>
            </w:r>
          </w:p>
        </w:tc>
        <w:tc>
          <w:tcPr>
            <w:tcW w:w="918" w:type="dxa"/>
          </w:tcPr>
          <w:p w14:paraId="72F529C9" w14:textId="77777777" w:rsidR="00D91CA2" w:rsidRDefault="00000000">
            <w:r>
              <w:rPr>
                <w:sz w:val="13"/>
              </w:rPr>
              <w:t>1</w:t>
            </w:r>
          </w:p>
        </w:tc>
        <w:tc>
          <w:tcPr>
            <w:tcW w:w="918" w:type="dxa"/>
          </w:tcPr>
          <w:p w14:paraId="4250E9D9" w14:textId="77777777" w:rsidR="00D91CA2" w:rsidRDefault="00000000">
            <w:r>
              <w:rPr>
                <w:sz w:val="13"/>
              </w:rPr>
              <w:t>5</w:t>
            </w:r>
          </w:p>
        </w:tc>
        <w:tc>
          <w:tcPr>
            <w:tcW w:w="918" w:type="dxa"/>
          </w:tcPr>
          <w:p w14:paraId="3527FDFA" w14:textId="77777777" w:rsidR="00D91CA2" w:rsidRDefault="00000000">
            <w:r>
              <w:rPr>
                <w:sz w:val="13"/>
              </w:rPr>
              <w:t>5</w:t>
            </w:r>
          </w:p>
        </w:tc>
        <w:tc>
          <w:tcPr>
            <w:tcW w:w="918" w:type="dxa"/>
          </w:tcPr>
          <w:p w14:paraId="5A4738FC" w14:textId="77777777" w:rsidR="00D91CA2" w:rsidRDefault="00000000">
            <w:r>
              <w:rPr>
                <w:sz w:val="13"/>
              </w:rPr>
              <w:t>Medium</w:t>
            </w:r>
          </w:p>
        </w:tc>
        <w:tc>
          <w:tcPr>
            <w:tcW w:w="918" w:type="dxa"/>
          </w:tcPr>
          <w:p w14:paraId="7961FB3A" w14:textId="77777777" w:rsidR="00D91CA2" w:rsidRDefault="00000000">
            <w:r>
              <w:rPr>
                <w:sz w:val="13"/>
              </w:rPr>
              <w:t>Construction Supervisor</w:t>
            </w:r>
          </w:p>
        </w:tc>
      </w:tr>
      <w:tr w:rsidR="00D91CA2" w14:paraId="7CFAA49D" w14:textId="77777777">
        <w:trPr>
          <w:jc w:val="center"/>
        </w:trPr>
        <w:tc>
          <w:tcPr>
            <w:tcW w:w="918" w:type="dxa"/>
          </w:tcPr>
          <w:p w14:paraId="13399214" w14:textId="77777777" w:rsidR="00D91CA2" w:rsidRDefault="00000000">
            <w:r>
              <w:rPr>
                <w:sz w:val="13"/>
              </w:rPr>
              <w:t>15</w:t>
            </w:r>
          </w:p>
        </w:tc>
        <w:tc>
          <w:tcPr>
            <w:tcW w:w="918" w:type="dxa"/>
          </w:tcPr>
          <w:p w14:paraId="22A5CE5A" w14:textId="77777777" w:rsidR="00D91CA2" w:rsidRDefault="00000000">
            <w:r>
              <w:rPr>
                <w:sz w:val="13"/>
              </w:rPr>
              <w:t>MEWP use</w:t>
            </w:r>
          </w:p>
        </w:tc>
        <w:tc>
          <w:tcPr>
            <w:tcW w:w="918" w:type="dxa"/>
          </w:tcPr>
          <w:p w14:paraId="4DEA184E" w14:textId="77777777" w:rsidR="00D91CA2" w:rsidRDefault="00000000">
            <w:r>
              <w:rPr>
                <w:sz w:val="13"/>
              </w:rPr>
              <w:t>Fall, entrapment, collision or overturning</w:t>
            </w:r>
          </w:p>
        </w:tc>
        <w:tc>
          <w:tcPr>
            <w:tcW w:w="918" w:type="dxa"/>
          </w:tcPr>
          <w:p w14:paraId="28B3385C" w14:textId="77777777" w:rsidR="00D91CA2" w:rsidRDefault="00000000">
            <w:r>
              <w:rPr>
                <w:sz w:val="13"/>
              </w:rPr>
              <w:t>MEWP operators, nearby workers</w:t>
            </w:r>
          </w:p>
        </w:tc>
        <w:tc>
          <w:tcPr>
            <w:tcW w:w="918" w:type="dxa"/>
          </w:tcPr>
          <w:p w14:paraId="7E85FAF5" w14:textId="77777777" w:rsidR="00D91CA2" w:rsidRDefault="00000000">
            <w:r>
              <w:rPr>
                <w:sz w:val="13"/>
              </w:rPr>
              <w:t>Serious injury or fatality</w:t>
            </w:r>
          </w:p>
        </w:tc>
        <w:tc>
          <w:tcPr>
            <w:tcW w:w="918" w:type="dxa"/>
          </w:tcPr>
          <w:p w14:paraId="74F98B87" w14:textId="77777777" w:rsidR="00D91CA2" w:rsidRDefault="00000000">
            <w:r>
              <w:rPr>
                <w:sz w:val="13"/>
              </w:rPr>
              <w:t>Trained operators, pre-use inspection and basic exclusion zone.</w:t>
            </w:r>
          </w:p>
        </w:tc>
        <w:tc>
          <w:tcPr>
            <w:tcW w:w="918" w:type="dxa"/>
          </w:tcPr>
          <w:p w14:paraId="246AA412" w14:textId="77777777" w:rsidR="00D91CA2" w:rsidRDefault="00000000">
            <w:r>
              <w:rPr>
                <w:sz w:val="13"/>
              </w:rPr>
              <w:t>4</w:t>
            </w:r>
          </w:p>
        </w:tc>
        <w:tc>
          <w:tcPr>
            <w:tcW w:w="918" w:type="dxa"/>
          </w:tcPr>
          <w:p w14:paraId="2A24FAEA" w14:textId="77777777" w:rsidR="00D91CA2" w:rsidRDefault="00000000">
            <w:r>
              <w:rPr>
                <w:sz w:val="13"/>
              </w:rPr>
              <w:t>5</w:t>
            </w:r>
          </w:p>
        </w:tc>
        <w:tc>
          <w:tcPr>
            <w:tcW w:w="918" w:type="dxa"/>
          </w:tcPr>
          <w:p w14:paraId="67BABB92" w14:textId="77777777" w:rsidR="00D91CA2" w:rsidRDefault="00000000">
            <w:r>
              <w:rPr>
                <w:sz w:val="13"/>
              </w:rPr>
              <w:t>20</w:t>
            </w:r>
          </w:p>
        </w:tc>
        <w:tc>
          <w:tcPr>
            <w:tcW w:w="918" w:type="dxa"/>
          </w:tcPr>
          <w:p w14:paraId="01BAC4B5" w14:textId="77777777" w:rsidR="00D91CA2" w:rsidRDefault="00000000">
            <w:r>
              <w:rPr>
                <w:sz w:val="13"/>
              </w:rPr>
              <w:t>Very High</w:t>
            </w:r>
          </w:p>
        </w:tc>
        <w:tc>
          <w:tcPr>
            <w:tcW w:w="918" w:type="dxa"/>
          </w:tcPr>
          <w:p w14:paraId="7519001C" w14:textId="77777777" w:rsidR="00D91CA2" w:rsidRDefault="00000000">
            <w:r>
              <w:rPr>
                <w:sz w:val="13"/>
              </w:rPr>
              <w:t xml:space="preserve">Use authorized operators; inspect ground conditions, alarms and </w:t>
            </w:r>
            <w:r>
              <w:rPr>
                <w:sz w:val="13"/>
              </w:rPr>
              <w:lastRenderedPageBreak/>
              <w:t>emergency lowering; use harness/restraint where required; segregate pedestrians; follow manufacturer limits.</w:t>
            </w:r>
          </w:p>
        </w:tc>
        <w:tc>
          <w:tcPr>
            <w:tcW w:w="918" w:type="dxa"/>
          </w:tcPr>
          <w:p w14:paraId="5B262064" w14:textId="77777777" w:rsidR="00D91CA2" w:rsidRDefault="00000000">
            <w:r>
              <w:rPr>
                <w:sz w:val="13"/>
              </w:rPr>
              <w:lastRenderedPageBreak/>
              <w:t>1</w:t>
            </w:r>
          </w:p>
        </w:tc>
        <w:tc>
          <w:tcPr>
            <w:tcW w:w="918" w:type="dxa"/>
          </w:tcPr>
          <w:p w14:paraId="60B59496" w14:textId="77777777" w:rsidR="00D91CA2" w:rsidRDefault="00000000">
            <w:r>
              <w:rPr>
                <w:sz w:val="13"/>
              </w:rPr>
              <w:t>5</w:t>
            </w:r>
          </w:p>
        </w:tc>
        <w:tc>
          <w:tcPr>
            <w:tcW w:w="918" w:type="dxa"/>
          </w:tcPr>
          <w:p w14:paraId="31122CCA" w14:textId="77777777" w:rsidR="00D91CA2" w:rsidRDefault="00000000">
            <w:r>
              <w:rPr>
                <w:sz w:val="13"/>
              </w:rPr>
              <w:t>5</w:t>
            </w:r>
          </w:p>
        </w:tc>
        <w:tc>
          <w:tcPr>
            <w:tcW w:w="918" w:type="dxa"/>
          </w:tcPr>
          <w:p w14:paraId="214D033F" w14:textId="77777777" w:rsidR="00D91CA2" w:rsidRDefault="00000000">
            <w:r>
              <w:rPr>
                <w:sz w:val="13"/>
              </w:rPr>
              <w:t>Medium</w:t>
            </w:r>
          </w:p>
        </w:tc>
        <w:tc>
          <w:tcPr>
            <w:tcW w:w="918" w:type="dxa"/>
          </w:tcPr>
          <w:p w14:paraId="228254C4" w14:textId="77777777" w:rsidR="00D91CA2" w:rsidRDefault="00000000">
            <w:r>
              <w:rPr>
                <w:sz w:val="13"/>
              </w:rPr>
              <w:t>MEWP Supervisor</w:t>
            </w:r>
          </w:p>
        </w:tc>
      </w:tr>
      <w:tr w:rsidR="00D91CA2" w14:paraId="12F70D44" w14:textId="77777777">
        <w:trPr>
          <w:jc w:val="center"/>
        </w:trPr>
        <w:tc>
          <w:tcPr>
            <w:tcW w:w="918" w:type="dxa"/>
          </w:tcPr>
          <w:p w14:paraId="368A0AD4" w14:textId="77777777" w:rsidR="00D91CA2" w:rsidRDefault="00000000">
            <w:r>
              <w:rPr>
                <w:sz w:val="13"/>
              </w:rPr>
              <w:t>16</w:t>
            </w:r>
          </w:p>
        </w:tc>
        <w:tc>
          <w:tcPr>
            <w:tcW w:w="918" w:type="dxa"/>
          </w:tcPr>
          <w:p w14:paraId="68CE4127" w14:textId="77777777" w:rsidR="00D91CA2" w:rsidRDefault="00000000">
            <w:r>
              <w:rPr>
                <w:sz w:val="13"/>
              </w:rPr>
              <w:t>Fall restraint system</w:t>
            </w:r>
          </w:p>
        </w:tc>
        <w:tc>
          <w:tcPr>
            <w:tcW w:w="918" w:type="dxa"/>
          </w:tcPr>
          <w:p w14:paraId="4BA662B6" w14:textId="77777777" w:rsidR="00D91CA2" w:rsidRDefault="00000000">
            <w:r>
              <w:rPr>
                <w:sz w:val="13"/>
              </w:rPr>
              <w:t>Incorrect setup or insufficient restraint distance</w:t>
            </w:r>
          </w:p>
        </w:tc>
        <w:tc>
          <w:tcPr>
            <w:tcW w:w="918" w:type="dxa"/>
          </w:tcPr>
          <w:p w14:paraId="4925CF63" w14:textId="77777777" w:rsidR="00D91CA2" w:rsidRDefault="00000000">
            <w:r>
              <w:rPr>
                <w:sz w:val="13"/>
              </w:rPr>
              <w:t>Workers</w:t>
            </w:r>
          </w:p>
        </w:tc>
        <w:tc>
          <w:tcPr>
            <w:tcW w:w="918" w:type="dxa"/>
          </w:tcPr>
          <w:p w14:paraId="4A91D8B0" w14:textId="77777777" w:rsidR="00D91CA2" w:rsidRDefault="00000000">
            <w:r>
              <w:rPr>
                <w:sz w:val="13"/>
              </w:rPr>
              <w:t>Worker reaches fall edge</w:t>
            </w:r>
          </w:p>
        </w:tc>
        <w:tc>
          <w:tcPr>
            <w:tcW w:w="918" w:type="dxa"/>
          </w:tcPr>
          <w:p w14:paraId="5832BBF7" w14:textId="77777777" w:rsidR="00D91CA2" w:rsidRDefault="00000000">
            <w:r>
              <w:rPr>
                <w:sz w:val="13"/>
              </w:rPr>
              <w:t>Harness/lanyard available; basic instruction.</w:t>
            </w:r>
          </w:p>
        </w:tc>
        <w:tc>
          <w:tcPr>
            <w:tcW w:w="918" w:type="dxa"/>
          </w:tcPr>
          <w:p w14:paraId="2D61DF61" w14:textId="77777777" w:rsidR="00D91CA2" w:rsidRDefault="00000000">
            <w:r>
              <w:rPr>
                <w:sz w:val="13"/>
              </w:rPr>
              <w:t>3</w:t>
            </w:r>
          </w:p>
        </w:tc>
        <w:tc>
          <w:tcPr>
            <w:tcW w:w="918" w:type="dxa"/>
          </w:tcPr>
          <w:p w14:paraId="1EC34E41" w14:textId="77777777" w:rsidR="00D91CA2" w:rsidRDefault="00000000">
            <w:r>
              <w:rPr>
                <w:sz w:val="13"/>
              </w:rPr>
              <w:t>5</w:t>
            </w:r>
          </w:p>
        </w:tc>
        <w:tc>
          <w:tcPr>
            <w:tcW w:w="918" w:type="dxa"/>
          </w:tcPr>
          <w:p w14:paraId="459DC810" w14:textId="77777777" w:rsidR="00D91CA2" w:rsidRDefault="00000000">
            <w:r>
              <w:rPr>
                <w:sz w:val="13"/>
              </w:rPr>
              <w:t>15</w:t>
            </w:r>
          </w:p>
        </w:tc>
        <w:tc>
          <w:tcPr>
            <w:tcW w:w="918" w:type="dxa"/>
          </w:tcPr>
          <w:p w14:paraId="5110ED58" w14:textId="77777777" w:rsidR="00D91CA2" w:rsidRDefault="00000000">
            <w:r>
              <w:rPr>
                <w:sz w:val="13"/>
              </w:rPr>
              <w:t>High</w:t>
            </w:r>
          </w:p>
        </w:tc>
        <w:tc>
          <w:tcPr>
            <w:tcW w:w="918" w:type="dxa"/>
          </w:tcPr>
          <w:p w14:paraId="116E3984" w14:textId="77777777" w:rsidR="00D91CA2" w:rsidRDefault="00000000">
            <w:r>
              <w:rPr>
                <w:sz w:val="13"/>
              </w:rPr>
              <w:t>Verify anchor suitability and restraint length; inspect equipment; prevent access to fall edge; ensure system is compatible and correctly fitted.</w:t>
            </w:r>
          </w:p>
        </w:tc>
        <w:tc>
          <w:tcPr>
            <w:tcW w:w="918" w:type="dxa"/>
          </w:tcPr>
          <w:p w14:paraId="4CA129AF" w14:textId="77777777" w:rsidR="00D91CA2" w:rsidRDefault="00000000">
            <w:r>
              <w:rPr>
                <w:sz w:val="13"/>
              </w:rPr>
              <w:t>1</w:t>
            </w:r>
          </w:p>
        </w:tc>
        <w:tc>
          <w:tcPr>
            <w:tcW w:w="918" w:type="dxa"/>
          </w:tcPr>
          <w:p w14:paraId="5DC90945" w14:textId="77777777" w:rsidR="00D91CA2" w:rsidRDefault="00000000">
            <w:r>
              <w:rPr>
                <w:sz w:val="13"/>
              </w:rPr>
              <w:t>5</w:t>
            </w:r>
          </w:p>
        </w:tc>
        <w:tc>
          <w:tcPr>
            <w:tcW w:w="918" w:type="dxa"/>
          </w:tcPr>
          <w:p w14:paraId="04758F16" w14:textId="77777777" w:rsidR="00D91CA2" w:rsidRDefault="00000000">
            <w:r>
              <w:rPr>
                <w:sz w:val="13"/>
              </w:rPr>
              <w:t>5</w:t>
            </w:r>
          </w:p>
        </w:tc>
        <w:tc>
          <w:tcPr>
            <w:tcW w:w="918" w:type="dxa"/>
          </w:tcPr>
          <w:p w14:paraId="2CFEEB80" w14:textId="77777777" w:rsidR="00D91CA2" w:rsidRDefault="00000000">
            <w:r>
              <w:rPr>
                <w:sz w:val="13"/>
              </w:rPr>
              <w:t>Medium</w:t>
            </w:r>
          </w:p>
        </w:tc>
        <w:tc>
          <w:tcPr>
            <w:tcW w:w="918" w:type="dxa"/>
          </w:tcPr>
          <w:p w14:paraId="4A9D634B" w14:textId="77777777" w:rsidR="00D91CA2" w:rsidRDefault="00000000">
            <w:r>
              <w:rPr>
                <w:sz w:val="13"/>
              </w:rPr>
              <w:t>Competent Person / HSE</w:t>
            </w:r>
          </w:p>
        </w:tc>
      </w:tr>
      <w:tr w:rsidR="00D91CA2" w14:paraId="3BCE18AB" w14:textId="77777777">
        <w:trPr>
          <w:jc w:val="center"/>
        </w:trPr>
        <w:tc>
          <w:tcPr>
            <w:tcW w:w="918" w:type="dxa"/>
          </w:tcPr>
          <w:p w14:paraId="2AC49517" w14:textId="77777777" w:rsidR="00D91CA2" w:rsidRDefault="00000000">
            <w:r>
              <w:rPr>
                <w:sz w:val="13"/>
              </w:rPr>
              <w:t>17</w:t>
            </w:r>
          </w:p>
        </w:tc>
        <w:tc>
          <w:tcPr>
            <w:tcW w:w="918" w:type="dxa"/>
          </w:tcPr>
          <w:p w14:paraId="52984D59" w14:textId="77777777" w:rsidR="00D91CA2" w:rsidRDefault="00000000">
            <w:r>
              <w:rPr>
                <w:sz w:val="13"/>
              </w:rPr>
              <w:t>Fall arrest system</w:t>
            </w:r>
          </w:p>
        </w:tc>
        <w:tc>
          <w:tcPr>
            <w:tcW w:w="918" w:type="dxa"/>
          </w:tcPr>
          <w:p w14:paraId="37DC3FCD" w14:textId="77777777" w:rsidR="00D91CA2" w:rsidRDefault="00000000">
            <w:r>
              <w:rPr>
                <w:sz w:val="13"/>
              </w:rPr>
              <w:t>Fall occurs due to incorrect connection or inadequate clearance</w:t>
            </w:r>
          </w:p>
        </w:tc>
        <w:tc>
          <w:tcPr>
            <w:tcW w:w="918" w:type="dxa"/>
          </w:tcPr>
          <w:p w14:paraId="1788679A" w14:textId="77777777" w:rsidR="00D91CA2" w:rsidRDefault="00000000">
            <w:r>
              <w:rPr>
                <w:sz w:val="13"/>
              </w:rPr>
              <w:t>Workers</w:t>
            </w:r>
          </w:p>
        </w:tc>
        <w:tc>
          <w:tcPr>
            <w:tcW w:w="918" w:type="dxa"/>
          </w:tcPr>
          <w:p w14:paraId="66FB4766" w14:textId="77777777" w:rsidR="00D91CA2" w:rsidRDefault="00000000">
            <w:r>
              <w:rPr>
                <w:sz w:val="13"/>
              </w:rPr>
              <w:t>Arrested fall, suspension trauma, fatality</w:t>
            </w:r>
          </w:p>
        </w:tc>
        <w:tc>
          <w:tcPr>
            <w:tcW w:w="918" w:type="dxa"/>
          </w:tcPr>
          <w:p w14:paraId="50EF06B2" w14:textId="77777777" w:rsidR="00D91CA2" w:rsidRDefault="00000000">
            <w:r>
              <w:rPr>
                <w:sz w:val="13"/>
              </w:rPr>
              <w:t>Harness and lanyard provided; anchor points identified.</w:t>
            </w:r>
          </w:p>
        </w:tc>
        <w:tc>
          <w:tcPr>
            <w:tcW w:w="918" w:type="dxa"/>
          </w:tcPr>
          <w:p w14:paraId="7CE0B10E" w14:textId="77777777" w:rsidR="00D91CA2" w:rsidRDefault="00000000">
            <w:r>
              <w:rPr>
                <w:sz w:val="13"/>
              </w:rPr>
              <w:t>4</w:t>
            </w:r>
          </w:p>
        </w:tc>
        <w:tc>
          <w:tcPr>
            <w:tcW w:w="918" w:type="dxa"/>
          </w:tcPr>
          <w:p w14:paraId="52F5507C" w14:textId="77777777" w:rsidR="00D91CA2" w:rsidRDefault="00000000">
            <w:r>
              <w:rPr>
                <w:sz w:val="13"/>
              </w:rPr>
              <w:t>5</w:t>
            </w:r>
          </w:p>
        </w:tc>
        <w:tc>
          <w:tcPr>
            <w:tcW w:w="918" w:type="dxa"/>
          </w:tcPr>
          <w:p w14:paraId="281D7C31" w14:textId="77777777" w:rsidR="00D91CA2" w:rsidRDefault="00000000">
            <w:r>
              <w:rPr>
                <w:sz w:val="13"/>
              </w:rPr>
              <w:t>20</w:t>
            </w:r>
          </w:p>
        </w:tc>
        <w:tc>
          <w:tcPr>
            <w:tcW w:w="918" w:type="dxa"/>
          </w:tcPr>
          <w:p w14:paraId="0E3220CC" w14:textId="77777777" w:rsidR="00D91CA2" w:rsidRDefault="00000000">
            <w:r>
              <w:rPr>
                <w:sz w:val="13"/>
              </w:rPr>
              <w:t>Very High</w:t>
            </w:r>
          </w:p>
        </w:tc>
        <w:tc>
          <w:tcPr>
            <w:tcW w:w="918" w:type="dxa"/>
          </w:tcPr>
          <w:p w14:paraId="3420E00B" w14:textId="77777777" w:rsidR="00D91CA2" w:rsidRDefault="00000000">
            <w:r>
              <w:rPr>
                <w:sz w:val="13"/>
              </w:rPr>
              <w:t>Use suitable certified system; calculate clearance; inspect connectors and anchors; ensure prompt rescue plan; prevent swing-fall hazards.</w:t>
            </w:r>
          </w:p>
        </w:tc>
        <w:tc>
          <w:tcPr>
            <w:tcW w:w="918" w:type="dxa"/>
          </w:tcPr>
          <w:p w14:paraId="6C3FC6BB" w14:textId="77777777" w:rsidR="00D91CA2" w:rsidRDefault="00000000">
            <w:r>
              <w:rPr>
                <w:sz w:val="13"/>
              </w:rPr>
              <w:t>1</w:t>
            </w:r>
          </w:p>
        </w:tc>
        <w:tc>
          <w:tcPr>
            <w:tcW w:w="918" w:type="dxa"/>
          </w:tcPr>
          <w:p w14:paraId="65B7F1BC" w14:textId="77777777" w:rsidR="00D91CA2" w:rsidRDefault="00000000">
            <w:r>
              <w:rPr>
                <w:sz w:val="13"/>
              </w:rPr>
              <w:t>5</w:t>
            </w:r>
          </w:p>
        </w:tc>
        <w:tc>
          <w:tcPr>
            <w:tcW w:w="918" w:type="dxa"/>
          </w:tcPr>
          <w:p w14:paraId="5CC1B899" w14:textId="77777777" w:rsidR="00D91CA2" w:rsidRDefault="00000000">
            <w:r>
              <w:rPr>
                <w:sz w:val="13"/>
              </w:rPr>
              <w:t>5</w:t>
            </w:r>
          </w:p>
        </w:tc>
        <w:tc>
          <w:tcPr>
            <w:tcW w:w="918" w:type="dxa"/>
          </w:tcPr>
          <w:p w14:paraId="0ED3B6BA" w14:textId="77777777" w:rsidR="00D91CA2" w:rsidRDefault="00000000">
            <w:r>
              <w:rPr>
                <w:sz w:val="13"/>
              </w:rPr>
              <w:t>Medium</w:t>
            </w:r>
          </w:p>
        </w:tc>
        <w:tc>
          <w:tcPr>
            <w:tcW w:w="918" w:type="dxa"/>
          </w:tcPr>
          <w:p w14:paraId="6B15BBAF" w14:textId="77777777" w:rsidR="00D91CA2" w:rsidRDefault="00000000">
            <w:r>
              <w:rPr>
                <w:sz w:val="13"/>
              </w:rPr>
              <w:t>Competent Person / HSE</w:t>
            </w:r>
          </w:p>
        </w:tc>
      </w:tr>
      <w:tr w:rsidR="00D91CA2" w14:paraId="369C2354" w14:textId="77777777">
        <w:trPr>
          <w:jc w:val="center"/>
        </w:trPr>
        <w:tc>
          <w:tcPr>
            <w:tcW w:w="918" w:type="dxa"/>
          </w:tcPr>
          <w:p w14:paraId="6C9527C4" w14:textId="77777777" w:rsidR="00D91CA2" w:rsidRDefault="00000000">
            <w:r>
              <w:rPr>
                <w:sz w:val="13"/>
              </w:rPr>
              <w:t>18</w:t>
            </w:r>
          </w:p>
        </w:tc>
        <w:tc>
          <w:tcPr>
            <w:tcW w:w="918" w:type="dxa"/>
          </w:tcPr>
          <w:p w14:paraId="31238DA1" w14:textId="77777777" w:rsidR="00D91CA2" w:rsidRDefault="00000000">
            <w:r>
              <w:rPr>
                <w:sz w:val="13"/>
              </w:rPr>
              <w:t>Harness and lanyard</w:t>
            </w:r>
          </w:p>
        </w:tc>
        <w:tc>
          <w:tcPr>
            <w:tcW w:w="918" w:type="dxa"/>
          </w:tcPr>
          <w:p w14:paraId="3BFD240B" w14:textId="77777777" w:rsidR="00D91CA2" w:rsidRDefault="00000000">
            <w:r>
              <w:rPr>
                <w:sz w:val="13"/>
              </w:rPr>
              <w:t>Damaged, incompatible or incorrectly fitted equipment</w:t>
            </w:r>
          </w:p>
        </w:tc>
        <w:tc>
          <w:tcPr>
            <w:tcW w:w="918" w:type="dxa"/>
          </w:tcPr>
          <w:p w14:paraId="795C8991" w14:textId="77777777" w:rsidR="00D91CA2" w:rsidRDefault="00000000">
            <w:r>
              <w:rPr>
                <w:sz w:val="13"/>
              </w:rPr>
              <w:t>Workers</w:t>
            </w:r>
          </w:p>
        </w:tc>
        <w:tc>
          <w:tcPr>
            <w:tcW w:w="918" w:type="dxa"/>
          </w:tcPr>
          <w:p w14:paraId="6E167C21" w14:textId="77777777" w:rsidR="00D91CA2" w:rsidRDefault="00000000">
            <w:r>
              <w:rPr>
                <w:sz w:val="13"/>
              </w:rPr>
              <w:t>Equipment failure or fall</w:t>
            </w:r>
          </w:p>
        </w:tc>
        <w:tc>
          <w:tcPr>
            <w:tcW w:w="918" w:type="dxa"/>
          </w:tcPr>
          <w:p w14:paraId="6FA4F2F3" w14:textId="77777777" w:rsidR="00D91CA2" w:rsidRDefault="00000000">
            <w:r>
              <w:rPr>
                <w:sz w:val="13"/>
              </w:rPr>
              <w:t>Pre-use checks and storage controls.</w:t>
            </w:r>
          </w:p>
        </w:tc>
        <w:tc>
          <w:tcPr>
            <w:tcW w:w="918" w:type="dxa"/>
          </w:tcPr>
          <w:p w14:paraId="260942F3" w14:textId="77777777" w:rsidR="00D91CA2" w:rsidRDefault="00000000">
            <w:r>
              <w:rPr>
                <w:sz w:val="13"/>
              </w:rPr>
              <w:t>3</w:t>
            </w:r>
          </w:p>
        </w:tc>
        <w:tc>
          <w:tcPr>
            <w:tcW w:w="918" w:type="dxa"/>
          </w:tcPr>
          <w:p w14:paraId="4C5A22B1" w14:textId="77777777" w:rsidR="00D91CA2" w:rsidRDefault="00000000">
            <w:r>
              <w:rPr>
                <w:sz w:val="13"/>
              </w:rPr>
              <w:t>5</w:t>
            </w:r>
          </w:p>
        </w:tc>
        <w:tc>
          <w:tcPr>
            <w:tcW w:w="918" w:type="dxa"/>
          </w:tcPr>
          <w:p w14:paraId="38F1C5E8" w14:textId="77777777" w:rsidR="00D91CA2" w:rsidRDefault="00000000">
            <w:r>
              <w:rPr>
                <w:sz w:val="13"/>
              </w:rPr>
              <w:t>15</w:t>
            </w:r>
          </w:p>
        </w:tc>
        <w:tc>
          <w:tcPr>
            <w:tcW w:w="918" w:type="dxa"/>
          </w:tcPr>
          <w:p w14:paraId="2E421472" w14:textId="77777777" w:rsidR="00D91CA2" w:rsidRDefault="00000000">
            <w:r>
              <w:rPr>
                <w:sz w:val="13"/>
              </w:rPr>
              <w:t>High</w:t>
            </w:r>
          </w:p>
        </w:tc>
        <w:tc>
          <w:tcPr>
            <w:tcW w:w="918" w:type="dxa"/>
          </w:tcPr>
          <w:p w14:paraId="381737F9" w14:textId="77777777" w:rsidR="00D91CA2" w:rsidRDefault="00000000">
            <w:r>
              <w:rPr>
                <w:sz w:val="13"/>
              </w:rPr>
              <w:t>Inspect before use; quarantine damaged equipment; ensure compatibility, correct fitting and suitable anchorage; maintain inspection records.</w:t>
            </w:r>
          </w:p>
        </w:tc>
        <w:tc>
          <w:tcPr>
            <w:tcW w:w="918" w:type="dxa"/>
          </w:tcPr>
          <w:p w14:paraId="6DCB2E23" w14:textId="77777777" w:rsidR="00D91CA2" w:rsidRDefault="00000000">
            <w:r>
              <w:rPr>
                <w:sz w:val="13"/>
              </w:rPr>
              <w:t>1</w:t>
            </w:r>
          </w:p>
        </w:tc>
        <w:tc>
          <w:tcPr>
            <w:tcW w:w="918" w:type="dxa"/>
          </w:tcPr>
          <w:p w14:paraId="26B5D706" w14:textId="77777777" w:rsidR="00D91CA2" w:rsidRDefault="00000000">
            <w:r>
              <w:rPr>
                <w:sz w:val="13"/>
              </w:rPr>
              <w:t>5</w:t>
            </w:r>
          </w:p>
        </w:tc>
        <w:tc>
          <w:tcPr>
            <w:tcW w:w="918" w:type="dxa"/>
          </w:tcPr>
          <w:p w14:paraId="2906C0A5" w14:textId="77777777" w:rsidR="00D91CA2" w:rsidRDefault="00000000">
            <w:r>
              <w:rPr>
                <w:sz w:val="13"/>
              </w:rPr>
              <w:t>5</w:t>
            </w:r>
          </w:p>
        </w:tc>
        <w:tc>
          <w:tcPr>
            <w:tcW w:w="918" w:type="dxa"/>
          </w:tcPr>
          <w:p w14:paraId="03194E04" w14:textId="77777777" w:rsidR="00D91CA2" w:rsidRDefault="00000000">
            <w:r>
              <w:rPr>
                <w:sz w:val="13"/>
              </w:rPr>
              <w:t>Medium</w:t>
            </w:r>
          </w:p>
        </w:tc>
        <w:tc>
          <w:tcPr>
            <w:tcW w:w="918" w:type="dxa"/>
          </w:tcPr>
          <w:p w14:paraId="7CD29B48" w14:textId="77777777" w:rsidR="00D91CA2" w:rsidRDefault="00000000">
            <w:r>
              <w:rPr>
                <w:sz w:val="13"/>
              </w:rPr>
              <w:t>Competent Person</w:t>
            </w:r>
          </w:p>
        </w:tc>
      </w:tr>
      <w:tr w:rsidR="00D91CA2" w14:paraId="78E6925E" w14:textId="77777777">
        <w:trPr>
          <w:jc w:val="center"/>
        </w:trPr>
        <w:tc>
          <w:tcPr>
            <w:tcW w:w="918" w:type="dxa"/>
          </w:tcPr>
          <w:p w14:paraId="1F0415F9" w14:textId="77777777" w:rsidR="00D91CA2" w:rsidRDefault="00000000">
            <w:r>
              <w:rPr>
                <w:sz w:val="13"/>
              </w:rPr>
              <w:t>19</w:t>
            </w:r>
          </w:p>
        </w:tc>
        <w:tc>
          <w:tcPr>
            <w:tcW w:w="918" w:type="dxa"/>
          </w:tcPr>
          <w:p w14:paraId="7ACBBDBB" w14:textId="77777777" w:rsidR="00D91CA2" w:rsidRDefault="00000000">
            <w:r>
              <w:rPr>
                <w:sz w:val="13"/>
              </w:rPr>
              <w:t>Anchor points / lifelines</w:t>
            </w:r>
          </w:p>
        </w:tc>
        <w:tc>
          <w:tcPr>
            <w:tcW w:w="918" w:type="dxa"/>
          </w:tcPr>
          <w:p w14:paraId="753AABB0" w14:textId="77777777" w:rsidR="00D91CA2" w:rsidRDefault="00000000">
            <w:r>
              <w:rPr>
                <w:sz w:val="13"/>
              </w:rPr>
              <w:t>Unsuitable, damaged or incorrectly installed anchorage</w:t>
            </w:r>
          </w:p>
        </w:tc>
        <w:tc>
          <w:tcPr>
            <w:tcW w:w="918" w:type="dxa"/>
          </w:tcPr>
          <w:p w14:paraId="66D96969" w14:textId="77777777" w:rsidR="00D91CA2" w:rsidRDefault="00000000">
            <w:r>
              <w:rPr>
                <w:sz w:val="13"/>
              </w:rPr>
              <w:t>Workers</w:t>
            </w:r>
          </w:p>
        </w:tc>
        <w:tc>
          <w:tcPr>
            <w:tcW w:w="918" w:type="dxa"/>
          </w:tcPr>
          <w:p w14:paraId="3DADBF54" w14:textId="77777777" w:rsidR="00D91CA2" w:rsidRDefault="00000000">
            <w:r>
              <w:rPr>
                <w:sz w:val="13"/>
              </w:rPr>
              <w:t>System failure and fall</w:t>
            </w:r>
          </w:p>
        </w:tc>
        <w:tc>
          <w:tcPr>
            <w:tcW w:w="918" w:type="dxa"/>
          </w:tcPr>
          <w:p w14:paraId="4D91DFB8" w14:textId="77777777" w:rsidR="00D91CA2" w:rsidRDefault="00000000">
            <w:r>
              <w:rPr>
                <w:sz w:val="13"/>
              </w:rPr>
              <w:t>Designated anchors where available.</w:t>
            </w:r>
          </w:p>
        </w:tc>
        <w:tc>
          <w:tcPr>
            <w:tcW w:w="918" w:type="dxa"/>
          </w:tcPr>
          <w:p w14:paraId="70406664" w14:textId="77777777" w:rsidR="00D91CA2" w:rsidRDefault="00000000">
            <w:r>
              <w:rPr>
                <w:sz w:val="13"/>
              </w:rPr>
              <w:t>4</w:t>
            </w:r>
          </w:p>
        </w:tc>
        <w:tc>
          <w:tcPr>
            <w:tcW w:w="918" w:type="dxa"/>
          </w:tcPr>
          <w:p w14:paraId="71A4EE48" w14:textId="77777777" w:rsidR="00D91CA2" w:rsidRDefault="00000000">
            <w:r>
              <w:rPr>
                <w:sz w:val="13"/>
              </w:rPr>
              <w:t>5</w:t>
            </w:r>
          </w:p>
        </w:tc>
        <w:tc>
          <w:tcPr>
            <w:tcW w:w="918" w:type="dxa"/>
          </w:tcPr>
          <w:p w14:paraId="5F5625FB" w14:textId="77777777" w:rsidR="00D91CA2" w:rsidRDefault="00000000">
            <w:r>
              <w:rPr>
                <w:sz w:val="13"/>
              </w:rPr>
              <w:t>20</w:t>
            </w:r>
          </w:p>
        </w:tc>
        <w:tc>
          <w:tcPr>
            <w:tcW w:w="918" w:type="dxa"/>
          </w:tcPr>
          <w:p w14:paraId="06FC08B2" w14:textId="77777777" w:rsidR="00D91CA2" w:rsidRDefault="00000000">
            <w:r>
              <w:rPr>
                <w:sz w:val="13"/>
              </w:rPr>
              <w:t>Very High</w:t>
            </w:r>
          </w:p>
        </w:tc>
        <w:tc>
          <w:tcPr>
            <w:tcW w:w="918" w:type="dxa"/>
          </w:tcPr>
          <w:p w14:paraId="0DE64778" w14:textId="77777777" w:rsidR="00D91CA2" w:rsidRDefault="00000000">
            <w:r>
              <w:rPr>
                <w:sz w:val="13"/>
              </w:rPr>
              <w:t>Use verified suitable anchorages; inspect installation and condition; prevent unauthorized modification; ensure system is compatible and adequately rated.</w:t>
            </w:r>
          </w:p>
        </w:tc>
        <w:tc>
          <w:tcPr>
            <w:tcW w:w="918" w:type="dxa"/>
          </w:tcPr>
          <w:p w14:paraId="56507FEA" w14:textId="77777777" w:rsidR="00D91CA2" w:rsidRDefault="00000000">
            <w:r>
              <w:rPr>
                <w:sz w:val="13"/>
              </w:rPr>
              <w:t>1</w:t>
            </w:r>
          </w:p>
        </w:tc>
        <w:tc>
          <w:tcPr>
            <w:tcW w:w="918" w:type="dxa"/>
          </w:tcPr>
          <w:p w14:paraId="69480C1F" w14:textId="77777777" w:rsidR="00D91CA2" w:rsidRDefault="00000000">
            <w:r>
              <w:rPr>
                <w:sz w:val="13"/>
              </w:rPr>
              <w:t>5</w:t>
            </w:r>
          </w:p>
        </w:tc>
        <w:tc>
          <w:tcPr>
            <w:tcW w:w="918" w:type="dxa"/>
          </w:tcPr>
          <w:p w14:paraId="0C05F27B" w14:textId="77777777" w:rsidR="00D91CA2" w:rsidRDefault="00000000">
            <w:r>
              <w:rPr>
                <w:sz w:val="13"/>
              </w:rPr>
              <w:t>5</w:t>
            </w:r>
          </w:p>
        </w:tc>
        <w:tc>
          <w:tcPr>
            <w:tcW w:w="918" w:type="dxa"/>
          </w:tcPr>
          <w:p w14:paraId="5B341DC4" w14:textId="77777777" w:rsidR="00D91CA2" w:rsidRDefault="00000000">
            <w:r>
              <w:rPr>
                <w:sz w:val="13"/>
              </w:rPr>
              <w:t>Medium</w:t>
            </w:r>
          </w:p>
        </w:tc>
        <w:tc>
          <w:tcPr>
            <w:tcW w:w="918" w:type="dxa"/>
          </w:tcPr>
          <w:p w14:paraId="7966D42C" w14:textId="77777777" w:rsidR="00D91CA2" w:rsidRDefault="00000000">
            <w:r>
              <w:rPr>
                <w:sz w:val="13"/>
              </w:rPr>
              <w:t>Competent Person / Engineer</w:t>
            </w:r>
          </w:p>
        </w:tc>
      </w:tr>
      <w:tr w:rsidR="00D91CA2" w14:paraId="40F5C0B3" w14:textId="77777777">
        <w:trPr>
          <w:jc w:val="center"/>
        </w:trPr>
        <w:tc>
          <w:tcPr>
            <w:tcW w:w="918" w:type="dxa"/>
          </w:tcPr>
          <w:p w14:paraId="408A200D" w14:textId="77777777" w:rsidR="00D91CA2" w:rsidRDefault="00000000">
            <w:r>
              <w:rPr>
                <w:sz w:val="13"/>
              </w:rPr>
              <w:t>20</w:t>
            </w:r>
          </w:p>
        </w:tc>
        <w:tc>
          <w:tcPr>
            <w:tcW w:w="918" w:type="dxa"/>
          </w:tcPr>
          <w:p w14:paraId="0DFC6EF6" w14:textId="77777777" w:rsidR="00D91CA2" w:rsidRDefault="00000000">
            <w:r>
              <w:rPr>
                <w:sz w:val="13"/>
              </w:rPr>
              <w:t>Falling tools and materials</w:t>
            </w:r>
          </w:p>
        </w:tc>
        <w:tc>
          <w:tcPr>
            <w:tcW w:w="918" w:type="dxa"/>
          </w:tcPr>
          <w:p w14:paraId="28399DD9" w14:textId="77777777" w:rsidR="00D91CA2" w:rsidRDefault="00000000">
            <w:r>
              <w:rPr>
                <w:sz w:val="13"/>
              </w:rPr>
              <w:t>Tools, components or debris dropped from height</w:t>
            </w:r>
          </w:p>
        </w:tc>
        <w:tc>
          <w:tcPr>
            <w:tcW w:w="918" w:type="dxa"/>
          </w:tcPr>
          <w:p w14:paraId="45695670" w14:textId="77777777" w:rsidR="00D91CA2" w:rsidRDefault="00000000">
            <w:r>
              <w:rPr>
                <w:sz w:val="13"/>
              </w:rPr>
              <w:t>Workers below, visitors, public</w:t>
            </w:r>
          </w:p>
        </w:tc>
        <w:tc>
          <w:tcPr>
            <w:tcW w:w="918" w:type="dxa"/>
          </w:tcPr>
          <w:p w14:paraId="7525E0E6" w14:textId="77777777" w:rsidR="00D91CA2" w:rsidRDefault="00000000">
            <w:r>
              <w:rPr>
                <w:sz w:val="13"/>
              </w:rPr>
              <w:t>Head injury, struck-by injury, fatality</w:t>
            </w:r>
          </w:p>
        </w:tc>
        <w:tc>
          <w:tcPr>
            <w:tcW w:w="918" w:type="dxa"/>
          </w:tcPr>
          <w:p w14:paraId="4931CC11" w14:textId="77777777" w:rsidR="00D91CA2" w:rsidRDefault="00000000">
            <w:r>
              <w:rPr>
                <w:sz w:val="13"/>
              </w:rPr>
              <w:t>Basic housekeeping and PPE.</w:t>
            </w:r>
          </w:p>
        </w:tc>
        <w:tc>
          <w:tcPr>
            <w:tcW w:w="918" w:type="dxa"/>
          </w:tcPr>
          <w:p w14:paraId="166E9367" w14:textId="77777777" w:rsidR="00D91CA2" w:rsidRDefault="00000000">
            <w:r>
              <w:rPr>
                <w:sz w:val="13"/>
              </w:rPr>
              <w:t>4</w:t>
            </w:r>
          </w:p>
        </w:tc>
        <w:tc>
          <w:tcPr>
            <w:tcW w:w="918" w:type="dxa"/>
          </w:tcPr>
          <w:p w14:paraId="2B19871F" w14:textId="77777777" w:rsidR="00D91CA2" w:rsidRDefault="00000000">
            <w:r>
              <w:rPr>
                <w:sz w:val="13"/>
              </w:rPr>
              <w:t>5</w:t>
            </w:r>
          </w:p>
        </w:tc>
        <w:tc>
          <w:tcPr>
            <w:tcW w:w="918" w:type="dxa"/>
          </w:tcPr>
          <w:p w14:paraId="0D618CA7" w14:textId="77777777" w:rsidR="00D91CA2" w:rsidRDefault="00000000">
            <w:r>
              <w:rPr>
                <w:sz w:val="13"/>
              </w:rPr>
              <w:t>20</w:t>
            </w:r>
          </w:p>
        </w:tc>
        <w:tc>
          <w:tcPr>
            <w:tcW w:w="918" w:type="dxa"/>
          </w:tcPr>
          <w:p w14:paraId="725D94B8" w14:textId="77777777" w:rsidR="00D91CA2" w:rsidRDefault="00000000">
            <w:r>
              <w:rPr>
                <w:sz w:val="13"/>
              </w:rPr>
              <w:t>Very High</w:t>
            </w:r>
          </w:p>
        </w:tc>
        <w:tc>
          <w:tcPr>
            <w:tcW w:w="918" w:type="dxa"/>
          </w:tcPr>
          <w:p w14:paraId="0B1F3D93" w14:textId="77777777" w:rsidR="00D91CA2" w:rsidRDefault="00000000">
            <w:r>
              <w:rPr>
                <w:sz w:val="13"/>
              </w:rPr>
              <w:t>Use toe boards, tool lanyards where appropriate, secure materials, debris controls and exclusion zones below.</w:t>
            </w:r>
          </w:p>
        </w:tc>
        <w:tc>
          <w:tcPr>
            <w:tcW w:w="918" w:type="dxa"/>
          </w:tcPr>
          <w:p w14:paraId="4889E514" w14:textId="77777777" w:rsidR="00D91CA2" w:rsidRDefault="00000000">
            <w:r>
              <w:rPr>
                <w:sz w:val="13"/>
              </w:rPr>
              <w:t>1</w:t>
            </w:r>
          </w:p>
        </w:tc>
        <w:tc>
          <w:tcPr>
            <w:tcW w:w="918" w:type="dxa"/>
          </w:tcPr>
          <w:p w14:paraId="6D25FE57" w14:textId="77777777" w:rsidR="00D91CA2" w:rsidRDefault="00000000">
            <w:r>
              <w:rPr>
                <w:sz w:val="13"/>
              </w:rPr>
              <w:t>5</w:t>
            </w:r>
          </w:p>
        </w:tc>
        <w:tc>
          <w:tcPr>
            <w:tcW w:w="918" w:type="dxa"/>
          </w:tcPr>
          <w:p w14:paraId="659B33C8" w14:textId="77777777" w:rsidR="00D91CA2" w:rsidRDefault="00000000">
            <w:r>
              <w:rPr>
                <w:sz w:val="13"/>
              </w:rPr>
              <w:t>5</w:t>
            </w:r>
          </w:p>
        </w:tc>
        <w:tc>
          <w:tcPr>
            <w:tcW w:w="918" w:type="dxa"/>
          </w:tcPr>
          <w:p w14:paraId="0E1E7A51" w14:textId="77777777" w:rsidR="00D91CA2" w:rsidRDefault="00000000">
            <w:r>
              <w:rPr>
                <w:sz w:val="13"/>
              </w:rPr>
              <w:t>Medium</w:t>
            </w:r>
          </w:p>
        </w:tc>
        <w:tc>
          <w:tcPr>
            <w:tcW w:w="918" w:type="dxa"/>
          </w:tcPr>
          <w:p w14:paraId="4247362A" w14:textId="77777777" w:rsidR="00D91CA2" w:rsidRDefault="00000000">
            <w:r>
              <w:rPr>
                <w:sz w:val="13"/>
              </w:rPr>
              <w:t>Supervisor / HSE</w:t>
            </w:r>
          </w:p>
        </w:tc>
      </w:tr>
      <w:tr w:rsidR="00D91CA2" w14:paraId="0CED8396" w14:textId="77777777">
        <w:trPr>
          <w:jc w:val="center"/>
        </w:trPr>
        <w:tc>
          <w:tcPr>
            <w:tcW w:w="918" w:type="dxa"/>
          </w:tcPr>
          <w:p w14:paraId="2EEE6BE5" w14:textId="77777777" w:rsidR="00D91CA2" w:rsidRDefault="00000000">
            <w:r>
              <w:rPr>
                <w:sz w:val="13"/>
              </w:rPr>
              <w:t>21</w:t>
            </w:r>
          </w:p>
        </w:tc>
        <w:tc>
          <w:tcPr>
            <w:tcW w:w="918" w:type="dxa"/>
          </w:tcPr>
          <w:p w14:paraId="0BADF401" w14:textId="77777777" w:rsidR="00D91CA2" w:rsidRDefault="00000000">
            <w:r>
              <w:rPr>
                <w:sz w:val="13"/>
              </w:rPr>
              <w:t>Material handling at height</w:t>
            </w:r>
          </w:p>
        </w:tc>
        <w:tc>
          <w:tcPr>
            <w:tcW w:w="918" w:type="dxa"/>
          </w:tcPr>
          <w:p w14:paraId="2B768C9A" w14:textId="77777777" w:rsidR="00D91CA2" w:rsidRDefault="00000000">
            <w:r>
              <w:rPr>
                <w:sz w:val="13"/>
              </w:rPr>
              <w:t xml:space="preserve">Manual movement of materials near </w:t>
            </w:r>
            <w:r>
              <w:rPr>
                <w:sz w:val="13"/>
              </w:rPr>
              <w:lastRenderedPageBreak/>
              <w:t>edges</w:t>
            </w:r>
          </w:p>
        </w:tc>
        <w:tc>
          <w:tcPr>
            <w:tcW w:w="918" w:type="dxa"/>
          </w:tcPr>
          <w:p w14:paraId="7DFCB94C" w14:textId="77777777" w:rsidR="00D91CA2" w:rsidRDefault="00000000">
            <w:r>
              <w:rPr>
                <w:sz w:val="13"/>
              </w:rPr>
              <w:lastRenderedPageBreak/>
              <w:t>Workers, persons below</w:t>
            </w:r>
          </w:p>
        </w:tc>
        <w:tc>
          <w:tcPr>
            <w:tcW w:w="918" w:type="dxa"/>
          </w:tcPr>
          <w:p w14:paraId="635D9224" w14:textId="77777777" w:rsidR="00D91CA2" w:rsidRDefault="00000000">
            <w:r>
              <w:rPr>
                <w:sz w:val="13"/>
              </w:rPr>
              <w:t>Dropped materials, falls, strains</w:t>
            </w:r>
          </w:p>
        </w:tc>
        <w:tc>
          <w:tcPr>
            <w:tcW w:w="918" w:type="dxa"/>
          </w:tcPr>
          <w:p w14:paraId="17BC60E6" w14:textId="77777777" w:rsidR="00D91CA2" w:rsidRDefault="00000000">
            <w:r>
              <w:rPr>
                <w:sz w:val="13"/>
              </w:rPr>
              <w:t>Basic lifting practices and edge barriers.</w:t>
            </w:r>
          </w:p>
        </w:tc>
        <w:tc>
          <w:tcPr>
            <w:tcW w:w="918" w:type="dxa"/>
          </w:tcPr>
          <w:p w14:paraId="30DE07A9" w14:textId="77777777" w:rsidR="00D91CA2" w:rsidRDefault="00000000">
            <w:r>
              <w:rPr>
                <w:sz w:val="13"/>
              </w:rPr>
              <w:t>3</w:t>
            </w:r>
          </w:p>
        </w:tc>
        <w:tc>
          <w:tcPr>
            <w:tcW w:w="918" w:type="dxa"/>
          </w:tcPr>
          <w:p w14:paraId="50D8A966" w14:textId="77777777" w:rsidR="00D91CA2" w:rsidRDefault="00000000">
            <w:r>
              <w:rPr>
                <w:sz w:val="13"/>
              </w:rPr>
              <w:t>5</w:t>
            </w:r>
          </w:p>
        </w:tc>
        <w:tc>
          <w:tcPr>
            <w:tcW w:w="918" w:type="dxa"/>
          </w:tcPr>
          <w:p w14:paraId="22E78114" w14:textId="77777777" w:rsidR="00D91CA2" w:rsidRDefault="00000000">
            <w:r>
              <w:rPr>
                <w:sz w:val="13"/>
              </w:rPr>
              <w:t>15</w:t>
            </w:r>
          </w:p>
        </w:tc>
        <w:tc>
          <w:tcPr>
            <w:tcW w:w="918" w:type="dxa"/>
          </w:tcPr>
          <w:p w14:paraId="264F99A2" w14:textId="77777777" w:rsidR="00D91CA2" w:rsidRDefault="00000000">
            <w:r>
              <w:rPr>
                <w:sz w:val="13"/>
              </w:rPr>
              <w:t>High</w:t>
            </w:r>
          </w:p>
        </w:tc>
        <w:tc>
          <w:tcPr>
            <w:tcW w:w="918" w:type="dxa"/>
          </w:tcPr>
          <w:p w14:paraId="56C5ACA0" w14:textId="77777777" w:rsidR="00D91CA2" w:rsidRDefault="00000000">
            <w:r>
              <w:rPr>
                <w:sz w:val="13"/>
              </w:rPr>
              <w:t xml:space="preserve">Plan material routes; use mechanical aids; </w:t>
            </w:r>
            <w:r>
              <w:rPr>
                <w:sz w:val="13"/>
              </w:rPr>
              <w:lastRenderedPageBreak/>
              <w:t>maintain edge protection; secure loads; use controlled lifting arrangements and exclusion zones.</w:t>
            </w:r>
          </w:p>
        </w:tc>
        <w:tc>
          <w:tcPr>
            <w:tcW w:w="918" w:type="dxa"/>
          </w:tcPr>
          <w:p w14:paraId="787C489E" w14:textId="77777777" w:rsidR="00D91CA2" w:rsidRDefault="00000000">
            <w:r>
              <w:rPr>
                <w:sz w:val="13"/>
              </w:rPr>
              <w:lastRenderedPageBreak/>
              <w:t>1</w:t>
            </w:r>
          </w:p>
        </w:tc>
        <w:tc>
          <w:tcPr>
            <w:tcW w:w="918" w:type="dxa"/>
          </w:tcPr>
          <w:p w14:paraId="52FAD513" w14:textId="77777777" w:rsidR="00D91CA2" w:rsidRDefault="00000000">
            <w:r>
              <w:rPr>
                <w:sz w:val="13"/>
              </w:rPr>
              <w:t>5</w:t>
            </w:r>
          </w:p>
        </w:tc>
        <w:tc>
          <w:tcPr>
            <w:tcW w:w="918" w:type="dxa"/>
          </w:tcPr>
          <w:p w14:paraId="7BCD2785" w14:textId="77777777" w:rsidR="00D91CA2" w:rsidRDefault="00000000">
            <w:r>
              <w:rPr>
                <w:sz w:val="13"/>
              </w:rPr>
              <w:t>5</w:t>
            </w:r>
          </w:p>
        </w:tc>
        <w:tc>
          <w:tcPr>
            <w:tcW w:w="918" w:type="dxa"/>
          </w:tcPr>
          <w:p w14:paraId="08720F8F" w14:textId="77777777" w:rsidR="00D91CA2" w:rsidRDefault="00000000">
            <w:r>
              <w:rPr>
                <w:sz w:val="13"/>
              </w:rPr>
              <w:t>Medium</w:t>
            </w:r>
          </w:p>
        </w:tc>
        <w:tc>
          <w:tcPr>
            <w:tcW w:w="918" w:type="dxa"/>
          </w:tcPr>
          <w:p w14:paraId="1ACB8657" w14:textId="77777777" w:rsidR="00D91CA2" w:rsidRDefault="00000000">
            <w:r>
              <w:rPr>
                <w:sz w:val="13"/>
              </w:rPr>
              <w:t>Supervisor</w:t>
            </w:r>
          </w:p>
        </w:tc>
      </w:tr>
      <w:tr w:rsidR="00D91CA2" w14:paraId="478563DD" w14:textId="77777777">
        <w:trPr>
          <w:jc w:val="center"/>
        </w:trPr>
        <w:tc>
          <w:tcPr>
            <w:tcW w:w="918" w:type="dxa"/>
          </w:tcPr>
          <w:p w14:paraId="0EDDCC04" w14:textId="77777777" w:rsidR="00D91CA2" w:rsidRDefault="00000000">
            <w:r>
              <w:rPr>
                <w:sz w:val="13"/>
              </w:rPr>
              <w:t>22</w:t>
            </w:r>
          </w:p>
        </w:tc>
        <w:tc>
          <w:tcPr>
            <w:tcW w:w="918" w:type="dxa"/>
          </w:tcPr>
          <w:p w14:paraId="6DE8639B" w14:textId="77777777" w:rsidR="00D91CA2" w:rsidRDefault="00000000">
            <w:r>
              <w:rPr>
                <w:sz w:val="13"/>
              </w:rPr>
              <w:t>Work near leading edges</w:t>
            </w:r>
          </w:p>
        </w:tc>
        <w:tc>
          <w:tcPr>
            <w:tcW w:w="918" w:type="dxa"/>
          </w:tcPr>
          <w:p w14:paraId="07422D52" w14:textId="77777777" w:rsidR="00D91CA2" w:rsidRDefault="00000000">
            <w:r>
              <w:rPr>
                <w:sz w:val="13"/>
              </w:rPr>
              <w:t>Temporary work activity close to fall edge</w:t>
            </w:r>
          </w:p>
        </w:tc>
        <w:tc>
          <w:tcPr>
            <w:tcW w:w="918" w:type="dxa"/>
          </w:tcPr>
          <w:p w14:paraId="10D14795" w14:textId="77777777" w:rsidR="00D91CA2" w:rsidRDefault="00000000">
            <w:r>
              <w:rPr>
                <w:sz w:val="13"/>
              </w:rPr>
              <w:t>Workers, contractors</w:t>
            </w:r>
          </w:p>
        </w:tc>
        <w:tc>
          <w:tcPr>
            <w:tcW w:w="918" w:type="dxa"/>
          </w:tcPr>
          <w:p w14:paraId="47B3D9B9" w14:textId="77777777" w:rsidR="00D91CA2" w:rsidRDefault="00000000">
            <w:r>
              <w:rPr>
                <w:sz w:val="13"/>
              </w:rPr>
              <w:t>Fall to lower level</w:t>
            </w:r>
          </w:p>
        </w:tc>
        <w:tc>
          <w:tcPr>
            <w:tcW w:w="918" w:type="dxa"/>
          </w:tcPr>
          <w:p w14:paraId="59B469B1" w14:textId="77777777" w:rsidR="00D91CA2" w:rsidRDefault="00000000">
            <w:r>
              <w:rPr>
                <w:sz w:val="13"/>
              </w:rPr>
              <w:t>Barricades and supervision.</w:t>
            </w:r>
          </w:p>
        </w:tc>
        <w:tc>
          <w:tcPr>
            <w:tcW w:w="918" w:type="dxa"/>
          </w:tcPr>
          <w:p w14:paraId="7947A32F" w14:textId="77777777" w:rsidR="00D91CA2" w:rsidRDefault="00000000">
            <w:r>
              <w:rPr>
                <w:sz w:val="13"/>
              </w:rPr>
              <w:t>4</w:t>
            </w:r>
          </w:p>
        </w:tc>
        <w:tc>
          <w:tcPr>
            <w:tcW w:w="918" w:type="dxa"/>
          </w:tcPr>
          <w:p w14:paraId="4C4C33E4" w14:textId="77777777" w:rsidR="00D91CA2" w:rsidRDefault="00000000">
            <w:r>
              <w:rPr>
                <w:sz w:val="13"/>
              </w:rPr>
              <w:t>5</w:t>
            </w:r>
          </w:p>
        </w:tc>
        <w:tc>
          <w:tcPr>
            <w:tcW w:w="918" w:type="dxa"/>
          </w:tcPr>
          <w:p w14:paraId="226F885F" w14:textId="77777777" w:rsidR="00D91CA2" w:rsidRDefault="00000000">
            <w:r>
              <w:rPr>
                <w:sz w:val="13"/>
              </w:rPr>
              <w:t>20</w:t>
            </w:r>
          </w:p>
        </w:tc>
        <w:tc>
          <w:tcPr>
            <w:tcW w:w="918" w:type="dxa"/>
          </w:tcPr>
          <w:p w14:paraId="2BCF767C" w14:textId="77777777" w:rsidR="00D91CA2" w:rsidRDefault="00000000">
            <w:r>
              <w:rPr>
                <w:sz w:val="13"/>
              </w:rPr>
              <w:t>Very High</w:t>
            </w:r>
          </w:p>
        </w:tc>
        <w:tc>
          <w:tcPr>
            <w:tcW w:w="918" w:type="dxa"/>
          </w:tcPr>
          <w:p w14:paraId="510141F2" w14:textId="77777777" w:rsidR="00D91CA2" w:rsidRDefault="00000000">
            <w:r>
              <w:rPr>
                <w:sz w:val="13"/>
              </w:rPr>
              <w:t>Maintain physical edge protection; use restraint where appropriate; minimize exposure time; establish controlled work zone.</w:t>
            </w:r>
          </w:p>
        </w:tc>
        <w:tc>
          <w:tcPr>
            <w:tcW w:w="918" w:type="dxa"/>
          </w:tcPr>
          <w:p w14:paraId="384BC505" w14:textId="77777777" w:rsidR="00D91CA2" w:rsidRDefault="00000000">
            <w:r>
              <w:rPr>
                <w:sz w:val="13"/>
              </w:rPr>
              <w:t>1</w:t>
            </w:r>
          </w:p>
        </w:tc>
        <w:tc>
          <w:tcPr>
            <w:tcW w:w="918" w:type="dxa"/>
          </w:tcPr>
          <w:p w14:paraId="4DD21E11" w14:textId="77777777" w:rsidR="00D91CA2" w:rsidRDefault="00000000">
            <w:r>
              <w:rPr>
                <w:sz w:val="13"/>
              </w:rPr>
              <w:t>5</w:t>
            </w:r>
          </w:p>
        </w:tc>
        <w:tc>
          <w:tcPr>
            <w:tcW w:w="918" w:type="dxa"/>
          </w:tcPr>
          <w:p w14:paraId="10D8566F" w14:textId="77777777" w:rsidR="00D91CA2" w:rsidRDefault="00000000">
            <w:r>
              <w:rPr>
                <w:sz w:val="13"/>
              </w:rPr>
              <w:t>5</w:t>
            </w:r>
          </w:p>
        </w:tc>
        <w:tc>
          <w:tcPr>
            <w:tcW w:w="918" w:type="dxa"/>
          </w:tcPr>
          <w:p w14:paraId="56789526" w14:textId="77777777" w:rsidR="00D91CA2" w:rsidRDefault="00000000">
            <w:r>
              <w:rPr>
                <w:sz w:val="13"/>
              </w:rPr>
              <w:t>Medium</w:t>
            </w:r>
          </w:p>
        </w:tc>
        <w:tc>
          <w:tcPr>
            <w:tcW w:w="918" w:type="dxa"/>
          </w:tcPr>
          <w:p w14:paraId="6AFEAED0" w14:textId="77777777" w:rsidR="00D91CA2" w:rsidRDefault="00000000">
            <w:r>
              <w:rPr>
                <w:sz w:val="13"/>
              </w:rPr>
              <w:t>Supervisor / HSE</w:t>
            </w:r>
          </w:p>
        </w:tc>
      </w:tr>
      <w:tr w:rsidR="00D91CA2" w14:paraId="1BA07F80" w14:textId="77777777">
        <w:trPr>
          <w:jc w:val="center"/>
        </w:trPr>
        <w:tc>
          <w:tcPr>
            <w:tcW w:w="918" w:type="dxa"/>
          </w:tcPr>
          <w:p w14:paraId="6354EA54" w14:textId="77777777" w:rsidR="00D91CA2" w:rsidRDefault="00000000">
            <w:r>
              <w:rPr>
                <w:sz w:val="13"/>
              </w:rPr>
              <w:t>23</w:t>
            </w:r>
          </w:p>
        </w:tc>
        <w:tc>
          <w:tcPr>
            <w:tcW w:w="918" w:type="dxa"/>
          </w:tcPr>
          <w:p w14:paraId="4BAE7893" w14:textId="77777777" w:rsidR="00D91CA2" w:rsidRDefault="00000000">
            <w:r>
              <w:rPr>
                <w:sz w:val="13"/>
              </w:rPr>
              <w:t>Adverse weather</w:t>
            </w:r>
          </w:p>
        </w:tc>
        <w:tc>
          <w:tcPr>
            <w:tcW w:w="918" w:type="dxa"/>
          </w:tcPr>
          <w:p w14:paraId="7F5473FE" w14:textId="77777777" w:rsidR="00D91CA2" w:rsidRDefault="00000000">
            <w:r>
              <w:rPr>
                <w:sz w:val="13"/>
              </w:rPr>
              <w:t>Wind, rain, dust, heat or poor visibility affects elevated work</w:t>
            </w:r>
          </w:p>
        </w:tc>
        <w:tc>
          <w:tcPr>
            <w:tcW w:w="918" w:type="dxa"/>
          </w:tcPr>
          <w:p w14:paraId="65F2DA3F" w14:textId="77777777" w:rsidR="00D91CA2" w:rsidRDefault="00000000">
            <w:r>
              <w:rPr>
                <w:sz w:val="13"/>
              </w:rPr>
              <w:t>Workers, operators</w:t>
            </w:r>
          </w:p>
        </w:tc>
        <w:tc>
          <w:tcPr>
            <w:tcW w:w="918" w:type="dxa"/>
          </w:tcPr>
          <w:p w14:paraId="30AB9035" w14:textId="77777777" w:rsidR="00D91CA2" w:rsidRDefault="00000000">
            <w:r>
              <w:rPr>
                <w:sz w:val="13"/>
              </w:rPr>
              <w:t>Loss of balance, equipment instability, heat illness</w:t>
            </w:r>
          </w:p>
        </w:tc>
        <w:tc>
          <w:tcPr>
            <w:tcW w:w="918" w:type="dxa"/>
          </w:tcPr>
          <w:p w14:paraId="40C81B9E" w14:textId="77777777" w:rsidR="00D91CA2" w:rsidRDefault="00000000">
            <w:r>
              <w:rPr>
                <w:sz w:val="13"/>
              </w:rPr>
              <w:t>Weather monitoring and general site controls.</w:t>
            </w:r>
          </w:p>
        </w:tc>
        <w:tc>
          <w:tcPr>
            <w:tcW w:w="918" w:type="dxa"/>
          </w:tcPr>
          <w:p w14:paraId="57D8587C" w14:textId="77777777" w:rsidR="00D91CA2" w:rsidRDefault="00000000">
            <w:r>
              <w:rPr>
                <w:sz w:val="13"/>
              </w:rPr>
              <w:t>4</w:t>
            </w:r>
          </w:p>
        </w:tc>
        <w:tc>
          <w:tcPr>
            <w:tcW w:w="918" w:type="dxa"/>
          </w:tcPr>
          <w:p w14:paraId="21C76FF4" w14:textId="77777777" w:rsidR="00D91CA2" w:rsidRDefault="00000000">
            <w:r>
              <w:rPr>
                <w:sz w:val="13"/>
              </w:rPr>
              <w:t>5</w:t>
            </w:r>
          </w:p>
        </w:tc>
        <w:tc>
          <w:tcPr>
            <w:tcW w:w="918" w:type="dxa"/>
          </w:tcPr>
          <w:p w14:paraId="7B1EB47C" w14:textId="77777777" w:rsidR="00D91CA2" w:rsidRDefault="00000000">
            <w:r>
              <w:rPr>
                <w:sz w:val="13"/>
              </w:rPr>
              <w:t>20</w:t>
            </w:r>
          </w:p>
        </w:tc>
        <w:tc>
          <w:tcPr>
            <w:tcW w:w="918" w:type="dxa"/>
          </w:tcPr>
          <w:p w14:paraId="63FEF8DF" w14:textId="77777777" w:rsidR="00D91CA2" w:rsidRDefault="00000000">
            <w:r>
              <w:rPr>
                <w:sz w:val="13"/>
              </w:rPr>
              <w:t>Very High</w:t>
            </w:r>
          </w:p>
        </w:tc>
        <w:tc>
          <w:tcPr>
            <w:tcW w:w="918" w:type="dxa"/>
          </w:tcPr>
          <w:p w14:paraId="479E7EB8" w14:textId="77777777" w:rsidR="00D91CA2" w:rsidRDefault="00000000">
            <w:r>
              <w:rPr>
                <w:sz w:val="13"/>
              </w:rPr>
              <w:t>Set weather limits based on equipment/task; stop work when conditions become unsafe; provide hydration/rest and reassess before restart.</w:t>
            </w:r>
          </w:p>
        </w:tc>
        <w:tc>
          <w:tcPr>
            <w:tcW w:w="918" w:type="dxa"/>
          </w:tcPr>
          <w:p w14:paraId="26702E6A" w14:textId="77777777" w:rsidR="00D91CA2" w:rsidRDefault="00000000">
            <w:r>
              <w:rPr>
                <w:sz w:val="13"/>
              </w:rPr>
              <w:t>2</w:t>
            </w:r>
          </w:p>
        </w:tc>
        <w:tc>
          <w:tcPr>
            <w:tcW w:w="918" w:type="dxa"/>
          </w:tcPr>
          <w:p w14:paraId="38B15C9E" w14:textId="77777777" w:rsidR="00D91CA2" w:rsidRDefault="00000000">
            <w:r>
              <w:rPr>
                <w:sz w:val="13"/>
              </w:rPr>
              <w:t>5</w:t>
            </w:r>
          </w:p>
        </w:tc>
        <w:tc>
          <w:tcPr>
            <w:tcW w:w="918" w:type="dxa"/>
          </w:tcPr>
          <w:p w14:paraId="073AF783" w14:textId="77777777" w:rsidR="00D91CA2" w:rsidRDefault="00000000">
            <w:r>
              <w:rPr>
                <w:sz w:val="13"/>
              </w:rPr>
              <w:t>10</w:t>
            </w:r>
          </w:p>
        </w:tc>
        <w:tc>
          <w:tcPr>
            <w:tcW w:w="918" w:type="dxa"/>
          </w:tcPr>
          <w:p w14:paraId="7C361575" w14:textId="77777777" w:rsidR="00D91CA2" w:rsidRDefault="00000000">
            <w:r>
              <w:rPr>
                <w:sz w:val="13"/>
              </w:rPr>
              <w:t>High</w:t>
            </w:r>
          </w:p>
        </w:tc>
        <w:tc>
          <w:tcPr>
            <w:tcW w:w="918" w:type="dxa"/>
          </w:tcPr>
          <w:p w14:paraId="41E22489" w14:textId="77777777" w:rsidR="00D91CA2" w:rsidRDefault="00000000">
            <w:r>
              <w:rPr>
                <w:sz w:val="13"/>
              </w:rPr>
              <w:t>Site Manager / HSE</w:t>
            </w:r>
          </w:p>
        </w:tc>
      </w:tr>
      <w:tr w:rsidR="00D91CA2" w14:paraId="07420D34" w14:textId="77777777">
        <w:trPr>
          <w:jc w:val="center"/>
        </w:trPr>
        <w:tc>
          <w:tcPr>
            <w:tcW w:w="918" w:type="dxa"/>
          </w:tcPr>
          <w:p w14:paraId="77482245" w14:textId="77777777" w:rsidR="00D91CA2" w:rsidRDefault="00000000">
            <w:r>
              <w:rPr>
                <w:sz w:val="13"/>
              </w:rPr>
              <w:t>24</w:t>
            </w:r>
          </w:p>
        </w:tc>
        <w:tc>
          <w:tcPr>
            <w:tcW w:w="918" w:type="dxa"/>
          </w:tcPr>
          <w:p w14:paraId="2557A9ED" w14:textId="77777777" w:rsidR="00D91CA2" w:rsidRDefault="00000000">
            <w:r>
              <w:rPr>
                <w:sz w:val="13"/>
              </w:rPr>
              <w:t>Access and egress</w:t>
            </w:r>
          </w:p>
        </w:tc>
        <w:tc>
          <w:tcPr>
            <w:tcW w:w="918" w:type="dxa"/>
          </w:tcPr>
          <w:p w14:paraId="2F1EC27D" w14:textId="77777777" w:rsidR="00D91CA2" w:rsidRDefault="00000000">
            <w:r>
              <w:rPr>
                <w:sz w:val="13"/>
              </w:rPr>
              <w:t>Unsafe climbing, blocked access or unsuitable route</w:t>
            </w:r>
          </w:p>
        </w:tc>
        <w:tc>
          <w:tcPr>
            <w:tcW w:w="918" w:type="dxa"/>
          </w:tcPr>
          <w:p w14:paraId="4A1803A3" w14:textId="77777777" w:rsidR="00D91CA2" w:rsidRDefault="00000000">
            <w:r>
              <w:rPr>
                <w:sz w:val="13"/>
              </w:rPr>
              <w:t>Workers</w:t>
            </w:r>
          </w:p>
        </w:tc>
        <w:tc>
          <w:tcPr>
            <w:tcW w:w="918" w:type="dxa"/>
          </w:tcPr>
          <w:p w14:paraId="16504FF8" w14:textId="77777777" w:rsidR="00D91CA2" w:rsidRDefault="00000000">
            <w:r>
              <w:rPr>
                <w:sz w:val="13"/>
              </w:rPr>
              <w:t>Falls, slips, delayed evacuation</w:t>
            </w:r>
          </w:p>
        </w:tc>
        <w:tc>
          <w:tcPr>
            <w:tcW w:w="918" w:type="dxa"/>
          </w:tcPr>
          <w:p w14:paraId="2218A913" w14:textId="77777777" w:rsidR="00D91CA2" w:rsidRDefault="00000000">
            <w:r>
              <w:rPr>
                <w:sz w:val="13"/>
              </w:rPr>
              <w:t>Access ladders/stairs and routine checks.</w:t>
            </w:r>
          </w:p>
        </w:tc>
        <w:tc>
          <w:tcPr>
            <w:tcW w:w="918" w:type="dxa"/>
          </w:tcPr>
          <w:p w14:paraId="271AF86C" w14:textId="77777777" w:rsidR="00D91CA2" w:rsidRDefault="00000000">
            <w:r>
              <w:rPr>
                <w:sz w:val="13"/>
              </w:rPr>
              <w:t>3</w:t>
            </w:r>
          </w:p>
        </w:tc>
        <w:tc>
          <w:tcPr>
            <w:tcW w:w="918" w:type="dxa"/>
          </w:tcPr>
          <w:p w14:paraId="50B91BC1" w14:textId="77777777" w:rsidR="00D91CA2" w:rsidRDefault="00000000">
            <w:r>
              <w:rPr>
                <w:sz w:val="13"/>
              </w:rPr>
              <w:t>4</w:t>
            </w:r>
          </w:p>
        </w:tc>
        <w:tc>
          <w:tcPr>
            <w:tcW w:w="918" w:type="dxa"/>
          </w:tcPr>
          <w:p w14:paraId="686A90C1" w14:textId="77777777" w:rsidR="00D91CA2" w:rsidRDefault="00000000">
            <w:r>
              <w:rPr>
                <w:sz w:val="13"/>
              </w:rPr>
              <w:t>12</w:t>
            </w:r>
          </w:p>
        </w:tc>
        <w:tc>
          <w:tcPr>
            <w:tcW w:w="918" w:type="dxa"/>
          </w:tcPr>
          <w:p w14:paraId="5B402D8E" w14:textId="77777777" w:rsidR="00D91CA2" w:rsidRDefault="00000000">
            <w:r>
              <w:rPr>
                <w:sz w:val="13"/>
              </w:rPr>
              <w:t>High</w:t>
            </w:r>
          </w:p>
        </w:tc>
        <w:tc>
          <w:tcPr>
            <w:tcW w:w="918" w:type="dxa"/>
          </w:tcPr>
          <w:p w14:paraId="48207A93" w14:textId="77777777" w:rsidR="00D91CA2" w:rsidRDefault="00000000">
            <w:r>
              <w:rPr>
                <w:sz w:val="13"/>
              </w:rPr>
              <w:t>Provide secure access, clear routes, adequate lighting and handrails; prohibit improvised access.</w:t>
            </w:r>
          </w:p>
        </w:tc>
        <w:tc>
          <w:tcPr>
            <w:tcW w:w="918" w:type="dxa"/>
          </w:tcPr>
          <w:p w14:paraId="210B3903" w14:textId="77777777" w:rsidR="00D91CA2" w:rsidRDefault="00000000">
            <w:r>
              <w:rPr>
                <w:sz w:val="13"/>
              </w:rPr>
              <w:t>1</w:t>
            </w:r>
          </w:p>
        </w:tc>
        <w:tc>
          <w:tcPr>
            <w:tcW w:w="918" w:type="dxa"/>
          </w:tcPr>
          <w:p w14:paraId="4696F93D" w14:textId="77777777" w:rsidR="00D91CA2" w:rsidRDefault="00000000">
            <w:r>
              <w:rPr>
                <w:sz w:val="13"/>
              </w:rPr>
              <w:t>4</w:t>
            </w:r>
          </w:p>
        </w:tc>
        <w:tc>
          <w:tcPr>
            <w:tcW w:w="918" w:type="dxa"/>
          </w:tcPr>
          <w:p w14:paraId="28E46823" w14:textId="77777777" w:rsidR="00D91CA2" w:rsidRDefault="00000000">
            <w:r>
              <w:rPr>
                <w:sz w:val="13"/>
              </w:rPr>
              <w:t>4</w:t>
            </w:r>
          </w:p>
        </w:tc>
        <w:tc>
          <w:tcPr>
            <w:tcW w:w="918" w:type="dxa"/>
          </w:tcPr>
          <w:p w14:paraId="5D7BCB6C" w14:textId="77777777" w:rsidR="00D91CA2" w:rsidRDefault="00000000">
            <w:r>
              <w:rPr>
                <w:sz w:val="13"/>
              </w:rPr>
              <w:t>Low</w:t>
            </w:r>
          </w:p>
        </w:tc>
        <w:tc>
          <w:tcPr>
            <w:tcW w:w="918" w:type="dxa"/>
          </w:tcPr>
          <w:p w14:paraId="7137DDBA" w14:textId="77777777" w:rsidR="00D91CA2" w:rsidRDefault="00000000">
            <w:r>
              <w:rPr>
                <w:sz w:val="13"/>
              </w:rPr>
              <w:t>Supervisor</w:t>
            </w:r>
          </w:p>
        </w:tc>
      </w:tr>
      <w:tr w:rsidR="00D91CA2" w14:paraId="1821E211" w14:textId="77777777">
        <w:trPr>
          <w:jc w:val="center"/>
        </w:trPr>
        <w:tc>
          <w:tcPr>
            <w:tcW w:w="918" w:type="dxa"/>
          </w:tcPr>
          <w:p w14:paraId="0C013546" w14:textId="77777777" w:rsidR="00D91CA2" w:rsidRDefault="00000000">
            <w:r>
              <w:rPr>
                <w:sz w:val="13"/>
              </w:rPr>
              <w:t>25</w:t>
            </w:r>
          </w:p>
        </w:tc>
        <w:tc>
          <w:tcPr>
            <w:tcW w:w="918" w:type="dxa"/>
          </w:tcPr>
          <w:p w14:paraId="25656671" w14:textId="77777777" w:rsidR="00D91CA2" w:rsidRDefault="00000000">
            <w:r>
              <w:rPr>
                <w:sz w:val="13"/>
              </w:rPr>
              <w:t>Emergency rescue after fall</w:t>
            </w:r>
          </w:p>
        </w:tc>
        <w:tc>
          <w:tcPr>
            <w:tcW w:w="918" w:type="dxa"/>
          </w:tcPr>
          <w:p w14:paraId="3E17D6BE" w14:textId="77777777" w:rsidR="00D91CA2" w:rsidRDefault="00000000">
            <w:r>
              <w:rPr>
                <w:sz w:val="13"/>
              </w:rPr>
              <w:t>Delayed rescue after fall-arrest activation</w:t>
            </w:r>
          </w:p>
        </w:tc>
        <w:tc>
          <w:tcPr>
            <w:tcW w:w="918" w:type="dxa"/>
          </w:tcPr>
          <w:p w14:paraId="3395FAC2" w14:textId="77777777" w:rsidR="00D91CA2" w:rsidRDefault="00000000">
            <w:r>
              <w:rPr>
                <w:sz w:val="13"/>
              </w:rPr>
              <w:t>Fallen worker, rescuers</w:t>
            </w:r>
          </w:p>
        </w:tc>
        <w:tc>
          <w:tcPr>
            <w:tcW w:w="918" w:type="dxa"/>
          </w:tcPr>
          <w:p w14:paraId="1BC1C61C" w14:textId="77777777" w:rsidR="00D91CA2" w:rsidRDefault="00000000">
            <w:r>
              <w:rPr>
                <w:sz w:val="13"/>
              </w:rPr>
              <w:t>Suspension trauma, worsening injury or fatality</w:t>
            </w:r>
          </w:p>
        </w:tc>
        <w:tc>
          <w:tcPr>
            <w:tcW w:w="918" w:type="dxa"/>
          </w:tcPr>
          <w:p w14:paraId="73D9EDA5" w14:textId="77777777" w:rsidR="00D91CA2" w:rsidRDefault="00000000">
            <w:r>
              <w:rPr>
                <w:sz w:val="13"/>
              </w:rPr>
              <w:t>Emergency arrangements and communication systems.</w:t>
            </w:r>
          </w:p>
        </w:tc>
        <w:tc>
          <w:tcPr>
            <w:tcW w:w="918" w:type="dxa"/>
          </w:tcPr>
          <w:p w14:paraId="0A7ECC1B" w14:textId="77777777" w:rsidR="00D91CA2" w:rsidRDefault="00000000">
            <w:r>
              <w:rPr>
                <w:sz w:val="13"/>
              </w:rPr>
              <w:t>4</w:t>
            </w:r>
          </w:p>
        </w:tc>
        <w:tc>
          <w:tcPr>
            <w:tcW w:w="918" w:type="dxa"/>
          </w:tcPr>
          <w:p w14:paraId="3D68D058" w14:textId="77777777" w:rsidR="00D91CA2" w:rsidRDefault="00000000">
            <w:r>
              <w:rPr>
                <w:sz w:val="13"/>
              </w:rPr>
              <w:t>5</w:t>
            </w:r>
          </w:p>
        </w:tc>
        <w:tc>
          <w:tcPr>
            <w:tcW w:w="918" w:type="dxa"/>
          </w:tcPr>
          <w:p w14:paraId="790DA412" w14:textId="77777777" w:rsidR="00D91CA2" w:rsidRDefault="00000000">
            <w:r>
              <w:rPr>
                <w:sz w:val="13"/>
              </w:rPr>
              <w:t>20</w:t>
            </w:r>
          </w:p>
        </w:tc>
        <w:tc>
          <w:tcPr>
            <w:tcW w:w="918" w:type="dxa"/>
          </w:tcPr>
          <w:p w14:paraId="1B5C3A28" w14:textId="77777777" w:rsidR="00D91CA2" w:rsidRDefault="00000000">
            <w:r>
              <w:rPr>
                <w:sz w:val="13"/>
              </w:rPr>
              <w:t>Very High</w:t>
            </w:r>
          </w:p>
        </w:tc>
        <w:tc>
          <w:tcPr>
            <w:tcW w:w="918" w:type="dxa"/>
          </w:tcPr>
          <w:p w14:paraId="3C2FCE7F" w14:textId="77777777" w:rsidR="00D91CA2" w:rsidRDefault="00000000">
            <w:r>
              <w:rPr>
                <w:sz w:val="13"/>
              </w:rPr>
              <w:t>Prepare site-specific rescue plan; provide trained rescuers/equipment; maintain emergency access and conduct drills where appropriate.</w:t>
            </w:r>
          </w:p>
        </w:tc>
        <w:tc>
          <w:tcPr>
            <w:tcW w:w="918" w:type="dxa"/>
          </w:tcPr>
          <w:p w14:paraId="1111C04C" w14:textId="77777777" w:rsidR="00D91CA2" w:rsidRDefault="00000000">
            <w:r>
              <w:rPr>
                <w:sz w:val="13"/>
              </w:rPr>
              <w:t>1</w:t>
            </w:r>
          </w:p>
        </w:tc>
        <w:tc>
          <w:tcPr>
            <w:tcW w:w="918" w:type="dxa"/>
          </w:tcPr>
          <w:p w14:paraId="710AD522" w14:textId="77777777" w:rsidR="00D91CA2" w:rsidRDefault="00000000">
            <w:r>
              <w:rPr>
                <w:sz w:val="13"/>
              </w:rPr>
              <w:t>5</w:t>
            </w:r>
          </w:p>
        </w:tc>
        <w:tc>
          <w:tcPr>
            <w:tcW w:w="918" w:type="dxa"/>
          </w:tcPr>
          <w:p w14:paraId="479F7C07" w14:textId="77777777" w:rsidR="00D91CA2" w:rsidRDefault="00000000">
            <w:r>
              <w:rPr>
                <w:sz w:val="13"/>
              </w:rPr>
              <w:t>5</w:t>
            </w:r>
          </w:p>
        </w:tc>
        <w:tc>
          <w:tcPr>
            <w:tcW w:w="918" w:type="dxa"/>
          </w:tcPr>
          <w:p w14:paraId="4C65E9FD" w14:textId="77777777" w:rsidR="00D91CA2" w:rsidRDefault="00000000">
            <w:r>
              <w:rPr>
                <w:sz w:val="13"/>
              </w:rPr>
              <w:t>Medium</w:t>
            </w:r>
          </w:p>
        </w:tc>
        <w:tc>
          <w:tcPr>
            <w:tcW w:w="918" w:type="dxa"/>
          </w:tcPr>
          <w:p w14:paraId="7CCE79C1" w14:textId="77777777" w:rsidR="00D91CA2" w:rsidRDefault="00000000">
            <w:r>
              <w:rPr>
                <w:sz w:val="13"/>
              </w:rPr>
              <w:t>HSE Manager / Site Manager</w:t>
            </w:r>
          </w:p>
        </w:tc>
      </w:tr>
    </w:tbl>
    <w:p w14:paraId="66EA70E1" w14:textId="77777777" w:rsidR="00D91CA2" w:rsidRDefault="00000000">
      <w:r>
        <w:t>Risk scores have been calculated as Likelihood × Severity. Residual ratings assume the listed additional controls are implemented and verified.</w:t>
      </w:r>
    </w:p>
    <w:p w14:paraId="4AF94540" w14:textId="77777777" w:rsidR="00D91CA2" w:rsidRDefault="00D91CA2">
      <w:pPr>
        <w:sectPr w:rsidR="00D91CA2">
          <w:pgSz w:w="15840" w:h="12240" w:orient="landscape"/>
          <w:pgMar w:top="648" w:right="576" w:bottom="648" w:left="576" w:header="720" w:footer="720" w:gutter="0"/>
          <w:cols w:space="720"/>
          <w:docGrid w:linePitch="360"/>
        </w:sectPr>
      </w:pPr>
    </w:p>
    <w:p w14:paraId="57E27619" w14:textId="77777777" w:rsidR="00D91CA2" w:rsidRDefault="00000000">
      <w:pPr>
        <w:pStyle w:val="Heading1"/>
      </w:pPr>
      <w:r>
        <w:lastRenderedPageBreak/>
        <w:t>12. Key Working at Height Safety Requirements</w:t>
      </w:r>
    </w:p>
    <w:tbl>
      <w:tblPr>
        <w:tblStyle w:val="TableGrid"/>
        <w:tblW w:w="0" w:type="auto"/>
        <w:jc w:val="center"/>
        <w:tblLook w:val="04A0" w:firstRow="1" w:lastRow="0" w:firstColumn="1" w:lastColumn="0" w:noHBand="0" w:noVBand="1"/>
      </w:tblPr>
      <w:tblGrid>
        <w:gridCol w:w="3408"/>
        <w:gridCol w:w="3408"/>
        <w:gridCol w:w="3408"/>
      </w:tblGrid>
      <w:tr w:rsidR="00D91CA2" w14:paraId="5471296F" w14:textId="77777777">
        <w:trPr>
          <w:jc w:val="center"/>
        </w:trPr>
        <w:tc>
          <w:tcPr>
            <w:tcW w:w="3408" w:type="dxa"/>
            <w:shd w:val="clear" w:color="auto" w:fill="0F3D5E"/>
            <w:vAlign w:val="center"/>
          </w:tcPr>
          <w:p w14:paraId="25D992B9" w14:textId="77777777" w:rsidR="00D91CA2" w:rsidRDefault="00000000">
            <w:r>
              <w:rPr>
                <w:b/>
                <w:color w:val="FFFFFF"/>
              </w:rPr>
              <w:t>No.</w:t>
            </w:r>
          </w:p>
        </w:tc>
        <w:tc>
          <w:tcPr>
            <w:tcW w:w="3408" w:type="dxa"/>
            <w:shd w:val="clear" w:color="auto" w:fill="0F3D5E"/>
            <w:vAlign w:val="center"/>
          </w:tcPr>
          <w:p w14:paraId="26DE7D6E" w14:textId="77777777" w:rsidR="00D91CA2" w:rsidRDefault="00000000">
            <w:r>
              <w:rPr>
                <w:b/>
                <w:color w:val="FFFFFF"/>
              </w:rPr>
              <w:t>Requirement</w:t>
            </w:r>
          </w:p>
        </w:tc>
        <w:tc>
          <w:tcPr>
            <w:tcW w:w="3408" w:type="dxa"/>
            <w:shd w:val="clear" w:color="auto" w:fill="0F3D5E"/>
            <w:vAlign w:val="center"/>
          </w:tcPr>
          <w:p w14:paraId="407E9D9B" w14:textId="77777777" w:rsidR="00D91CA2" w:rsidRDefault="00000000">
            <w:r>
              <w:rPr>
                <w:b/>
                <w:color w:val="FFFFFF"/>
              </w:rPr>
              <w:t>Expected Practice</w:t>
            </w:r>
          </w:p>
        </w:tc>
      </w:tr>
      <w:tr w:rsidR="00D91CA2" w14:paraId="1A315D3D" w14:textId="77777777">
        <w:trPr>
          <w:jc w:val="center"/>
        </w:trPr>
        <w:tc>
          <w:tcPr>
            <w:tcW w:w="3408" w:type="dxa"/>
          </w:tcPr>
          <w:p w14:paraId="144F7745" w14:textId="77777777" w:rsidR="00D91CA2" w:rsidRDefault="00000000">
            <w:r>
              <w:rPr>
                <w:sz w:val="16"/>
              </w:rPr>
              <w:t>1</w:t>
            </w:r>
          </w:p>
        </w:tc>
        <w:tc>
          <w:tcPr>
            <w:tcW w:w="3408" w:type="dxa"/>
          </w:tcPr>
          <w:p w14:paraId="479F53C7" w14:textId="77777777" w:rsidR="00D91CA2" w:rsidRDefault="00000000">
            <w:r>
              <w:rPr>
                <w:sz w:val="16"/>
              </w:rPr>
              <w:t>Planning</w:t>
            </w:r>
          </w:p>
        </w:tc>
        <w:tc>
          <w:tcPr>
            <w:tcW w:w="3408" w:type="dxa"/>
          </w:tcPr>
          <w:p w14:paraId="465DDE99" w14:textId="77777777" w:rsidR="00D91CA2" w:rsidRDefault="00000000">
            <w:r>
              <w:rPr>
                <w:sz w:val="16"/>
              </w:rPr>
              <w:t>Plan work, access, protection, sequencing and rescue before starting.</w:t>
            </w:r>
          </w:p>
        </w:tc>
      </w:tr>
      <w:tr w:rsidR="00D91CA2" w14:paraId="51824009" w14:textId="77777777">
        <w:trPr>
          <w:jc w:val="center"/>
        </w:trPr>
        <w:tc>
          <w:tcPr>
            <w:tcW w:w="3408" w:type="dxa"/>
          </w:tcPr>
          <w:p w14:paraId="72D2B5D6" w14:textId="77777777" w:rsidR="00D91CA2" w:rsidRDefault="00000000">
            <w:r>
              <w:rPr>
                <w:sz w:val="16"/>
              </w:rPr>
              <w:t>2</w:t>
            </w:r>
          </w:p>
        </w:tc>
        <w:tc>
          <w:tcPr>
            <w:tcW w:w="3408" w:type="dxa"/>
          </w:tcPr>
          <w:p w14:paraId="1896DA4A" w14:textId="77777777" w:rsidR="00D91CA2" w:rsidRDefault="00000000">
            <w:r>
              <w:rPr>
                <w:sz w:val="16"/>
              </w:rPr>
              <w:t>Competency</w:t>
            </w:r>
          </w:p>
        </w:tc>
        <w:tc>
          <w:tcPr>
            <w:tcW w:w="3408" w:type="dxa"/>
          </w:tcPr>
          <w:p w14:paraId="6E4112FC" w14:textId="77777777" w:rsidR="00D91CA2" w:rsidRDefault="00000000">
            <w:r>
              <w:rPr>
                <w:sz w:val="16"/>
              </w:rPr>
              <w:t>Use competent workers and operators for safety-critical activities.</w:t>
            </w:r>
          </w:p>
        </w:tc>
      </w:tr>
      <w:tr w:rsidR="00D91CA2" w14:paraId="740413FE" w14:textId="77777777">
        <w:trPr>
          <w:jc w:val="center"/>
        </w:trPr>
        <w:tc>
          <w:tcPr>
            <w:tcW w:w="3408" w:type="dxa"/>
          </w:tcPr>
          <w:p w14:paraId="0CDF8818" w14:textId="77777777" w:rsidR="00D91CA2" w:rsidRDefault="00000000">
            <w:r>
              <w:rPr>
                <w:sz w:val="16"/>
              </w:rPr>
              <w:t>3</w:t>
            </w:r>
          </w:p>
        </w:tc>
        <w:tc>
          <w:tcPr>
            <w:tcW w:w="3408" w:type="dxa"/>
          </w:tcPr>
          <w:p w14:paraId="7674A6A1" w14:textId="77777777" w:rsidR="00D91CA2" w:rsidRDefault="00000000">
            <w:r>
              <w:rPr>
                <w:sz w:val="16"/>
              </w:rPr>
              <w:t>Risk Assessment</w:t>
            </w:r>
          </w:p>
        </w:tc>
        <w:tc>
          <w:tcPr>
            <w:tcW w:w="3408" w:type="dxa"/>
          </w:tcPr>
          <w:p w14:paraId="74296B3E" w14:textId="77777777" w:rsidR="00D91CA2" w:rsidRDefault="00000000">
            <w:r>
              <w:rPr>
                <w:sz w:val="16"/>
              </w:rPr>
              <w:t>Review hazards and controls before and during changing work.</w:t>
            </w:r>
          </w:p>
        </w:tc>
      </w:tr>
      <w:tr w:rsidR="00D91CA2" w14:paraId="7822F6A2" w14:textId="77777777">
        <w:trPr>
          <w:jc w:val="center"/>
        </w:trPr>
        <w:tc>
          <w:tcPr>
            <w:tcW w:w="3408" w:type="dxa"/>
          </w:tcPr>
          <w:p w14:paraId="5B7FFBD2" w14:textId="77777777" w:rsidR="00D91CA2" w:rsidRDefault="00000000">
            <w:r>
              <w:rPr>
                <w:sz w:val="16"/>
              </w:rPr>
              <w:t>4</w:t>
            </w:r>
          </w:p>
        </w:tc>
        <w:tc>
          <w:tcPr>
            <w:tcW w:w="3408" w:type="dxa"/>
          </w:tcPr>
          <w:p w14:paraId="57EC8D91" w14:textId="77777777" w:rsidR="00D91CA2" w:rsidRDefault="00000000">
            <w:r>
              <w:rPr>
                <w:sz w:val="16"/>
              </w:rPr>
              <w:t>Method Statement</w:t>
            </w:r>
          </w:p>
        </w:tc>
        <w:tc>
          <w:tcPr>
            <w:tcW w:w="3408" w:type="dxa"/>
          </w:tcPr>
          <w:p w14:paraId="28FFCB32" w14:textId="77777777" w:rsidR="00D91CA2" w:rsidRDefault="00000000">
            <w:r>
              <w:rPr>
                <w:sz w:val="16"/>
              </w:rPr>
              <w:t>Use task-specific method statements where required.</w:t>
            </w:r>
          </w:p>
        </w:tc>
      </w:tr>
      <w:tr w:rsidR="00D91CA2" w14:paraId="78FFC1C2" w14:textId="77777777">
        <w:trPr>
          <w:jc w:val="center"/>
        </w:trPr>
        <w:tc>
          <w:tcPr>
            <w:tcW w:w="3408" w:type="dxa"/>
          </w:tcPr>
          <w:p w14:paraId="705C8AE7" w14:textId="77777777" w:rsidR="00D91CA2" w:rsidRDefault="00000000">
            <w:r>
              <w:rPr>
                <w:sz w:val="16"/>
              </w:rPr>
              <w:t>5</w:t>
            </w:r>
          </w:p>
        </w:tc>
        <w:tc>
          <w:tcPr>
            <w:tcW w:w="3408" w:type="dxa"/>
          </w:tcPr>
          <w:p w14:paraId="2949A90B" w14:textId="77777777" w:rsidR="00D91CA2" w:rsidRDefault="00000000">
            <w:r>
              <w:rPr>
                <w:sz w:val="16"/>
              </w:rPr>
              <w:t>Access</w:t>
            </w:r>
          </w:p>
        </w:tc>
        <w:tc>
          <w:tcPr>
            <w:tcW w:w="3408" w:type="dxa"/>
          </w:tcPr>
          <w:p w14:paraId="09E6DED8" w14:textId="77777777" w:rsidR="00D91CA2" w:rsidRDefault="00000000">
            <w:r>
              <w:rPr>
                <w:sz w:val="16"/>
              </w:rPr>
              <w:t>Provide safe, suitable and maintained access and egress.</w:t>
            </w:r>
          </w:p>
        </w:tc>
      </w:tr>
      <w:tr w:rsidR="00D91CA2" w14:paraId="45F0787F" w14:textId="77777777">
        <w:trPr>
          <w:jc w:val="center"/>
        </w:trPr>
        <w:tc>
          <w:tcPr>
            <w:tcW w:w="3408" w:type="dxa"/>
          </w:tcPr>
          <w:p w14:paraId="06B91FA6" w14:textId="77777777" w:rsidR="00D91CA2" w:rsidRDefault="00000000">
            <w:r>
              <w:rPr>
                <w:sz w:val="16"/>
              </w:rPr>
              <w:t>6</w:t>
            </w:r>
          </w:p>
        </w:tc>
        <w:tc>
          <w:tcPr>
            <w:tcW w:w="3408" w:type="dxa"/>
          </w:tcPr>
          <w:p w14:paraId="06FFD3A3" w14:textId="77777777" w:rsidR="00D91CA2" w:rsidRDefault="00000000">
            <w:r>
              <w:rPr>
                <w:sz w:val="16"/>
              </w:rPr>
              <w:t>Scaffolds</w:t>
            </w:r>
          </w:p>
        </w:tc>
        <w:tc>
          <w:tcPr>
            <w:tcW w:w="3408" w:type="dxa"/>
          </w:tcPr>
          <w:p w14:paraId="1F66CDC3" w14:textId="77777777" w:rsidR="00D91CA2" w:rsidRDefault="00000000">
            <w:r>
              <w:rPr>
                <w:sz w:val="16"/>
              </w:rPr>
              <w:t>Use inspected, suitable scaffolds with required components and access.</w:t>
            </w:r>
          </w:p>
        </w:tc>
      </w:tr>
      <w:tr w:rsidR="00D91CA2" w14:paraId="7DD1FB49" w14:textId="77777777">
        <w:trPr>
          <w:jc w:val="center"/>
        </w:trPr>
        <w:tc>
          <w:tcPr>
            <w:tcW w:w="3408" w:type="dxa"/>
          </w:tcPr>
          <w:p w14:paraId="354B84FE" w14:textId="77777777" w:rsidR="00D91CA2" w:rsidRDefault="00000000">
            <w:r>
              <w:rPr>
                <w:sz w:val="16"/>
              </w:rPr>
              <w:t>7</w:t>
            </w:r>
          </w:p>
        </w:tc>
        <w:tc>
          <w:tcPr>
            <w:tcW w:w="3408" w:type="dxa"/>
          </w:tcPr>
          <w:p w14:paraId="2D39CA7C" w14:textId="77777777" w:rsidR="00D91CA2" w:rsidRDefault="00000000">
            <w:r>
              <w:rPr>
                <w:sz w:val="16"/>
              </w:rPr>
              <w:t>Ladders</w:t>
            </w:r>
          </w:p>
        </w:tc>
        <w:tc>
          <w:tcPr>
            <w:tcW w:w="3408" w:type="dxa"/>
          </w:tcPr>
          <w:p w14:paraId="1D19B218" w14:textId="77777777" w:rsidR="00D91CA2" w:rsidRDefault="00000000">
            <w:r>
              <w:rPr>
                <w:sz w:val="16"/>
              </w:rPr>
              <w:t>Use only where suitable; secure and maintain safe working position.</w:t>
            </w:r>
          </w:p>
        </w:tc>
      </w:tr>
      <w:tr w:rsidR="00D91CA2" w14:paraId="01555444" w14:textId="77777777">
        <w:trPr>
          <w:jc w:val="center"/>
        </w:trPr>
        <w:tc>
          <w:tcPr>
            <w:tcW w:w="3408" w:type="dxa"/>
          </w:tcPr>
          <w:p w14:paraId="7BA2250A" w14:textId="77777777" w:rsidR="00D91CA2" w:rsidRDefault="00000000">
            <w:r>
              <w:rPr>
                <w:sz w:val="16"/>
              </w:rPr>
              <w:t>8</w:t>
            </w:r>
          </w:p>
        </w:tc>
        <w:tc>
          <w:tcPr>
            <w:tcW w:w="3408" w:type="dxa"/>
          </w:tcPr>
          <w:p w14:paraId="1673E4D9" w14:textId="77777777" w:rsidR="00D91CA2" w:rsidRDefault="00000000">
            <w:r>
              <w:rPr>
                <w:sz w:val="16"/>
              </w:rPr>
              <w:t>MEWPs</w:t>
            </w:r>
          </w:p>
        </w:tc>
        <w:tc>
          <w:tcPr>
            <w:tcW w:w="3408" w:type="dxa"/>
          </w:tcPr>
          <w:p w14:paraId="771F282E" w14:textId="77777777" w:rsidR="00D91CA2" w:rsidRDefault="00000000">
            <w:r>
              <w:rPr>
                <w:sz w:val="16"/>
              </w:rPr>
              <w:t>Use authorized operators, pre-use checks, suitable ground and required fall protection.</w:t>
            </w:r>
          </w:p>
        </w:tc>
      </w:tr>
      <w:tr w:rsidR="00D91CA2" w14:paraId="1BC003F5" w14:textId="77777777">
        <w:trPr>
          <w:jc w:val="center"/>
        </w:trPr>
        <w:tc>
          <w:tcPr>
            <w:tcW w:w="3408" w:type="dxa"/>
          </w:tcPr>
          <w:p w14:paraId="418E6961" w14:textId="77777777" w:rsidR="00D91CA2" w:rsidRDefault="00000000">
            <w:r>
              <w:rPr>
                <w:sz w:val="16"/>
              </w:rPr>
              <w:t>9</w:t>
            </w:r>
          </w:p>
        </w:tc>
        <w:tc>
          <w:tcPr>
            <w:tcW w:w="3408" w:type="dxa"/>
          </w:tcPr>
          <w:p w14:paraId="0F6D7C51" w14:textId="77777777" w:rsidR="00D91CA2" w:rsidRDefault="00000000">
            <w:r>
              <w:rPr>
                <w:sz w:val="16"/>
              </w:rPr>
              <w:t>Edge Protection</w:t>
            </w:r>
          </w:p>
        </w:tc>
        <w:tc>
          <w:tcPr>
            <w:tcW w:w="3408" w:type="dxa"/>
          </w:tcPr>
          <w:p w14:paraId="7646F8B4" w14:textId="77777777" w:rsidR="00D91CA2" w:rsidRDefault="00000000">
            <w:r>
              <w:rPr>
                <w:sz w:val="16"/>
              </w:rPr>
              <w:t>Provide effective collective protection at exposed edges.</w:t>
            </w:r>
          </w:p>
        </w:tc>
      </w:tr>
      <w:tr w:rsidR="00D91CA2" w14:paraId="1B2A06D7" w14:textId="77777777">
        <w:trPr>
          <w:jc w:val="center"/>
        </w:trPr>
        <w:tc>
          <w:tcPr>
            <w:tcW w:w="3408" w:type="dxa"/>
          </w:tcPr>
          <w:p w14:paraId="30649D81" w14:textId="77777777" w:rsidR="00D91CA2" w:rsidRDefault="00000000">
            <w:r>
              <w:rPr>
                <w:sz w:val="16"/>
              </w:rPr>
              <w:t>10</w:t>
            </w:r>
          </w:p>
        </w:tc>
        <w:tc>
          <w:tcPr>
            <w:tcW w:w="3408" w:type="dxa"/>
          </w:tcPr>
          <w:p w14:paraId="1EFB2CFD" w14:textId="77777777" w:rsidR="00D91CA2" w:rsidRDefault="00000000">
            <w:r>
              <w:rPr>
                <w:sz w:val="16"/>
              </w:rPr>
              <w:t>Openings</w:t>
            </w:r>
          </w:p>
        </w:tc>
        <w:tc>
          <w:tcPr>
            <w:tcW w:w="3408" w:type="dxa"/>
          </w:tcPr>
          <w:p w14:paraId="24F9B88F" w14:textId="77777777" w:rsidR="00D91CA2" w:rsidRDefault="00000000">
            <w:r>
              <w:rPr>
                <w:sz w:val="16"/>
              </w:rPr>
              <w:t>Securely cover or guard openings and prevent displacement.</w:t>
            </w:r>
          </w:p>
        </w:tc>
      </w:tr>
      <w:tr w:rsidR="00D91CA2" w14:paraId="6F8A62CF" w14:textId="77777777">
        <w:trPr>
          <w:jc w:val="center"/>
        </w:trPr>
        <w:tc>
          <w:tcPr>
            <w:tcW w:w="3408" w:type="dxa"/>
          </w:tcPr>
          <w:p w14:paraId="3655251F" w14:textId="77777777" w:rsidR="00D91CA2" w:rsidRDefault="00000000">
            <w:r>
              <w:rPr>
                <w:sz w:val="16"/>
              </w:rPr>
              <w:t>11</w:t>
            </w:r>
          </w:p>
        </w:tc>
        <w:tc>
          <w:tcPr>
            <w:tcW w:w="3408" w:type="dxa"/>
          </w:tcPr>
          <w:p w14:paraId="7B7DE6E2" w14:textId="77777777" w:rsidR="00D91CA2" w:rsidRDefault="00000000">
            <w:r>
              <w:rPr>
                <w:sz w:val="16"/>
              </w:rPr>
              <w:t>Fall Protection</w:t>
            </w:r>
          </w:p>
        </w:tc>
        <w:tc>
          <w:tcPr>
            <w:tcW w:w="3408" w:type="dxa"/>
          </w:tcPr>
          <w:p w14:paraId="280F5707" w14:textId="77777777" w:rsidR="00D91CA2" w:rsidRDefault="00000000">
            <w:r>
              <w:rPr>
                <w:sz w:val="16"/>
              </w:rPr>
              <w:t>Select restraint or arrest systems based on assessed need and compatibility.</w:t>
            </w:r>
          </w:p>
        </w:tc>
      </w:tr>
      <w:tr w:rsidR="00D91CA2" w14:paraId="43EBF2F0" w14:textId="77777777">
        <w:trPr>
          <w:jc w:val="center"/>
        </w:trPr>
        <w:tc>
          <w:tcPr>
            <w:tcW w:w="3408" w:type="dxa"/>
          </w:tcPr>
          <w:p w14:paraId="2AFD930A" w14:textId="77777777" w:rsidR="00D91CA2" w:rsidRDefault="00000000">
            <w:r>
              <w:rPr>
                <w:sz w:val="16"/>
              </w:rPr>
              <w:t>12</w:t>
            </w:r>
          </w:p>
        </w:tc>
        <w:tc>
          <w:tcPr>
            <w:tcW w:w="3408" w:type="dxa"/>
          </w:tcPr>
          <w:p w14:paraId="5CFEB994" w14:textId="77777777" w:rsidR="00D91CA2" w:rsidRDefault="00000000">
            <w:r>
              <w:rPr>
                <w:sz w:val="16"/>
              </w:rPr>
              <w:t>Inspection</w:t>
            </w:r>
          </w:p>
        </w:tc>
        <w:tc>
          <w:tcPr>
            <w:tcW w:w="3408" w:type="dxa"/>
          </w:tcPr>
          <w:p w14:paraId="33223F87" w14:textId="77777777" w:rsidR="00D91CA2" w:rsidRDefault="00000000">
            <w:r>
              <w:rPr>
                <w:sz w:val="16"/>
              </w:rPr>
              <w:t>Inspect equipment before use and at required intervals.</w:t>
            </w:r>
          </w:p>
        </w:tc>
      </w:tr>
      <w:tr w:rsidR="00D91CA2" w14:paraId="6C7E15D9" w14:textId="77777777">
        <w:trPr>
          <w:jc w:val="center"/>
        </w:trPr>
        <w:tc>
          <w:tcPr>
            <w:tcW w:w="3408" w:type="dxa"/>
          </w:tcPr>
          <w:p w14:paraId="4DD3B34F" w14:textId="77777777" w:rsidR="00D91CA2" w:rsidRDefault="00000000">
            <w:r>
              <w:rPr>
                <w:sz w:val="16"/>
              </w:rPr>
              <w:t>13</w:t>
            </w:r>
          </w:p>
        </w:tc>
        <w:tc>
          <w:tcPr>
            <w:tcW w:w="3408" w:type="dxa"/>
          </w:tcPr>
          <w:p w14:paraId="4D92BA89" w14:textId="77777777" w:rsidR="00D91CA2" w:rsidRDefault="00000000">
            <w:r>
              <w:rPr>
                <w:sz w:val="16"/>
              </w:rPr>
              <w:t>Falling Objects</w:t>
            </w:r>
          </w:p>
        </w:tc>
        <w:tc>
          <w:tcPr>
            <w:tcW w:w="3408" w:type="dxa"/>
          </w:tcPr>
          <w:p w14:paraId="110AF5A3" w14:textId="77777777" w:rsidR="00D91CA2" w:rsidRDefault="00000000">
            <w:r>
              <w:rPr>
                <w:sz w:val="16"/>
              </w:rPr>
              <w:t>Secure tools/materials and establish exclusion zones.</w:t>
            </w:r>
          </w:p>
        </w:tc>
      </w:tr>
      <w:tr w:rsidR="00D91CA2" w14:paraId="02371AE8" w14:textId="77777777">
        <w:trPr>
          <w:jc w:val="center"/>
        </w:trPr>
        <w:tc>
          <w:tcPr>
            <w:tcW w:w="3408" w:type="dxa"/>
          </w:tcPr>
          <w:p w14:paraId="3C192968" w14:textId="77777777" w:rsidR="00D91CA2" w:rsidRDefault="00000000">
            <w:r>
              <w:rPr>
                <w:sz w:val="16"/>
              </w:rPr>
              <w:t>14</w:t>
            </w:r>
          </w:p>
        </w:tc>
        <w:tc>
          <w:tcPr>
            <w:tcW w:w="3408" w:type="dxa"/>
          </w:tcPr>
          <w:p w14:paraId="2C565320" w14:textId="77777777" w:rsidR="00D91CA2" w:rsidRDefault="00000000">
            <w:r>
              <w:rPr>
                <w:sz w:val="16"/>
              </w:rPr>
              <w:t>Weather</w:t>
            </w:r>
          </w:p>
        </w:tc>
        <w:tc>
          <w:tcPr>
            <w:tcW w:w="3408" w:type="dxa"/>
          </w:tcPr>
          <w:p w14:paraId="06BFAC06" w14:textId="77777777" w:rsidR="00D91CA2" w:rsidRDefault="00000000">
            <w:r>
              <w:rPr>
                <w:sz w:val="16"/>
              </w:rPr>
              <w:t>Monitor conditions and stop elevated work when unsafe.</w:t>
            </w:r>
          </w:p>
        </w:tc>
      </w:tr>
      <w:tr w:rsidR="00D91CA2" w14:paraId="3570F0FB" w14:textId="77777777">
        <w:trPr>
          <w:jc w:val="center"/>
        </w:trPr>
        <w:tc>
          <w:tcPr>
            <w:tcW w:w="3408" w:type="dxa"/>
          </w:tcPr>
          <w:p w14:paraId="170FD6A7" w14:textId="77777777" w:rsidR="00D91CA2" w:rsidRDefault="00000000">
            <w:r>
              <w:rPr>
                <w:sz w:val="16"/>
              </w:rPr>
              <w:t>15</w:t>
            </w:r>
          </w:p>
        </w:tc>
        <w:tc>
          <w:tcPr>
            <w:tcW w:w="3408" w:type="dxa"/>
          </w:tcPr>
          <w:p w14:paraId="55AA8A21" w14:textId="77777777" w:rsidR="00D91CA2" w:rsidRDefault="00000000">
            <w:r>
              <w:rPr>
                <w:sz w:val="16"/>
              </w:rPr>
              <w:t>Rescue</w:t>
            </w:r>
          </w:p>
        </w:tc>
        <w:tc>
          <w:tcPr>
            <w:tcW w:w="3408" w:type="dxa"/>
          </w:tcPr>
          <w:p w14:paraId="0A81ED15" w14:textId="77777777" w:rsidR="00D91CA2" w:rsidRDefault="00000000">
            <w:r>
              <w:rPr>
                <w:sz w:val="16"/>
              </w:rPr>
              <w:t>Maintain a suitable rescue plan and competent response arrangements.</w:t>
            </w:r>
          </w:p>
        </w:tc>
      </w:tr>
      <w:tr w:rsidR="00D91CA2" w14:paraId="28663535" w14:textId="77777777">
        <w:trPr>
          <w:jc w:val="center"/>
        </w:trPr>
        <w:tc>
          <w:tcPr>
            <w:tcW w:w="3408" w:type="dxa"/>
          </w:tcPr>
          <w:p w14:paraId="48D9A96C" w14:textId="77777777" w:rsidR="00D91CA2" w:rsidRDefault="00000000">
            <w:r>
              <w:rPr>
                <w:sz w:val="16"/>
              </w:rPr>
              <w:t>16</w:t>
            </w:r>
          </w:p>
        </w:tc>
        <w:tc>
          <w:tcPr>
            <w:tcW w:w="3408" w:type="dxa"/>
          </w:tcPr>
          <w:p w14:paraId="61455EB6" w14:textId="77777777" w:rsidR="00D91CA2" w:rsidRDefault="00000000">
            <w:r>
              <w:rPr>
                <w:sz w:val="16"/>
              </w:rPr>
              <w:t>Supervision</w:t>
            </w:r>
          </w:p>
        </w:tc>
        <w:tc>
          <w:tcPr>
            <w:tcW w:w="3408" w:type="dxa"/>
          </w:tcPr>
          <w:p w14:paraId="3D4F5B16" w14:textId="77777777" w:rsidR="00D91CA2" w:rsidRDefault="00000000">
            <w:r>
              <w:rPr>
                <w:sz w:val="16"/>
              </w:rPr>
              <w:t>Provide supervision proportionate to risk and competency.</w:t>
            </w:r>
          </w:p>
        </w:tc>
      </w:tr>
      <w:tr w:rsidR="00D91CA2" w14:paraId="5951182D" w14:textId="77777777">
        <w:trPr>
          <w:jc w:val="center"/>
        </w:trPr>
        <w:tc>
          <w:tcPr>
            <w:tcW w:w="3408" w:type="dxa"/>
          </w:tcPr>
          <w:p w14:paraId="74140067" w14:textId="77777777" w:rsidR="00D91CA2" w:rsidRDefault="00000000">
            <w:r>
              <w:rPr>
                <w:sz w:val="16"/>
              </w:rPr>
              <w:t>17</w:t>
            </w:r>
          </w:p>
        </w:tc>
        <w:tc>
          <w:tcPr>
            <w:tcW w:w="3408" w:type="dxa"/>
          </w:tcPr>
          <w:p w14:paraId="3E605A91" w14:textId="77777777" w:rsidR="00D91CA2" w:rsidRDefault="00000000">
            <w:r>
              <w:rPr>
                <w:sz w:val="16"/>
              </w:rPr>
              <w:t>PPE</w:t>
            </w:r>
          </w:p>
        </w:tc>
        <w:tc>
          <w:tcPr>
            <w:tcW w:w="3408" w:type="dxa"/>
          </w:tcPr>
          <w:p w14:paraId="117F3CED" w14:textId="77777777" w:rsidR="00D91CA2" w:rsidRDefault="00000000">
            <w:r>
              <w:rPr>
                <w:sz w:val="16"/>
              </w:rPr>
              <w:t>Provide and use task-specific PPE.</w:t>
            </w:r>
          </w:p>
        </w:tc>
      </w:tr>
    </w:tbl>
    <w:p w14:paraId="17196C83" w14:textId="77777777" w:rsidR="00D91CA2" w:rsidRDefault="00D91CA2"/>
    <w:p w14:paraId="4564A239" w14:textId="77777777" w:rsidR="00D91CA2" w:rsidRDefault="00000000">
      <w:pPr>
        <w:pStyle w:val="Heading1"/>
      </w:pPr>
      <w:r>
        <w:t>13. Inspection and Monitoring</w:t>
      </w:r>
    </w:p>
    <w:p w14:paraId="40B04D3B" w14:textId="77777777" w:rsidR="00D91CA2" w:rsidRDefault="00000000">
      <w:r>
        <w:t>Work-at-height arrangements should be subject to pre-use checks, routine inspections and field verification. Scaffolds, access equipment, MEWPs, harnesses, lanyards, anchor systems and other fall-protection equipment should be inspected by competent persons at the required frequency and after events that could affect integrity. Defective equipment must be removed from service, identified and controlled until repaired or replaced.</w:t>
      </w:r>
    </w:p>
    <w:tbl>
      <w:tblPr>
        <w:tblStyle w:val="TableGrid"/>
        <w:tblW w:w="0" w:type="auto"/>
        <w:jc w:val="center"/>
        <w:tblLook w:val="04A0" w:firstRow="1" w:lastRow="0" w:firstColumn="1" w:lastColumn="0" w:noHBand="0" w:noVBand="1"/>
      </w:tblPr>
      <w:tblGrid>
        <w:gridCol w:w="5112"/>
        <w:gridCol w:w="5112"/>
      </w:tblGrid>
      <w:tr w:rsidR="00D91CA2" w14:paraId="6E4D3C13" w14:textId="77777777">
        <w:trPr>
          <w:jc w:val="center"/>
        </w:trPr>
        <w:tc>
          <w:tcPr>
            <w:tcW w:w="5112" w:type="dxa"/>
            <w:shd w:val="clear" w:color="auto" w:fill="0F3D5E"/>
            <w:vAlign w:val="center"/>
          </w:tcPr>
          <w:p w14:paraId="468FB92F" w14:textId="77777777" w:rsidR="00D91CA2" w:rsidRDefault="00000000">
            <w:r>
              <w:rPr>
                <w:b/>
                <w:color w:val="FFFFFF"/>
              </w:rPr>
              <w:t>Inspection / Monitoring Activity</w:t>
            </w:r>
          </w:p>
        </w:tc>
        <w:tc>
          <w:tcPr>
            <w:tcW w:w="5112" w:type="dxa"/>
            <w:shd w:val="clear" w:color="auto" w:fill="0F3D5E"/>
            <w:vAlign w:val="center"/>
          </w:tcPr>
          <w:p w14:paraId="12C0175E" w14:textId="77777777" w:rsidR="00D91CA2" w:rsidRDefault="00000000">
            <w:r>
              <w:rPr>
                <w:b/>
                <w:color w:val="FFFFFF"/>
              </w:rPr>
              <w:t>Minimum Focus</w:t>
            </w:r>
          </w:p>
        </w:tc>
      </w:tr>
      <w:tr w:rsidR="00D91CA2" w14:paraId="7A7CE20F" w14:textId="77777777">
        <w:trPr>
          <w:jc w:val="center"/>
        </w:trPr>
        <w:tc>
          <w:tcPr>
            <w:tcW w:w="5112" w:type="dxa"/>
          </w:tcPr>
          <w:p w14:paraId="24069752" w14:textId="77777777" w:rsidR="00D91CA2" w:rsidRDefault="00000000">
            <w:r>
              <w:rPr>
                <w:sz w:val="16"/>
              </w:rPr>
              <w:t>Pre-use checks</w:t>
            </w:r>
          </w:p>
        </w:tc>
        <w:tc>
          <w:tcPr>
            <w:tcW w:w="5112" w:type="dxa"/>
          </w:tcPr>
          <w:p w14:paraId="2BE7E65A" w14:textId="77777777" w:rsidR="00D91CA2" w:rsidRDefault="00000000">
            <w:r>
              <w:rPr>
                <w:sz w:val="16"/>
              </w:rPr>
              <w:t>Condition, setup, guards, access, connectors, alarms and visible defects.</w:t>
            </w:r>
          </w:p>
        </w:tc>
      </w:tr>
      <w:tr w:rsidR="00D91CA2" w14:paraId="29404375" w14:textId="77777777">
        <w:trPr>
          <w:jc w:val="center"/>
        </w:trPr>
        <w:tc>
          <w:tcPr>
            <w:tcW w:w="5112" w:type="dxa"/>
          </w:tcPr>
          <w:p w14:paraId="23F951B6" w14:textId="77777777" w:rsidR="00D91CA2" w:rsidRDefault="00000000">
            <w:r>
              <w:rPr>
                <w:sz w:val="16"/>
              </w:rPr>
              <w:t>Scaffold inspection</w:t>
            </w:r>
          </w:p>
        </w:tc>
        <w:tc>
          <w:tcPr>
            <w:tcW w:w="5112" w:type="dxa"/>
          </w:tcPr>
          <w:p w14:paraId="2EC07B20" w14:textId="77777777" w:rsidR="00D91CA2" w:rsidRDefault="00000000">
            <w:r>
              <w:rPr>
                <w:sz w:val="16"/>
              </w:rPr>
              <w:t>Structure, platforms, guardrails, toe boards, access, foundations and status.</w:t>
            </w:r>
          </w:p>
        </w:tc>
      </w:tr>
      <w:tr w:rsidR="00D91CA2" w14:paraId="2BD5BBE6" w14:textId="77777777">
        <w:trPr>
          <w:jc w:val="center"/>
        </w:trPr>
        <w:tc>
          <w:tcPr>
            <w:tcW w:w="5112" w:type="dxa"/>
          </w:tcPr>
          <w:p w14:paraId="2168A843" w14:textId="77777777" w:rsidR="00D91CA2" w:rsidRDefault="00000000">
            <w:r>
              <w:rPr>
                <w:sz w:val="16"/>
              </w:rPr>
              <w:t>Fall-protection inspection</w:t>
            </w:r>
          </w:p>
        </w:tc>
        <w:tc>
          <w:tcPr>
            <w:tcW w:w="5112" w:type="dxa"/>
          </w:tcPr>
          <w:p w14:paraId="470BD420" w14:textId="77777777" w:rsidR="00D91CA2" w:rsidRDefault="00000000">
            <w:r>
              <w:rPr>
                <w:sz w:val="16"/>
              </w:rPr>
              <w:t>Harnesses, lanyards, connectors, anchors, lifelines and compatibility.</w:t>
            </w:r>
          </w:p>
        </w:tc>
      </w:tr>
      <w:tr w:rsidR="00D91CA2" w14:paraId="0A2894CF" w14:textId="77777777">
        <w:trPr>
          <w:jc w:val="center"/>
        </w:trPr>
        <w:tc>
          <w:tcPr>
            <w:tcW w:w="5112" w:type="dxa"/>
          </w:tcPr>
          <w:p w14:paraId="41962C17" w14:textId="77777777" w:rsidR="00D91CA2" w:rsidRDefault="00000000">
            <w:r>
              <w:rPr>
                <w:sz w:val="16"/>
              </w:rPr>
              <w:t>MEWP inspection</w:t>
            </w:r>
          </w:p>
        </w:tc>
        <w:tc>
          <w:tcPr>
            <w:tcW w:w="5112" w:type="dxa"/>
          </w:tcPr>
          <w:p w14:paraId="39263769" w14:textId="77777777" w:rsidR="00D91CA2" w:rsidRDefault="00000000">
            <w:r>
              <w:rPr>
                <w:sz w:val="16"/>
              </w:rPr>
              <w:t>Controls, alarms, emergency systems, platform, tires/outriggers and ground conditions.</w:t>
            </w:r>
          </w:p>
        </w:tc>
      </w:tr>
      <w:tr w:rsidR="00D91CA2" w14:paraId="3224EADD" w14:textId="77777777">
        <w:trPr>
          <w:jc w:val="center"/>
        </w:trPr>
        <w:tc>
          <w:tcPr>
            <w:tcW w:w="5112" w:type="dxa"/>
          </w:tcPr>
          <w:p w14:paraId="51E17E9F" w14:textId="77777777" w:rsidR="00D91CA2" w:rsidRDefault="00000000">
            <w:r>
              <w:rPr>
                <w:sz w:val="16"/>
              </w:rPr>
              <w:t>Site HSE inspection</w:t>
            </w:r>
          </w:p>
        </w:tc>
        <w:tc>
          <w:tcPr>
            <w:tcW w:w="5112" w:type="dxa"/>
          </w:tcPr>
          <w:p w14:paraId="52C38728" w14:textId="77777777" w:rsidR="00D91CA2" w:rsidRDefault="00000000">
            <w:r>
              <w:rPr>
                <w:sz w:val="16"/>
              </w:rPr>
              <w:t>Edges, openings, exclusion zones, housekeeping and changing conditions.</w:t>
            </w:r>
          </w:p>
        </w:tc>
      </w:tr>
      <w:tr w:rsidR="00D91CA2" w14:paraId="47A438BB" w14:textId="77777777">
        <w:trPr>
          <w:jc w:val="center"/>
        </w:trPr>
        <w:tc>
          <w:tcPr>
            <w:tcW w:w="5112" w:type="dxa"/>
          </w:tcPr>
          <w:p w14:paraId="4D52F840" w14:textId="77777777" w:rsidR="00D91CA2" w:rsidRDefault="00000000">
            <w:r>
              <w:rPr>
                <w:sz w:val="16"/>
              </w:rPr>
              <w:t>Supervisor monitoring</w:t>
            </w:r>
          </w:p>
        </w:tc>
        <w:tc>
          <w:tcPr>
            <w:tcW w:w="5112" w:type="dxa"/>
          </w:tcPr>
          <w:p w14:paraId="030A9289" w14:textId="77777777" w:rsidR="00D91CA2" w:rsidRDefault="00000000">
            <w:r>
              <w:rPr>
                <w:sz w:val="16"/>
              </w:rPr>
              <w:t>Work method, worker behavior, access, protection and compliance.</w:t>
            </w:r>
          </w:p>
        </w:tc>
      </w:tr>
      <w:tr w:rsidR="00D91CA2" w14:paraId="7612F444" w14:textId="77777777">
        <w:trPr>
          <w:jc w:val="center"/>
        </w:trPr>
        <w:tc>
          <w:tcPr>
            <w:tcW w:w="5112" w:type="dxa"/>
          </w:tcPr>
          <w:p w14:paraId="0221492A" w14:textId="77777777" w:rsidR="00D91CA2" w:rsidRDefault="00000000">
            <w:r>
              <w:rPr>
                <w:sz w:val="16"/>
              </w:rPr>
              <w:t>Post-change verification</w:t>
            </w:r>
          </w:p>
        </w:tc>
        <w:tc>
          <w:tcPr>
            <w:tcW w:w="5112" w:type="dxa"/>
          </w:tcPr>
          <w:p w14:paraId="5200719A" w14:textId="77777777" w:rsidR="00D91CA2" w:rsidRDefault="00000000">
            <w:r>
              <w:rPr>
                <w:sz w:val="16"/>
              </w:rPr>
              <w:t>Reassess and inspect after alteration, relocation, weather or incident.</w:t>
            </w:r>
          </w:p>
        </w:tc>
      </w:tr>
    </w:tbl>
    <w:p w14:paraId="5031C4F2" w14:textId="77777777" w:rsidR="00D91CA2" w:rsidRDefault="00D91CA2"/>
    <w:p w14:paraId="205D55A7" w14:textId="77777777" w:rsidR="00D91CA2" w:rsidRDefault="00000000">
      <w:pPr>
        <w:pStyle w:val="Heading1"/>
      </w:pPr>
      <w:r>
        <w:lastRenderedPageBreak/>
        <w:t>14. Monitoring and Review of the Risk Assessment</w:t>
      </w:r>
    </w:p>
    <w:tbl>
      <w:tblPr>
        <w:tblStyle w:val="TableGrid"/>
        <w:tblW w:w="0" w:type="auto"/>
        <w:jc w:val="center"/>
        <w:tblLook w:val="04A0" w:firstRow="1" w:lastRow="0" w:firstColumn="1" w:lastColumn="0" w:noHBand="0" w:noVBand="1"/>
      </w:tblPr>
      <w:tblGrid>
        <w:gridCol w:w="5112"/>
        <w:gridCol w:w="5112"/>
      </w:tblGrid>
      <w:tr w:rsidR="00D91CA2" w14:paraId="7971E6E9" w14:textId="77777777">
        <w:trPr>
          <w:jc w:val="center"/>
        </w:trPr>
        <w:tc>
          <w:tcPr>
            <w:tcW w:w="5112" w:type="dxa"/>
            <w:shd w:val="clear" w:color="auto" w:fill="0F3D5E"/>
            <w:vAlign w:val="center"/>
          </w:tcPr>
          <w:p w14:paraId="37ABA410" w14:textId="77777777" w:rsidR="00D91CA2" w:rsidRDefault="00000000">
            <w:r>
              <w:rPr>
                <w:b/>
                <w:color w:val="FFFFFF"/>
              </w:rPr>
              <w:t>Review Trigger</w:t>
            </w:r>
          </w:p>
        </w:tc>
        <w:tc>
          <w:tcPr>
            <w:tcW w:w="5112" w:type="dxa"/>
            <w:shd w:val="clear" w:color="auto" w:fill="0F3D5E"/>
            <w:vAlign w:val="center"/>
          </w:tcPr>
          <w:p w14:paraId="4EC1BCB9" w14:textId="77777777" w:rsidR="00D91CA2" w:rsidRDefault="00000000">
            <w:r>
              <w:rPr>
                <w:b/>
                <w:color w:val="FFFFFF"/>
              </w:rPr>
              <w:t>Required Action</w:t>
            </w:r>
          </w:p>
        </w:tc>
      </w:tr>
      <w:tr w:rsidR="00D91CA2" w14:paraId="6CDBBBFE" w14:textId="77777777">
        <w:trPr>
          <w:jc w:val="center"/>
        </w:trPr>
        <w:tc>
          <w:tcPr>
            <w:tcW w:w="5112" w:type="dxa"/>
          </w:tcPr>
          <w:p w14:paraId="21B47374" w14:textId="77777777" w:rsidR="00D91CA2" w:rsidRDefault="00000000">
            <w:r>
              <w:rPr>
                <w:sz w:val="16"/>
              </w:rPr>
              <w:t>Before work starts</w:t>
            </w:r>
          </w:p>
        </w:tc>
        <w:tc>
          <w:tcPr>
            <w:tcW w:w="5112" w:type="dxa"/>
          </w:tcPr>
          <w:p w14:paraId="22BDF7E4" w14:textId="77777777" w:rsidR="00D91CA2" w:rsidRDefault="00000000">
            <w:r>
              <w:rPr>
                <w:sz w:val="16"/>
              </w:rPr>
              <w:t>Confirm hazards, controls, access and rescue arrangements.</w:t>
            </w:r>
          </w:p>
        </w:tc>
      </w:tr>
      <w:tr w:rsidR="00D91CA2" w14:paraId="008E17E1" w14:textId="77777777">
        <w:trPr>
          <w:jc w:val="center"/>
        </w:trPr>
        <w:tc>
          <w:tcPr>
            <w:tcW w:w="5112" w:type="dxa"/>
          </w:tcPr>
          <w:p w14:paraId="44C7FB21" w14:textId="77777777" w:rsidR="00D91CA2" w:rsidRDefault="00000000">
            <w:r>
              <w:rPr>
                <w:sz w:val="16"/>
              </w:rPr>
              <w:t>Change in work method</w:t>
            </w:r>
          </w:p>
        </w:tc>
        <w:tc>
          <w:tcPr>
            <w:tcW w:w="5112" w:type="dxa"/>
          </w:tcPr>
          <w:p w14:paraId="46FA0491" w14:textId="77777777" w:rsidR="00D91CA2" w:rsidRDefault="00000000">
            <w:r>
              <w:rPr>
                <w:sz w:val="16"/>
              </w:rPr>
              <w:t>Review affected hazards and controls before proceeding.</w:t>
            </w:r>
          </w:p>
        </w:tc>
      </w:tr>
      <w:tr w:rsidR="00D91CA2" w14:paraId="2882CB36" w14:textId="77777777">
        <w:trPr>
          <w:jc w:val="center"/>
        </w:trPr>
        <w:tc>
          <w:tcPr>
            <w:tcW w:w="5112" w:type="dxa"/>
          </w:tcPr>
          <w:p w14:paraId="6636C71C" w14:textId="77777777" w:rsidR="00D91CA2" w:rsidRDefault="00000000">
            <w:r>
              <w:rPr>
                <w:sz w:val="16"/>
              </w:rPr>
              <w:t>Change in location or site conditions</w:t>
            </w:r>
          </w:p>
        </w:tc>
        <w:tc>
          <w:tcPr>
            <w:tcW w:w="5112" w:type="dxa"/>
          </w:tcPr>
          <w:p w14:paraId="5E817C1A" w14:textId="77777777" w:rsidR="00D91CA2" w:rsidRDefault="00000000">
            <w:r>
              <w:rPr>
                <w:sz w:val="16"/>
              </w:rPr>
              <w:t>Reassess edges, openings, access, ground and interfaces.</w:t>
            </w:r>
          </w:p>
        </w:tc>
      </w:tr>
      <w:tr w:rsidR="00D91CA2" w14:paraId="456AEBD3" w14:textId="77777777">
        <w:trPr>
          <w:jc w:val="center"/>
        </w:trPr>
        <w:tc>
          <w:tcPr>
            <w:tcW w:w="5112" w:type="dxa"/>
          </w:tcPr>
          <w:p w14:paraId="3CBAA152" w14:textId="77777777" w:rsidR="00D91CA2" w:rsidRDefault="00000000">
            <w:r>
              <w:rPr>
                <w:sz w:val="16"/>
              </w:rPr>
              <w:t>New equipment</w:t>
            </w:r>
          </w:p>
        </w:tc>
        <w:tc>
          <w:tcPr>
            <w:tcW w:w="5112" w:type="dxa"/>
          </w:tcPr>
          <w:p w14:paraId="5ECBA44C" w14:textId="77777777" w:rsidR="00D91CA2" w:rsidRDefault="00000000">
            <w:r>
              <w:rPr>
                <w:sz w:val="16"/>
              </w:rPr>
              <w:t>Confirm suitability, competency, inspection and operating limits.</w:t>
            </w:r>
          </w:p>
        </w:tc>
      </w:tr>
      <w:tr w:rsidR="00D91CA2" w14:paraId="339C7239" w14:textId="77777777">
        <w:trPr>
          <w:jc w:val="center"/>
        </w:trPr>
        <w:tc>
          <w:tcPr>
            <w:tcW w:w="5112" w:type="dxa"/>
          </w:tcPr>
          <w:p w14:paraId="31E5CCED" w14:textId="77777777" w:rsidR="00D91CA2" w:rsidRDefault="00000000">
            <w:r>
              <w:rPr>
                <w:sz w:val="16"/>
              </w:rPr>
              <w:t>New hazard identified</w:t>
            </w:r>
          </w:p>
        </w:tc>
        <w:tc>
          <w:tcPr>
            <w:tcW w:w="5112" w:type="dxa"/>
          </w:tcPr>
          <w:p w14:paraId="57F380AE" w14:textId="77777777" w:rsidR="00D91CA2" w:rsidRDefault="00000000">
            <w:r>
              <w:rPr>
                <w:sz w:val="16"/>
              </w:rPr>
              <w:t>Stop or control the affected work and update the assessment.</w:t>
            </w:r>
          </w:p>
        </w:tc>
      </w:tr>
      <w:tr w:rsidR="00D91CA2" w14:paraId="6EB622D8" w14:textId="77777777">
        <w:trPr>
          <w:jc w:val="center"/>
        </w:trPr>
        <w:tc>
          <w:tcPr>
            <w:tcW w:w="5112" w:type="dxa"/>
          </w:tcPr>
          <w:p w14:paraId="13D6B479" w14:textId="77777777" w:rsidR="00D91CA2" w:rsidRDefault="00000000">
            <w:r>
              <w:rPr>
                <w:sz w:val="16"/>
              </w:rPr>
              <w:t>Incident / near miss</w:t>
            </w:r>
          </w:p>
        </w:tc>
        <w:tc>
          <w:tcPr>
            <w:tcW w:w="5112" w:type="dxa"/>
          </w:tcPr>
          <w:p w14:paraId="2ED64F8A" w14:textId="77777777" w:rsidR="00D91CA2" w:rsidRDefault="00000000">
            <w:r>
              <w:rPr>
                <w:sz w:val="16"/>
              </w:rPr>
              <w:t>Investigate and reassess relevant hazards and controls.</w:t>
            </w:r>
          </w:p>
        </w:tc>
      </w:tr>
      <w:tr w:rsidR="00D91CA2" w14:paraId="7F0D092B" w14:textId="77777777">
        <w:trPr>
          <w:jc w:val="center"/>
        </w:trPr>
        <w:tc>
          <w:tcPr>
            <w:tcW w:w="5112" w:type="dxa"/>
          </w:tcPr>
          <w:p w14:paraId="5C639DC5" w14:textId="77777777" w:rsidR="00D91CA2" w:rsidRDefault="00000000">
            <w:r>
              <w:rPr>
                <w:sz w:val="16"/>
              </w:rPr>
              <w:t>Significant weather change</w:t>
            </w:r>
          </w:p>
        </w:tc>
        <w:tc>
          <w:tcPr>
            <w:tcW w:w="5112" w:type="dxa"/>
          </w:tcPr>
          <w:p w14:paraId="74A87E95" w14:textId="77777777" w:rsidR="00D91CA2" w:rsidRDefault="00000000">
            <w:r>
              <w:rPr>
                <w:sz w:val="16"/>
              </w:rPr>
              <w:t>Reassess elevated work and equipment operating conditions.</w:t>
            </w:r>
          </w:p>
        </w:tc>
      </w:tr>
      <w:tr w:rsidR="00D91CA2" w14:paraId="275C1C7B" w14:textId="77777777">
        <w:trPr>
          <w:jc w:val="center"/>
        </w:trPr>
        <w:tc>
          <w:tcPr>
            <w:tcW w:w="5112" w:type="dxa"/>
          </w:tcPr>
          <w:p w14:paraId="3225BE51" w14:textId="77777777" w:rsidR="00D91CA2" w:rsidRDefault="00000000">
            <w:r>
              <w:rPr>
                <w:sz w:val="16"/>
              </w:rPr>
              <w:t>Change in workforce competency</w:t>
            </w:r>
          </w:p>
        </w:tc>
        <w:tc>
          <w:tcPr>
            <w:tcW w:w="5112" w:type="dxa"/>
          </w:tcPr>
          <w:p w14:paraId="6D030177" w14:textId="77777777" w:rsidR="00D91CA2" w:rsidRDefault="00000000">
            <w:r>
              <w:rPr>
                <w:sz w:val="16"/>
              </w:rPr>
              <w:t>Verify training and supervision requirements.</w:t>
            </w:r>
          </w:p>
        </w:tc>
      </w:tr>
      <w:tr w:rsidR="00D91CA2" w14:paraId="7E12F823" w14:textId="77777777">
        <w:trPr>
          <w:jc w:val="center"/>
        </w:trPr>
        <w:tc>
          <w:tcPr>
            <w:tcW w:w="5112" w:type="dxa"/>
          </w:tcPr>
          <w:p w14:paraId="13BD640B" w14:textId="77777777" w:rsidR="00D91CA2" w:rsidRDefault="00000000">
            <w:r>
              <w:rPr>
                <w:sz w:val="16"/>
              </w:rPr>
              <w:t>Periodic review</w:t>
            </w:r>
          </w:p>
        </w:tc>
        <w:tc>
          <w:tcPr>
            <w:tcW w:w="5112" w:type="dxa"/>
          </w:tcPr>
          <w:p w14:paraId="63B3A6CD" w14:textId="77777777" w:rsidR="00D91CA2" w:rsidRDefault="00000000">
            <w:r>
              <w:rPr>
                <w:sz w:val="16"/>
              </w:rPr>
              <w:t>Review continued suitability and effectiveness of controls.</w:t>
            </w:r>
          </w:p>
        </w:tc>
      </w:tr>
    </w:tbl>
    <w:p w14:paraId="38C6459C" w14:textId="77777777" w:rsidR="00D91CA2" w:rsidRDefault="00D91CA2"/>
    <w:p w14:paraId="296944EB" w14:textId="77777777" w:rsidR="00D91CA2" w:rsidRDefault="00000000">
      <w:pPr>
        <w:pStyle w:val="Heading1"/>
      </w:pPr>
      <w:r>
        <w:t>15. Emergency and Rescue</w:t>
      </w:r>
    </w:p>
    <w:p w14:paraId="4685BDA4" w14:textId="77777777" w:rsidR="00D91CA2" w:rsidRDefault="00000000">
      <w:r>
        <w:t>A suitable rescue arrangement should be established before work starts where fall-arrest systems are used. The plan should consider communication, access, competent rescuers, rescue equipment, emergency routes, prompt recovery of a suspended person, first aid and escalation. Rescue arrangements should be realistic for the actual location and should not rely solely on external emergency services.</w:t>
      </w:r>
    </w:p>
    <w:p w14:paraId="03C44C81" w14:textId="77777777" w:rsidR="000B6330" w:rsidRDefault="000B6330"/>
    <w:tbl>
      <w:tblPr>
        <w:tblStyle w:val="TableGrid"/>
        <w:tblW w:w="0" w:type="auto"/>
        <w:jc w:val="center"/>
        <w:tblLook w:val="04A0" w:firstRow="1" w:lastRow="0" w:firstColumn="1" w:lastColumn="0" w:noHBand="0" w:noVBand="1"/>
      </w:tblPr>
      <w:tblGrid>
        <w:gridCol w:w="5112"/>
        <w:gridCol w:w="5112"/>
      </w:tblGrid>
      <w:tr w:rsidR="00D91CA2" w14:paraId="7F42A12C" w14:textId="77777777">
        <w:trPr>
          <w:jc w:val="center"/>
        </w:trPr>
        <w:tc>
          <w:tcPr>
            <w:tcW w:w="5112" w:type="dxa"/>
            <w:shd w:val="clear" w:color="auto" w:fill="0F3D5E"/>
            <w:vAlign w:val="center"/>
          </w:tcPr>
          <w:p w14:paraId="13C9275B" w14:textId="77777777" w:rsidR="00D91CA2" w:rsidRDefault="00000000">
            <w:r>
              <w:rPr>
                <w:b/>
                <w:color w:val="FFFFFF"/>
              </w:rPr>
              <w:t>Emergency Element</w:t>
            </w:r>
          </w:p>
        </w:tc>
        <w:tc>
          <w:tcPr>
            <w:tcW w:w="5112" w:type="dxa"/>
            <w:shd w:val="clear" w:color="auto" w:fill="0F3D5E"/>
            <w:vAlign w:val="center"/>
          </w:tcPr>
          <w:p w14:paraId="26F77B51" w14:textId="77777777" w:rsidR="00D91CA2" w:rsidRDefault="00000000">
            <w:r>
              <w:rPr>
                <w:b/>
                <w:color w:val="FFFFFF"/>
              </w:rPr>
              <w:t>Requirement</w:t>
            </w:r>
          </w:p>
        </w:tc>
      </w:tr>
      <w:tr w:rsidR="00D91CA2" w14:paraId="2D031AA9" w14:textId="77777777">
        <w:trPr>
          <w:jc w:val="center"/>
        </w:trPr>
        <w:tc>
          <w:tcPr>
            <w:tcW w:w="5112" w:type="dxa"/>
          </w:tcPr>
          <w:p w14:paraId="3A2E1184" w14:textId="77777777" w:rsidR="00D91CA2" w:rsidRDefault="00000000">
            <w:r>
              <w:rPr>
                <w:sz w:val="16"/>
              </w:rPr>
              <w:t>Communication</w:t>
            </w:r>
          </w:p>
        </w:tc>
        <w:tc>
          <w:tcPr>
            <w:tcW w:w="5112" w:type="dxa"/>
          </w:tcPr>
          <w:p w14:paraId="1462CA99" w14:textId="77777777" w:rsidR="00D91CA2" w:rsidRDefault="00000000">
            <w:r>
              <w:rPr>
                <w:sz w:val="16"/>
              </w:rPr>
              <w:t>Provide reliable means to raise an emergency.</w:t>
            </w:r>
          </w:p>
        </w:tc>
      </w:tr>
      <w:tr w:rsidR="00D91CA2" w14:paraId="59E3B2C3" w14:textId="77777777">
        <w:trPr>
          <w:jc w:val="center"/>
        </w:trPr>
        <w:tc>
          <w:tcPr>
            <w:tcW w:w="5112" w:type="dxa"/>
          </w:tcPr>
          <w:p w14:paraId="6B229F62" w14:textId="77777777" w:rsidR="00D91CA2" w:rsidRDefault="00000000">
            <w:r>
              <w:rPr>
                <w:sz w:val="16"/>
              </w:rPr>
              <w:t>Rescue Plan</w:t>
            </w:r>
          </w:p>
        </w:tc>
        <w:tc>
          <w:tcPr>
            <w:tcW w:w="5112" w:type="dxa"/>
          </w:tcPr>
          <w:p w14:paraId="2A495236" w14:textId="77777777" w:rsidR="00D91CA2" w:rsidRDefault="00000000">
            <w:r>
              <w:rPr>
                <w:sz w:val="16"/>
              </w:rPr>
              <w:t>Define the rescue method, equipment, roles and access.</w:t>
            </w:r>
          </w:p>
        </w:tc>
      </w:tr>
      <w:tr w:rsidR="00D91CA2" w14:paraId="00EDF55E" w14:textId="77777777">
        <w:trPr>
          <w:jc w:val="center"/>
        </w:trPr>
        <w:tc>
          <w:tcPr>
            <w:tcW w:w="5112" w:type="dxa"/>
          </w:tcPr>
          <w:p w14:paraId="0F4DD82E" w14:textId="77777777" w:rsidR="00D91CA2" w:rsidRDefault="00000000">
            <w:r>
              <w:rPr>
                <w:sz w:val="16"/>
              </w:rPr>
              <w:t>Competent Rescuers</w:t>
            </w:r>
          </w:p>
        </w:tc>
        <w:tc>
          <w:tcPr>
            <w:tcW w:w="5112" w:type="dxa"/>
          </w:tcPr>
          <w:p w14:paraId="386B216C" w14:textId="77777777" w:rsidR="00D91CA2" w:rsidRDefault="00000000">
            <w:r>
              <w:rPr>
                <w:sz w:val="16"/>
              </w:rPr>
              <w:t>Identify personnel trained and capable of carrying out the planned rescue.</w:t>
            </w:r>
          </w:p>
        </w:tc>
      </w:tr>
      <w:tr w:rsidR="00D91CA2" w14:paraId="55C16038" w14:textId="77777777">
        <w:trPr>
          <w:jc w:val="center"/>
        </w:trPr>
        <w:tc>
          <w:tcPr>
            <w:tcW w:w="5112" w:type="dxa"/>
          </w:tcPr>
          <w:p w14:paraId="43EAD56A" w14:textId="77777777" w:rsidR="00D91CA2" w:rsidRDefault="00000000">
            <w:r>
              <w:rPr>
                <w:sz w:val="16"/>
              </w:rPr>
              <w:t>Rescue Equipment</w:t>
            </w:r>
          </w:p>
        </w:tc>
        <w:tc>
          <w:tcPr>
            <w:tcW w:w="5112" w:type="dxa"/>
          </w:tcPr>
          <w:p w14:paraId="230A1B2D" w14:textId="77777777" w:rsidR="00D91CA2" w:rsidRDefault="00000000">
            <w:r>
              <w:rPr>
                <w:sz w:val="16"/>
              </w:rPr>
              <w:t>Keep required equipment available, accessible and maintained.</w:t>
            </w:r>
          </w:p>
        </w:tc>
      </w:tr>
      <w:tr w:rsidR="00D91CA2" w14:paraId="35689CAE" w14:textId="77777777">
        <w:trPr>
          <w:jc w:val="center"/>
        </w:trPr>
        <w:tc>
          <w:tcPr>
            <w:tcW w:w="5112" w:type="dxa"/>
          </w:tcPr>
          <w:p w14:paraId="76951A22" w14:textId="77777777" w:rsidR="00D91CA2" w:rsidRDefault="00000000">
            <w:r>
              <w:rPr>
                <w:sz w:val="16"/>
              </w:rPr>
              <w:t>Emergency Access</w:t>
            </w:r>
          </w:p>
        </w:tc>
        <w:tc>
          <w:tcPr>
            <w:tcW w:w="5112" w:type="dxa"/>
          </w:tcPr>
          <w:p w14:paraId="511889BB" w14:textId="77777777" w:rsidR="00D91CA2" w:rsidRDefault="00000000">
            <w:r>
              <w:rPr>
                <w:sz w:val="16"/>
              </w:rPr>
              <w:t>Keep routes and access points clear for response.</w:t>
            </w:r>
          </w:p>
        </w:tc>
      </w:tr>
      <w:tr w:rsidR="00D91CA2" w14:paraId="54F34D91" w14:textId="77777777">
        <w:trPr>
          <w:jc w:val="center"/>
        </w:trPr>
        <w:tc>
          <w:tcPr>
            <w:tcW w:w="5112" w:type="dxa"/>
          </w:tcPr>
          <w:p w14:paraId="094F9F93" w14:textId="77777777" w:rsidR="00D91CA2" w:rsidRDefault="00000000">
            <w:r>
              <w:rPr>
                <w:sz w:val="16"/>
              </w:rPr>
              <w:t>Post-Fall Response</w:t>
            </w:r>
          </w:p>
        </w:tc>
        <w:tc>
          <w:tcPr>
            <w:tcW w:w="5112" w:type="dxa"/>
          </w:tcPr>
          <w:p w14:paraId="4EA96E24" w14:textId="77777777" w:rsidR="00D91CA2" w:rsidRDefault="00000000">
            <w:r>
              <w:rPr>
                <w:sz w:val="16"/>
              </w:rPr>
              <w:t>Provide first aid, preserve the scene where appropriate and report the incident.</w:t>
            </w:r>
          </w:p>
        </w:tc>
      </w:tr>
    </w:tbl>
    <w:p w14:paraId="14F3A27F" w14:textId="77777777" w:rsidR="00D91CA2" w:rsidRDefault="00D91CA2"/>
    <w:p w14:paraId="61ADAE69" w14:textId="77777777" w:rsidR="00D91CA2" w:rsidRDefault="00000000">
      <w:pPr>
        <w:pStyle w:val="Heading1"/>
      </w:pPr>
      <w:r>
        <w:t>16. Roles and Responsibilities</w:t>
      </w:r>
    </w:p>
    <w:tbl>
      <w:tblPr>
        <w:tblStyle w:val="TableGrid"/>
        <w:tblW w:w="0" w:type="auto"/>
        <w:jc w:val="center"/>
        <w:tblLook w:val="04A0" w:firstRow="1" w:lastRow="0" w:firstColumn="1" w:lastColumn="0" w:noHBand="0" w:noVBand="1"/>
      </w:tblPr>
      <w:tblGrid>
        <w:gridCol w:w="5112"/>
        <w:gridCol w:w="5112"/>
      </w:tblGrid>
      <w:tr w:rsidR="00D91CA2" w14:paraId="4B8682C8" w14:textId="77777777">
        <w:trPr>
          <w:jc w:val="center"/>
        </w:trPr>
        <w:tc>
          <w:tcPr>
            <w:tcW w:w="5112" w:type="dxa"/>
            <w:shd w:val="clear" w:color="auto" w:fill="0F3D5E"/>
            <w:vAlign w:val="center"/>
          </w:tcPr>
          <w:p w14:paraId="5F08EEE6" w14:textId="77777777" w:rsidR="00D91CA2" w:rsidRDefault="00000000">
            <w:r>
              <w:rPr>
                <w:b/>
                <w:color w:val="FFFFFF"/>
              </w:rPr>
              <w:t>Role</w:t>
            </w:r>
          </w:p>
        </w:tc>
        <w:tc>
          <w:tcPr>
            <w:tcW w:w="5112" w:type="dxa"/>
            <w:shd w:val="clear" w:color="auto" w:fill="0F3D5E"/>
            <w:vAlign w:val="center"/>
          </w:tcPr>
          <w:p w14:paraId="74C1D7F3" w14:textId="77777777" w:rsidR="00D91CA2" w:rsidRDefault="00000000">
            <w:r>
              <w:rPr>
                <w:b/>
                <w:color w:val="FFFFFF"/>
              </w:rPr>
              <w:t>Responsibility</w:t>
            </w:r>
          </w:p>
        </w:tc>
      </w:tr>
      <w:tr w:rsidR="00D91CA2" w14:paraId="28021199" w14:textId="77777777">
        <w:trPr>
          <w:jc w:val="center"/>
        </w:trPr>
        <w:tc>
          <w:tcPr>
            <w:tcW w:w="5112" w:type="dxa"/>
          </w:tcPr>
          <w:p w14:paraId="02541617" w14:textId="77777777" w:rsidR="00D91CA2" w:rsidRDefault="00000000">
            <w:r>
              <w:rPr>
                <w:sz w:val="16"/>
              </w:rPr>
              <w:t>Project / Construction Manager</w:t>
            </w:r>
          </w:p>
        </w:tc>
        <w:tc>
          <w:tcPr>
            <w:tcW w:w="5112" w:type="dxa"/>
          </w:tcPr>
          <w:p w14:paraId="6EE02541" w14:textId="77777777" w:rsidR="00D91CA2" w:rsidRDefault="00000000">
            <w:r>
              <w:rPr>
                <w:sz w:val="16"/>
              </w:rPr>
              <w:t>Provide resources and ensure implementation of controls.</w:t>
            </w:r>
          </w:p>
        </w:tc>
      </w:tr>
      <w:tr w:rsidR="00D91CA2" w14:paraId="6D3D3B2F" w14:textId="77777777">
        <w:trPr>
          <w:jc w:val="center"/>
        </w:trPr>
        <w:tc>
          <w:tcPr>
            <w:tcW w:w="5112" w:type="dxa"/>
          </w:tcPr>
          <w:p w14:paraId="7269E309" w14:textId="77777777" w:rsidR="00D91CA2" w:rsidRDefault="00000000">
            <w:r>
              <w:rPr>
                <w:sz w:val="16"/>
              </w:rPr>
              <w:t>HSE Manager / HSE Team</w:t>
            </w:r>
          </w:p>
        </w:tc>
        <w:tc>
          <w:tcPr>
            <w:tcW w:w="5112" w:type="dxa"/>
          </w:tcPr>
          <w:p w14:paraId="6337C2E8" w14:textId="77777777" w:rsidR="00D91CA2" w:rsidRDefault="00000000">
            <w:r>
              <w:rPr>
                <w:sz w:val="16"/>
              </w:rPr>
              <w:t>Review, monitor and verify controls; provide advice and assurance.</w:t>
            </w:r>
          </w:p>
        </w:tc>
      </w:tr>
      <w:tr w:rsidR="00D91CA2" w14:paraId="104C4AD8" w14:textId="77777777">
        <w:trPr>
          <w:jc w:val="center"/>
        </w:trPr>
        <w:tc>
          <w:tcPr>
            <w:tcW w:w="5112" w:type="dxa"/>
          </w:tcPr>
          <w:p w14:paraId="61147268" w14:textId="77777777" w:rsidR="00D91CA2" w:rsidRDefault="00000000">
            <w:r>
              <w:rPr>
                <w:sz w:val="16"/>
              </w:rPr>
              <w:t>Supervisors</w:t>
            </w:r>
          </w:p>
        </w:tc>
        <w:tc>
          <w:tcPr>
            <w:tcW w:w="5112" w:type="dxa"/>
          </w:tcPr>
          <w:p w14:paraId="6875F531" w14:textId="77777777" w:rsidR="00D91CA2" w:rsidRDefault="00000000">
            <w:r>
              <w:rPr>
                <w:sz w:val="16"/>
              </w:rPr>
              <w:t>Implement controls, brief workers and monitor work.</w:t>
            </w:r>
          </w:p>
        </w:tc>
      </w:tr>
      <w:tr w:rsidR="00D91CA2" w14:paraId="45AF8A4C" w14:textId="77777777">
        <w:trPr>
          <w:jc w:val="center"/>
        </w:trPr>
        <w:tc>
          <w:tcPr>
            <w:tcW w:w="5112" w:type="dxa"/>
          </w:tcPr>
          <w:p w14:paraId="59E0057A" w14:textId="77777777" w:rsidR="00D91CA2" w:rsidRDefault="00000000">
            <w:r>
              <w:rPr>
                <w:sz w:val="16"/>
              </w:rPr>
              <w:t>Competent Persons</w:t>
            </w:r>
          </w:p>
        </w:tc>
        <w:tc>
          <w:tcPr>
            <w:tcW w:w="5112" w:type="dxa"/>
          </w:tcPr>
          <w:p w14:paraId="023EFE54" w14:textId="77777777" w:rsidR="00D91CA2" w:rsidRDefault="00000000">
            <w:r>
              <w:rPr>
                <w:sz w:val="16"/>
              </w:rPr>
              <w:t>Inspect and assess relevant equipment and protection systems.</w:t>
            </w:r>
          </w:p>
        </w:tc>
      </w:tr>
      <w:tr w:rsidR="00D91CA2" w14:paraId="7A3E2472" w14:textId="77777777">
        <w:trPr>
          <w:jc w:val="center"/>
        </w:trPr>
        <w:tc>
          <w:tcPr>
            <w:tcW w:w="5112" w:type="dxa"/>
          </w:tcPr>
          <w:p w14:paraId="7A595EC6" w14:textId="77777777" w:rsidR="00D91CA2" w:rsidRDefault="00000000">
            <w:r>
              <w:rPr>
                <w:sz w:val="16"/>
              </w:rPr>
              <w:t>Workers</w:t>
            </w:r>
          </w:p>
        </w:tc>
        <w:tc>
          <w:tcPr>
            <w:tcW w:w="5112" w:type="dxa"/>
          </w:tcPr>
          <w:p w14:paraId="5195C89E" w14:textId="77777777" w:rsidR="00D91CA2" w:rsidRDefault="00000000">
            <w:r>
              <w:rPr>
                <w:sz w:val="16"/>
              </w:rPr>
              <w:t>Follow procedures, use equipment correctly and report hazards/defects.</w:t>
            </w:r>
          </w:p>
        </w:tc>
      </w:tr>
      <w:tr w:rsidR="00D91CA2" w14:paraId="3EAB7256" w14:textId="77777777">
        <w:trPr>
          <w:jc w:val="center"/>
        </w:trPr>
        <w:tc>
          <w:tcPr>
            <w:tcW w:w="5112" w:type="dxa"/>
          </w:tcPr>
          <w:p w14:paraId="3D091B75" w14:textId="77777777" w:rsidR="00D91CA2" w:rsidRDefault="00000000">
            <w:r>
              <w:rPr>
                <w:sz w:val="16"/>
              </w:rPr>
              <w:t>Contractors / Subcontractors</w:t>
            </w:r>
          </w:p>
        </w:tc>
        <w:tc>
          <w:tcPr>
            <w:tcW w:w="5112" w:type="dxa"/>
          </w:tcPr>
          <w:p w14:paraId="216F1CAA" w14:textId="77777777" w:rsidR="00D91CA2" w:rsidRDefault="00000000">
            <w:r>
              <w:rPr>
                <w:sz w:val="16"/>
              </w:rPr>
              <w:t>Comply with requirements and provide task-specific assessments where required.</w:t>
            </w:r>
          </w:p>
        </w:tc>
      </w:tr>
      <w:tr w:rsidR="00D91CA2" w14:paraId="1A8DCDB4" w14:textId="77777777">
        <w:trPr>
          <w:jc w:val="center"/>
        </w:trPr>
        <w:tc>
          <w:tcPr>
            <w:tcW w:w="5112" w:type="dxa"/>
          </w:tcPr>
          <w:p w14:paraId="524E1925" w14:textId="77777777" w:rsidR="00D91CA2" w:rsidRDefault="00000000">
            <w:r>
              <w:rPr>
                <w:sz w:val="16"/>
              </w:rPr>
              <w:t>Scaffold Team</w:t>
            </w:r>
          </w:p>
        </w:tc>
        <w:tc>
          <w:tcPr>
            <w:tcW w:w="5112" w:type="dxa"/>
          </w:tcPr>
          <w:p w14:paraId="19277A5C" w14:textId="77777777" w:rsidR="00D91CA2" w:rsidRDefault="00000000">
            <w:r>
              <w:rPr>
                <w:sz w:val="16"/>
              </w:rPr>
              <w:t>Erect, alter and dismantle scaffolds safely and under competent supervision.</w:t>
            </w:r>
          </w:p>
        </w:tc>
      </w:tr>
      <w:tr w:rsidR="00D91CA2" w14:paraId="3F62F2D9" w14:textId="77777777">
        <w:trPr>
          <w:jc w:val="center"/>
        </w:trPr>
        <w:tc>
          <w:tcPr>
            <w:tcW w:w="5112" w:type="dxa"/>
          </w:tcPr>
          <w:p w14:paraId="4D19214C" w14:textId="77777777" w:rsidR="00D91CA2" w:rsidRDefault="00000000">
            <w:r>
              <w:rPr>
                <w:sz w:val="16"/>
              </w:rPr>
              <w:t>MEWP Operators</w:t>
            </w:r>
          </w:p>
        </w:tc>
        <w:tc>
          <w:tcPr>
            <w:tcW w:w="5112" w:type="dxa"/>
          </w:tcPr>
          <w:p w14:paraId="581F2F35" w14:textId="77777777" w:rsidR="00D91CA2" w:rsidRDefault="00000000">
            <w:r>
              <w:rPr>
                <w:sz w:val="16"/>
              </w:rPr>
              <w:t>Conduct checks, operate equipment safely and follow manufacturer requirements.</w:t>
            </w:r>
          </w:p>
        </w:tc>
      </w:tr>
    </w:tbl>
    <w:p w14:paraId="520B4C91" w14:textId="77777777" w:rsidR="00D91CA2" w:rsidRDefault="00D91CA2"/>
    <w:p w14:paraId="1685396F" w14:textId="77777777" w:rsidR="00D91CA2" w:rsidRDefault="00000000">
      <w:pPr>
        <w:pStyle w:val="Heading1"/>
      </w:pPr>
      <w:r>
        <w:t>17. Worker Briefing / Acknowledgement</w:t>
      </w:r>
    </w:p>
    <w:p w14:paraId="0FF91A3D" w14:textId="77777777" w:rsidR="00D91CA2" w:rsidRDefault="00000000">
      <w:r>
        <w:t>Personnel affected by the assessment should be briefed on the relevant hazards, controls, work method, access arrangements, exclusion zones, PPE and emergency arrangements before starting work. The following record may be used to document the briefing.</w:t>
      </w:r>
    </w:p>
    <w:p w14:paraId="4CAF8933" w14:textId="7C251061" w:rsidR="000B6330" w:rsidRDefault="000B6330" w:rsidP="000B6330">
      <w:pPr>
        <w:tabs>
          <w:tab w:val="left" w:pos="3444"/>
        </w:tabs>
      </w:pPr>
      <w:r>
        <w:tab/>
      </w:r>
    </w:p>
    <w:tbl>
      <w:tblPr>
        <w:tblStyle w:val="TableGrid"/>
        <w:tblW w:w="0" w:type="auto"/>
        <w:jc w:val="center"/>
        <w:tblLook w:val="04A0" w:firstRow="1" w:lastRow="0" w:firstColumn="1" w:lastColumn="0" w:noHBand="0" w:noVBand="1"/>
      </w:tblPr>
      <w:tblGrid>
        <w:gridCol w:w="1704"/>
        <w:gridCol w:w="1704"/>
        <w:gridCol w:w="1704"/>
        <w:gridCol w:w="1704"/>
        <w:gridCol w:w="1704"/>
        <w:gridCol w:w="1704"/>
      </w:tblGrid>
      <w:tr w:rsidR="00D91CA2" w14:paraId="25D07962" w14:textId="77777777">
        <w:trPr>
          <w:jc w:val="center"/>
        </w:trPr>
        <w:tc>
          <w:tcPr>
            <w:tcW w:w="1704" w:type="dxa"/>
            <w:shd w:val="clear" w:color="auto" w:fill="0F3D5E"/>
            <w:vAlign w:val="center"/>
          </w:tcPr>
          <w:p w14:paraId="62705180" w14:textId="77777777" w:rsidR="00D91CA2" w:rsidRDefault="00000000">
            <w:r>
              <w:rPr>
                <w:b/>
                <w:color w:val="FFFFFF"/>
              </w:rPr>
              <w:lastRenderedPageBreak/>
              <w:t>No.</w:t>
            </w:r>
          </w:p>
        </w:tc>
        <w:tc>
          <w:tcPr>
            <w:tcW w:w="1704" w:type="dxa"/>
            <w:shd w:val="clear" w:color="auto" w:fill="0F3D5E"/>
            <w:vAlign w:val="center"/>
          </w:tcPr>
          <w:p w14:paraId="09F39650" w14:textId="77777777" w:rsidR="00D91CA2" w:rsidRDefault="00000000">
            <w:r>
              <w:rPr>
                <w:b/>
                <w:color w:val="FFFFFF"/>
              </w:rPr>
              <w:t>Name</w:t>
            </w:r>
          </w:p>
        </w:tc>
        <w:tc>
          <w:tcPr>
            <w:tcW w:w="1704" w:type="dxa"/>
            <w:shd w:val="clear" w:color="auto" w:fill="0F3D5E"/>
            <w:vAlign w:val="center"/>
          </w:tcPr>
          <w:p w14:paraId="60DA235F" w14:textId="77777777" w:rsidR="00D91CA2" w:rsidRDefault="00000000">
            <w:r>
              <w:rPr>
                <w:b/>
                <w:color w:val="FFFFFF"/>
              </w:rPr>
              <w:t>Position</w:t>
            </w:r>
          </w:p>
        </w:tc>
        <w:tc>
          <w:tcPr>
            <w:tcW w:w="1704" w:type="dxa"/>
            <w:shd w:val="clear" w:color="auto" w:fill="0F3D5E"/>
            <w:vAlign w:val="center"/>
          </w:tcPr>
          <w:p w14:paraId="2B8BE913" w14:textId="77777777" w:rsidR="00D91CA2" w:rsidRDefault="00000000">
            <w:r>
              <w:rPr>
                <w:b/>
                <w:color w:val="FFFFFF"/>
              </w:rPr>
              <w:t>Company</w:t>
            </w:r>
          </w:p>
        </w:tc>
        <w:tc>
          <w:tcPr>
            <w:tcW w:w="1704" w:type="dxa"/>
            <w:shd w:val="clear" w:color="auto" w:fill="0F3D5E"/>
            <w:vAlign w:val="center"/>
          </w:tcPr>
          <w:p w14:paraId="31795785" w14:textId="77777777" w:rsidR="00D91CA2" w:rsidRDefault="00000000">
            <w:r>
              <w:rPr>
                <w:b/>
                <w:color w:val="FFFFFF"/>
              </w:rPr>
              <w:t>Signature</w:t>
            </w:r>
          </w:p>
        </w:tc>
        <w:tc>
          <w:tcPr>
            <w:tcW w:w="1704" w:type="dxa"/>
            <w:shd w:val="clear" w:color="auto" w:fill="0F3D5E"/>
            <w:vAlign w:val="center"/>
          </w:tcPr>
          <w:p w14:paraId="171F4616" w14:textId="77777777" w:rsidR="00D91CA2" w:rsidRDefault="00000000">
            <w:r>
              <w:rPr>
                <w:b/>
                <w:color w:val="FFFFFF"/>
              </w:rPr>
              <w:t>Date</w:t>
            </w:r>
          </w:p>
        </w:tc>
      </w:tr>
      <w:tr w:rsidR="00D91CA2" w14:paraId="588D9706" w14:textId="77777777">
        <w:trPr>
          <w:jc w:val="center"/>
        </w:trPr>
        <w:tc>
          <w:tcPr>
            <w:tcW w:w="1704" w:type="dxa"/>
          </w:tcPr>
          <w:p w14:paraId="49CD71B4" w14:textId="77777777" w:rsidR="00D91CA2" w:rsidRDefault="00000000">
            <w:r>
              <w:rPr>
                <w:sz w:val="17"/>
              </w:rPr>
              <w:t>1</w:t>
            </w:r>
          </w:p>
        </w:tc>
        <w:tc>
          <w:tcPr>
            <w:tcW w:w="1704" w:type="dxa"/>
          </w:tcPr>
          <w:p w14:paraId="698FDCB5" w14:textId="77777777" w:rsidR="00D91CA2" w:rsidRDefault="00D91CA2"/>
        </w:tc>
        <w:tc>
          <w:tcPr>
            <w:tcW w:w="1704" w:type="dxa"/>
          </w:tcPr>
          <w:p w14:paraId="4F12EF2F" w14:textId="77777777" w:rsidR="00D91CA2" w:rsidRDefault="00D91CA2"/>
        </w:tc>
        <w:tc>
          <w:tcPr>
            <w:tcW w:w="1704" w:type="dxa"/>
          </w:tcPr>
          <w:p w14:paraId="246EB957" w14:textId="77777777" w:rsidR="00D91CA2" w:rsidRDefault="00D91CA2"/>
        </w:tc>
        <w:tc>
          <w:tcPr>
            <w:tcW w:w="1704" w:type="dxa"/>
          </w:tcPr>
          <w:p w14:paraId="46C8FB39" w14:textId="77777777" w:rsidR="00D91CA2" w:rsidRDefault="00D91CA2"/>
        </w:tc>
        <w:tc>
          <w:tcPr>
            <w:tcW w:w="1704" w:type="dxa"/>
          </w:tcPr>
          <w:p w14:paraId="275A9186" w14:textId="77777777" w:rsidR="00D91CA2" w:rsidRDefault="00D91CA2"/>
        </w:tc>
      </w:tr>
      <w:tr w:rsidR="00D91CA2" w14:paraId="485F89EF" w14:textId="77777777">
        <w:trPr>
          <w:jc w:val="center"/>
        </w:trPr>
        <w:tc>
          <w:tcPr>
            <w:tcW w:w="1704" w:type="dxa"/>
          </w:tcPr>
          <w:p w14:paraId="4AE796BF" w14:textId="77777777" w:rsidR="00D91CA2" w:rsidRDefault="00000000">
            <w:r>
              <w:rPr>
                <w:sz w:val="17"/>
              </w:rPr>
              <w:t>2</w:t>
            </w:r>
          </w:p>
        </w:tc>
        <w:tc>
          <w:tcPr>
            <w:tcW w:w="1704" w:type="dxa"/>
          </w:tcPr>
          <w:p w14:paraId="318F07DC" w14:textId="77777777" w:rsidR="00D91CA2" w:rsidRDefault="00D91CA2"/>
        </w:tc>
        <w:tc>
          <w:tcPr>
            <w:tcW w:w="1704" w:type="dxa"/>
          </w:tcPr>
          <w:p w14:paraId="572D6108" w14:textId="77777777" w:rsidR="00D91CA2" w:rsidRDefault="00D91CA2"/>
        </w:tc>
        <w:tc>
          <w:tcPr>
            <w:tcW w:w="1704" w:type="dxa"/>
          </w:tcPr>
          <w:p w14:paraId="02F04F25" w14:textId="77777777" w:rsidR="00D91CA2" w:rsidRDefault="00D91CA2"/>
        </w:tc>
        <w:tc>
          <w:tcPr>
            <w:tcW w:w="1704" w:type="dxa"/>
          </w:tcPr>
          <w:p w14:paraId="5818ECBF" w14:textId="77777777" w:rsidR="00D91CA2" w:rsidRDefault="00D91CA2"/>
        </w:tc>
        <w:tc>
          <w:tcPr>
            <w:tcW w:w="1704" w:type="dxa"/>
          </w:tcPr>
          <w:p w14:paraId="4F3F3EF8" w14:textId="77777777" w:rsidR="00D91CA2" w:rsidRDefault="00D91CA2"/>
        </w:tc>
      </w:tr>
      <w:tr w:rsidR="00D91CA2" w14:paraId="03D73F17" w14:textId="77777777">
        <w:trPr>
          <w:jc w:val="center"/>
        </w:trPr>
        <w:tc>
          <w:tcPr>
            <w:tcW w:w="1704" w:type="dxa"/>
          </w:tcPr>
          <w:p w14:paraId="143B6780" w14:textId="77777777" w:rsidR="00D91CA2" w:rsidRDefault="00000000">
            <w:r>
              <w:rPr>
                <w:sz w:val="17"/>
              </w:rPr>
              <w:t>3</w:t>
            </w:r>
          </w:p>
        </w:tc>
        <w:tc>
          <w:tcPr>
            <w:tcW w:w="1704" w:type="dxa"/>
          </w:tcPr>
          <w:p w14:paraId="45FE4C87" w14:textId="77777777" w:rsidR="00D91CA2" w:rsidRDefault="00D91CA2"/>
        </w:tc>
        <w:tc>
          <w:tcPr>
            <w:tcW w:w="1704" w:type="dxa"/>
          </w:tcPr>
          <w:p w14:paraId="47CAA545" w14:textId="77777777" w:rsidR="00D91CA2" w:rsidRDefault="00D91CA2"/>
        </w:tc>
        <w:tc>
          <w:tcPr>
            <w:tcW w:w="1704" w:type="dxa"/>
          </w:tcPr>
          <w:p w14:paraId="443313D2" w14:textId="77777777" w:rsidR="00D91CA2" w:rsidRDefault="00D91CA2"/>
        </w:tc>
        <w:tc>
          <w:tcPr>
            <w:tcW w:w="1704" w:type="dxa"/>
          </w:tcPr>
          <w:p w14:paraId="768C2B43" w14:textId="77777777" w:rsidR="00D91CA2" w:rsidRDefault="00D91CA2"/>
        </w:tc>
        <w:tc>
          <w:tcPr>
            <w:tcW w:w="1704" w:type="dxa"/>
          </w:tcPr>
          <w:p w14:paraId="7A64B095" w14:textId="77777777" w:rsidR="00D91CA2" w:rsidRDefault="00D91CA2"/>
        </w:tc>
      </w:tr>
      <w:tr w:rsidR="00D91CA2" w14:paraId="31874EB3" w14:textId="77777777">
        <w:trPr>
          <w:jc w:val="center"/>
        </w:trPr>
        <w:tc>
          <w:tcPr>
            <w:tcW w:w="1704" w:type="dxa"/>
          </w:tcPr>
          <w:p w14:paraId="739C0BAD" w14:textId="77777777" w:rsidR="00D91CA2" w:rsidRDefault="00000000">
            <w:r>
              <w:rPr>
                <w:sz w:val="17"/>
              </w:rPr>
              <w:t>4</w:t>
            </w:r>
          </w:p>
        </w:tc>
        <w:tc>
          <w:tcPr>
            <w:tcW w:w="1704" w:type="dxa"/>
          </w:tcPr>
          <w:p w14:paraId="4478E023" w14:textId="77777777" w:rsidR="00D91CA2" w:rsidRDefault="00D91CA2"/>
        </w:tc>
        <w:tc>
          <w:tcPr>
            <w:tcW w:w="1704" w:type="dxa"/>
          </w:tcPr>
          <w:p w14:paraId="6C3B74F4" w14:textId="77777777" w:rsidR="00D91CA2" w:rsidRDefault="00D91CA2"/>
        </w:tc>
        <w:tc>
          <w:tcPr>
            <w:tcW w:w="1704" w:type="dxa"/>
          </w:tcPr>
          <w:p w14:paraId="4002B777" w14:textId="77777777" w:rsidR="00D91CA2" w:rsidRDefault="00D91CA2"/>
        </w:tc>
        <w:tc>
          <w:tcPr>
            <w:tcW w:w="1704" w:type="dxa"/>
          </w:tcPr>
          <w:p w14:paraId="43452FC4" w14:textId="77777777" w:rsidR="00D91CA2" w:rsidRDefault="00D91CA2"/>
        </w:tc>
        <w:tc>
          <w:tcPr>
            <w:tcW w:w="1704" w:type="dxa"/>
          </w:tcPr>
          <w:p w14:paraId="50463C62" w14:textId="77777777" w:rsidR="00D91CA2" w:rsidRDefault="00D91CA2"/>
        </w:tc>
      </w:tr>
      <w:tr w:rsidR="00D91CA2" w14:paraId="1B654399" w14:textId="77777777">
        <w:trPr>
          <w:jc w:val="center"/>
        </w:trPr>
        <w:tc>
          <w:tcPr>
            <w:tcW w:w="1704" w:type="dxa"/>
          </w:tcPr>
          <w:p w14:paraId="2EE2ED5D" w14:textId="77777777" w:rsidR="00D91CA2" w:rsidRDefault="00000000">
            <w:r>
              <w:rPr>
                <w:sz w:val="17"/>
              </w:rPr>
              <w:t>5</w:t>
            </w:r>
          </w:p>
        </w:tc>
        <w:tc>
          <w:tcPr>
            <w:tcW w:w="1704" w:type="dxa"/>
          </w:tcPr>
          <w:p w14:paraId="52B8D570" w14:textId="77777777" w:rsidR="00D91CA2" w:rsidRDefault="00D91CA2"/>
        </w:tc>
        <w:tc>
          <w:tcPr>
            <w:tcW w:w="1704" w:type="dxa"/>
          </w:tcPr>
          <w:p w14:paraId="17E0FC90" w14:textId="77777777" w:rsidR="00D91CA2" w:rsidRDefault="00D91CA2"/>
        </w:tc>
        <w:tc>
          <w:tcPr>
            <w:tcW w:w="1704" w:type="dxa"/>
          </w:tcPr>
          <w:p w14:paraId="2D45CFBE" w14:textId="77777777" w:rsidR="00D91CA2" w:rsidRDefault="00D91CA2"/>
        </w:tc>
        <w:tc>
          <w:tcPr>
            <w:tcW w:w="1704" w:type="dxa"/>
          </w:tcPr>
          <w:p w14:paraId="6A3F8509" w14:textId="77777777" w:rsidR="00D91CA2" w:rsidRDefault="00D91CA2"/>
        </w:tc>
        <w:tc>
          <w:tcPr>
            <w:tcW w:w="1704" w:type="dxa"/>
          </w:tcPr>
          <w:p w14:paraId="21DFA262" w14:textId="77777777" w:rsidR="00D91CA2" w:rsidRDefault="00D91CA2"/>
        </w:tc>
      </w:tr>
      <w:tr w:rsidR="00D91CA2" w14:paraId="176B205C" w14:textId="77777777">
        <w:trPr>
          <w:jc w:val="center"/>
        </w:trPr>
        <w:tc>
          <w:tcPr>
            <w:tcW w:w="1704" w:type="dxa"/>
          </w:tcPr>
          <w:p w14:paraId="16DF0EB0" w14:textId="77777777" w:rsidR="00D91CA2" w:rsidRDefault="00000000">
            <w:r>
              <w:rPr>
                <w:sz w:val="17"/>
              </w:rPr>
              <w:t>6</w:t>
            </w:r>
          </w:p>
        </w:tc>
        <w:tc>
          <w:tcPr>
            <w:tcW w:w="1704" w:type="dxa"/>
          </w:tcPr>
          <w:p w14:paraId="06434212" w14:textId="77777777" w:rsidR="00D91CA2" w:rsidRDefault="00D91CA2"/>
        </w:tc>
        <w:tc>
          <w:tcPr>
            <w:tcW w:w="1704" w:type="dxa"/>
          </w:tcPr>
          <w:p w14:paraId="5D4A4EA1" w14:textId="77777777" w:rsidR="00D91CA2" w:rsidRDefault="00D91CA2"/>
        </w:tc>
        <w:tc>
          <w:tcPr>
            <w:tcW w:w="1704" w:type="dxa"/>
          </w:tcPr>
          <w:p w14:paraId="06B76922" w14:textId="77777777" w:rsidR="00D91CA2" w:rsidRDefault="00D91CA2"/>
        </w:tc>
        <w:tc>
          <w:tcPr>
            <w:tcW w:w="1704" w:type="dxa"/>
          </w:tcPr>
          <w:p w14:paraId="4548ED61" w14:textId="77777777" w:rsidR="00D91CA2" w:rsidRDefault="00D91CA2"/>
        </w:tc>
        <w:tc>
          <w:tcPr>
            <w:tcW w:w="1704" w:type="dxa"/>
          </w:tcPr>
          <w:p w14:paraId="19C78CA4" w14:textId="77777777" w:rsidR="00D91CA2" w:rsidRDefault="00D91CA2"/>
        </w:tc>
      </w:tr>
      <w:tr w:rsidR="00D91CA2" w14:paraId="0C570E67" w14:textId="77777777">
        <w:trPr>
          <w:jc w:val="center"/>
        </w:trPr>
        <w:tc>
          <w:tcPr>
            <w:tcW w:w="1704" w:type="dxa"/>
          </w:tcPr>
          <w:p w14:paraId="03C5266B" w14:textId="77777777" w:rsidR="00D91CA2" w:rsidRDefault="00000000">
            <w:r>
              <w:rPr>
                <w:sz w:val="17"/>
              </w:rPr>
              <w:t>7</w:t>
            </w:r>
          </w:p>
        </w:tc>
        <w:tc>
          <w:tcPr>
            <w:tcW w:w="1704" w:type="dxa"/>
          </w:tcPr>
          <w:p w14:paraId="3D5F84CD" w14:textId="77777777" w:rsidR="00D91CA2" w:rsidRDefault="00D91CA2"/>
        </w:tc>
        <w:tc>
          <w:tcPr>
            <w:tcW w:w="1704" w:type="dxa"/>
          </w:tcPr>
          <w:p w14:paraId="14769394" w14:textId="77777777" w:rsidR="00D91CA2" w:rsidRDefault="00D91CA2"/>
        </w:tc>
        <w:tc>
          <w:tcPr>
            <w:tcW w:w="1704" w:type="dxa"/>
          </w:tcPr>
          <w:p w14:paraId="240845D8" w14:textId="77777777" w:rsidR="00D91CA2" w:rsidRDefault="00D91CA2"/>
        </w:tc>
        <w:tc>
          <w:tcPr>
            <w:tcW w:w="1704" w:type="dxa"/>
          </w:tcPr>
          <w:p w14:paraId="6C6C4855" w14:textId="77777777" w:rsidR="00D91CA2" w:rsidRDefault="00D91CA2"/>
        </w:tc>
        <w:tc>
          <w:tcPr>
            <w:tcW w:w="1704" w:type="dxa"/>
          </w:tcPr>
          <w:p w14:paraId="111FCF0E" w14:textId="77777777" w:rsidR="00D91CA2" w:rsidRDefault="00D91CA2"/>
        </w:tc>
      </w:tr>
      <w:tr w:rsidR="00D91CA2" w14:paraId="735D6349" w14:textId="77777777">
        <w:trPr>
          <w:jc w:val="center"/>
        </w:trPr>
        <w:tc>
          <w:tcPr>
            <w:tcW w:w="1704" w:type="dxa"/>
          </w:tcPr>
          <w:p w14:paraId="02D02F62" w14:textId="77777777" w:rsidR="00D91CA2" w:rsidRDefault="00000000">
            <w:r>
              <w:rPr>
                <w:sz w:val="17"/>
              </w:rPr>
              <w:t>8</w:t>
            </w:r>
          </w:p>
        </w:tc>
        <w:tc>
          <w:tcPr>
            <w:tcW w:w="1704" w:type="dxa"/>
          </w:tcPr>
          <w:p w14:paraId="07B66B4B" w14:textId="77777777" w:rsidR="00D91CA2" w:rsidRDefault="00D91CA2"/>
        </w:tc>
        <w:tc>
          <w:tcPr>
            <w:tcW w:w="1704" w:type="dxa"/>
          </w:tcPr>
          <w:p w14:paraId="7C3EC18F" w14:textId="77777777" w:rsidR="00D91CA2" w:rsidRDefault="00D91CA2"/>
        </w:tc>
        <w:tc>
          <w:tcPr>
            <w:tcW w:w="1704" w:type="dxa"/>
          </w:tcPr>
          <w:p w14:paraId="0E948D52" w14:textId="77777777" w:rsidR="00D91CA2" w:rsidRDefault="00D91CA2"/>
        </w:tc>
        <w:tc>
          <w:tcPr>
            <w:tcW w:w="1704" w:type="dxa"/>
          </w:tcPr>
          <w:p w14:paraId="73FE2939" w14:textId="77777777" w:rsidR="00D91CA2" w:rsidRDefault="00D91CA2"/>
        </w:tc>
        <w:tc>
          <w:tcPr>
            <w:tcW w:w="1704" w:type="dxa"/>
          </w:tcPr>
          <w:p w14:paraId="788076E0" w14:textId="77777777" w:rsidR="00D91CA2" w:rsidRDefault="00D91CA2"/>
        </w:tc>
      </w:tr>
      <w:tr w:rsidR="00D91CA2" w14:paraId="51793C38" w14:textId="77777777">
        <w:trPr>
          <w:jc w:val="center"/>
        </w:trPr>
        <w:tc>
          <w:tcPr>
            <w:tcW w:w="1704" w:type="dxa"/>
          </w:tcPr>
          <w:p w14:paraId="60B6E7B8" w14:textId="77777777" w:rsidR="00D91CA2" w:rsidRDefault="00000000">
            <w:r>
              <w:rPr>
                <w:sz w:val="17"/>
              </w:rPr>
              <w:t>9</w:t>
            </w:r>
          </w:p>
        </w:tc>
        <w:tc>
          <w:tcPr>
            <w:tcW w:w="1704" w:type="dxa"/>
          </w:tcPr>
          <w:p w14:paraId="63E475F4" w14:textId="77777777" w:rsidR="00D91CA2" w:rsidRDefault="00D91CA2"/>
        </w:tc>
        <w:tc>
          <w:tcPr>
            <w:tcW w:w="1704" w:type="dxa"/>
          </w:tcPr>
          <w:p w14:paraId="4E8DF1FF" w14:textId="77777777" w:rsidR="00D91CA2" w:rsidRDefault="00D91CA2"/>
        </w:tc>
        <w:tc>
          <w:tcPr>
            <w:tcW w:w="1704" w:type="dxa"/>
          </w:tcPr>
          <w:p w14:paraId="3689B41B" w14:textId="77777777" w:rsidR="00D91CA2" w:rsidRDefault="00D91CA2"/>
        </w:tc>
        <w:tc>
          <w:tcPr>
            <w:tcW w:w="1704" w:type="dxa"/>
          </w:tcPr>
          <w:p w14:paraId="5BCF3BEF" w14:textId="77777777" w:rsidR="00D91CA2" w:rsidRDefault="00D91CA2"/>
        </w:tc>
        <w:tc>
          <w:tcPr>
            <w:tcW w:w="1704" w:type="dxa"/>
          </w:tcPr>
          <w:p w14:paraId="383B2EA5" w14:textId="77777777" w:rsidR="00D91CA2" w:rsidRDefault="00D91CA2"/>
        </w:tc>
      </w:tr>
      <w:tr w:rsidR="00D91CA2" w14:paraId="5092AFBB" w14:textId="77777777">
        <w:trPr>
          <w:jc w:val="center"/>
        </w:trPr>
        <w:tc>
          <w:tcPr>
            <w:tcW w:w="1704" w:type="dxa"/>
          </w:tcPr>
          <w:p w14:paraId="330806BD" w14:textId="77777777" w:rsidR="00D91CA2" w:rsidRDefault="00000000">
            <w:r>
              <w:rPr>
                <w:sz w:val="17"/>
              </w:rPr>
              <w:t>10</w:t>
            </w:r>
          </w:p>
        </w:tc>
        <w:tc>
          <w:tcPr>
            <w:tcW w:w="1704" w:type="dxa"/>
          </w:tcPr>
          <w:p w14:paraId="55F744B2" w14:textId="77777777" w:rsidR="00D91CA2" w:rsidRDefault="00D91CA2"/>
        </w:tc>
        <w:tc>
          <w:tcPr>
            <w:tcW w:w="1704" w:type="dxa"/>
          </w:tcPr>
          <w:p w14:paraId="0A1337CF" w14:textId="77777777" w:rsidR="00D91CA2" w:rsidRDefault="00D91CA2"/>
        </w:tc>
        <w:tc>
          <w:tcPr>
            <w:tcW w:w="1704" w:type="dxa"/>
          </w:tcPr>
          <w:p w14:paraId="1E50BD31" w14:textId="77777777" w:rsidR="00D91CA2" w:rsidRDefault="00D91CA2"/>
        </w:tc>
        <w:tc>
          <w:tcPr>
            <w:tcW w:w="1704" w:type="dxa"/>
          </w:tcPr>
          <w:p w14:paraId="1A76D519" w14:textId="77777777" w:rsidR="00D91CA2" w:rsidRDefault="00D91CA2"/>
        </w:tc>
        <w:tc>
          <w:tcPr>
            <w:tcW w:w="1704" w:type="dxa"/>
          </w:tcPr>
          <w:p w14:paraId="5BD9E0D2" w14:textId="77777777" w:rsidR="00D91CA2" w:rsidRDefault="00D91CA2"/>
        </w:tc>
      </w:tr>
    </w:tbl>
    <w:p w14:paraId="266C71CD" w14:textId="77777777" w:rsidR="00D91CA2" w:rsidRDefault="00D91CA2"/>
    <w:p w14:paraId="29568949" w14:textId="77777777" w:rsidR="00D91CA2" w:rsidRDefault="00000000">
      <w:pPr>
        <w:pStyle w:val="Heading1"/>
      </w:pPr>
      <w:r>
        <w:t>18. Review and Approval</w:t>
      </w:r>
    </w:p>
    <w:tbl>
      <w:tblPr>
        <w:tblStyle w:val="TableGrid"/>
        <w:tblW w:w="0" w:type="auto"/>
        <w:jc w:val="center"/>
        <w:tblLook w:val="04A0" w:firstRow="1" w:lastRow="0" w:firstColumn="1" w:lastColumn="0" w:noHBand="0" w:noVBand="1"/>
      </w:tblPr>
      <w:tblGrid>
        <w:gridCol w:w="2556"/>
        <w:gridCol w:w="2556"/>
        <w:gridCol w:w="2556"/>
        <w:gridCol w:w="2556"/>
      </w:tblGrid>
      <w:tr w:rsidR="00D91CA2" w14:paraId="20C1C577" w14:textId="77777777">
        <w:trPr>
          <w:jc w:val="center"/>
        </w:trPr>
        <w:tc>
          <w:tcPr>
            <w:tcW w:w="2556" w:type="dxa"/>
            <w:shd w:val="clear" w:color="auto" w:fill="0F3D5E"/>
            <w:vAlign w:val="center"/>
          </w:tcPr>
          <w:p w14:paraId="77DD77C1" w14:textId="77777777" w:rsidR="00D91CA2" w:rsidRDefault="00000000">
            <w:r>
              <w:rPr>
                <w:b/>
                <w:color w:val="FFFFFF"/>
              </w:rPr>
              <w:t>Role</w:t>
            </w:r>
          </w:p>
        </w:tc>
        <w:tc>
          <w:tcPr>
            <w:tcW w:w="2556" w:type="dxa"/>
            <w:shd w:val="clear" w:color="auto" w:fill="0F3D5E"/>
            <w:vAlign w:val="center"/>
          </w:tcPr>
          <w:p w14:paraId="064816D6" w14:textId="77777777" w:rsidR="00D91CA2" w:rsidRDefault="00000000">
            <w:r>
              <w:rPr>
                <w:b/>
                <w:color w:val="FFFFFF"/>
              </w:rPr>
              <w:t>Name</w:t>
            </w:r>
          </w:p>
        </w:tc>
        <w:tc>
          <w:tcPr>
            <w:tcW w:w="2556" w:type="dxa"/>
            <w:shd w:val="clear" w:color="auto" w:fill="0F3D5E"/>
            <w:vAlign w:val="center"/>
          </w:tcPr>
          <w:p w14:paraId="16A0BCA1" w14:textId="77777777" w:rsidR="00D91CA2" w:rsidRDefault="00000000">
            <w:r>
              <w:rPr>
                <w:b/>
                <w:color w:val="FFFFFF"/>
              </w:rPr>
              <w:t>Signature</w:t>
            </w:r>
          </w:p>
        </w:tc>
        <w:tc>
          <w:tcPr>
            <w:tcW w:w="2556" w:type="dxa"/>
            <w:shd w:val="clear" w:color="auto" w:fill="0F3D5E"/>
            <w:vAlign w:val="center"/>
          </w:tcPr>
          <w:p w14:paraId="2F711866" w14:textId="77777777" w:rsidR="00D91CA2" w:rsidRDefault="00000000">
            <w:r>
              <w:rPr>
                <w:b/>
                <w:color w:val="FFFFFF"/>
              </w:rPr>
              <w:t>Date</w:t>
            </w:r>
          </w:p>
        </w:tc>
      </w:tr>
      <w:tr w:rsidR="00D91CA2" w14:paraId="17FB07C5" w14:textId="77777777">
        <w:trPr>
          <w:jc w:val="center"/>
        </w:trPr>
        <w:tc>
          <w:tcPr>
            <w:tcW w:w="2556" w:type="dxa"/>
          </w:tcPr>
          <w:p w14:paraId="44C139DA" w14:textId="77777777" w:rsidR="00D91CA2" w:rsidRDefault="00000000">
            <w:r>
              <w:rPr>
                <w:sz w:val="18"/>
              </w:rPr>
              <w:t>Prepared By</w:t>
            </w:r>
          </w:p>
        </w:tc>
        <w:tc>
          <w:tcPr>
            <w:tcW w:w="2556" w:type="dxa"/>
          </w:tcPr>
          <w:p w14:paraId="43D52EF2" w14:textId="77777777" w:rsidR="00D91CA2" w:rsidRDefault="00D91CA2"/>
        </w:tc>
        <w:tc>
          <w:tcPr>
            <w:tcW w:w="2556" w:type="dxa"/>
          </w:tcPr>
          <w:p w14:paraId="6476D014" w14:textId="77777777" w:rsidR="00D91CA2" w:rsidRDefault="00D91CA2"/>
        </w:tc>
        <w:tc>
          <w:tcPr>
            <w:tcW w:w="2556" w:type="dxa"/>
          </w:tcPr>
          <w:p w14:paraId="3D198B1F" w14:textId="77777777" w:rsidR="00D91CA2" w:rsidRDefault="00D91CA2"/>
        </w:tc>
      </w:tr>
      <w:tr w:rsidR="00D91CA2" w14:paraId="2E880202" w14:textId="77777777">
        <w:trPr>
          <w:jc w:val="center"/>
        </w:trPr>
        <w:tc>
          <w:tcPr>
            <w:tcW w:w="2556" w:type="dxa"/>
          </w:tcPr>
          <w:p w14:paraId="1465CC70" w14:textId="77777777" w:rsidR="00D91CA2" w:rsidRDefault="00000000">
            <w:r>
              <w:rPr>
                <w:sz w:val="18"/>
              </w:rPr>
              <w:t>Reviewed By</w:t>
            </w:r>
          </w:p>
        </w:tc>
        <w:tc>
          <w:tcPr>
            <w:tcW w:w="2556" w:type="dxa"/>
          </w:tcPr>
          <w:p w14:paraId="20609D30" w14:textId="77777777" w:rsidR="00D91CA2" w:rsidRDefault="00D91CA2"/>
        </w:tc>
        <w:tc>
          <w:tcPr>
            <w:tcW w:w="2556" w:type="dxa"/>
          </w:tcPr>
          <w:p w14:paraId="357AEC44" w14:textId="77777777" w:rsidR="00D91CA2" w:rsidRDefault="00D91CA2"/>
        </w:tc>
        <w:tc>
          <w:tcPr>
            <w:tcW w:w="2556" w:type="dxa"/>
          </w:tcPr>
          <w:p w14:paraId="47C6BE86" w14:textId="77777777" w:rsidR="00D91CA2" w:rsidRDefault="00D91CA2"/>
        </w:tc>
      </w:tr>
      <w:tr w:rsidR="00D91CA2" w14:paraId="28180B4B" w14:textId="77777777">
        <w:trPr>
          <w:jc w:val="center"/>
        </w:trPr>
        <w:tc>
          <w:tcPr>
            <w:tcW w:w="2556" w:type="dxa"/>
          </w:tcPr>
          <w:p w14:paraId="32C1CCB6" w14:textId="77777777" w:rsidR="00D91CA2" w:rsidRDefault="00000000">
            <w:r>
              <w:rPr>
                <w:sz w:val="18"/>
              </w:rPr>
              <w:t>Approved By</w:t>
            </w:r>
          </w:p>
        </w:tc>
        <w:tc>
          <w:tcPr>
            <w:tcW w:w="2556" w:type="dxa"/>
          </w:tcPr>
          <w:p w14:paraId="4FD72E9E" w14:textId="77777777" w:rsidR="00D91CA2" w:rsidRDefault="00D91CA2"/>
        </w:tc>
        <w:tc>
          <w:tcPr>
            <w:tcW w:w="2556" w:type="dxa"/>
          </w:tcPr>
          <w:p w14:paraId="0D244EB3" w14:textId="77777777" w:rsidR="00D91CA2" w:rsidRDefault="00D91CA2"/>
        </w:tc>
        <w:tc>
          <w:tcPr>
            <w:tcW w:w="2556" w:type="dxa"/>
          </w:tcPr>
          <w:p w14:paraId="44EBE0B3" w14:textId="77777777" w:rsidR="00D91CA2" w:rsidRDefault="00D91CA2"/>
        </w:tc>
      </w:tr>
    </w:tbl>
    <w:p w14:paraId="3D761509" w14:textId="77777777" w:rsidR="00D91CA2" w:rsidRDefault="00D91CA2"/>
    <w:p w14:paraId="7611DD79" w14:textId="77777777" w:rsidR="00D91CA2" w:rsidRDefault="00000000">
      <w:pPr>
        <w:pStyle w:val="Heading1"/>
      </w:pPr>
      <w:r>
        <w:t>19. Disclaimer</w:t>
      </w:r>
    </w:p>
    <w:p w14:paraId="266A57AE" w14:textId="77777777" w:rsidR="00D91CA2" w:rsidRDefault="00000000">
      <w:r>
        <w:t>This document is a general completed reference risk assessment for working at height. It is not a substitute for a project-specific or task-specific risk assessment. A competent person should review and adapt the assessment before implementation to reflect actual site conditions, work methods, equipment, materials, workforce competency, environmental conditions, client requirements and applicable requirements. Additional task-specific assessments may be required for high-risk activities. Risk ratings must be verified against actual conditions and the effectiveness of controls must be monitored throughout the work.</w:t>
      </w:r>
    </w:p>
    <w:sectPr w:rsidR="00D91CA2" w:rsidSect="00034616">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7A76D" w14:textId="77777777" w:rsidR="008D1F2C" w:rsidRDefault="008D1F2C">
      <w:pPr>
        <w:spacing w:after="0" w:line="240" w:lineRule="auto"/>
      </w:pPr>
      <w:r>
        <w:separator/>
      </w:r>
    </w:p>
  </w:endnote>
  <w:endnote w:type="continuationSeparator" w:id="0">
    <w:p w14:paraId="6F885A53" w14:textId="77777777" w:rsidR="008D1F2C" w:rsidRDefault="008D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50AA6" w14:textId="77777777" w:rsidR="000B6330" w:rsidRDefault="000B6330" w:rsidP="000B6330">
    <w:pPr>
      <w:pStyle w:val="Footer"/>
    </w:pPr>
    <w:r>
      <w:t>The HSEVerse</w:t>
    </w:r>
    <w:r w:rsidRPr="00DE1A36">
      <w:t xml:space="preserve"> | www.</w:t>
    </w:r>
    <w:r>
      <w:t>thehseverse</w:t>
    </w:r>
    <w:r w:rsidRPr="00DE1A36">
      <w:t>.com</w:t>
    </w:r>
  </w:p>
  <w:p w14:paraId="688108D4" w14:textId="198256A5" w:rsidR="00D91CA2" w:rsidRPr="000B6330" w:rsidRDefault="000B6330" w:rsidP="000B6330">
    <w:pPr>
      <w:pStyle w:val="Footer"/>
      <w:jc w:val="right"/>
    </w:pPr>
    <w:r>
      <w:rPr>
        <w:color w:val="7F7F7F"/>
        <w:sz w:val="17"/>
      </w:rPr>
      <w:t xml:space="preserve">THV-HSE-RA-002 | Rev: 00 | Page </w:t>
    </w:r>
    <w:r>
      <w:fldChar w:fldCharType="begin"/>
    </w:r>
    <w:r>
      <w:instrText>PAGE</w:instrText>
    </w:r>
    <w:r>
      <w:fldChar w:fldCharType="separate"/>
    </w:r>
    <w:r>
      <w:t>1</w:t>
    </w:r>
    <w:r>
      <w:fldChar w:fldCharType="end"/>
    </w:r>
    <w:r>
      <w:rPr>
        <w:color w:val="7F7F7F"/>
        <w:sz w:val="17"/>
      </w:rPr>
      <w:t xml:space="preserve"> of </w:t>
    </w:r>
    <w:r>
      <w:fldChar w:fldCharType="begin"/>
    </w:r>
    <w:r>
      <w:instrText>NUMPAGES</w:instrText>
    </w:r>
    <w:r>
      <w:fldChar w:fldCharType="separate"/>
    </w:r>
    <w: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BD550" w14:textId="77777777" w:rsidR="008D1F2C" w:rsidRDefault="008D1F2C">
      <w:pPr>
        <w:spacing w:after="0" w:line="240" w:lineRule="auto"/>
      </w:pPr>
      <w:r>
        <w:separator/>
      </w:r>
    </w:p>
  </w:footnote>
  <w:footnote w:type="continuationSeparator" w:id="0">
    <w:p w14:paraId="4BFA815A" w14:textId="77777777" w:rsidR="008D1F2C" w:rsidRDefault="008D1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FE088" w14:textId="1D371D3E" w:rsidR="000B6330" w:rsidRDefault="000B6330">
    <w:pPr>
      <w:pStyle w:val="Header"/>
    </w:pPr>
    <w:r>
      <w:rPr>
        <w:noProof/>
      </w:rPr>
      <w:drawing>
        <wp:anchor distT="0" distB="0" distL="114300" distR="114300" simplePos="0" relativeHeight="251659264" behindDoc="1" locked="0" layoutInCell="1" allowOverlap="1" wp14:anchorId="66699B74" wp14:editId="33DF429B">
          <wp:simplePos x="0" y="0"/>
          <wp:positionH relativeFrom="column">
            <wp:posOffset>0</wp:posOffset>
          </wp:positionH>
          <wp:positionV relativeFrom="paragraph">
            <wp:posOffset>-419100</wp:posOffset>
          </wp:positionV>
          <wp:extent cx="1557963" cy="556260"/>
          <wp:effectExtent l="0" t="0" r="4445" b="0"/>
          <wp:wrapTight wrapText="bothSides">
            <wp:wrapPolygon edited="0">
              <wp:start x="2377" y="0"/>
              <wp:lineTo x="528" y="2959"/>
              <wp:lineTo x="0" y="5918"/>
              <wp:lineTo x="264" y="14055"/>
              <wp:lineTo x="2642" y="20712"/>
              <wp:lineTo x="3962" y="20712"/>
              <wp:lineTo x="12944" y="19973"/>
              <wp:lineTo x="21397" y="17014"/>
              <wp:lineTo x="21397" y="8877"/>
              <wp:lineTo x="17963" y="6658"/>
              <wp:lineTo x="4227" y="0"/>
              <wp:lineTo x="2377" y="0"/>
            </wp:wrapPolygon>
          </wp:wrapTight>
          <wp:docPr id="204128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8701" name="Picture 204128701"/>
                  <pic:cNvPicPr/>
                </pic:nvPicPr>
                <pic:blipFill rotWithShape="1">
                  <a:blip r:embed="rId1"/>
                  <a:srcRect l="7976" t="24285" r="6667" b="30000"/>
                  <a:stretch>
                    <a:fillRect/>
                  </a:stretch>
                </pic:blipFill>
                <pic:spPr bwMode="auto">
                  <a:xfrm>
                    <a:off x="0" y="0"/>
                    <a:ext cx="1557963" cy="55626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6078684">
    <w:abstractNumId w:val="8"/>
  </w:num>
  <w:num w:numId="2" w16cid:durableId="1078289769">
    <w:abstractNumId w:val="6"/>
  </w:num>
  <w:num w:numId="3" w16cid:durableId="1416899381">
    <w:abstractNumId w:val="5"/>
  </w:num>
  <w:num w:numId="4" w16cid:durableId="407266848">
    <w:abstractNumId w:val="4"/>
  </w:num>
  <w:num w:numId="5" w16cid:durableId="913902196">
    <w:abstractNumId w:val="7"/>
  </w:num>
  <w:num w:numId="6" w16cid:durableId="1689133662">
    <w:abstractNumId w:val="3"/>
  </w:num>
  <w:num w:numId="7" w16cid:durableId="1441533272">
    <w:abstractNumId w:val="2"/>
  </w:num>
  <w:num w:numId="8" w16cid:durableId="1613242166">
    <w:abstractNumId w:val="1"/>
  </w:num>
  <w:num w:numId="9" w16cid:durableId="1465270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39B7"/>
    <w:rsid w:val="00034616"/>
    <w:rsid w:val="0006063C"/>
    <w:rsid w:val="000B6330"/>
    <w:rsid w:val="0015074B"/>
    <w:rsid w:val="001C6942"/>
    <w:rsid w:val="001F754B"/>
    <w:rsid w:val="0029639D"/>
    <w:rsid w:val="00326F90"/>
    <w:rsid w:val="00577483"/>
    <w:rsid w:val="008D1F2C"/>
    <w:rsid w:val="00AA1D8D"/>
    <w:rsid w:val="00B06B0B"/>
    <w:rsid w:val="00B47730"/>
    <w:rsid w:val="00CB0664"/>
    <w:rsid w:val="00D91CA2"/>
    <w:rsid w:val="00E20F9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A20F01"/>
  <w14:defaultImageDpi w14:val="300"/>
  <w15:docId w15:val="{39F8F039-14F1-466C-9FF8-D12A17D75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3259</Words>
  <Characters>18582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21798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Mohsin Raza</cp:lastModifiedBy>
  <cp:revision>5</cp:revision>
  <dcterms:created xsi:type="dcterms:W3CDTF">2013-12-23T23:15:00Z</dcterms:created>
  <dcterms:modified xsi:type="dcterms:W3CDTF">2026-08-16T06:53:00Z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54a72a9c-d4fe-4a0b-b7db-bb5e16f333b1</vt:lpwstr>
  </property>
</Properties>
</file>